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关于后勤年度工作总结范文（30篇）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公司行政后勤年终个人工作总结是不是很好呢?在作者眼中工作总结是一种知识的积累，在大家的眼中工作总结又是怎样的呢?</w:t>
      </w:r>
      <w:r>
        <w:rPr>
          <w:lang w:eastAsia="zh-CN"/>
        </w:rPr>
        <w:br/>
      </w:r>
      <w:r>
        <w:rPr>
          <w:lang w:eastAsia="zh-CN"/>
        </w:rPr>
        <w:t xml:space="preserve">    关于后勤年度工作总结范文 篇12 </w:t>
      </w:r>
      <w:r>
        <w:rPr>
          <w:lang w:eastAsia="zh-CN"/>
        </w:rPr>
        <w:br/>
      </w:r>
      <w:r>
        <w:rPr>
          <w:lang w:eastAsia="zh-CN"/>
        </w:rPr>
        <w:t>　　坚持以教育教学为中心的原则，根据教育教学工作的实际需要，认真做好服务保证工作.首先，按照中心物资采购的要求，及时的购入教育教学所需各种物品，并保质保量，及时发放，确保教育教学及各种活动的顺利进行.其次，为全体师生及时的，保质保量的供应纯净水，并为全体员工家庭供应纯净水，确保了师生和家庭饮水卫生和身体健康.第三，为全体员工适时购入大米，豆油，水果，蔬菜等食品，保证了全体员工的生活福利待遇不断提高.</w:t>
      </w:r>
      <w:r>
        <w:rPr>
          <w:lang w:eastAsia="zh-CN"/>
        </w:rPr>
        <w:br/>
      </w:r>
      <w:r>
        <w:rPr>
          <w:lang w:eastAsia="zh-CN"/>
        </w:rPr>
        <w:t>　　二、团结协作，克服困难，勇于奉献</w:t>
      </w:r>
      <w:r>
        <w:rPr>
          <w:lang w:eastAsia="zh-CN"/>
        </w:rPr>
        <w:br/>
      </w:r>
      <w:r>
        <w:rPr>
          <w:lang w:eastAsia="zh-CN"/>
        </w:rPr>
        <w:t>　　在后勤处的几位同志团结协作，克服种种困难，牺牲许多个人时间，共同完成了以下主要工作:</w:t>
      </w:r>
      <w:r>
        <w:rPr>
          <w:lang w:eastAsia="zh-CN"/>
        </w:rPr>
        <w:br/>
      </w:r>
      <w:r>
        <w:rPr>
          <w:lang w:eastAsia="zh-CN"/>
        </w:rPr>
        <w:t>　　教学楼，大小宿舍楼，室外厕所的维修工程;</w:t>
      </w:r>
      <w:r>
        <w:rPr>
          <w:lang w:eastAsia="zh-CN"/>
        </w:rPr>
        <w:br/>
      </w:r>
      <w:r>
        <w:rPr>
          <w:lang w:eastAsia="zh-CN"/>
        </w:rPr>
        <w:t>　　校内的外墙粉刷工程;</w:t>
      </w:r>
      <w:r>
        <w:rPr>
          <w:lang w:eastAsia="zh-CN"/>
        </w:rPr>
        <w:br/>
      </w:r>
      <w:r>
        <w:rPr>
          <w:lang w:eastAsia="zh-CN"/>
        </w:rPr>
        <w:t>　　阶梯教室，校长室，会议室的装修工程;</w:t>
      </w:r>
      <w:r>
        <w:rPr>
          <w:lang w:eastAsia="zh-CN"/>
        </w:rPr>
        <w:br/>
      </w:r>
      <w:r>
        <w:rPr>
          <w:lang w:eastAsia="zh-CN"/>
        </w:rPr>
        <w:t>　　教学楼，大宿舍楼，室外厕所的屋顶防水工程;</w:t>
      </w:r>
      <w:r>
        <w:rPr>
          <w:lang w:eastAsia="zh-CN"/>
        </w:rPr>
        <w:br/>
      </w:r>
      <w:r>
        <w:rPr>
          <w:lang w:eastAsia="zh-CN"/>
        </w:rPr>
        <w:t>　　校园内灯箱维修项目;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校园内体育器材，护栏，车棚，车架等的油漆项目;</w:t>
      </w:r>
      <w:r>
        <w:rPr>
          <w:lang w:eastAsia="zh-CN"/>
        </w:rPr>
        <w:br/>
      </w:r>
      <w:r>
        <w:rPr>
          <w:lang w:eastAsia="zh-CN"/>
        </w:rPr>
        <w:t>　　铺设运动场边的道板和教学楼南侧的道板工程;</w:t>
      </w:r>
      <w:r>
        <w:rPr>
          <w:lang w:eastAsia="zh-CN"/>
        </w:rPr>
        <w:br/>
      </w:r>
      <w:r>
        <w:rPr>
          <w:lang w:eastAsia="zh-CN"/>
        </w:rPr>
        <w:t>　　校园内下水工程的维修与改造;</w:t>
      </w:r>
      <w:r>
        <w:rPr>
          <w:lang w:eastAsia="zh-CN"/>
        </w:rPr>
        <w:br/>
      </w:r>
      <w:r>
        <w:rPr>
          <w:lang w:eastAsia="zh-CN"/>
        </w:rPr>
        <w:t>　　教学楼内的网线，闭路线，电源线及电话线的维修;</w:t>
      </w:r>
      <w:r>
        <w:rPr>
          <w:lang w:eastAsia="zh-CN"/>
        </w:rPr>
        <w:br/>
      </w:r>
      <w:r>
        <w:rPr>
          <w:lang w:eastAsia="zh-CN"/>
        </w:rPr>
        <w:t>　　固定围墙拉线和护栏的维修;</w:t>
      </w:r>
      <w:r>
        <w:rPr>
          <w:lang w:eastAsia="zh-CN"/>
        </w:rPr>
        <w:br/>
      </w:r>
      <w:r>
        <w:rPr>
          <w:lang w:eastAsia="zh-CN"/>
        </w:rPr>
        <w:t>　　安装暖气12组;</w:t>
      </w:r>
      <w:r>
        <w:rPr>
          <w:lang w:eastAsia="zh-CN"/>
        </w:rPr>
        <w:br/>
      </w:r>
      <w:r>
        <w:rPr>
          <w:lang w:eastAsia="zh-CN"/>
        </w:rPr>
        <w:t>　　四个实验室下水设施及管道的维修;</w:t>
      </w:r>
      <w:r>
        <w:rPr>
          <w:lang w:eastAsia="zh-CN"/>
        </w:rPr>
        <w:br/>
      </w:r>
      <w:r>
        <w:rPr>
          <w:lang w:eastAsia="zh-CN"/>
        </w:rPr>
        <w:t>　　配备教学设备教学物品，发放生活物品;</w:t>
      </w:r>
      <w:r>
        <w:rPr>
          <w:lang w:eastAsia="zh-CN"/>
        </w:rPr>
        <w:br/>
      </w:r>
      <w:r>
        <w:rPr>
          <w:lang w:eastAsia="zh-CN"/>
        </w:rPr>
        <w:t>　　一般性常规维修.</w:t>
      </w:r>
      <w:r>
        <w:rPr>
          <w:lang w:eastAsia="zh-CN"/>
        </w:rPr>
        <w:br/>
      </w:r>
      <w:r>
        <w:rPr>
          <w:lang w:eastAsia="zh-CN"/>
        </w:rPr>
        <w:t>　　三、改善环境，绿化校园</w:t>
      </w:r>
      <w:r>
        <w:rPr>
          <w:lang w:eastAsia="zh-CN"/>
        </w:rPr>
        <w:br/>
      </w:r>
      <w:r>
        <w:rPr>
          <w:lang w:eastAsia="zh-CN"/>
        </w:rPr>
        <w:t>　　在校园绿化环境管理工作中，后勤的同志们能够努力做到对花坛，草坪，花草树木及时锄草，适时施肥，规范剪枝，增加品种，使校园更优美，环境更舒适.为全体师生的工作和学习提供了幽雅的环境.</w:t>
      </w:r>
      <w:r>
        <w:rPr>
          <w:lang w:eastAsia="zh-CN"/>
        </w:rPr>
        <w:br/>
      </w:r>
      <w:r>
        <w:rPr>
          <w:lang w:eastAsia="zh-CN"/>
        </w:rPr>
        <w:t>　　四、存在的主要问题:</w:t>
      </w:r>
      <w:r>
        <w:rPr>
          <w:lang w:eastAsia="zh-CN"/>
        </w:rPr>
        <w:br/>
      </w:r>
      <w:r>
        <w:rPr>
          <w:lang w:eastAsia="zh-CN"/>
        </w:rPr>
        <w:t>　　1、在后勤服务工作中还存在工作不够细致，保障不够到位的现象;</w:t>
      </w:r>
      <w:r>
        <w:rPr>
          <w:lang w:eastAsia="zh-CN"/>
        </w:rPr>
        <w:br/>
      </w:r>
      <w:r>
        <w:rPr>
          <w:lang w:eastAsia="zh-CN"/>
        </w:rPr>
        <w:t>　　2、解决问题不够及时，存在工作不够扎实的现象;</w:t>
      </w:r>
      <w:r>
        <w:rPr>
          <w:lang w:eastAsia="zh-CN"/>
        </w:rPr>
        <w:br/>
      </w:r>
      <w:r>
        <w:rPr>
          <w:lang w:eastAsia="zh-CN"/>
        </w:rPr>
        <w:t>　　3、服务质量不高，标准不高，不规范的现象;</w:t>
      </w:r>
      <w:r>
        <w:rPr>
          <w:lang w:eastAsia="zh-CN"/>
        </w:rPr>
        <w:br/>
      </w:r>
      <w:r>
        <w:rPr>
          <w:lang w:eastAsia="zh-CN"/>
        </w:rPr>
        <w:t>　　以上问题有待今后工作中解决，为学校发展做出新的贡献.</w:t>
      </w:r>
      <w:r>
        <w:rPr>
          <w:lang w:eastAsia="zh-CN"/>
        </w:rPr>
        <w:br/>
      </w:r>
      <w:r>
        <w:rPr>
          <w:lang w:eastAsia="zh-CN"/>
        </w:rPr>
        <w:t xml:space="preserve">    关于后勤年度工作总结范文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民以食为天”，作为后勤工作重点之一的食堂管理，怎样激活内部活力，完善竞争机制，提高劳动效率，更好地为师生服务，这是我们后勤管理人员孜孜以求的目标之一。为此，自我校食堂创建以来，我们更加努力地探索食堂的新路子。两年多来，我们基本形成了一套我们自己的管理模式，为了更好地总结经验、弥补不足，我将从以下几方面作简要回顾。</w:t>
      </w:r>
      <w:r>
        <w:rPr>
          <w:lang w:eastAsia="zh-CN"/>
        </w:rPr>
        <w:br/>
      </w:r>
      <w:r>
        <w:rPr>
          <w:lang w:eastAsia="zh-CN"/>
        </w:rPr>
        <w:t>　　一、抓机构建立，促组织落实：</w:t>
      </w:r>
      <w:r>
        <w:rPr>
          <w:lang w:eastAsia="zh-CN"/>
        </w:rPr>
        <w:br/>
      </w:r>
      <w:r>
        <w:rPr>
          <w:lang w:eastAsia="zh-CN"/>
        </w:rPr>
        <w:t>　　1、机构设置及人员管理</w:t>
      </w:r>
      <w:r>
        <w:rPr>
          <w:lang w:eastAsia="zh-CN"/>
        </w:rPr>
        <w:br/>
      </w:r>
      <w:r>
        <w:rPr>
          <w:lang w:eastAsia="zh-CN"/>
        </w:rPr>
        <w:t>　　（1）学校成立食堂管理领导小组。其成员由分管校长、总务主任等组成。</w:t>
      </w:r>
      <w:r>
        <w:rPr>
          <w:lang w:eastAsia="zh-CN"/>
        </w:rPr>
        <w:br/>
      </w:r>
      <w:r>
        <w:rPr>
          <w:lang w:eastAsia="zh-CN"/>
        </w:rPr>
        <w:t>　　（2）伙食部所有成员实行聘用制。年度开始，食堂管理领导小组对其进行全面考核，择优录用。被录用的人员必须服从管理，踏实工作，在聘用过程若有违规违纪的中途解聘。</w:t>
      </w:r>
      <w:r>
        <w:rPr>
          <w:lang w:eastAsia="zh-CN"/>
        </w:rPr>
        <w:br/>
      </w:r>
      <w:r>
        <w:rPr>
          <w:lang w:eastAsia="zh-CN"/>
        </w:rPr>
        <w:t>　　2、食堂工作人员的身体执行学年度体检制度，发现身体状况欠佳的，采取暂时停用休养的办法，待身体完全恢复后再考虑安排；对食堂环境卫生实行周检查制度，发现问题，立即指出改正。</w:t>
      </w:r>
      <w:r>
        <w:rPr>
          <w:lang w:eastAsia="zh-CN"/>
        </w:rPr>
        <w:br/>
      </w:r>
      <w:r>
        <w:rPr>
          <w:lang w:eastAsia="zh-CN"/>
        </w:rPr>
        <w:t>　　3、抓文明礼貌的落实：我们提倡文明用餐、礼貌服务，要求班主任做好在校用餐学生的文明用餐的教育，而且，每天学生用餐时都要求值周领导入餐厅巡视，值日教师定桌服务，帮助解决学生用餐中的具体问题。</w:t>
      </w:r>
      <w:r>
        <w:rPr>
          <w:lang w:eastAsia="zh-CN"/>
        </w:rPr>
        <w:br/>
      </w:r>
      <w:r>
        <w:rPr>
          <w:lang w:eastAsia="zh-CN"/>
        </w:rPr>
        <w:t>　　二、食堂管理的具体做法：</w:t>
      </w:r>
      <w:r>
        <w:rPr>
          <w:lang w:eastAsia="zh-CN"/>
        </w:rPr>
        <w:br/>
      </w:r>
      <w:r>
        <w:rPr>
          <w:lang w:eastAsia="zh-CN"/>
        </w:rPr>
        <w:t>　　（一）严格管理制度，共创文明服务。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学校的主要工作是教学工作，后勤管理的宗旨是坚持为教学服务，而作为后勤管理重重之重的工作——食堂管理工作更是直接影响学校工作的正常开展，为此，我们特制订了一些例的规章制度，确保食堂工作的正常开展。</w:t>
      </w:r>
      <w:r>
        <w:rPr>
          <w:lang w:eastAsia="zh-CN"/>
        </w:rPr>
        <w:br/>
      </w:r>
      <w:r>
        <w:rPr>
          <w:lang w:eastAsia="zh-CN"/>
        </w:rPr>
        <w:t>　　1、出勤制度：</w:t>
      </w:r>
      <w:r>
        <w:rPr>
          <w:lang w:eastAsia="zh-CN"/>
        </w:rPr>
        <w:br/>
      </w:r>
      <w:r>
        <w:rPr>
          <w:lang w:eastAsia="zh-CN"/>
        </w:rPr>
        <w:t>　　不随意更改作息时间</w:t>
      </w:r>
      <w:r>
        <w:rPr>
          <w:lang w:eastAsia="zh-CN"/>
        </w:rPr>
        <w:br/>
      </w:r>
      <w:r>
        <w:rPr>
          <w:lang w:eastAsia="zh-CN"/>
        </w:rPr>
        <w:t>　　2、劳动管理：</w:t>
      </w:r>
      <w:r>
        <w:rPr>
          <w:lang w:eastAsia="zh-CN"/>
        </w:rPr>
        <w:br/>
      </w:r>
      <w:r>
        <w:rPr>
          <w:lang w:eastAsia="zh-CN"/>
        </w:rPr>
        <w:t>　　（1）和睦相处、礼貌待人，杜绝与就餐人员或是内部职工吵架、打架。</w:t>
      </w:r>
      <w:r>
        <w:rPr>
          <w:lang w:eastAsia="zh-CN"/>
        </w:rPr>
        <w:br/>
      </w:r>
      <w:r>
        <w:rPr>
          <w:lang w:eastAsia="zh-CN"/>
        </w:rPr>
        <w:t>　　（2）出售饭菜及其他食品一律不准收现金，违犯一次，收一罚十，并点名批评，情节严重者，劝其离岗。</w:t>
      </w:r>
      <w:r>
        <w:rPr>
          <w:lang w:eastAsia="zh-CN"/>
        </w:rPr>
        <w:br/>
      </w:r>
      <w:r>
        <w:rPr>
          <w:lang w:eastAsia="zh-CN"/>
        </w:rPr>
        <w:t>　　（3）职工内部来客就餐者，一律先买票后拿饭菜。</w:t>
      </w:r>
      <w:r>
        <w:rPr>
          <w:lang w:eastAsia="zh-CN"/>
        </w:rPr>
        <w:br/>
      </w:r>
      <w:r>
        <w:rPr>
          <w:lang w:eastAsia="zh-CN"/>
        </w:rPr>
        <w:t>　　（4）要节约水电，做到人走灯灭，水用即关，违犯一次，罚当事者2元。</w:t>
      </w:r>
      <w:r>
        <w:rPr>
          <w:lang w:eastAsia="zh-CN"/>
        </w:rPr>
        <w:br/>
      </w:r>
      <w:r>
        <w:rPr>
          <w:lang w:eastAsia="zh-CN"/>
        </w:rPr>
        <w:t>　　（5）按规定时间上交各种票证。如不按时上交，造成被盗或其它损失，按其金额处以2倍罚款；如发现私留或转卖票证发现一次，立即辞退。</w:t>
      </w:r>
      <w:r>
        <w:rPr>
          <w:lang w:eastAsia="zh-CN"/>
        </w:rPr>
        <w:br/>
      </w:r>
      <w:r>
        <w:rPr>
          <w:lang w:eastAsia="zh-CN"/>
        </w:rPr>
        <w:t>　　（6）专人负责锅炉房，按市技术质量监督局的要求定期进行检测。不得擅离岗位，不违规操作，否则，锅炉房所造成的一切责任事故均有当事人承担。</w:t>
      </w:r>
      <w:r>
        <w:rPr>
          <w:lang w:eastAsia="zh-CN"/>
        </w:rPr>
        <w:br/>
      </w:r>
      <w:r>
        <w:rPr>
          <w:lang w:eastAsia="zh-CN"/>
        </w:rPr>
        <w:t>　　3、其它：</w:t>
      </w:r>
      <w:r>
        <w:rPr>
          <w:lang w:eastAsia="zh-CN"/>
        </w:rPr>
        <w:br/>
      </w:r>
      <w:r>
        <w:rPr>
          <w:lang w:eastAsia="zh-CN"/>
        </w:rPr>
        <w:t>　　（1）炊事人员不准在伙食部喝酒、吃特殊饭。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（2）不得违犯操作规程，无故损坏炊具；不得不经同意擅自把伙食部的物品外借；不得偷盗食堂各种食物、材料、票证、餐具等。违者根据情节轻重给予处分，直至劝其离岗。</w:t>
      </w:r>
      <w:r>
        <w:rPr>
          <w:lang w:eastAsia="zh-CN"/>
        </w:rPr>
        <w:br/>
      </w:r>
      <w:r>
        <w:rPr>
          <w:lang w:eastAsia="zh-CN"/>
        </w:rPr>
        <w:t>　　（二）加强卫生管理，增强忧患意识。</w:t>
      </w:r>
      <w:r>
        <w:rPr>
          <w:lang w:eastAsia="zh-CN"/>
        </w:rPr>
        <w:br/>
      </w:r>
      <w:r>
        <w:rPr>
          <w:lang w:eastAsia="zh-CN"/>
        </w:rPr>
        <w:t>　　食堂卫生是隐患的源泉、发源地。在卫生管理上我们坚持每周召开生活会，做到警钟长鸣，增强职工的忧患意识，尽可能地把隐患扼制在盟芽状态；我们要求每一位职工必须做到：</w:t>
      </w:r>
      <w:r>
        <w:rPr>
          <w:lang w:eastAsia="zh-CN"/>
        </w:rPr>
        <w:br/>
      </w:r>
      <w:r>
        <w:rPr>
          <w:lang w:eastAsia="zh-CN"/>
        </w:rPr>
        <w:t>　　1、上班时间所有职工，一律要穿工作服。</w:t>
      </w:r>
      <w:r>
        <w:rPr>
          <w:lang w:eastAsia="zh-CN"/>
        </w:rPr>
        <w:br/>
      </w:r>
      <w:r>
        <w:rPr>
          <w:lang w:eastAsia="zh-CN"/>
        </w:rPr>
        <w:t>　　2、注意个人卫生，勤理发、勤剪指甲、勤换衣服、勤洗澡，不留长发、小胡子，开饭先洗手。</w:t>
      </w:r>
      <w:r>
        <w:rPr>
          <w:lang w:eastAsia="zh-CN"/>
        </w:rPr>
        <w:br/>
      </w:r>
      <w:r>
        <w:rPr>
          <w:lang w:eastAsia="zh-CN"/>
        </w:rPr>
        <w:t>　　3、食堂内外实行定人、定点、定时间、定要求，必须做到每日清扫、周末大扫。</w:t>
      </w:r>
      <w:r>
        <w:rPr>
          <w:lang w:eastAsia="zh-CN"/>
        </w:rPr>
        <w:br/>
      </w:r>
      <w:r>
        <w:rPr>
          <w:lang w:eastAsia="zh-CN"/>
        </w:rPr>
        <w:t>　　4、各种餐具、笼布、机械等要洗刷干净，做到木见本色，铁见光，用后摆列整齐，生熟用具严格分开，不得混用。</w:t>
      </w:r>
      <w:r>
        <w:rPr>
          <w:lang w:eastAsia="zh-CN"/>
        </w:rPr>
        <w:br/>
      </w:r>
      <w:r>
        <w:rPr>
          <w:lang w:eastAsia="zh-CN"/>
        </w:rPr>
        <w:t>　　5、开饭时不准吸烟，不准面向食品说话、咳嗽，不准涂脂抹粉。</w:t>
      </w:r>
      <w:r>
        <w:rPr>
          <w:lang w:eastAsia="zh-CN"/>
        </w:rPr>
        <w:br/>
      </w:r>
      <w:r>
        <w:rPr>
          <w:lang w:eastAsia="zh-CN"/>
        </w:rPr>
        <w:t>　　6、设立卫生达标奖：认真执行《食品卫生法》和卫生制度，形成制度，对照评比。经学期评比合格者，给予奖励。</w:t>
      </w:r>
      <w:r>
        <w:rPr>
          <w:lang w:eastAsia="zh-CN"/>
        </w:rPr>
        <w:br/>
      </w:r>
      <w:r>
        <w:rPr>
          <w:lang w:eastAsia="zh-CN"/>
        </w:rPr>
        <w:t>　　（三）严格检测与监督，创名牌效应。</w:t>
      </w:r>
      <w:r>
        <w:rPr>
          <w:lang w:eastAsia="zh-CN"/>
        </w:rPr>
        <w:br/>
      </w:r>
      <w:r>
        <w:rPr>
          <w:lang w:eastAsia="zh-CN"/>
        </w:rPr>
        <w:t>　　食堂管理既要有一套完善的管理制度，更要有过硬的检测与监督机制，才能确保制度的纯粹性、真实性，也才能吸引更多的家长了解学校，了解学校食堂管理，也只有这样，学校才能在家长中树立起名牌效应，才能让更多的家长放心地把自己的孩子送到学校来用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我们具体做法是：</w:t>
      </w:r>
      <w:r>
        <w:rPr>
          <w:lang w:eastAsia="zh-CN"/>
        </w:rPr>
        <w:br/>
      </w:r>
      <w:r>
        <w:rPr>
          <w:lang w:eastAsia="zh-CN"/>
        </w:rPr>
        <w:t>　　1、控制进货渠道，不进劣质低价菜、不进来路不明菜。凡因此而造成后果的，除承担一切责任外，还将劝其离岗。</w:t>
      </w:r>
      <w:r>
        <w:rPr>
          <w:lang w:eastAsia="zh-CN"/>
        </w:rPr>
        <w:br/>
      </w:r>
      <w:r>
        <w:rPr>
          <w:lang w:eastAsia="zh-CN"/>
        </w:rPr>
        <w:t>　　2、由保管员负责经常检查食堂仓库，不把变质变腐的米煮给学生吃。</w:t>
      </w:r>
      <w:r>
        <w:rPr>
          <w:lang w:eastAsia="zh-CN"/>
        </w:rPr>
        <w:br/>
      </w:r>
      <w:r>
        <w:rPr>
          <w:lang w:eastAsia="zh-CN"/>
        </w:rPr>
        <w:t>　　3、有会计和出纳负责成本核算，定期向领导反映情况，节余不超过8%（节余部分主要用于购置餐具及食堂内的正常开支），以确保师生的伙食，凡对有意抬高菜价而在师生中造成恶劣影响的，将劝其离岗。</w:t>
      </w:r>
      <w:r>
        <w:rPr>
          <w:lang w:eastAsia="zh-CN"/>
        </w:rPr>
        <w:br/>
      </w:r>
      <w:r>
        <w:rPr>
          <w:lang w:eastAsia="zh-CN"/>
        </w:rPr>
        <w:t>　　三、存在问题</w:t>
      </w:r>
      <w:r>
        <w:rPr>
          <w:lang w:eastAsia="zh-CN"/>
        </w:rPr>
        <w:br/>
      </w:r>
      <w:r>
        <w:rPr>
          <w:lang w:eastAsia="zh-CN"/>
        </w:rPr>
        <w:t>　　随着国民经济的发展，人民的生活水平也得到了改善，同时也给我们的独生子女养成了娇生怪养的坏习惯，主要表现在：</w:t>
      </w:r>
      <w:r>
        <w:rPr>
          <w:lang w:eastAsia="zh-CN"/>
        </w:rPr>
        <w:br/>
      </w:r>
      <w:r>
        <w:rPr>
          <w:lang w:eastAsia="zh-CN"/>
        </w:rPr>
        <w:t>　　1、挑食、偏食，导致倒菜现象严重；</w:t>
      </w:r>
      <w:r>
        <w:rPr>
          <w:lang w:eastAsia="zh-CN"/>
        </w:rPr>
        <w:br/>
      </w:r>
      <w:r>
        <w:rPr>
          <w:lang w:eastAsia="zh-CN"/>
        </w:rPr>
        <w:t>　　2、小朋友们独立生活能力较差，有时会出现吃不饱、吃不好的现象，而引起家长的不放心。</w:t>
      </w:r>
      <w:r>
        <w:rPr>
          <w:lang w:eastAsia="zh-CN"/>
        </w:rPr>
        <w:br/>
      </w:r>
      <w:r>
        <w:rPr>
          <w:lang w:eastAsia="zh-CN"/>
        </w:rPr>
        <w:t>　　另一方面，食堂工作人员由于缺乏小学生心理学的研究，往往不能想学生所想，正确善待每一位学生，这都给食堂管理带来一定的困难。</w:t>
      </w:r>
      <w:r>
        <w:rPr>
          <w:lang w:eastAsia="zh-CN"/>
        </w:rPr>
        <w:br/>
      </w:r>
      <w:r>
        <w:rPr>
          <w:lang w:eastAsia="zh-CN"/>
        </w:rPr>
        <w:t>　　但是，任何一项工作都有它有利的一面，也有它问题的一方，但我们只要一分为二地看待它，困难也会变得得心应手。所以，我坚信，在校领导的关心和监督下，在全体食堂工作人员的共同努力下，我校食堂一定会越搞越兴旺发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关于后勤年度工作总结范文 篇14 </w:t>
      </w:r>
      <w:r>
        <w:rPr>
          <w:lang w:eastAsia="zh-CN"/>
        </w:rPr>
        <w:br/>
      </w:r>
      <w:r>
        <w:rPr>
          <w:lang w:eastAsia="zh-CN"/>
        </w:rPr>
        <w:t>　　20__年，总务后勤部门在校长室的领导下，以＂三个代表＂重要思想为指针，树立全面，协调，可持续的科学发展观。在坚持＂后勤保障，物尽其用，杜绝浪费＂的原则下，不断开拓创新，积极做好本职工作。下面就一年来的后勤工作总结如下：</w:t>
      </w:r>
      <w:r>
        <w:rPr>
          <w:lang w:eastAsia="zh-CN"/>
        </w:rPr>
        <w:br/>
      </w:r>
      <w:r>
        <w:rPr>
          <w:lang w:eastAsia="zh-CN"/>
        </w:rPr>
        <w:t>　　一，加强政治理论学习，提高思想政治觉悟</w:t>
      </w:r>
      <w:r>
        <w:rPr>
          <w:lang w:eastAsia="zh-CN"/>
        </w:rPr>
        <w:br/>
      </w:r>
      <w:r>
        <w:rPr>
          <w:lang w:eastAsia="zh-CN"/>
        </w:rPr>
        <w:t>　　总务后勤人员能积极参加学校组织的每周一的政治学习。本学期认真学习了邓小平理论，＂三个代表＂重要思想，中共中央关于加强人才工作的决定，以及省，市，县教育工作会议精神，参加学校开展的＂三心＂，＂五爱＂教育，＂四五＂普法宣传教育.通过学习，全体后勤人员进一步明确了总务后勤工作是学校工作的重要组成部分，与教学一样，是学校的两大支柱之一，具有鲜明的服务保障性，经济性和教育性相统一的特征，在贯彻党的教育方针，落实学生培养目标方面同样起着举足轻重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全体后勤人员在学习中进一步增强了做好本职工作的自豪感，责任感和使命感。后勤人员一致认为：有了教学工作，总务后勤工作才有了服务对象，没有总务后勤工作，教学工作也难以开展，两者的关系是一个统一的有机整体，相互依存，相互促进，缺一不可。因此，全体后勤人员充分认识到：总务工作虽不直接参与教学，但所做的一切细琐，繁杂的工作都是学校教育中必不可少的，而且是十分重要的部分，在教育事业的发展中起着不可替代的重要作用。全体同志树立了为教学一线服务的思想，甘为后勤战线上的无名英雄，处处严格要求自己，吃苦在前，享受在后，尽心尽力做好后勤服务工作。</w:t>
      </w:r>
      <w:r>
        <w:rPr>
          <w:lang w:eastAsia="zh-CN"/>
        </w:rPr>
        <w:br/>
      </w:r>
      <w:r>
        <w:rPr>
          <w:lang w:eastAsia="zh-CN"/>
        </w:rPr>
        <w:t>　　二，明确责任目标，积极做好后勤服务工作</w:t>
      </w:r>
      <w:r>
        <w:rPr>
          <w:lang w:eastAsia="zh-CN"/>
        </w:rPr>
        <w:br/>
      </w:r>
      <w:r>
        <w:rPr>
          <w:lang w:eastAsia="zh-CN"/>
        </w:rPr>
        <w:t>　　我校后勤工作量大面广，头绪多，层次多，而人员少.工作内容上对财务，基建，水电，绿化，教师伙食样样要管，服务对象上有位教师和近__名学生。</w:t>
      </w:r>
      <w:r>
        <w:rPr>
          <w:lang w:eastAsia="zh-CN"/>
        </w:rPr>
        <w:br/>
      </w:r>
      <w:r>
        <w:rPr>
          <w:lang w:eastAsia="zh-CN"/>
        </w:rPr>
        <w:t>　　我们根据总务繁杂，细琐，临时性，突发性，任务多的特点，尽力做好服务工作。首先对后勤工作进行规范化管理，加强后勤制度建设，完善了各项管理制度，实行了购物，领物，收费登记制度，实物台帐制度，校产校具管理制度，图书，教学器具，电教器材，文教器具专人负责，专人保管。</w:t>
      </w:r>
      <w:r>
        <w:rPr>
          <w:lang w:eastAsia="zh-CN"/>
        </w:rPr>
        <w:br/>
      </w:r>
      <w:r>
        <w:rPr>
          <w:lang w:eastAsia="zh-CN"/>
        </w:rPr>
        <w:t>　　为了确保教学工作按时正常开展，为了节省经费，寒假期间，不少后勤教职工放弃休息，冒着严寒，做好教室门窗，教学教具，房屋道路等各方面的维修工作。开学前，订购和发放教师办公用品，教学用品和学生的课本，簿本及卫生用品，按时无误地分发到每个班，每个师生手中，保证了开学工作顺利进行。会计人员准确无误地收取开学初的各种费用，每学期结束时及时做好各种帐务核算，结清代办费。同时做好校产校具清点，核实工作。在平时，围绕学校中心后勤部门主要做好以下服务工作：</w:t>
      </w:r>
      <w:r>
        <w:rPr>
          <w:lang w:eastAsia="zh-CN"/>
        </w:rPr>
        <w:br/>
      </w:r>
      <w:r>
        <w:rPr>
          <w:lang w:eastAsia="zh-CN"/>
        </w:rPr>
        <w:t>　　（1）保证教育教学需要.及时供应教师所需办公用品和教学用品器具；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（2）学校的公开课，评优课，运动会，文娱汇演，期中，升学考试，招生宣传等中心活动，我们总务人员全力以赴，全方位提供优质服务，保证各类活动正常有序进行；</w:t>
      </w:r>
      <w:r>
        <w:rPr>
          <w:lang w:eastAsia="zh-CN"/>
        </w:rPr>
        <w:br/>
      </w:r>
      <w:r>
        <w:rPr>
          <w:lang w:eastAsia="zh-CN"/>
        </w:rPr>
        <w:t>　　（3）积极配合校长室做好校园的安全，绿化工作，落实了安全工作责任。及时修理门窗，门锁，课桌凳椅和水电，做到随叫随到，发现故障，及时处理；</w:t>
      </w:r>
      <w:r>
        <w:rPr>
          <w:lang w:eastAsia="zh-CN"/>
        </w:rPr>
        <w:br/>
      </w:r>
      <w:r>
        <w:rPr>
          <w:lang w:eastAsia="zh-CN"/>
        </w:rPr>
        <w:t>　　（4）在本部门的职责范围之内，做好教师的生活服务工作。本年度在翻建食堂过程中，我们因陋就简，想方设法改造仓库，搭建简易食堂，尽力保证师生的伙食质量，使他们吃得饱，吃得好，为此，食堂人员吃尽了苦头。新食堂建成后，投资20多万元充实食堂内部设施，改善了师生的就餐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5）加强学校的财务和财产管理。这是关系到学校工作任务的顺利完成和整个教育事业的健康发展的大事。我们坚持实事求是，量力而行，统筹兼顾，综合平衡的原则，认真贯彻执行《会计法》和县财政局，教育局联合下发的《关于进一步加强中小学财务管理，完善中小学财务管理体制的意见》，义务教育阶段＂一费制＂实施意见，严格执行三个＂一＂：即一支笔审批，一个部门管理，一本帐登记。财务上坚持收支两条线，所有收费经过学校同意，及时开票，及时入帐，报销实行＂三章＂制。严格遵守财务制度，每学期由稽核小组对学校经费使用情况进行稽核审计，增强了财务管理的透明度。积极开源节流，坚持艰苦奋斗，勤俭节约的方针，加强了对公车使用，招待费的管理，加强水电管理，继续做好校产校具的管理工作，实行建帐，建档，做到新添物资有登记，消耗物资有记载，借领物资有手续；</w:t>
      </w:r>
      <w:r>
        <w:rPr>
          <w:lang w:eastAsia="zh-CN"/>
        </w:rPr>
        <w:br/>
      </w:r>
      <w:r>
        <w:rPr>
          <w:lang w:eastAsia="zh-CN"/>
        </w:rPr>
        <w:t>　　（6）严守招投标纪律，严格执行物品采购制度，学校所购物品力求价廉物美。</w:t>
      </w:r>
      <w:r>
        <w:rPr>
          <w:lang w:eastAsia="zh-CN"/>
        </w:rPr>
        <w:br/>
      </w:r>
      <w:r>
        <w:rPr>
          <w:lang w:eastAsia="zh-CN"/>
        </w:rPr>
        <w:t>　　历史记载着我们的辉煌，时代已赋予我们的重任。今后，我们力争在校长室领导下，带领后勤人员更加勤奋工作，努力再创后勤工作的新辉煌，不辱时代赋予我们后勤人员的使命。</w:t>
      </w:r>
      <w:r>
        <w:rPr>
          <w:lang w:eastAsia="zh-CN"/>
        </w:rPr>
        <w:br/>
      </w:r>
      <w:r>
        <w:rPr>
          <w:lang w:eastAsia="zh-CN"/>
        </w:rPr>
        <w:t xml:space="preserve">    关于后勤年度工作总结范文 篇15 </w:t>
      </w:r>
      <w:r>
        <w:rPr>
          <w:lang w:eastAsia="zh-CN"/>
        </w:rPr>
        <w:br/>
      </w:r>
      <w:r>
        <w:rPr>
          <w:lang w:eastAsia="zh-CN"/>
        </w:rPr>
        <w:t>　　20__年秋，学校后勤管理工作在市教育局勤办及学校领导的高度重视和大力支持下，以学习实践科学发展观为指导，以服务教育教学、服务师生生活为核心，以办好学生食堂为突破口，通过各部门的共同努力，按照省、州、市勤办的工作部署，围绕学校的中心工作，进一步加强领导、创新思路、规范管理，使各项工作取得了显著成效。</w:t>
      </w:r>
      <w:r>
        <w:rPr>
          <w:lang w:eastAsia="zh-CN"/>
        </w:rPr>
        <w:br/>
      </w:r>
      <w:r>
        <w:rPr>
          <w:lang w:eastAsia="zh-CN"/>
        </w:rPr>
        <w:t>　　现总结如下</w:t>
      </w:r>
      <w:r>
        <w:rPr>
          <w:lang w:eastAsia="zh-CN"/>
        </w:rPr>
        <w:br/>
      </w:r>
      <w:r>
        <w:rPr>
          <w:lang w:eastAsia="zh-CN"/>
        </w:rPr>
        <w:t>　　一、20__年秋工作回顾</w:t>
      </w:r>
      <w:r>
        <w:rPr>
          <w:lang w:eastAsia="zh-CN"/>
        </w:rPr>
        <w:br/>
      </w:r>
      <w:r>
        <w:rPr>
          <w:lang w:eastAsia="zh-CN"/>
        </w:rPr>
        <w:t>　　1、认真贯彻落实市教育局8月21日召开的全市中小学后勤保障暨学校食品安全管理培训会精神，切实提高对学校后勤管理工作在发展基础教育和构建社会主义和谐社会中的重要意义和作用的认识，以科学发展观为指导，坚定不移地抓好学校后勤管理工作。会后，学校勤办组织召开了全体职工会议，传达了全市中小学后勤保障暨学校食品安全管理培训会精神，并就会议精神贯彻落实及后期工作进行了具体部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管理队伍健全，监管服务到位。成立了学校后勤工作领导小组、学校食堂膳食委员会、学校食品安全领导小组、民主理财小组、五员制管理机构和学校绿化工作领导小组，强化监管服务，所有从业人员均持有两证（健康证、培训合格证）上岗。</w:t>
      </w:r>
      <w:r>
        <w:rPr>
          <w:lang w:eastAsia="zh-CN"/>
        </w:rPr>
        <w:br/>
      </w:r>
      <w:r>
        <w:rPr>
          <w:lang w:eastAsia="zh-CN"/>
        </w:rPr>
        <w:t>　　3、认真抓好学生食堂和食品卫生安全工作。按照《教育部、卫生部关于学校食堂与学生集体用餐卫生管理规定》的要求，学校进一步建立和落实食堂、食品卫生安全责任制，严把食品原料进货关、食堂环境卫生关、餐饮用具消毒关、食品保管贮存关、食堂工作人员体检关，有效地消除了食堂及食品卫生安全隐患，杜绝了学生集体食物中毒事故的发生和流行性疾病的感染，为此，学校勤办采取五项措施确保了学校和幼儿园食品卫生安全：一是提高认识，落实责任：树立“安全第一，预防为主”的工作方针，常抓不懈，警钟长鸣。充分认识学校食品卫生安全工作的重要性、紧迫性和长期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是严格规范，照章办事：要求食堂、超市严格按照《食品卫生安全法》，办理相关证照。采购员要树立食品卫生安全意识，实行定点采购、索证制度，并签订质量、卫生安全合同。食堂必须保持环境整洁，每餐必须留样保存。卫生做到无死角，刀案、抹布定期消毒，生、熟食品和半成品存放、加工要分开，有明显标志。食堂除相关人员外，其他人员一律不得进入。三是加强监督，严格检查：进一步加大对食品卫生安全工作的检查力度，并将食品安全工作列入个人考核目标中，促使各校食品卫生安全措施全面落实，实现食品卫生安全责任事故零目标任务。同时，各校建立起了食品安全工作长效机制，特别是加强了对幼儿园、食堂、超市的检查和抽查，发现问题，及时整改。四是加大投入，改善环境：加大了对食堂硬件设施设备的投入，安排专项经费，改善学生集体用餐环境。五是健全制度，强化宣传：建立健全了《食品卫生安全管理制度》</w:t>
      </w:r>
      <w:r>
        <w:rPr>
          <w:lang w:eastAsia="zh-CN"/>
        </w:rPr>
        <w:t xml:space="preserve"> 、</w:t>
      </w:r>
      <w:r>
        <w:rPr>
          <w:lang w:eastAsia="zh-CN"/>
        </w:rPr>
        <w:t xml:space="preserve"> 《采购制度》等各项制度，完善突发食品卫生安全事故应急预案。通过多种途径，加大了对《学校食堂与学生集体用餐卫生管理规定》和《学校食物中毒事故行政责任追究暂行规定》等相关政策法规的宣传力度，增强师生的食品卫生安全意识，促使师生养成良好的卫生习惯，提高自我防范的能力。坚持食品安全工作信息月报制。早上六点至七点半锁紧六楼大门，严防非工作人员进入六楼操作间。</w:t>
      </w:r>
      <w:r>
        <w:rPr>
          <w:lang w:eastAsia="zh-CN"/>
        </w:rPr>
        <w:br/>
      </w:r>
      <w:r>
        <w:rPr>
          <w:lang w:eastAsia="zh-CN"/>
        </w:rPr>
        <w:t>　　4、根据省、州、市相关文件精神，勤办会同学校工会对学校后勤管理及学校食堂经营情况与学生食堂伙食管理和成本核算工作进行了专项检查。我们本着“无利经营，服务师生”的宗旨，最大化“取之于学生，用之于学生”的原则，杜绝超范围开支，保证学生伙食费全部用于学生生活，保证学校食堂零利润经营，使学校食堂管理制度化、规范化。切实抓好学校及幼儿园的后勤管理工作，促进学校后勤管理工作规范化、科学化，更好地服务教育教学，服务师生生活，为学校发展提供有力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附收支说明，数据由财务提供）5、为贯彻恩施市质量技术监督局和市教育局《关于进一步做好中小学校特种设备安全监察工作的通知》联合文件精神，为进一步提高对电梯安全管理工作重要性的认识，进一步加强对学校电梯的安全管理，切实保障广大师生生命财产安全，维护学校的平安、和谐、稳定，市质量技术监督局对学校电梯的使用，操作人员是否持证上岗等进行了检查，经查操作人员上岗证已过期一年多，根据市质量技术监督局的要求，学校安排卢昭权同志参加了培训考试。</w:t>
      </w:r>
      <w:r>
        <w:rPr>
          <w:lang w:eastAsia="zh-CN"/>
        </w:rPr>
        <w:br/>
      </w:r>
      <w:r>
        <w:rPr>
          <w:lang w:eastAsia="zh-CN"/>
        </w:rPr>
        <w:t>　　6、加强后勤队伍建设，把好人员进出关。按照分级管理，分类培训的原则，坚持先培训后上岗、先体检后上岗，我们对全校食堂管理员、工作人员、超市管理员等近40人进行了培训，均达到两个100℅。</w:t>
      </w:r>
      <w:r>
        <w:rPr>
          <w:lang w:eastAsia="zh-CN"/>
        </w:rPr>
        <w:br/>
      </w:r>
      <w:r>
        <w:rPr>
          <w:lang w:eastAsia="zh-CN"/>
        </w:rPr>
        <w:t>　　7、进一步加强了学校消费市场的构建与管理。</w:t>
      </w:r>
      <w:r>
        <w:rPr>
          <w:lang w:eastAsia="zh-CN"/>
        </w:rPr>
        <w:br/>
      </w:r>
      <w:r>
        <w:rPr>
          <w:lang w:eastAsia="zh-CN"/>
        </w:rPr>
        <w:t>　　8月13日，校长潘贤平带领学校行政、工会、勤办组成的考察组对学校大宗食品的商家通过实地走访、现场调研、个别访谈等方式进行了考查。所有商品实行招标定点采购制，对进入学校的食品、饮品、食品原料及部分学习生活用品实行质量、卫生准入制，逐步建立起了渠道通畅、管理规范、商品正宗、质优价平、诚信安全的学校消费市场体系。</w:t>
      </w:r>
      <w:r>
        <w:rPr>
          <w:lang w:eastAsia="zh-CN"/>
        </w:rPr>
        <w:br/>
      </w:r>
      <w:r>
        <w:rPr>
          <w:lang w:eastAsia="zh-CN"/>
        </w:rPr>
        <w:t>　　8、强化服务育人，创建放心食堂。通过培训学习，所有从业人员进一步提高了服务育人的意识，不断提高服务技能，增强职业道德。</w:t>
      </w:r>
      <w:r>
        <w:rPr>
          <w:lang w:eastAsia="zh-CN"/>
        </w:rPr>
        <w:br/>
      </w:r>
      <w:r>
        <w:rPr>
          <w:lang w:eastAsia="zh-CN"/>
        </w:rPr>
        <w:t>　　通过大家的共同努力，学校食堂（含幼儿园）餐饮服务食品安全等级被市食品药品监督管理局评为A级，同时被首批评为“放心食堂”。</w:t>
      </w:r>
      <w:r>
        <w:rPr>
          <w:lang w:eastAsia="zh-CN"/>
        </w:rPr>
        <w:br/>
      </w:r>
      <w:r>
        <w:rPr>
          <w:lang w:eastAsia="zh-CN"/>
        </w:rPr>
        <w:t>　　9、整章建制，规范管理。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后勤工作是学校的基础工作，后勤工作的管理直接影响到学校的全面管理。在继续执行了《物品采购申请审批制度》、《物品领用保管的有关规定》、《维修申报制度》的同时，易耗品的领用实行以旧换新制度，与春季学期相比节约28102.00元。进一步规范食堂工人出勤制度，十月份因请假补代班工资1500多元，修订出勤制度后，到本学期结束病事假共计三天。通过制度的进一步完善，更加有效地规范了学校的后勤管理工作。</w:t>
      </w:r>
      <w:r>
        <w:rPr>
          <w:lang w:eastAsia="zh-CN"/>
        </w:rPr>
        <w:br/>
      </w:r>
      <w:r>
        <w:rPr>
          <w:lang w:eastAsia="zh-CN"/>
        </w:rPr>
        <w:t>　　10、立足本职，服务一线。学校后勤工作要有主动性、前瞻性、服务性、科学性、全局性。在为师生服务中落实“勤快、务实、优质、高效”的工作作风。</w:t>
      </w:r>
      <w:r>
        <w:rPr>
          <w:lang w:eastAsia="zh-CN"/>
        </w:rPr>
        <w:br/>
      </w:r>
      <w:r>
        <w:rPr>
          <w:lang w:eastAsia="zh-CN"/>
        </w:rPr>
        <w:t>　　【改善师生中餐质量，中餐为教师准备一道下饭菜，每天更新咸菜品种。</w:t>
      </w:r>
      <w:r>
        <w:rPr>
          <w:lang w:eastAsia="zh-CN"/>
        </w:rPr>
        <w:br/>
      </w:r>
      <w:r>
        <w:rPr>
          <w:lang w:eastAsia="zh-CN"/>
        </w:rPr>
        <w:t>　　平均每天支出300元左右（咸菜4.5元_20,配菜+肉200元左右）】后勤工作只有更好没有最好，难免还存在一些问题</w:t>
      </w:r>
      <w:r>
        <w:rPr>
          <w:lang w:eastAsia="zh-CN"/>
        </w:rPr>
        <w:br/>
      </w:r>
      <w:r>
        <w:rPr>
          <w:lang w:eastAsia="zh-CN"/>
        </w:rPr>
        <w:t>　　二、存在的问题1、缺乏积极进取精神，工人业务学习不到位，学生周菜谱的制定缺乏创新。</w:t>
      </w:r>
      <w:r>
        <w:rPr>
          <w:lang w:eastAsia="zh-CN"/>
        </w:rPr>
        <w:br/>
      </w:r>
      <w:r>
        <w:rPr>
          <w:lang w:eastAsia="zh-CN"/>
        </w:rPr>
        <w:t>　　2、工人工作压力大，工资偏低造成后勤服人员不稳定。</w:t>
      </w:r>
      <w:r>
        <w:rPr>
          <w:lang w:eastAsia="zh-CN"/>
        </w:rPr>
        <w:br/>
      </w:r>
      <w:r>
        <w:rPr>
          <w:lang w:eastAsia="zh-CN"/>
        </w:rPr>
        <w:t>　　3、少数从业人员素质偏低，服务态度不够好，搞小团体，安全隐患仍然存在，食堂就餐人数太多，安全压力大。</w:t>
      </w:r>
      <w:r>
        <w:rPr>
          <w:lang w:eastAsia="zh-CN"/>
        </w:rPr>
        <w:br/>
      </w:r>
      <w:r>
        <w:rPr>
          <w:lang w:eastAsia="zh-CN"/>
        </w:rPr>
        <w:t>　　4、学生食堂的财务管理和成本核算需要进一步加强，进一步巩固强化食堂“零利润翁尊网”经营的理念。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5、对工人的全程监控不到位，食堂、超市无全程监控设备，存在安全生产盲区。</w:t>
      </w:r>
      <w:r>
        <w:rPr>
          <w:lang w:eastAsia="zh-CN"/>
        </w:rPr>
        <w:br/>
      </w:r>
      <w:r>
        <w:rPr>
          <w:lang w:eastAsia="zh-CN"/>
        </w:rPr>
        <w:t>　　6、食堂面积小，超负荷运转，安全隐患大。</w:t>
      </w:r>
      <w:r>
        <w:rPr>
          <w:lang w:eastAsia="zh-CN"/>
        </w:rPr>
        <w:br/>
      </w:r>
      <w:r>
        <w:rPr>
          <w:lang w:eastAsia="zh-CN"/>
        </w:rPr>
        <w:t>　　三、今后工作设想1、强化后勤队伍建设、制度建设，努力提高员工的自身素质。</w:t>
      </w:r>
      <w:r>
        <w:rPr>
          <w:lang w:eastAsia="zh-CN"/>
        </w:rPr>
        <w:br/>
      </w:r>
      <w:r>
        <w:rPr>
          <w:lang w:eastAsia="zh-CN"/>
        </w:rPr>
        <w:t>　　2、切实抓好后勤常规管理，不断提高服务质量。</w:t>
      </w:r>
      <w:r>
        <w:rPr>
          <w:lang w:eastAsia="zh-CN"/>
        </w:rPr>
        <w:br/>
      </w:r>
      <w:r>
        <w:rPr>
          <w:lang w:eastAsia="zh-CN"/>
        </w:rPr>
        <w:t>　　3、开源节流，增收节支，进一步加强对幼儿园、印刷厂、超市的管理。</w:t>
      </w:r>
      <w:r>
        <w:rPr>
          <w:lang w:eastAsia="zh-CN"/>
        </w:rPr>
        <w:br/>
      </w:r>
      <w:r>
        <w:rPr>
          <w:lang w:eastAsia="zh-CN"/>
        </w:rPr>
        <w:t>　　4、积极建立视频监控，技防设施落实到位。根据市教育局校园安全工作的整体部署，在市教育局的指导下，逐步完善校园视频监控。</w:t>
      </w:r>
      <w:r>
        <w:rPr>
          <w:lang w:eastAsia="zh-CN"/>
        </w:rPr>
        <w:br/>
      </w:r>
      <w:r>
        <w:rPr>
          <w:lang w:eastAsia="zh-CN"/>
        </w:rPr>
        <w:t>　　今后，勤办将按教育局和学校的的要求，以科学发展观为统领，办人民满意教育为目的，以加强后勤精细化管理为中心，保障师生安全为重点，积极开展工作，不断创新，积极探索，为我校教育事业的快速发展作出应有的努力。</w:t>
      </w:r>
      <w:r>
        <w:rPr>
          <w:lang w:eastAsia="zh-CN"/>
        </w:rPr>
        <w:br/>
      </w:r>
      <w:r>
        <w:rPr>
          <w:lang w:eastAsia="zh-CN"/>
        </w:rPr>
        <w:t>　　2103年秋收支情况说明; 1、佐料支出：2103年春70096.92元，秋季66995.50元（含鸡蛋10775.00元）实支54220.50元。节约15876.42元。</w:t>
      </w:r>
      <w:r>
        <w:rPr>
          <w:lang w:eastAsia="zh-CN"/>
        </w:rPr>
        <w:br/>
      </w:r>
      <w:r>
        <w:rPr>
          <w:lang w:eastAsia="zh-CN"/>
        </w:rPr>
        <w:t>　　2、易耗品支出</w:t>
      </w:r>
      <w:r>
        <w:rPr>
          <w:lang w:eastAsia="zh-CN"/>
        </w:rPr>
        <w:br/>
      </w:r>
      <w:r>
        <w:rPr>
          <w:lang w:eastAsia="zh-CN"/>
        </w:rPr>
        <w:t>　　2103年春46046.00元，秋季17944.00元,同期相比节约28102.00元。</w:t>
      </w:r>
      <w:r>
        <w:rPr>
          <w:lang w:eastAsia="zh-CN"/>
        </w:rPr>
        <w:br/>
      </w:r>
      <w:r>
        <w:rPr>
          <w:lang w:eastAsia="zh-CN"/>
        </w:rPr>
        <w:t>　　3、付20__年春季期末生活2915.00元，金龙鱼菜籽油70.00_</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124，计8680.00元；付20__春天然气1510.00元；付工人暑假生活费24363.00元；付辞退工人程景凤10483.20元，江灿元10624.80元，廖先珍9128.20元，李道应5000.00元。</w:t>
      </w:r>
      <w:r>
        <w:rPr>
          <w:lang w:eastAsia="zh-CN"/>
        </w:rPr>
        <w:br/>
      </w:r>
      <w:r>
        <w:rPr>
          <w:lang w:eastAsia="zh-CN"/>
        </w:rPr>
        <w:t>　　4、付食堂电梯保养14524.00元，补缴1-6月失业保险6374.40元。</w:t>
      </w:r>
      <w:r>
        <w:rPr>
          <w:lang w:eastAsia="zh-CN"/>
        </w:rPr>
        <w:br/>
      </w:r>
      <w:r>
        <w:rPr>
          <w:lang w:eastAsia="zh-CN"/>
        </w:rPr>
        <w:t>　　5、付超市营业员工资18000.00元，付保安补贴3000元。</w:t>
      </w:r>
      <w:r>
        <w:rPr>
          <w:lang w:eastAsia="zh-CN"/>
        </w:rPr>
        <w:br/>
      </w:r>
      <w:r>
        <w:rPr>
          <w:lang w:eastAsia="zh-CN"/>
        </w:rPr>
        <w:t>　　6、支官林、李坤良、毛启祝三人工资及加班费。</w:t>
      </w:r>
      <w:r>
        <w:rPr>
          <w:lang w:eastAsia="zh-CN"/>
        </w:rPr>
        <w:br/>
      </w:r>
      <w:r>
        <w:rPr>
          <w:lang w:eastAsia="zh-CN"/>
        </w:rPr>
        <w:t>　　第1、 2项总计节约43978.42元。</w:t>
      </w:r>
      <w:r>
        <w:rPr>
          <w:lang w:eastAsia="zh-CN"/>
        </w:rPr>
        <w:br/>
      </w:r>
      <w:r>
        <w:rPr>
          <w:lang w:eastAsia="zh-CN"/>
        </w:rPr>
        <w:t>　　第3-6项共支出111687.60元。</w:t>
      </w:r>
      <w:r>
        <w:rPr>
          <w:lang w:eastAsia="zh-CN"/>
        </w:rPr>
        <w:br/>
      </w:r>
      <w:r>
        <w:rPr>
          <w:lang w:eastAsia="zh-CN"/>
        </w:rPr>
        <w:t xml:space="preserve">    关于后勤年度工作总结范文 篇16 </w:t>
      </w:r>
      <w:r>
        <w:rPr>
          <w:lang w:eastAsia="zh-CN"/>
        </w:rPr>
        <w:br/>
      </w:r>
      <w:r>
        <w:rPr>
          <w:lang w:eastAsia="zh-CN"/>
        </w:rPr>
        <w:t>　　20__年在公司党委的直接领导关怀和党工部的指导下，我们高举建设中国特色社会主义伟大旗帜，以邓小平理论和“三个代表”重要思想为指导，以落实省局“六高”目标为根本，以构建和谐高速为基础，以“创建汾离文明高速路活动”为契机，全面树立和落实科学发展观，积极开展“五比五看、服务创优”劳动竞赛活动。一年来，我们充分发挥党组织的思想政治优势，团结和带领全体党员和广大干部职工扎实工作，收到了较好的效果。下面从四个方面就一年来的工作述职如下，不妥之处，请批评指正。</w:t>
      </w:r>
      <w:r>
        <w:rPr>
          <w:lang w:eastAsia="zh-CN"/>
        </w:rPr>
        <w:br/>
      </w:r>
      <w:r>
        <w:rPr>
          <w:lang w:eastAsia="zh-CN"/>
        </w:rPr>
        <w:t>　　一、主要工作</w:t>
      </w:r>
      <w:r>
        <w:rPr>
          <w:lang w:eastAsia="zh-CN"/>
        </w:rPr>
        <w:br/>
      </w:r>
      <w:r>
        <w:rPr>
          <w:lang w:eastAsia="zh-CN"/>
        </w:rPr>
        <w:t>　　1、党建工作有了新起色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去年公司党委的统一安排部署，我们以“团结、创新、务实、奋进”为宗旨，在所属基层单位健全了党的组织和团支部和工会小组，同时根据服务区、收费站女职工多的实际情况，还成立了女工组，在具体的工作中，在具体的工作中我们充分发挥党、工、团的优势和党员、团员的模范带头作用，一是建立健全了党的基层组织，制定了各项规章制度。二是组织全体党员认真学习了、十九届五中、六中全会以及十八大精神，写了1.5万字的学习笔记。三是健全了站、区级工、团组织机构，制定了相应的职责和制度。四是在互联网上申请注册博客，编发各类信息、图片、文章40多篇，在此基础上我们继续办好博客，发表博文111篇，及时及时传递党建工作的思路和信息，对外宣传和报道在两个文明建设中取得的新成果以及新人、新事、新经验。</w:t>
      </w:r>
      <w:r>
        <w:rPr>
          <w:lang w:eastAsia="zh-CN"/>
        </w:rPr>
        <w:br/>
      </w:r>
      <w:r>
        <w:rPr>
          <w:lang w:eastAsia="zh-CN"/>
        </w:rPr>
        <w:t>　　2、文明共建活动取得新成果</w:t>
      </w:r>
      <w:r>
        <w:rPr>
          <w:lang w:eastAsia="zh-CN"/>
        </w:rPr>
        <w:br/>
      </w:r>
      <w:r>
        <w:rPr>
          <w:lang w:eastAsia="zh-CN"/>
        </w:rPr>
        <w:t>　　“共建文明汾离，共创和谐高速”。在党总支的组织下，离石东站领导和离石西站的领导经过协商同意，结为友好收费站，在离石西站召开了第二次友好站联谊活，同时，邀请政府部门、新闻单位以及社会知名人士等4名领导（年度个人考核工作总结20__）和政协委员担任我站的政风、行风监督员。在会上他们就搞好文明创建活动提出了宝贵的意见和建议。同时石带领参观学习。响应公司的号召，积极参加__市有关部门组织的“捐款”活动。为社会献出了一片爱心。</w:t>
      </w:r>
      <w:r>
        <w:rPr>
          <w:lang w:eastAsia="zh-CN"/>
        </w:rPr>
        <w:br/>
      </w:r>
      <w:r>
        <w:rPr>
          <w:lang w:eastAsia="zh-CN"/>
        </w:rPr>
        <w:t>　　4、开展各项活动有了新突破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今年以来党总支在“七一”和国庆分别举办了“唱响主旋律、凝聚精气神”庆“7.1”联欢会。和“赞辉煌历程、庆60华诞”卡拉ok红歌大赛。各基层党支部组织党员群众积极参与，使这两次活动成为20__年最重要的活动，受到公司和各兄弟单位的好评。同时各单位积极开展职工文体娱乐活动。通过积极参加公司的各种活动，努力提高了全员的参与意识、竞争意识，从而提高了整体素质，使员工在学习中不断得到提高和完善，真正建设一支思想正、作风硬、业务精的收费员队伍，培养造就一支高素质的职工队伍。</w:t>
      </w:r>
      <w:r>
        <w:rPr>
          <w:lang w:eastAsia="zh-CN"/>
        </w:rPr>
        <w:br/>
      </w:r>
      <w:r>
        <w:rPr>
          <w:lang w:eastAsia="zh-CN"/>
        </w:rPr>
        <w:t>　　3、文明“窗口”建设有了新变化</w:t>
      </w:r>
      <w:r>
        <w:rPr>
          <w:lang w:eastAsia="zh-CN"/>
        </w:rPr>
        <w:br/>
      </w:r>
      <w:r>
        <w:rPr>
          <w:lang w:eastAsia="zh-CN"/>
        </w:rPr>
        <w:t>　　为了争创文明示范窗口、建设和谐吕梁高速，打造__市区靓丽窗口，提升吕梁高速公路形象，去年我们把离石东收费站作为“文明窗口”建设的重点，文明窗口形象建设工作，美化了环境，公开接受社会各界和新闻媒体的监督，收到了较好的`效果，为争创全省“文明示范窗口”奠定了坚实的基础。</w:t>
      </w:r>
      <w:r>
        <w:rPr>
          <w:lang w:eastAsia="zh-CN"/>
        </w:rPr>
        <w:br/>
      </w:r>
      <w:r>
        <w:rPr>
          <w:lang w:eastAsia="zh-CN"/>
        </w:rPr>
        <w:t>　　二、存在的问题</w:t>
      </w:r>
      <w:r>
        <w:rPr>
          <w:lang w:eastAsia="zh-CN"/>
        </w:rPr>
        <w:br/>
      </w:r>
      <w:r>
        <w:rPr>
          <w:lang w:eastAsia="zh-CN"/>
        </w:rPr>
        <w:t>　　1、从处领导到基层的党员干部普遍缺乏应有的政治敏感性，没有较强的责任心，只有原则性，缺乏灵活性，特别是遇到突发性事件，不能尽快启动应急预案，另外，我处作为__市所在地，软环境创造的不是很好，服务地方政府的意识不强，</w:t>
      </w:r>
      <w:r>
        <w:rPr>
          <w:lang w:eastAsia="zh-CN"/>
        </w:rPr>
        <w:br/>
      </w:r>
      <w:r>
        <w:rPr>
          <w:lang w:eastAsia="zh-CN"/>
        </w:rPr>
        <w:t>　　2、在党建设方面，特别是精神文明创建上还是一个比较薄弱的环节，基层单位组织的各种活动不够丰富多彩,活动有待于进一步多样化，开展活动的氛围不浓，创建活动效果不明显。</w:t>
      </w:r>
      <w:r>
        <w:rPr>
          <w:lang w:eastAsia="zh-CN"/>
        </w:rPr>
        <w:br/>
      </w:r>
      <w:r>
        <w:rPr>
          <w:lang w:eastAsia="zh-CN"/>
        </w:rPr>
        <w:t>　　3、党员的政治、理论和业务学习的广度和深度不够,缺少业务技术能手,工作能力差，整体素质还是待于进一步提高，党组织的战斗堡垒作用发挥的不够。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4、党员员的服务意识、大局意识、责任意识、创新意识和竞争意识不强,工作的主动性、积极性和创造性还有待于进一步增强。</w:t>
      </w:r>
      <w:r>
        <w:rPr>
          <w:lang w:eastAsia="zh-CN"/>
        </w:rPr>
        <w:br/>
      </w:r>
      <w:r>
        <w:rPr>
          <w:lang w:eastAsia="zh-CN"/>
        </w:rPr>
        <w:t>　　三、__年的计划</w:t>
      </w:r>
      <w:r>
        <w:rPr>
          <w:lang w:eastAsia="zh-CN"/>
        </w:rPr>
        <w:br/>
      </w:r>
      <w:r>
        <w:rPr>
          <w:lang w:eastAsia="zh-CN"/>
        </w:rPr>
        <w:t>　　1、以创建“吕梁文明高速路”为契机，开展“五比五看、服务创优”劳动竞赛活动，继续创新和优化环境，开展优质服务，接受社会监督，组织带领各基层单位积极争创省级“青年文明号”，“巾帼文明岗”，把基层单位建设成__市对外开放的文明窗口。</w:t>
      </w:r>
      <w:r>
        <w:rPr>
          <w:lang w:eastAsia="zh-CN"/>
        </w:rPr>
        <w:br/>
      </w:r>
      <w:r>
        <w:rPr>
          <w:lang w:eastAsia="zh-CN"/>
        </w:rPr>
        <w:t>　　2、解放思想、更新观念，增强服务地方政府和地方经济的意识，以服务地方经济建设为己任，一切服从和服务于地方经济的发展，严格贯彻实施收费政策,继续加大管理和工作力度,努力超额完成20__年公司下达的各项任务，争创一流业绩，为地方经济建设做出贡献。</w:t>
      </w:r>
      <w:r>
        <w:rPr>
          <w:lang w:eastAsia="zh-CN"/>
        </w:rPr>
        <w:br/>
      </w:r>
      <w:r>
        <w:rPr>
          <w:lang w:eastAsia="zh-CN"/>
        </w:rPr>
        <w:t>　　3、进一步建立健全各项规章制度，规范和完善党组织的管理，</w:t>
      </w:r>
      <w:r>
        <w:rPr>
          <w:lang w:eastAsia="zh-CN"/>
        </w:rPr>
        <w:br/>
      </w:r>
      <w:r>
        <w:rPr>
          <w:lang w:eastAsia="zh-CN"/>
        </w:rPr>
        <w:t>　　4、创建学习型党组织，建设高素质队伍。坚持二、五学习,继续组织形式多样的政治、理论、业务、文化学习，努力提高全员的整体素质，使员工在学习中不断得到提高和完善，努力向学习型党组织迈进。真正建设和培养造就一支思想正、作风硬、业务精的高素质职工队伍。</w:t>
      </w:r>
      <w:r>
        <w:rPr>
          <w:lang w:eastAsia="zh-CN"/>
        </w:rPr>
        <w:br/>
      </w:r>
      <w:r>
        <w:rPr>
          <w:lang w:eastAsia="zh-CN"/>
        </w:rPr>
        <w:t>　　5、加大宣传报道的力度，继续办好创办党总支简报，及时对外宣传和报道我处两个文明建设取得的新成果。力争成为广大党员的良师益友。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6、加强党风廉政建设。牢记“两个”务必，坚持原则，实事求是，端正工作态度，改进工作作风，加大廉政建设力度，做到逢会必讲，敲起廉政警钟。并开展警示教育活动。</w:t>
      </w:r>
      <w:r>
        <w:rPr>
          <w:lang w:eastAsia="zh-CN"/>
        </w:rPr>
        <w:br/>
      </w:r>
      <w:r>
        <w:rPr>
          <w:lang w:eastAsia="zh-CN"/>
        </w:rPr>
        <w:t>　　总之，在公司党委的正确领导下，通过创建汾离文明高速路及开展“五比五看、服务创优”活动，党员干部和职工的精神面貌有了变化，全体职工的服务意识有了提高，思想政治有了进步，工作作风有所转变，纪律上有了增强，在实践中增强了文明服务的自觉性，推动了服务质量水平的提高，促进了各项工作任务的圆满完成。今后我们将继续以创建“千里大运文明高速路”为契机，开展“五比五看、服务创优”，立功竞赛活动，不断创新和优化营造和谐环境，开展优质服务，接受社会监督，为离石东、西两站争创省级“青年文明号”，建设全省高速公路系统的“文明示范窗口”，发挥好党支部的积极作用。</w:t>
      </w:r>
      <w:r>
        <w:rPr>
          <w:lang w:eastAsia="zh-CN"/>
        </w:rPr>
        <w:br/>
      </w:r>
      <w:r>
        <w:rPr>
          <w:lang w:eastAsia="zh-CN"/>
        </w:rPr>
        <w:t>　　谢谢大家，不妥之处，请批评指正！</w:t>
      </w:r>
      <w:r>
        <w:rPr>
          <w:lang w:eastAsia="zh-CN"/>
        </w:rPr>
        <w:br/>
      </w:r>
      <w:r>
        <w:rPr>
          <w:lang w:eastAsia="zh-CN"/>
        </w:rPr>
        <w:t xml:space="preserve">    关于后勤年度工作总结范文 篇17 </w:t>
      </w:r>
      <w:r>
        <w:rPr>
          <w:lang w:eastAsia="zh-CN"/>
        </w:rPr>
        <w:br/>
      </w:r>
      <w:r>
        <w:rPr>
          <w:lang w:eastAsia="zh-CN"/>
        </w:rPr>
        <w:t>　　总务处根据学校对总务工作的具体要求，结合两学期工作计划和学校的实际情况，在学校领导和全体教职工的支持及积极配合下；通过总务部门全体同志尽心尽责、共同努力，克服人手紧缺、任务繁重的困难；有计划、有步骤、有重点地完成了各项工作，确保了学校教育教学工作顺利开展。一学年来，我们始终本着“全心全意为教育教学服务、为师生服务”的宗旨，努力做好财务财产管理、后勤常规管理、食品卫生安全管理等方面的工作，圆满地完成各项工作，达到计划要求，现将本年度总务工作进行如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一、财务管理方面</w:t>
      </w:r>
      <w:r>
        <w:rPr>
          <w:lang w:eastAsia="zh-CN"/>
        </w:rPr>
        <w:br/>
      </w:r>
      <w:r>
        <w:rPr>
          <w:lang w:eastAsia="zh-CN"/>
        </w:rPr>
        <w:t>　　1、财务工作在学校领导的带领下，严格按规定的财务、会计制度实施管理，依法照章做好财务管理工作，管理好教育经费的收支。</w:t>
      </w:r>
      <w:r>
        <w:rPr>
          <w:lang w:eastAsia="zh-CN"/>
        </w:rPr>
        <w:br/>
      </w:r>
      <w:r>
        <w:rPr>
          <w:lang w:eastAsia="zh-CN"/>
        </w:rPr>
        <w:t>　　2、财务人员每月将学校财产开支情况以书面形式如实向校长汇报。本年度上级拨款给我校经费将近200万元，用于校舍屋顶修缮，发放学校另聘人员工资，室内粉刷等，共支出约180万元，结余约12万。学生生活费拨款将近300万元，用于280多万元，结余约7万元（包括我校附属幼儿园）。</w:t>
      </w:r>
      <w:r>
        <w:rPr>
          <w:lang w:eastAsia="zh-CN"/>
        </w:rPr>
        <w:br/>
      </w:r>
      <w:r>
        <w:rPr>
          <w:lang w:eastAsia="zh-CN"/>
        </w:rPr>
        <w:t>　　二、后勤常规管理方面</w:t>
      </w:r>
      <w:r>
        <w:rPr>
          <w:lang w:eastAsia="zh-CN"/>
        </w:rPr>
        <w:br/>
      </w:r>
      <w:r>
        <w:rPr>
          <w:lang w:eastAsia="zh-CN"/>
        </w:rPr>
        <w:t>　　学年初召开总务处会议，认真学习岗位责任与计划，提出具体要求；旨在加强后勤人员队伍建设，提高各岗位工作人员的整体素质，树立服务育人，管理育人的意识。完成了学校固定资产的登记和清理工作，做到帐目相符。做好教师教学用品及学生学习用品的准备工作。做好校舍的维修工作，发现问题及时处理。</w:t>
      </w:r>
      <w:r>
        <w:rPr>
          <w:lang w:eastAsia="zh-CN"/>
        </w:rPr>
        <w:br/>
      </w:r>
      <w:r>
        <w:rPr>
          <w:lang w:eastAsia="zh-CN"/>
        </w:rPr>
        <w:t>　　三、学生公寓、食堂管理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年度，总务处人员配合学校德育处及值周人员定期对学生公寓、及各教室的电路进行检查，排查安全隐患，坚决做到用电安全、饮食安全。在平时工作中加强贯彻执行《食品卫生法》和有关的管理规定，严格进行食堂管理；对食堂员工进行食品安全知识、机器操作的培训和讲解，合理、安全正确的使用机器；为确保食品安全，开学初和学期中，总务处专门组织后勤人员对蔬菜、肉食品市场进行了走访和调查，保证购买的蔬菜和肉食品是新鲜的、有质量保证的。</w:t>
      </w:r>
      <w:r>
        <w:rPr>
          <w:lang w:eastAsia="zh-CN"/>
        </w:rPr>
        <w:br/>
      </w:r>
      <w:r>
        <w:rPr>
          <w:lang w:eastAsia="zh-CN"/>
        </w:rPr>
        <w:t>　　为了强化财产管理，定期和不定期进行检查。对学校全部财产进行登记、造册、统计、量化、存档等工作，强化财产管理，使学校财产管理逐步走上规范化，明细化，专业化。坚持管好用好学校财产，领物登记，收交有记录，损坏要赔偿，借出有票据。</w:t>
      </w:r>
      <w:r>
        <w:rPr>
          <w:lang w:eastAsia="zh-CN"/>
        </w:rPr>
        <w:br/>
      </w:r>
      <w:r>
        <w:rPr>
          <w:lang w:eastAsia="zh-CN"/>
        </w:rPr>
        <w:t>　　四、20__年度总务重点工作</w:t>
      </w:r>
      <w:r>
        <w:rPr>
          <w:lang w:eastAsia="zh-CN"/>
        </w:rPr>
        <w:br/>
      </w:r>
      <w:r>
        <w:rPr>
          <w:lang w:eastAsia="zh-CN"/>
        </w:rPr>
        <w:t>　　1、校园花园种植草地，和老师一起植树。</w:t>
      </w:r>
      <w:r>
        <w:rPr>
          <w:lang w:eastAsia="zh-CN"/>
        </w:rPr>
        <w:br/>
      </w:r>
      <w:r>
        <w:rPr>
          <w:lang w:eastAsia="zh-CN"/>
        </w:rPr>
        <w:t>　　2、女生宿舍的内墙粉刷，更换屋门，屋顶补休。</w:t>
      </w:r>
      <w:r>
        <w:rPr>
          <w:lang w:eastAsia="zh-CN"/>
        </w:rPr>
        <w:br/>
      </w:r>
      <w:r>
        <w:rPr>
          <w:lang w:eastAsia="zh-CN"/>
        </w:rPr>
        <w:t>　　3、教师宿舍楼内墙粉刷及安装暖气，更换宿舍门。</w:t>
      </w:r>
      <w:r>
        <w:rPr>
          <w:lang w:eastAsia="zh-CN"/>
        </w:rPr>
        <w:br/>
      </w:r>
      <w:r>
        <w:rPr>
          <w:lang w:eastAsia="zh-CN"/>
        </w:rPr>
        <w:t>　　4、校园围墙的改造。</w:t>
      </w:r>
      <w:r>
        <w:rPr>
          <w:lang w:eastAsia="zh-CN"/>
        </w:rPr>
        <w:br/>
      </w:r>
      <w:r>
        <w:rPr>
          <w:lang w:eastAsia="zh-CN"/>
        </w:rPr>
        <w:t>　　5、校园篮球场地硬化，操场看台重新粉刷。</w:t>
      </w:r>
      <w:r>
        <w:rPr>
          <w:lang w:eastAsia="zh-CN"/>
        </w:rPr>
        <w:br/>
      </w:r>
      <w:r>
        <w:rPr>
          <w:lang w:eastAsia="zh-CN"/>
        </w:rPr>
        <w:t>　　6、学生新食堂正式使用，旧食堂操作区重新装修，食堂设备更新。</w:t>
      </w:r>
      <w:r>
        <w:rPr>
          <w:lang w:eastAsia="zh-CN"/>
        </w:rPr>
        <w:br/>
      </w:r>
      <w:r>
        <w:rPr>
          <w:lang w:eastAsia="zh-CN"/>
        </w:rPr>
        <w:t>　　7、在各班级中安装书柜，供学生放书使用。</w:t>
      </w:r>
      <w:r>
        <w:rPr>
          <w:lang w:eastAsia="zh-CN"/>
        </w:rPr>
        <w:br/>
      </w:r>
      <w:r>
        <w:rPr>
          <w:lang w:eastAsia="zh-CN"/>
        </w:rPr>
        <w:t>　　8、学生宿舍内安装毛巾、脸盆架。</w:t>
      </w:r>
      <w:r>
        <w:rPr>
          <w:lang w:eastAsia="zh-CN"/>
        </w:rPr>
        <w:br/>
      </w:r>
      <w:r>
        <w:rPr>
          <w:lang w:eastAsia="zh-CN"/>
        </w:rPr>
        <w:t>　　9、校园内安装监控设备，确保校园内财产及人身安全。</w:t>
      </w:r>
      <w:r>
        <w:rPr>
          <w:lang w:eastAsia="zh-CN"/>
        </w:rPr>
        <w:br/>
      </w:r>
      <w:r>
        <w:rPr>
          <w:lang w:eastAsia="zh-CN"/>
        </w:rPr>
        <w:t>　　10、每个月对学校财务进行一次公示。</w:t>
      </w:r>
      <w:r>
        <w:rPr>
          <w:lang w:eastAsia="zh-CN"/>
        </w:rPr>
        <w:br/>
      </w:r>
      <w:r>
        <w:rPr>
          <w:lang w:eastAsia="zh-CN"/>
        </w:rPr>
        <w:t>　　五、明年努力的方向</w:t>
      </w:r>
      <w:r>
        <w:rPr>
          <w:lang w:eastAsia="zh-CN"/>
        </w:rPr>
        <w:br/>
      </w:r>
      <w:r>
        <w:rPr>
          <w:lang w:eastAsia="zh-CN"/>
        </w:rPr>
        <w:t>　　1、希望学校能够解决紧缺的后勤管理人员，尤其专业人员。</w:t>
      </w:r>
      <w:r>
        <w:rPr>
          <w:lang w:eastAsia="zh-CN"/>
        </w:rPr>
        <w:br/>
      </w:r>
      <w:r>
        <w:rPr>
          <w:lang w:eastAsia="zh-CN"/>
        </w:rPr>
        <w:t>　　2、后勤各部门要加强内部管理，合理分工，明确职责，协调好其他部门工作。对食堂工作人员进行岗前培训，提高机器的使用效率和使用中的安全意识。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3、加大对电、用水、消防、食品卫生的检查、抽查力度，把各项工作做实，做细、做到位。加大对易耗品的管理，能维修就维修，节约开支。</w:t>
      </w:r>
      <w:r>
        <w:rPr>
          <w:lang w:eastAsia="zh-CN"/>
        </w:rPr>
        <w:br/>
      </w:r>
      <w:r>
        <w:rPr>
          <w:lang w:eastAsia="zh-CN"/>
        </w:rPr>
        <w:t>　　4、加强安全管理，一方面加强食品安全的督查，绝对保证师生饮食安全；另一方面，加强学校校舍的检查力度，保证师生生命财产安全。</w:t>
      </w:r>
      <w:r>
        <w:rPr>
          <w:lang w:eastAsia="zh-CN"/>
        </w:rPr>
        <w:br/>
      </w:r>
      <w:r>
        <w:rPr>
          <w:lang w:eastAsia="zh-CN"/>
        </w:rPr>
        <w:t>　　5、在今后的工作中，每月进行工作总结，希望能一直提高。并组织食堂工作人员到其它学校进行参观学习，提高食堂的饭菜品质，学习他们的管理经验。</w:t>
      </w:r>
      <w:r>
        <w:rPr>
          <w:lang w:eastAsia="zh-CN"/>
        </w:rPr>
        <w:br/>
      </w:r>
      <w:r>
        <w:rPr>
          <w:lang w:eastAsia="zh-CN"/>
        </w:rPr>
        <w:t xml:space="preserve">    关于后勤年度工作总结范文 篇18 </w:t>
      </w:r>
      <w:r>
        <w:rPr>
          <w:lang w:eastAsia="zh-CN"/>
        </w:rPr>
        <w:br/>
      </w:r>
      <w:r>
        <w:rPr>
          <w:lang w:eastAsia="zh-CN"/>
        </w:rPr>
        <w:t>　　有人说，世界上许多事情都可以等，唯独孩子们的事情不能等。怀着对幼儿教育的高度责任感，在领导的高瞻远瞩，运筹帷幄，对我园倾注了极大的关怀，寄托了高度的厚望，为新园增添硬件设施，目前已基本达到现代化。强大的物质条件、雄厚的经济保障、这些得天独厚的条件为我园的腾飞奠定了良好的开端，也鞭策着我们全体教职员工勇往直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自办园以来，我园教职员工发扬不怕苦、不怕累、敢攀登，创一流的精神，积极倡导“求实、创新、无私奉献”的园风，以“面向未来、追求卓越、服务社会”为办园宗旨、以“创一流的设施设备、形成一流的师资队伍、保证一流的`保教质量”为阶段奋斗目标以科学的管理为保证，来全面提高保教质量。全体教职员工以促进幼儿健康成长为工作的归宿忘我工作，为我园的飞速发展做了大量的工作。</w:t>
      </w:r>
      <w:r>
        <w:rPr>
          <w:lang w:eastAsia="zh-CN"/>
        </w:rPr>
        <w:br/>
      </w:r>
      <w:r>
        <w:rPr>
          <w:lang w:eastAsia="zh-CN"/>
        </w:rPr>
        <w:t>　　园内鲜花与绿草交相辉映，软地与硬地相辅相成。雄厚的经济投入，为幼儿的健康和谐发展创造了良好的物质环境。在幼儿园卫生保健工作方面，我园倡导教师、职工人人有责。而幼儿园的后勤工作本就是一件不太上得了台面的服务性工作，事情杂而散，可谓是“剪不断，理还乱”。但本学期在园长及主任的领导下，后勤工作继续以教育指导《纲要》和《幼儿园工作规程》为指导，围绕幼儿园的中心工作，对照市幼托机构卫生、安全的标准，全体后勤人员以团结、协作、友好的精神，认真完成了各项工作。现简单总结如下：</w:t>
      </w:r>
      <w:r>
        <w:rPr>
          <w:lang w:eastAsia="zh-CN"/>
        </w:rPr>
        <w:br/>
      </w:r>
      <w:r>
        <w:rPr>
          <w:lang w:eastAsia="zh-CN"/>
        </w:rPr>
        <w:t>　　一、健康检查工作：</w:t>
      </w:r>
      <w:r>
        <w:rPr>
          <w:lang w:eastAsia="zh-CN"/>
        </w:rPr>
        <w:br/>
      </w:r>
    </w:p>
    <w:p w:rsidR="001B1F19" w14:textId="27C3F48A">
      <w:pPr>
        <w:rPr>
          <w:rFonts w:hint="eastAsia"/>
          <w:lang w:eastAsia="zh-CN"/>
        </w:rPr>
      </w:pPr>
      <w:r>
        <w:rPr>
          <w:lang w:eastAsia="zh-CN"/>
        </w:rPr>
        <w:t>　　开学初，保健室严抓新生的体检工作，本学期新入园幼儿全部经过市妇幼保健院全面的健康检查，入园体检率达100％。严格执行晨检制度，晨检时注重“看”、“摸”、“问”，发现问题，及时处理，并做好记录，确保每天出入园的幼儿身体健康。及时掌握生病幼儿的情况，晨检后反馈到班级，使带班教师可以对生病的儿童进行特殊护理，保育员做好全日观察。9月份市妇幼保健对全园教职员工在妇幼保健院进行全面体检，体检率和体检合格率均达100%，坚持严把“三关”，即每天晨检关、每天午检关、每天消毒关。做到有病及时发现，及时治疗。我们坚持卫生消毒及隔离制度，毛巾、水杯、玩具、被褥、图书等严格消毒，做到一人一杯一巾制，各班配有消毒柜，坚持幼儿餐具每餐消毒，幼儿使用的玩具定期进行消毒。为了减少常见病、多发病的发生，定期进行空气消毒和药物消毒。坚持晨检与全日观察相结合，并做到有记录、有分析、有措施。今年十一月小小一班、小一班、大班各有一名幼儿患口腔泡疹，由于加强了晨检及午检和消毒隔离，口腔泡疹很快控制下来，没有大面积的流行。</w:t>
      </w:r>
      <w:r>
        <w:rPr>
          <w:lang w:eastAsia="zh-CN"/>
        </w:rPr>
        <w:br/>
      </w:r>
      <w:r>
        <w:rPr>
          <w:lang w:eastAsia="zh-CN"/>
        </w:rPr>
        <w:t>　　二、卫生保健工作：</w:t>
      </w:r>
      <w:r>
        <w:rPr>
          <w:lang w:eastAsia="zh-CN"/>
        </w:rPr>
        <w:br/>
      </w:r>
      <w:r>
        <w:rPr>
          <w:lang w:eastAsia="zh-CN"/>
        </w:rPr>
        <w:t>　　为了做好卫生保健工作，一年来，认真执行《托儿所、幼儿园卫生保健制度》及《食品卫生法》等有关规定，做好幼儿膳食、疾病预防、卫生消毒管理工作。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https://d.book118.com/828077015115006042</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8077015115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