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人教版小学数学三年级上册教学工作计划（12篇）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小学数学三年级上册教学工作计划 1</w:t>
      </w:r>
      <w:r>
        <w:rPr>
          <w:lang w:eastAsia="zh-CN"/>
        </w:rPr>
        <w:br/>
      </w:r>
      <w:r>
        <w:rPr>
          <w:lang w:eastAsia="zh-CN"/>
        </w:rPr>
        <w:t>　　一、指导思想</w:t>
      </w:r>
      <w:r>
        <w:rPr>
          <w:lang w:eastAsia="zh-CN"/>
        </w:rPr>
        <w:br/>
      </w:r>
      <w:r>
        <w:rPr>
          <w:lang w:eastAsia="zh-CN"/>
        </w:rPr>
        <w:t>　　1、以本册教材为本，以新的《数学课程标准》为纲，全面提高学生的综合素质，促使学生上进、持续、和谐的发展。</w:t>
      </w:r>
      <w:r>
        <w:rPr>
          <w:lang w:eastAsia="zh-CN"/>
        </w:rPr>
        <w:br/>
      </w:r>
      <w:r>
        <w:rPr>
          <w:lang w:eastAsia="zh-CN"/>
        </w:rPr>
        <w:t>　　2、遵循学生学习数学的心理规律，从学生以有的生活经验出发，使数学面向全体学生，实现人人学有价值的数学，人人都能获得必须的数学，不同的人在数学上得到不同的发展。</w:t>
      </w:r>
      <w:r>
        <w:rPr>
          <w:lang w:eastAsia="zh-CN"/>
        </w:rPr>
        <w:br/>
      </w:r>
      <w:r>
        <w:rPr>
          <w:lang w:eastAsia="zh-CN"/>
        </w:rPr>
        <w:t>　　3、转变教师的教学观念、教学行为，改善学生的学习方式，培养学生的自主的探究意识，及解决实际的数学问题。</w:t>
      </w:r>
      <w:r>
        <w:rPr>
          <w:lang w:eastAsia="zh-CN"/>
        </w:rPr>
        <w:br/>
      </w:r>
      <w:r>
        <w:rPr>
          <w:lang w:eastAsia="zh-CN"/>
        </w:rPr>
        <w:t>　　4、培养学生的创新意识和实践能力</w:t>
      </w:r>
      <w:r>
        <w:rPr>
          <w:lang w:eastAsia="zh-CN"/>
        </w:rPr>
        <w:br/>
      </w:r>
      <w:r>
        <w:rPr>
          <w:lang w:eastAsia="zh-CN"/>
        </w:rPr>
        <w:t>　　二、学生情况分析：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通过两年的学习，学生已掌握了基本的计算技巧，具备初步的理解、分析、解决问题的能力，并养成了良好的学习习惯。对学习数学有着一定的兴趣，乐于参加学习活动中去。特别是一些动手操作、需要合作完成的学习内容都比较感兴趣。但是在遇到思考深度较难的问题时，有畏缩情绪。虽然在上学期期末测试中孩子的成绩都不错，但少数学生的计算速度和正确率仍需提高，在数学知识的应用，解决实际问题方面，部分学生欠仔细、灵活。在本学期里，本期重点培养学生的合作意识和能力；提高学生提出问题、分析问题、解决问题的能力。同时继续培养学生的学习习惯。</w:t>
      </w:r>
      <w:r>
        <w:rPr>
          <w:lang w:eastAsia="zh-CN"/>
        </w:rPr>
        <w:br/>
      </w:r>
      <w:r>
        <w:rPr>
          <w:lang w:eastAsia="zh-CN"/>
        </w:rPr>
        <w:t>　　三、教材分析：</w:t>
      </w:r>
      <w:r>
        <w:rPr>
          <w:lang w:eastAsia="zh-CN"/>
        </w:rPr>
        <w:br/>
      </w:r>
      <w:r>
        <w:rPr>
          <w:lang w:eastAsia="zh-CN"/>
        </w:rPr>
        <w:t>　　这一册教材包括下面一些内容：时、分、秒，万以内的加法和减法（一），测量，万以内的加法和减法（二），倍的认识，多位数乘一位数，长方形和正方形，分数的初步认识，数学广角──集合，总复习等。</w:t>
      </w:r>
      <w:r>
        <w:rPr>
          <w:lang w:eastAsia="zh-CN"/>
        </w:rPr>
        <w:br/>
      </w:r>
      <w:r>
        <w:rPr>
          <w:lang w:eastAsia="zh-CN"/>
        </w:rPr>
        <w:t>　　万以内的加法和减法笔算、多位数乘一位数以及四边形是本册教材的重点教学内容。</w:t>
      </w:r>
      <w:r>
        <w:rPr>
          <w:lang w:eastAsia="zh-CN"/>
        </w:rPr>
        <w:br/>
      </w:r>
      <w:r>
        <w:rPr>
          <w:lang w:eastAsia="zh-CN"/>
        </w:rPr>
        <w:t>　　在数与计算方面，这一册教材安排了万以内的加法和减法笔算、多位数乘一位数、有余数的除法以及分数的初步认识。万以内的加法和减法笔算是小学生应该掌握和形成的基础知识和基本技能，也是进一步学习多位数笔算乘、除法的.基础。例如，两位数的乘法中要把两个部分积加起来，实际是计算三、四位数的加法，两位数除法中每次试商后通常要做三位数减法。同样，多位数乘一位数也是学习两、三位数乘法的基础，因为不论因数是几位数，在计算过程中都要分解成用几个多位数乘一位数。有余数的除法是表内除法学习的继续，也是学习多位数除法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分数的初步认识是数概念教学的一次扩展，学生理解掌握会有一定的难度，所以本册出现的内容是最初步的，结合学生的生活实际和具体实例使学生理解一些简单分数的具体含义，给学生建立分数的初步概念，初步学会用简单的分数进行表达和交流，进一步发展数感，并为学习小数和进一步学习分数做好铺垫。</w:t>
      </w:r>
      <w:r>
        <w:rPr>
          <w:lang w:eastAsia="zh-CN"/>
        </w:rPr>
        <w:br/>
      </w:r>
      <w:r>
        <w:rPr>
          <w:lang w:eastAsia="zh-CN"/>
        </w:rPr>
        <w:t>　　在空间与图形方面，这一册教材安排了长方形和正方形一单元，这是教材的另一个重点内容。通过这部分内容的学习，让学生认识平行四边形，掌握认识长方形和正方形的特征，了解周长的含义，学会计算长方形和正方形的周长等。同时使学生通过直观、操作，进一步感知平面图形之间的关系，促进空间观念的发展。</w:t>
      </w:r>
      <w:r>
        <w:rPr>
          <w:lang w:eastAsia="zh-CN"/>
        </w:rPr>
        <w:br/>
      </w:r>
      <w:r>
        <w:rPr>
          <w:lang w:eastAsia="zh-CN"/>
        </w:rPr>
        <w:t>　　在量的计量方面，这一册安排的是认识长度单位千米、质量单位吨以及时间单位分、秒。这些内容的教学可以进一步发展学生的质量观念和时间观念，并通过实际操作与具体体验，培养学生估量物体质量和时间长短的意识。</w:t>
      </w:r>
      <w:r>
        <w:rPr>
          <w:lang w:eastAsia="zh-CN"/>
        </w:rPr>
        <w:br/>
      </w:r>
      <w:r>
        <w:rPr>
          <w:lang w:eastAsia="zh-CN"/>
        </w:rPr>
        <w:t>　　在统计知识方面，本册教材让学生初步学习可能性。通过对周围现实生活中有关事例的感受和体验以及实际活动，使学生了解现实生活中存在着不确定现象，知道事件发生的可能性是有大小的，激发学生探索生活中的数学的兴趣，培养学生应用意识和实践能力。</w:t>
      </w:r>
      <w:r>
        <w:rPr>
          <w:lang w:eastAsia="zh-CN"/>
        </w:rPr>
        <w:br/>
      </w:r>
      <w:r>
        <w:rPr>
          <w:lang w:eastAsia="zh-CN"/>
        </w:rPr>
        <w:t>　　本册教材安排了“数学广角”的教学内容，继续引导学生通过观察、猜测、实验、推理等活动找出事物简单的排列数和组合数，培养学生观察、操作及归纳推理的能力。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册教材根据学生所学习的数学知识和生活经验，安排了两个数学实践活动，让学生通过小组合作的探究活动或有现实背景的活动，运用所学知识解决问题，体会探索的乐趣和数学的实际应用，感受用数学的愉悦，培养学生的数学意识和实践能力。</w:t>
      </w:r>
      <w:r>
        <w:rPr>
          <w:lang w:eastAsia="zh-CN"/>
        </w:rPr>
        <w:br/>
      </w:r>
      <w:r>
        <w:rPr>
          <w:lang w:eastAsia="zh-CN"/>
        </w:rPr>
        <w:t>　　四、教学目标要求：</w:t>
      </w:r>
      <w:r>
        <w:rPr>
          <w:lang w:eastAsia="zh-CN"/>
        </w:rPr>
        <w:br/>
      </w:r>
      <w:r>
        <w:rPr>
          <w:lang w:eastAsia="zh-CN"/>
        </w:rPr>
        <w:t>　　1、会笔算三位数的加、减法，会进行相应的估算和验算。</w:t>
      </w:r>
      <w:r>
        <w:rPr>
          <w:lang w:eastAsia="zh-CN"/>
        </w:rPr>
        <w:br/>
      </w:r>
      <w:r>
        <w:rPr>
          <w:lang w:eastAsia="zh-CN"/>
        </w:rPr>
        <w:t>　　2、会口算一位数乘整十、整百数；会笔算一位数乘二、三位数，并会进行估算；能熟练地计算除数和商是一位数的有余数的除法。</w:t>
      </w:r>
      <w:r>
        <w:rPr>
          <w:lang w:eastAsia="zh-CN"/>
        </w:rPr>
        <w:br/>
      </w:r>
      <w:r>
        <w:rPr>
          <w:lang w:eastAsia="zh-CN"/>
        </w:rPr>
        <w:t>　　3、初步认识简单的分数（分母小于10），会读、写分数并知道各部分的名称，初步认识分数的大小，会计算简单的同分母分数的加减法。</w:t>
      </w:r>
      <w:r>
        <w:rPr>
          <w:lang w:eastAsia="zh-CN"/>
        </w:rPr>
        <w:br/>
      </w:r>
      <w:r>
        <w:rPr>
          <w:lang w:eastAsia="zh-CN"/>
        </w:rPr>
        <w:t>　　4、初步认识平行四边形，掌握长方形和正方形的特征，会在方格纸上画长方形、正方形和平行四边形；知道周长的含义，会计算长方形、正方形的周长；能估计一些物体的长度，并会进行测量。</w:t>
      </w:r>
      <w:r>
        <w:rPr>
          <w:lang w:eastAsia="zh-CN"/>
        </w:rPr>
        <w:br/>
      </w:r>
      <w:r>
        <w:rPr>
          <w:lang w:eastAsia="zh-CN"/>
        </w:rPr>
        <w:t>　　5、认识长度单位千米，初步建立1千米的长度观念，知道1千米=1000米；认识质量单位吨，初步建立1吨的质量观念，知道1吨=1000千克；认识时间单位秒，初步建立分、秒的时间观念，知道1分=60秒，会进行一些有关时间的简单计算。</w:t>
      </w:r>
      <w:r>
        <w:rPr>
          <w:lang w:eastAsia="zh-CN"/>
        </w:rPr>
        <w:br/>
      </w:r>
      <w:r>
        <w:rPr>
          <w:lang w:eastAsia="zh-CN"/>
        </w:rPr>
        <w:t>　　6、初步体验有些事件的发生是确定的，有些则是不确定的；能够列出简单实验所有可能发生的结果，知道事件发生的可能性是有大小的，能对一些简单事件发生的可能性做出描述。</w:t>
      </w:r>
      <w:r>
        <w:rPr>
          <w:lang w:eastAsia="zh-CN"/>
        </w:rPr>
        <w:br/>
      </w:r>
      <w:r>
        <w:rPr>
          <w:lang w:eastAsia="zh-CN"/>
        </w:rPr>
        <w:t>　　7、能找出事物简单的排列数和组合数，形成发现生活中的数学的意识和全面地思考问题的意识，初步形成观察、分析及推理的能力。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8、体会学习数学的乐趣，提高学习数学的兴趣，建立学好数学的信心。</w:t>
      </w:r>
      <w:r>
        <w:rPr>
          <w:lang w:eastAsia="zh-CN"/>
        </w:rPr>
        <w:br/>
      </w:r>
      <w:r>
        <w:rPr>
          <w:lang w:eastAsia="zh-CN"/>
        </w:rPr>
        <w:t>　　9、养成认真作业、书写整洁的良好习惯。</w:t>
      </w:r>
      <w:r>
        <w:rPr>
          <w:lang w:eastAsia="zh-CN"/>
        </w:rPr>
        <w:br/>
      </w:r>
      <w:r>
        <w:rPr>
          <w:lang w:eastAsia="zh-CN"/>
        </w:rPr>
        <w:t>　　10、体验数学与日常生活的密切联系，初步形成综合运用数学知识解决问题的能力。</w:t>
      </w:r>
      <w:r>
        <w:rPr>
          <w:lang w:eastAsia="zh-CN"/>
        </w:rPr>
        <w:br/>
      </w:r>
      <w:r>
        <w:rPr>
          <w:lang w:eastAsia="zh-CN"/>
        </w:rPr>
        <w:t>　　1、在课堂中改进笔算教学，体现计算教学改革的理念，重视培养学生的数感。</w:t>
      </w:r>
      <w:r>
        <w:rPr>
          <w:lang w:eastAsia="zh-CN"/>
        </w:rPr>
        <w:br/>
      </w:r>
      <w:r>
        <w:rPr>
          <w:lang w:eastAsia="zh-CN"/>
        </w:rPr>
        <w:t>　　2、在教学量与计量的教学时联系生活实际，重视学生的感受和体验。</w:t>
      </w:r>
      <w:r>
        <w:rPr>
          <w:lang w:eastAsia="zh-CN"/>
        </w:rPr>
        <w:br/>
      </w:r>
      <w:r>
        <w:rPr>
          <w:lang w:eastAsia="zh-CN"/>
        </w:rPr>
        <w:t>　　3、在空间与图形的教学中，强调实际操作与自主探索，加强估测意识和能力的培养。</w:t>
      </w:r>
      <w:r>
        <w:rPr>
          <w:lang w:eastAsia="zh-CN"/>
        </w:rPr>
        <w:br/>
      </w:r>
      <w:r>
        <w:rPr>
          <w:lang w:eastAsia="zh-CN"/>
        </w:rPr>
        <w:t>　　4、给学生提供丰富的现实学习素材，体现知识的形成过程。</w:t>
      </w:r>
      <w:r>
        <w:rPr>
          <w:lang w:eastAsia="zh-CN"/>
        </w:rPr>
        <w:br/>
      </w:r>
      <w:r>
        <w:rPr>
          <w:lang w:eastAsia="zh-CN"/>
        </w:rPr>
        <w:t>　　5、逐步发展学生综合运用知识的能力，注重情感、态度、价值观的培养。</w:t>
      </w:r>
      <w:r>
        <w:rPr>
          <w:lang w:eastAsia="zh-CN"/>
        </w:rPr>
        <w:br/>
      </w:r>
      <w:r>
        <w:rPr>
          <w:lang w:eastAsia="zh-CN"/>
        </w:rPr>
        <w:t>　　精心设计每节课来激发学生的学习兴趣，让学生获得愉快的数学学习体验。在教学中，注意体现自主探索、合作交流的学习方式，让学生在己动手“做数学”、“玩数学”、“用数学”，的气氛中学习数学，每个学生在原有的基础上都有所进步。对于学习较困难的学生平时要多加关注，注意让好的学生去带动他们、帮助他们，并加强与家长的联系，共同促进他们进步。对于优生，要尽可能地拓宽他们的知识面，提高他们的思维能力，让他们学得好，学得精。</w:t>
      </w:r>
      <w:r>
        <w:rPr>
          <w:lang w:eastAsia="zh-CN"/>
        </w:rPr>
        <w:br/>
      </w:r>
      <w:r>
        <w:rPr>
          <w:lang w:eastAsia="zh-CN"/>
        </w:rPr>
        <w:t>　　五、教学方法</w:t>
      </w:r>
      <w:r>
        <w:rPr>
          <w:lang w:eastAsia="zh-CN"/>
        </w:rPr>
        <w:br/>
      </w:r>
      <w:r>
        <w:rPr>
          <w:lang w:eastAsia="zh-CN"/>
        </w:rPr>
        <w:t>　　教学方法：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1、创设愉悦的教学情境，激发学生学习的兴趣。</w:t>
      </w:r>
      <w:r>
        <w:rPr>
          <w:lang w:eastAsia="zh-CN"/>
        </w:rPr>
        <w:br/>
      </w:r>
      <w:r>
        <w:rPr>
          <w:lang w:eastAsia="zh-CN"/>
        </w:rPr>
        <w:t>　　2、提倡学法的多样性，关注学生的个人体验。</w:t>
      </w:r>
      <w:r>
        <w:rPr>
          <w:lang w:eastAsia="zh-CN"/>
        </w:rPr>
        <w:br/>
      </w:r>
      <w:r>
        <w:rPr>
          <w:lang w:eastAsia="zh-CN"/>
        </w:rPr>
        <w:t>　　3、课堂训练形式的多样化，重视一题多解，从不同角度解决问题。</w:t>
      </w:r>
      <w:r>
        <w:rPr>
          <w:lang w:eastAsia="zh-CN"/>
        </w:rPr>
        <w:br/>
      </w:r>
      <w:r>
        <w:rPr>
          <w:lang w:eastAsia="zh-CN"/>
        </w:rPr>
        <w:t>　　4、加强基础知识的教学，使学生切实掌握好这些基础知识。本学期要以新的教学理念，为学生的持续发展提供丰富的教学资源和空间。要充分发挥教材的优势，在教学过程中，密切数学与生活的联系，确立学生在学习中的主体地位，创设愉悦、开放式的教学情境，使学生在愉悦、开放式的教学情境中满足个性化学习需求，从而达到掌握基础知识基本技能，培养学生创新意识和实践能力的目的。</w:t>
      </w:r>
      <w:r>
        <w:rPr>
          <w:lang w:eastAsia="zh-CN"/>
        </w:rPr>
        <w:br/>
      </w:r>
      <w:r>
        <w:rPr>
          <w:lang w:eastAsia="zh-CN"/>
        </w:rPr>
        <w:t>　　学习方式：</w:t>
      </w:r>
      <w:r>
        <w:rPr>
          <w:lang w:eastAsia="zh-CN"/>
        </w:rPr>
        <w:br/>
      </w:r>
      <w:r>
        <w:rPr>
          <w:lang w:eastAsia="zh-CN"/>
        </w:rPr>
        <w:t>　　① 预习教材，提出知识重点，自己是通过什么途径理解的，还有哪些疑问。</w:t>
      </w:r>
      <w:r>
        <w:rPr>
          <w:lang w:eastAsia="zh-CN"/>
        </w:rPr>
        <w:br/>
      </w:r>
      <w:r>
        <w:rPr>
          <w:lang w:eastAsia="zh-CN"/>
        </w:rPr>
        <w:t>　　② 通过查阅资料找出解决问题的方法。</w:t>
      </w:r>
      <w:r>
        <w:rPr>
          <w:lang w:eastAsia="zh-CN"/>
        </w:rPr>
        <w:br/>
      </w:r>
      <w:r>
        <w:rPr>
          <w:lang w:eastAsia="zh-CN"/>
        </w:rPr>
        <w:t>　　③ 教师作为课堂教学的指导者，以学生自主学习为主，主张探究式、体验式的学习方法，培养学生的动手操作能力和发散思维能力。</w:t>
      </w:r>
      <w:r>
        <w:rPr>
          <w:lang w:eastAsia="zh-CN"/>
        </w:rPr>
        <w:br/>
      </w:r>
      <w:r>
        <w:rPr>
          <w:lang w:eastAsia="zh-CN"/>
        </w:rPr>
        <w:t>　　④ 利用小组讨论的学习方式，使学生在讨论中人人参与，各抒己见，互相启发， 自己找出解决问题的方法，体验学习数学的快乐。</w:t>
      </w:r>
      <w:r>
        <w:rPr>
          <w:lang w:eastAsia="zh-CN"/>
        </w:rPr>
        <w:br/>
      </w:r>
      <w:r>
        <w:rPr>
          <w:lang w:eastAsia="zh-CN"/>
        </w:rPr>
        <w:t>　　六、教学措施</w:t>
      </w:r>
      <w:r>
        <w:rPr>
          <w:lang w:eastAsia="zh-CN"/>
        </w:rPr>
        <w:br/>
      </w:r>
      <w:r>
        <w:rPr>
          <w:lang w:eastAsia="zh-CN"/>
        </w:rPr>
        <w:t>　　教者：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1、走进新课程，决胜新课程。认真搞好课堂教学研究工作，找课堂要质量。</w:t>
      </w:r>
      <w:r>
        <w:rPr>
          <w:lang w:eastAsia="zh-CN"/>
        </w:rPr>
        <w:br/>
      </w:r>
      <w:r>
        <w:rPr>
          <w:lang w:eastAsia="zh-CN"/>
        </w:rPr>
        <w:t>　　2、教学相长，多阅读与教学有关的书籍，报刊、杂志，多学习新的理论知识，在实践中不断探索、提高。</w:t>
      </w:r>
      <w:r>
        <w:rPr>
          <w:lang w:eastAsia="zh-CN"/>
        </w:rPr>
        <w:br/>
      </w:r>
      <w:r>
        <w:rPr>
          <w:lang w:eastAsia="zh-CN"/>
        </w:rPr>
        <w:t>　　3、多与家长联系，多与学生交流，了解学生思想动态，及时反馈信息。</w:t>
      </w:r>
      <w:r>
        <w:rPr>
          <w:lang w:eastAsia="zh-CN"/>
        </w:rPr>
        <w:br/>
      </w:r>
      <w:r>
        <w:rPr>
          <w:lang w:eastAsia="zh-CN"/>
        </w:rPr>
        <w:t>　　4、放下架子，与学生打成一片，尊重学生的民主权力，做到师生互动。教学做到因材施教。</w:t>
      </w:r>
      <w:r>
        <w:rPr>
          <w:lang w:eastAsia="zh-CN"/>
        </w:rPr>
        <w:br/>
      </w:r>
      <w:r>
        <w:rPr>
          <w:lang w:eastAsia="zh-CN"/>
        </w:rPr>
        <w:t>　　学生：</w:t>
      </w:r>
      <w:r>
        <w:rPr>
          <w:lang w:eastAsia="zh-CN"/>
        </w:rPr>
        <w:br/>
      </w:r>
      <w:r>
        <w:rPr>
          <w:lang w:eastAsia="zh-CN"/>
        </w:rPr>
        <w:t>　　1、进一步培养合理、灵活地进行计算的能力；</w:t>
      </w:r>
      <w:r>
        <w:rPr>
          <w:lang w:eastAsia="zh-CN"/>
        </w:rPr>
        <w:br/>
      </w:r>
      <w:r>
        <w:rPr>
          <w:lang w:eastAsia="zh-CN"/>
        </w:rPr>
        <w:t>　　2、提高学生的分析、比较和综合能力；</w:t>
      </w:r>
      <w:r>
        <w:rPr>
          <w:lang w:eastAsia="zh-CN"/>
        </w:rPr>
        <w:br/>
      </w:r>
      <w:r>
        <w:rPr>
          <w:lang w:eastAsia="zh-CN"/>
        </w:rPr>
        <w:t>　　3、培养抽象、概括的能力和判断、推理能力，以及迁移类推的能力；</w:t>
      </w:r>
      <w:r>
        <w:rPr>
          <w:lang w:eastAsia="zh-CN"/>
        </w:rPr>
        <w:br/>
      </w:r>
      <w:r>
        <w:rPr>
          <w:lang w:eastAsia="zh-CN"/>
        </w:rPr>
        <w:t>　　4、培养思维的灵活性和敏捷性。</w:t>
      </w:r>
      <w:r>
        <w:rPr>
          <w:lang w:eastAsia="zh-CN"/>
        </w:rPr>
        <w:br/>
      </w:r>
      <w:r>
        <w:rPr>
          <w:lang w:eastAsia="zh-CN"/>
        </w:rPr>
        <w:t>　　5、培养综合运用知识解决实际问题的能力。</w:t>
      </w:r>
      <w:r>
        <w:rPr>
          <w:lang w:eastAsia="zh-CN"/>
        </w:rPr>
        <w:br/>
      </w:r>
      <w:r>
        <w:rPr>
          <w:lang w:eastAsia="zh-CN"/>
        </w:rPr>
        <w:t>　　6、进一步发展学生的空间观念。</w:t>
      </w:r>
      <w:r>
        <w:rPr>
          <w:lang w:eastAsia="zh-CN"/>
        </w:rPr>
        <w:br/>
      </w:r>
      <w:r>
        <w:rPr>
          <w:lang w:eastAsia="zh-CN"/>
        </w:rPr>
        <w:t>　　7、加强口算练习，学会解答比较简单的整数四则混合运算，逐步提高学生四则计算的能力。</w:t>
      </w:r>
      <w:r>
        <w:rPr>
          <w:lang w:eastAsia="zh-CN"/>
        </w:rPr>
        <w:br/>
      </w:r>
      <w:r>
        <w:rPr>
          <w:lang w:eastAsia="zh-CN"/>
        </w:rPr>
        <w:t>　　8、能掌握一些常见的数量关系和应用题的解答方法，逐步提高解答应用题的 能力。</w:t>
      </w:r>
      <w:r>
        <w:rPr>
          <w:lang w:eastAsia="zh-CN"/>
        </w:rPr>
        <w:br/>
      </w:r>
      <w:r>
        <w:rPr>
          <w:lang w:eastAsia="zh-CN"/>
        </w:rPr>
        <w:t>　　9、增加动手操作的机会，使学生获得正确的图形表象。</w:t>
      </w:r>
      <w:r>
        <w:rPr>
          <w:lang w:eastAsia="zh-CN"/>
        </w:rPr>
        <w:br/>
      </w:r>
      <w:r>
        <w:rPr>
          <w:lang w:eastAsia="zh-CN"/>
        </w:rPr>
        <w:t>　　10、能掌握单位间的进率，能够正确进行名数的换算。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11、采用“一帮一”互助活动，成立学习小组，让小组之间互相交流。小组与小组之间互相评比，培养优生，鼓励后进生。</w:t>
      </w:r>
      <w:r>
        <w:rPr>
          <w:lang w:eastAsia="zh-CN"/>
        </w:rPr>
        <w:br/>
      </w:r>
      <w:r>
        <w:rPr>
          <w:lang w:eastAsia="zh-CN"/>
        </w:rPr>
        <w:t>　　12、重视在学生已有知识和生活经验中学习和理解教学。</w:t>
      </w:r>
      <w:r>
        <w:rPr>
          <w:lang w:eastAsia="zh-CN"/>
        </w:rPr>
        <w:br/>
      </w:r>
      <w:r>
        <w:rPr>
          <w:lang w:eastAsia="zh-CN"/>
        </w:rPr>
        <w:t>　　13、重视引导学生自主探索，培养学生的创新意识和学习数学的兴趣。</w:t>
      </w:r>
      <w:r>
        <w:rPr>
          <w:lang w:eastAsia="zh-CN"/>
        </w:rPr>
        <w:br/>
      </w:r>
      <w:r>
        <w:rPr>
          <w:lang w:eastAsia="zh-CN"/>
        </w:rPr>
        <w:t>　　14、重视培养学生的应用意识和实践能力。</w:t>
      </w:r>
      <w:r>
        <w:rPr>
          <w:lang w:eastAsia="zh-CN"/>
        </w:rPr>
        <w:br/>
      </w:r>
      <w:r>
        <w:rPr>
          <w:lang w:eastAsia="zh-CN"/>
        </w:rPr>
        <w:t>　　培优补差措施：</w:t>
      </w:r>
      <w:r>
        <w:rPr>
          <w:lang w:eastAsia="zh-CN"/>
        </w:rPr>
        <w:br/>
      </w:r>
      <w:r>
        <w:rPr>
          <w:lang w:eastAsia="zh-CN"/>
        </w:rPr>
        <w:t>　　1、认真备好课，夯实基础知识，确保每一个学生扎实掌握新知，巩固旧知。对学习有困难的学生，要多给关注，多给发言机会，激发其参与热情。</w:t>
      </w:r>
      <w:r>
        <w:rPr>
          <w:lang w:eastAsia="zh-CN"/>
        </w:rPr>
        <w:br/>
      </w:r>
      <w:r>
        <w:rPr>
          <w:lang w:eastAsia="zh-CN"/>
        </w:rPr>
        <w:t>　　2、在课堂教学中确保双基的基础上，注意适时发展优生的思维，培养优生的能力，从而也带动中差生的发展。培优主要体现在两个途径上：</w:t>
      </w:r>
      <w:r>
        <w:rPr>
          <w:lang w:eastAsia="zh-CN"/>
        </w:rPr>
        <w:br/>
      </w:r>
      <w:r>
        <w:rPr>
          <w:lang w:eastAsia="zh-CN"/>
        </w:rPr>
        <w:t>　　（1）、在每堂课的新知教学后，安排适量发展练习题。</w:t>
      </w:r>
      <w:r>
        <w:rPr>
          <w:lang w:eastAsia="zh-CN"/>
        </w:rPr>
        <w:br/>
      </w:r>
      <w:r>
        <w:rPr>
          <w:lang w:eastAsia="zh-CN"/>
        </w:rPr>
        <w:t>　　（2）、在课堂教学的各个环节中，每个知识点上，适时引导，相机点拨，给学生“摘桃”的机会。</w:t>
      </w:r>
      <w:r>
        <w:rPr>
          <w:lang w:eastAsia="zh-CN"/>
        </w:rPr>
        <w:br/>
      </w:r>
      <w:r>
        <w:rPr>
          <w:lang w:eastAsia="zh-CN"/>
        </w:rPr>
        <w:t>　　（3）、利用每周的思维训练时间，激发学生的数学学习热情，组织愉快的思维训练。</w:t>
      </w:r>
      <w:r>
        <w:rPr>
          <w:lang w:eastAsia="zh-CN"/>
        </w:rPr>
        <w:br/>
      </w:r>
      <w:r>
        <w:rPr>
          <w:lang w:eastAsia="zh-CN"/>
        </w:rPr>
        <w:t>　　减负提质措施：</w:t>
      </w:r>
      <w:r>
        <w:rPr>
          <w:lang w:eastAsia="zh-CN"/>
        </w:rPr>
        <w:br/>
      </w:r>
      <w:r>
        <w:rPr>
          <w:lang w:eastAsia="zh-CN"/>
        </w:rPr>
        <w:t>　　1、钻研好《新课标》，精心备好课，确保课堂教学质量。</w:t>
      </w:r>
      <w:r>
        <w:rPr>
          <w:lang w:eastAsia="zh-CN"/>
        </w:rPr>
        <w:br/>
      </w:r>
      <w:r>
        <w:rPr>
          <w:lang w:eastAsia="zh-CN"/>
        </w:rPr>
        <w:t>　　2、教学任务在课内完成，课外尽量不留作业，或只留兴趣性、发展性作业。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3、对学生的要求要合理，充分肯定每一个学生的优点，不用一个刻度要求每一个学生，作业布置分层进行，避免部分学生过重的作业负担和心理负担。七、评价工作</w:t>
      </w:r>
      <w:r>
        <w:rPr>
          <w:lang w:eastAsia="zh-CN"/>
        </w:rPr>
        <w:br/>
      </w:r>
      <w:r>
        <w:rPr>
          <w:lang w:eastAsia="zh-CN"/>
        </w:rPr>
        <w:t>　　评价是教学工作的重要环节，因此，教师在教育教学中必须对学生的多角度、多方位、多样化地进行恰当的评价，发现问题及时解决。在评价工作中采用定性与定量相结合的方法。</w:t>
      </w:r>
      <w:r>
        <w:rPr>
          <w:lang w:eastAsia="zh-CN"/>
        </w:rPr>
        <w:br/>
      </w:r>
      <w:r>
        <w:rPr>
          <w:lang w:eastAsia="zh-CN"/>
        </w:rPr>
        <w:t>　　具体做法：</w:t>
      </w:r>
      <w:r>
        <w:rPr>
          <w:lang w:eastAsia="zh-CN"/>
        </w:rPr>
        <w:br/>
      </w:r>
      <w:r>
        <w:rPr>
          <w:lang w:eastAsia="zh-CN"/>
        </w:rPr>
        <w:t>　　1、课堂上教师多以鼓励为主，对课堂认真、发言积极、回答问题精彩的以红星奖励。并采用小星换大星的激励机智，使学生时时看到自己的进步。</w:t>
      </w:r>
      <w:r>
        <w:rPr>
          <w:lang w:eastAsia="zh-CN"/>
        </w:rPr>
        <w:br/>
      </w:r>
      <w:r>
        <w:rPr>
          <w:lang w:eastAsia="zh-CN"/>
        </w:rPr>
        <w:t>　　2、合作小组堂堂课进行评价，天天进行小结，每周进行总结。</w:t>
      </w:r>
      <w:r>
        <w:rPr>
          <w:lang w:eastAsia="zh-CN"/>
        </w:rPr>
        <w:br/>
      </w:r>
      <w:r>
        <w:rPr>
          <w:lang w:eastAsia="zh-CN"/>
        </w:rPr>
        <w:t>　　3、进行单元过程性评价记录及学习情况记录。</w:t>
      </w:r>
      <w:r>
        <w:rPr>
          <w:lang w:eastAsia="zh-CN"/>
        </w:rPr>
        <w:br/>
      </w:r>
      <w:r>
        <w:rPr>
          <w:lang w:eastAsia="zh-CN"/>
        </w:rPr>
        <w:t>　　4、期中、期末分两次对学习小组进行总结性评价。　　小学数学三年级上册教学工作计划 2</w:t>
      </w:r>
      <w:r>
        <w:rPr>
          <w:lang w:eastAsia="zh-CN"/>
        </w:rPr>
        <w:br/>
      </w:r>
      <w:r>
        <w:rPr>
          <w:lang w:eastAsia="zh-CN"/>
        </w:rPr>
        <w:t>　　一、学情分析</w:t>
      </w:r>
      <w:r>
        <w:rPr>
          <w:lang w:eastAsia="zh-CN"/>
        </w:rPr>
        <w:br/>
      </w:r>
      <w:r>
        <w:rPr>
          <w:lang w:eastAsia="zh-CN"/>
        </w:rPr>
        <w:t>　　这一学期我继续担任三年级（5）班的数学教学工作，本班现有学生47人。三年级学生已经有两年的数学学习经历，对一些基础性的数学知识有了初步的认识。学生已经比较习惯于新教材的学习思路和学习方法，大多数学生认识到数学知识无处不在，生活中处处有数学。这为学生对本册的学习打下了重要的基础，也为提高学生的解决问题能力和实践能力创造了条件。</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册教材对于教学内容的编排和处理，是以整套教材的编写思想、编写原则等为指导，力求使教材的结构符合教育学、心理学的原理和儿童的年龄特征，体现了前几册教材同样的风格与特点。所以本册教材仍然具有内容丰富、关注学生的经验与体验、体现知识的形成过程、鼓励算法多样化、改变学生的学习方式，体现开放性的教学方法等特点。同时，由于教学内容的不同，本教材还具有下面几个明显的特点。</w:t>
      </w:r>
      <w:r>
        <w:rPr>
          <w:lang w:eastAsia="zh-CN"/>
        </w:rPr>
        <w:br/>
      </w:r>
      <w:r>
        <w:rPr>
          <w:lang w:eastAsia="zh-CN"/>
        </w:rPr>
        <w:t>　　1．改进笔算教学的编排，体现计算教学改革的理念，重视培养学生的数感。</w:t>
      </w:r>
      <w:r>
        <w:rPr>
          <w:lang w:eastAsia="zh-CN"/>
        </w:rPr>
        <w:br/>
      </w:r>
      <w:r>
        <w:rPr>
          <w:lang w:eastAsia="zh-CN"/>
        </w:rPr>
        <w:t>　　（1）精心设计教学顺序，加大教学的步子。计算的教学顺序要符合儿童学习计算的认知规律，同时符合计算知识本身发展的规律。</w:t>
      </w:r>
      <w:r>
        <w:rPr>
          <w:lang w:eastAsia="zh-CN"/>
        </w:rPr>
        <w:br/>
      </w:r>
      <w:r>
        <w:rPr>
          <w:lang w:eastAsia="zh-CN"/>
        </w:rPr>
        <w:t>　　（2）让学生在自主探索中获得对笔算过程与算理的理解，不再出现文字概括形式的计算法则。总结、理解并且记忆计算法则，是以往笔算教学的重要环节。当前的.数学课程改革，强调让学生在现实的情境中理解概念和法则，避免机械记忆。</w:t>
      </w:r>
      <w:r>
        <w:rPr>
          <w:lang w:eastAsia="zh-CN"/>
        </w:rPr>
        <w:br/>
      </w:r>
      <w:r>
        <w:rPr>
          <w:lang w:eastAsia="zh-CN"/>
        </w:rPr>
        <w:t>　　（3）让学生在现实情境中理解计算的意义和作用，培养学生用数学解决问题的能力和良好的数感。计算是帮助人们解决问题的工具，只有在解决问题的具体情境中才能真正体现出它的作用。</w:t>
      </w:r>
      <w:r>
        <w:rPr>
          <w:lang w:eastAsia="zh-CN"/>
        </w:rPr>
        <w:br/>
      </w:r>
      <w:r>
        <w:rPr>
          <w:lang w:eastAsia="zh-CN"/>
        </w:rPr>
        <w:t>　　（4）笔算与估算结合教学，加大估算教学的力度。估算的学习对培养学生的数感具有重要的意义；同时，估算也具有重要的实用价值，人们在日常生活中，常常只需要估算结果。</w:t>
      </w:r>
      <w:r>
        <w:rPr>
          <w:lang w:eastAsia="zh-CN"/>
        </w:rPr>
        <w:br/>
      </w:r>
      <w:r>
        <w:rPr>
          <w:lang w:eastAsia="zh-CN"/>
        </w:rPr>
        <w:t>　　2．量与计量的教学联系生活实际，重视学生的感受和体验。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量与计量的各种概念，例如千米、吨、秒等，都是从人们生活和生产的需要中产生的。这些概念，如长度、质量、时间，都比较抽象，但它所反映的内容又是非常现实的，与人们的生活、生产有着十分密切的联系。所以，这部分知识的教学，应使学生在学习过程中体验、感受、理解这些概念的含义，初步发展起长度、质量和时间的观念，认识数学与生活的密切联系，提高应用这些知识解决问题的能力。因此，在有关量与计量内容的编排上，实验教材注意设计丰富的、现实的、具有探索性的活动，让学生在现实背景下感受和体验有关的知识，经历探索和发现的过程。</w:t>
      </w:r>
      <w:r>
        <w:rPr>
          <w:lang w:eastAsia="zh-CN"/>
        </w:rPr>
        <w:br/>
      </w:r>
      <w:r>
        <w:rPr>
          <w:lang w:eastAsia="zh-CN"/>
        </w:rPr>
        <w:t>　　3．空间与图形的教学，强调实际操作与自主探索，加强估测意识和能力的培养。</w:t>
      </w:r>
      <w:r>
        <w:rPr>
          <w:lang w:eastAsia="zh-CN"/>
        </w:rPr>
        <w:br/>
      </w:r>
      <w:r>
        <w:rPr>
          <w:lang w:eastAsia="zh-CN"/>
        </w:rPr>
        <w:t>　　在本册教材中，关于空间与图形的教学内容，有四边形和测量的大部分内容，这些内容对于学生理解、把握、描述现实空间，获得解决实际问题的知识，发展学生的空间观念都有着重要的作用。对于这些内容的编排，教材一方面注意让学生通过实际操作获得丰富的感性经验，另一方面则是让学生通过自主探索获得对知识的理解。几何形象直观的探索活动不仅为发展学生的创新意识提供了更有利的条件，而且为发展学生的空间观念奠定了很好的基础。</w:t>
      </w:r>
      <w:r>
        <w:rPr>
          <w:lang w:eastAsia="zh-CN"/>
        </w:rPr>
        <w:br/>
      </w:r>
      <w:r>
        <w:rPr>
          <w:lang w:eastAsia="zh-CN"/>
        </w:rPr>
        <w:t>　　三、教学目标</w:t>
      </w:r>
      <w:r>
        <w:rPr>
          <w:lang w:eastAsia="zh-CN"/>
        </w:rPr>
        <w:br/>
      </w:r>
      <w:r>
        <w:rPr>
          <w:lang w:eastAsia="zh-CN"/>
        </w:rPr>
        <w:t>　　这一册教材的教学目标是，使学生：</w:t>
      </w:r>
      <w:r>
        <w:rPr>
          <w:lang w:eastAsia="zh-CN"/>
        </w:rPr>
        <w:br/>
      </w:r>
      <w:r>
        <w:rPr>
          <w:lang w:eastAsia="zh-CN"/>
        </w:rPr>
        <w:t>　　1．会笔算三位数的加、减法，会进行相应的估算和验算。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2．会口算一位数乘整十、整百数；会笔算一位数乘二、三位数，并会进行估算；能熟练地计算除数和商是一位数的有余数的除法。</w:t>
      </w:r>
      <w:r>
        <w:rPr>
          <w:lang w:eastAsia="zh-CN"/>
        </w:rPr>
        <w:br/>
      </w:r>
      <w:r>
        <w:rPr>
          <w:lang w:eastAsia="zh-CN"/>
        </w:rPr>
        <w:t>　　3．初步认识简单的分数（分母小于10），会读、写分数并知道各部分的名称，初步认识分数的大小，会计算简单的同分母分数的加减法。</w:t>
      </w:r>
      <w:r>
        <w:rPr>
          <w:lang w:eastAsia="zh-CN"/>
        </w:rPr>
        <w:br/>
      </w:r>
      <w:r>
        <w:rPr>
          <w:lang w:eastAsia="zh-CN"/>
        </w:rPr>
        <w:t>　　4．初步认识平行四边形，掌握长方形和正方形的特征，会在方格纸上画长方形、正方形和平行四边形；知道周长的含义，会计算长方形、正方形的周长；能估计一些物体的长度，并会进行测量。</w:t>
      </w:r>
      <w:r>
        <w:rPr>
          <w:lang w:eastAsia="zh-CN"/>
        </w:rPr>
        <w:br/>
      </w:r>
      <w:r>
        <w:rPr>
          <w:lang w:eastAsia="zh-CN"/>
        </w:rPr>
        <w:t>　　5．认识长度单位千米，初步建立1千米的长度观念，知道1千米=1000米；认识质量单位吨，初步建立1吨的质量观念，知道1吨=1000千克；认识时间单位秒，初步建立分、秒的时间观念，知道1分=60秒，会进行一些有关时间的简单计算。</w:t>
      </w:r>
      <w:r>
        <w:rPr>
          <w:lang w:eastAsia="zh-CN"/>
        </w:rPr>
        <w:br/>
      </w:r>
      <w:r>
        <w:rPr>
          <w:lang w:eastAsia="zh-CN"/>
        </w:rPr>
        <w:t>　　6．初步体验有些事件的发生是确定的，有些则是不确定的；能够列出简单实验所有可能发生的结果，知道事件发生的可能性是有大小的，能对一些简单事件发生的可能性做出描述。</w:t>
      </w:r>
      <w:r>
        <w:rPr>
          <w:lang w:eastAsia="zh-CN"/>
        </w:rPr>
        <w:br/>
      </w:r>
      <w:r>
        <w:rPr>
          <w:lang w:eastAsia="zh-CN"/>
        </w:rPr>
        <w:t>　　7．能找出事物简单的排列数和组合数，形成发现生活中的数学的意识和全面地思考问题的意识，初步形成观察、分析及推理的能力。</w:t>
      </w:r>
      <w:r>
        <w:rPr>
          <w:lang w:eastAsia="zh-CN"/>
        </w:rPr>
        <w:br/>
      </w:r>
      <w:r>
        <w:rPr>
          <w:lang w:eastAsia="zh-CN"/>
        </w:rPr>
        <w:t>　　8．体会学习数学的乐趣，提高学习数学的兴趣，建立学好数学的信心。</w:t>
      </w:r>
      <w:r>
        <w:rPr>
          <w:lang w:eastAsia="zh-CN"/>
        </w:rPr>
        <w:br/>
      </w:r>
      <w:r>
        <w:rPr>
          <w:lang w:eastAsia="zh-CN"/>
        </w:rPr>
        <w:t>　　9．养成认真作业、书写整洁的良好习惯。</w:t>
      </w:r>
      <w:r>
        <w:rPr>
          <w:lang w:eastAsia="zh-CN"/>
        </w:rPr>
        <w:br/>
      </w:r>
      <w:r>
        <w:rPr>
          <w:lang w:eastAsia="zh-CN"/>
        </w:rPr>
        <w:t>　　10．体验数学与日常生活的密切联系，初步形成综合运用数学知识解决问题的能力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四、教学的重点、难点</w:t>
      </w:r>
      <w:r>
        <w:rPr>
          <w:lang w:eastAsia="zh-CN"/>
        </w:rPr>
        <w:br/>
      </w:r>
      <w:r>
        <w:rPr>
          <w:lang w:eastAsia="zh-CN"/>
        </w:rPr>
        <w:t>　　教学重点：万以内数的加法和减法、长方形和正方形</w:t>
      </w:r>
      <w:r>
        <w:rPr>
          <w:lang w:eastAsia="zh-CN"/>
        </w:rPr>
        <w:br/>
      </w:r>
      <w:r>
        <w:rPr>
          <w:lang w:eastAsia="zh-CN"/>
        </w:rPr>
        <w:t>　　教学难点：时分秒的认识、长方形和正方形</w:t>
      </w:r>
      <w:r>
        <w:rPr>
          <w:lang w:eastAsia="zh-CN"/>
        </w:rPr>
        <w:br/>
      </w:r>
      <w:r>
        <w:rPr>
          <w:lang w:eastAsia="zh-CN"/>
        </w:rPr>
        <w:t>　　五、主要教学措施</w:t>
      </w:r>
      <w:r>
        <w:rPr>
          <w:lang w:eastAsia="zh-CN"/>
        </w:rPr>
        <w:br/>
      </w:r>
      <w:r>
        <w:rPr>
          <w:lang w:eastAsia="zh-CN"/>
        </w:rPr>
        <w:t>　　1、重视教学情景的创设，关注学生的生活经验，提供丰富的感性材料，加强学生的操作活动，结合生活实际帮助学生建立有关的数学概念。</w:t>
      </w:r>
      <w:r>
        <w:rPr>
          <w:lang w:eastAsia="zh-CN"/>
        </w:rPr>
        <w:br/>
      </w:r>
      <w:r>
        <w:rPr>
          <w:lang w:eastAsia="zh-CN"/>
        </w:rPr>
        <w:t>　　2、培养学生估测、估算的意识，重视培养学生的估测、估算能力。</w:t>
      </w:r>
      <w:r>
        <w:rPr>
          <w:lang w:eastAsia="zh-CN"/>
        </w:rPr>
        <w:br/>
      </w:r>
      <w:r>
        <w:rPr>
          <w:lang w:eastAsia="zh-CN"/>
        </w:rPr>
        <w:t>　　3、让学生通过解决实际问题来学习计算，提高教学的实效性，</w:t>
      </w:r>
      <w:r>
        <w:rPr>
          <w:lang w:eastAsia="zh-CN"/>
        </w:rPr>
        <w:br/>
      </w:r>
      <w:r>
        <w:rPr>
          <w:lang w:eastAsia="zh-CN"/>
        </w:rPr>
        <w:t>　　4、运用“迁移”法进行教学，培养学生举一反三的能力。</w:t>
      </w:r>
      <w:r>
        <w:rPr>
          <w:lang w:eastAsia="zh-CN"/>
        </w:rPr>
        <w:br/>
      </w:r>
      <w:r>
        <w:rPr>
          <w:lang w:eastAsia="zh-CN"/>
        </w:rPr>
        <w:t>　　5、引导学生独立思考、合作交流，让学生体验探究的乐趣。恰当、适时地运用小组合作学习方式，重视培养学生的应用意识和解决实际问题的能力。</w:t>
      </w:r>
      <w:r>
        <w:rPr>
          <w:lang w:eastAsia="zh-CN"/>
        </w:rPr>
        <w:br/>
      </w:r>
      <w:r>
        <w:rPr>
          <w:lang w:eastAsia="zh-CN"/>
        </w:rPr>
        <w:t>　　6、重视直观教学，充分发挥教具、学具的作用。</w:t>
      </w:r>
      <w:r>
        <w:rPr>
          <w:lang w:eastAsia="zh-CN"/>
        </w:rPr>
        <w:br/>
      </w:r>
      <w:r>
        <w:rPr>
          <w:lang w:eastAsia="zh-CN"/>
        </w:rPr>
        <w:t>　　7、注重学生对计算过程和方法的理解，抓住重点，突破难点，使学生打下扎实的知识基础。</w:t>
      </w:r>
      <w:r>
        <w:rPr>
          <w:lang w:eastAsia="zh-CN"/>
        </w:rPr>
        <w:br/>
      </w:r>
      <w:r>
        <w:rPr>
          <w:lang w:eastAsia="zh-CN"/>
        </w:rPr>
        <w:t>　　8、让学生充分经历猜想、实验、验证的过程，主动建构数学知识。　　小学数学三年级上册教学工作计划 3</w:t>
      </w:r>
      <w:r>
        <w:rPr>
          <w:lang w:eastAsia="zh-CN"/>
        </w:rPr>
        <w:br/>
      </w:r>
      <w:r>
        <w:rPr>
          <w:lang w:eastAsia="zh-CN"/>
        </w:rPr>
        <w:t>　　教学目标</w:t>
      </w:r>
      <w:r>
        <w:rPr>
          <w:lang w:eastAsia="zh-CN"/>
        </w:rPr>
        <w:br/>
      </w:r>
      <w:r>
        <w:rPr>
          <w:lang w:eastAsia="zh-CN"/>
        </w:rPr>
        <w:t>　　(一)知识和技能方面</w:t>
      </w:r>
      <w:r>
        <w:rPr>
          <w:lang w:eastAsia="zh-CN"/>
        </w:rPr>
        <w:br/>
      </w:r>
      <w:r>
        <w:rPr>
          <w:lang w:eastAsia="zh-CN"/>
        </w:rPr>
        <w:t>　　1、会正确笔算三位数的加、减法，会进行相应的估算和验算。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2、会口算一位数乘整十、整百数;会笔算一位数乘二、三位数，并会进行估算。</w:t>
      </w:r>
      <w:r>
        <w:rPr>
          <w:lang w:eastAsia="zh-CN"/>
        </w:rPr>
        <w:br/>
      </w:r>
      <w:r>
        <w:rPr>
          <w:lang w:eastAsia="zh-CN"/>
        </w:rPr>
        <w:t>　　3、初步认识简单的分数(分母小于10)，会读、写分数并知道各部分的名称，初步认识分数的大小，会计算简单的同分母分数的加减法，会解决简单的有关分数的实际问题。</w:t>
      </w:r>
      <w:r>
        <w:rPr>
          <w:lang w:eastAsia="zh-CN"/>
        </w:rPr>
        <w:br/>
      </w:r>
      <w:r>
        <w:rPr>
          <w:lang w:eastAsia="zh-CN"/>
        </w:rPr>
        <w:t>　　4、会区分和辨认四边形，掌握长方形和正方形的特征，会在方格纸上画长方形、正方形;知道周长的含义，会计算长方形、正方形的周长;能估计一些物体的长度，并会进行测量。</w:t>
      </w:r>
      <w:r>
        <w:rPr>
          <w:lang w:eastAsia="zh-CN"/>
        </w:rPr>
        <w:br/>
      </w:r>
      <w:r>
        <w:rPr>
          <w:lang w:eastAsia="zh-CN"/>
        </w:rPr>
        <w:t>　　5、认识长度单位毫米、分米和千米，初步建立1毫米、1分米和1千米的长度观念，知道1厘米=10毫米、1分米=10厘米、1千米=1000米;认识质量单位吨，初步建立1吨的质量观念，知道1吨=1000千克，会进行简单的换算，会恰当地选择单位;认识时间单位秒，初步建立分、秒的时间观念，知道1分=60秒，会进行一些有关时间的简单计算。</w:t>
      </w:r>
      <w:r>
        <w:rPr>
          <w:lang w:eastAsia="zh-CN"/>
        </w:rPr>
        <w:br/>
      </w:r>
      <w:r>
        <w:rPr>
          <w:lang w:eastAsia="zh-CN"/>
        </w:rPr>
        <w:t>　　6、理解“倍”的意义，掌握“求一个数是另一个数的几倍”和“求一个数的几倍”的实际问题的方法。</w:t>
      </w:r>
      <w:r>
        <w:rPr>
          <w:lang w:eastAsia="zh-CN"/>
        </w:rPr>
        <w:br/>
      </w:r>
      <w:r>
        <w:rPr>
          <w:lang w:eastAsia="zh-CN"/>
        </w:rPr>
        <w:t>　　7.学生会借助直观图，利用集合的思维方法解决简单的实际问题。</w:t>
      </w:r>
      <w:r>
        <w:rPr>
          <w:lang w:eastAsia="zh-CN"/>
        </w:rPr>
        <w:br/>
      </w:r>
      <w:r>
        <w:rPr>
          <w:lang w:eastAsia="zh-CN"/>
        </w:rPr>
        <w:t>　　(二)数学思考方面</w:t>
      </w:r>
      <w:r>
        <w:rPr>
          <w:lang w:eastAsia="zh-CN"/>
        </w:rPr>
        <w:br/>
      </w:r>
      <w:r>
        <w:rPr>
          <w:lang w:eastAsia="zh-CN"/>
        </w:rPr>
        <w:t>　　1、体会数学知识之间的内在联系，感受数学与生活的联系，初步体会集合思维，逐步形成空间的观念。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2、结合生活中的实际问题，灵活运用所学的数学知识解决生活中的问题。</w:t>
      </w:r>
      <w:r>
        <w:rPr>
          <w:lang w:eastAsia="zh-CN"/>
        </w:rPr>
        <w:br/>
      </w:r>
      <w:r>
        <w:rPr>
          <w:lang w:eastAsia="zh-CN"/>
        </w:rPr>
        <w:t>　　3、结合具体情境，通过直观操作，初步理解分数的意义，体会学习分数的必要性。</w:t>
      </w:r>
      <w:r>
        <w:rPr>
          <w:lang w:eastAsia="zh-CN"/>
        </w:rPr>
        <w:br/>
      </w:r>
      <w:r>
        <w:rPr>
          <w:lang w:eastAsia="zh-CN"/>
        </w:rPr>
        <w:t>　　(三)解决问题方面</w:t>
      </w:r>
      <w:r>
        <w:rPr>
          <w:lang w:eastAsia="zh-CN"/>
        </w:rPr>
        <w:br/>
      </w:r>
      <w:r>
        <w:rPr>
          <w:lang w:eastAsia="zh-CN"/>
        </w:rPr>
        <w:t>　　1、经历从生活中发现并提出问题、解决问题的过程，体验数学与日常生活的密切联系，感受数学在日常生活中的作用。</w:t>
      </w:r>
      <w:r>
        <w:rPr>
          <w:lang w:eastAsia="zh-CN"/>
        </w:rPr>
        <w:br/>
      </w:r>
      <w:r>
        <w:rPr>
          <w:lang w:eastAsia="zh-CN"/>
        </w:rPr>
        <w:t>　　2、了解同一问题可以有不同的解决办法。</w:t>
      </w:r>
      <w:r>
        <w:rPr>
          <w:lang w:eastAsia="zh-CN"/>
        </w:rPr>
        <w:br/>
      </w:r>
      <w:r>
        <w:rPr>
          <w:lang w:eastAsia="zh-CN"/>
        </w:rPr>
        <w:t>　　3、有与同学合作解决问题的经验。</w:t>
      </w:r>
      <w:r>
        <w:rPr>
          <w:lang w:eastAsia="zh-CN"/>
        </w:rPr>
        <w:br/>
      </w:r>
      <w:r>
        <w:rPr>
          <w:lang w:eastAsia="zh-CN"/>
        </w:rPr>
        <w:t>　　4、初步学会表达解决问题的大致过程和结果。</w:t>
      </w:r>
      <w:r>
        <w:rPr>
          <w:lang w:eastAsia="zh-CN"/>
        </w:rPr>
        <w:br/>
      </w:r>
      <w:r>
        <w:rPr>
          <w:lang w:eastAsia="zh-CN"/>
        </w:rPr>
        <w:t>　　(四)情感与态度方面</w:t>
      </w:r>
      <w:r>
        <w:rPr>
          <w:lang w:eastAsia="zh-CN"/>
        </w:rPr>
        <w:br/>
      </w:r>
      <w:r>
        <w:rPr>
          <w:lang w:eastAsia="zh-CN"/>
        </w:rPr>
        <w:t>　　1、在他人的鼓励和帮助下，对身边与数学有关的某些事物有好奇心，能积极参与生动、直观的教学活动。</w:t>
      </w:r>
      <w:r>
        <w:rPr>
          <w:lang w:eastAsia="zh-CN"/>
        </w:rPr>
        <w:br/>
      </w:r>
      <w:r>
        <w:rPr>
          <w:lang w:eastAsia="zh-CN"/>
        </w:rPr>
        <w:t>　　2、在他人的鼓励和帮助下，能克服在数学活动中遇到的某些困难，获得成功的体验，有学好数学的信心。</w:t>
      </w:r>
      <w:r>
        <w:rPr>
          <w:lang w:eastAsia="zh-CN"/>
        </w:rPr>
        <w:br/>
      </w:r>
      <w:r>
        <w:rPr>
          <w:lang w:eastAsia="zh-CN"/>
        </w:rPr>
        <w:t>　　3、经历观察、操作、归纳等学习数学的过程，感受数学思考过程的合理性。</w:t>
      </w:r>
      <w:r>
        <w:rPr>
          <w:lang w:eastAsia="zh-CN"/>
        </w:rPr>
        <w:br/>
      </w:r>
      <w:r>
        <w:rPr>
          <w:lang w:eastAsia="zh-CN"/>
        </w:rPr>
        <w:t>　　4、在他人的指导下，能够发现数学活动中的错误，并及时改正。</w:t>
      </w:r>
      <w:r>
        <w:rPr>
          <w:lang w:eastAsia="zh-CN"/>
        </w:rPr>
        <w:br/>
      </w:r>
      <w:r>
        <w:rPr>
          <w:lang w:eastAsia="zh-CN"/>
        </w:rPr>
        <w:t>　　5、体会学习数学的乐趣，提高学习数学的兴趣，建立学好数学的信心。</w:t>
      </w:r>
      <w:r>
        <w:rPr>
          <w:lang w:eastAsia="zh-CN"/>
        </w:rPr>
        <w:br/>
      </w:r>
      <w:r>
        <w:rPr>
          <w:lang w:eastAsia="zh-CN"/>
        </w:rPr>
        <w:t>　　6、养成认真作业、书写整洁的良好习惯。</w:t>
      </w:r>
      <w:r>
        <w:rPr>
          <w:lang w:eastAsia="zh-CN"/>
        </w:rPr>
        <w:br/>
      </w:r>
      <w:r>
        <w:rPr>
          <w:lang w:eastAsia="zh-CN"/>
        </w:rPr>
        <w:t>　　教学措施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1、从学生的年龄特点出发，多采取游戏式的教学，引导学生乐于参与数学学习活动。</w:t>
      </w:r>
      <w:r>
        <w:rPr>
          <w:lang w:eastAsia="zh-CN"/>
        </w:rPr>
        <w:br/>
      </w:r>
      <w:r>
        <w:rPr>
          <w:lang w:eastAsia="zh-CN"/>
        </w:rPr>
        <w:t>　　2、在课堂教学中，注意多一些有利于孩子理解的问题，而不是一味的'难、广。应该考虑学生实际的思维水平，多照顾中等生以及思维偏慢的学生。</w:t>
      </w:r>
      <w:r>
        <w:rPr>
          <w:lang w:eastAsia="zh-CN"/>
        </w:rPr>
        <w:br/>
      </w:r>
      <w:r>
        <w:rPr>
          <w:lang w:eastAsia="zh-CN"/>
        </w:rPr>
        <w:t>　　3、尽量布置一些比较有趣的作业，比如动手的作业，少一些呆板的练习;另外，对于不同层次的学生，布置难易程度不同的作业。</w:t>
      </w:r>
      <w:r>
        <w:rPr>
          <w:lang w:eastAsia="zh-CN"/>
        </w:rPr>
        <w:br/>
      </w:r>
      <w:r>
        <w:rPr>
          <w:lang w:eastAsia="zh-CN"/>
        </w:rPr>
        <w:t>　　4、加强家庭教育与学校教育的联系，适当教给家长一些正确的指导孩子学习的方法。</w:t>
      </w:r>
      <w:r>
        <w:rPr>
          <w:lang w:eastAsia="zh-CN"/>
        </w:rPr>
        <w:br/>
      </w:r>
      <w:r>
        <w:rPr>
          <w:lang w:eastAsia="zh-CN"/>
        </w:rPr>
        <w:t>　　课时安排</w:t>
      </w:r>
      <w:r>
        <w:rPr>
          <w:lang w:eastAsia="zh-CN"/>
        </w:rPr>
        <w:br/>
      </w:r>
      <w:r>
        <w:rPr>
          <w:lang w:eastAsia="zh-CN"/>
        </w:rPr>
        <w:t>　　一、时、分、秒(4课时)</w:t>
      </w:r>
      <w:r>
        <w:rPr>
          <w:lang w:eastAsia="zh-CN"/>
        </w:rPr>
        <w:br/>
      </w:r>
      <w:r>
        <w:rPr>
          <w:lang w:eastAsia="zh-CN"/>
        </w:rPr>
        <w:t>　　秒的认识1课时</w:t>
      </w:r>
      <w:r>
        <w:rPr>
          <w:lang w:eastAsia="zh-CN"/>
        </w:rPr>
        <w:br/>
      </w:r>
      <w:r>
        <w:rPr>
          <w:lang w:eastAsia="zh-CN"/>
        </w:rPr>
        <w:t>　　时间的计算1课时</w:t>
      </w:r>
      <w:r>
        <w:rPr>
          <w:lang w:eastAsia="zh-CN"/>
        </w:rPr>
        <w:br/>
      </w:r>
      <w:r>
        <w:rPr>
          <w:lang w:eastAsia="zh-CN"/>
        </w:rPr>
        <w:t>　　练习一 1课时</w:t>
      </w:r>
      <w:r>
        <w:rPr>
          <w:lang w:eastAsia="zh-CN"/>
        </w:rPr>
        <w:br/>
      </w:r>
      <w:r>
        <w:rPr>
          <w:lang w:eastAsia="zh-CN"/>
        </w:rPr>
        <w:t>　　复习1课时</w:t>
      </w:r>
      <w:r>
        <w:rPr>
          <w:lang w:eastAsia="zh-CN"/>
        </w:rPr>
        <w:br/>
      </w:r>
      <w:r>
        <w:rPr>
          <w:lang w:eastAsia="zh-CN"/>
        </w:rPr>
        <w:t>　　二、万以内的加法和减法(一)(5课时)</w:t>
      </w:r>
      <w:r>
        <w:rPr>
          <w:lang w:eastAsia="zh-CN"/>
        </w:rPr>
        <w:br/>
      </w:r>
      <w:r>
        <w:rPr>
          <w:lang w:eastAsia="zh-CN"/>
        </w:rPr>
        <w:t>　　两位数加两位数1课时</w:t>
      </w:r>
      <w:r>
        <w:rPr>
          <w:lang w:eastAsia="zh-CN"/>
        </w:rPr>
        <w:br/>
      </w:r>
      <w:r>
        <w:rPr>
          <w:lang w:eastAsia="zh-CN"/>
        </w:rPr>
        <w:t>　　两位数减两位数1课时</w:t>
      </w:r>
      <w:r>
        <w:rPr>
          <w:lang w:eastAsia="zh-CN"/>
        </w:rPr>
        <w:br/>
      </w:r>
      <w:r>
        <w:rPr>
          <w:lang w:eastAsia="zh-CN"/>
        </w:rPr>
        <w:t>　　笔算几百几十加、减几百几十1课时</w:t>
      </w:r>
      <w:r>
        <w:rPr>
          <w:lang w:eastAsia="zh-CN"/>
        </w:rPr>
        <w:br/>
      </w:r>
      <w:r>
        <w:rPr>
          <w:lang w:eastAsia="zh-CN"/>
        </w:rPr>
        <w:t>　　加、减法的估算1课时</w:t>
      </w:r>
      <w:r>
        <w:rPr>
          <w:lang w:eastAsia="zh-CN"/>
        </w:rPr>
        <w:br/>
      </w:r>
      <w:r>
        <w:rPr>
          <w:lang w:eastAsia="zh-CN"/>
        </w:rPr>
        <w:t>　　整理和复习1课时</w:t>
      </w:r>
      <w:r>
        <w:rPr>
          <w:lang w:eastAsia="zh-CN"/>
        </w:rPr>
        <w:br/>
      </w:r>
      <w:r>
        <w:rPr>
          <w:lang w:eastAsia="zh-CN"/>
        </w:rPr>
        <w:t>　　三、测量(8课时)</w:t>
      </w:r>
      <w:r>
        <w:rPr>
          <w:lang w:eastAsia="zh-CN"/>
        </w:rPr>
        <w:br/>
      </w:r>
      <w:r>
        <w:rPr>
          <w:lang w:eastAsia="zh-CN"/>
        </w:rPr>
        <w:t>　　毫米、分米的认识3课时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千米的认识2课时</w:t>
      </w:r>
      <w:r>
        <w:rPr>
          <w:lang w:eastAsia="zh-CN"/>
        </w:rPr>
        <w:br/>
      </w:r>
      <w:r>
        <w:rPr>
          <w:lang w:eastAsia="zh-CN"/>
        </w:rPr>
        <w:t>　　吨的认识1课时</w:t>
      </w:r>
      <w:r>
        <w:rPr>
          <w:lang w:eastAsia="zh-CN"/>
        </w:rPr>
        <w:br/>
      </w:r>
      <w:r>
        <w:rPr>
          <w:lang w:eastAsia="zh-CN"/>
        </w:rPr>
        <w:t>　　解决问题1课时</w:t>
      </w:r>
      <w:r>
        <w:rPr>
          <w:lang w:eastAsia="zh-CN"/>
        </w:rPr>
        <w:br/>
      </w:r>
      <w:r>
        <w:rPr>
          <w:lang w:eastAsia="zh-CN"/>
        </w:rPr>
        <w:t>　　复习1课时</w:t>
      </w:r>
      <w:r>
        <w:rPr>
          <w:lang w:eastAsia="zh-CN"/>
        </w:rPr>
        <w:br/>
      </w:r>
      <w:r>
        <w:rPr>
          <w:lang w:eastAsia="zh-CN"/>
        </w:rPr>
        <w:t>　　四、万以内的加法和减法(二)(6课时)</w:t>
      </w:r>
      <w:r>
        <w:rPr>
          <w:lang w:eastAsia="zh-CN"/>
        </w:rPr>
        <w:br/>
      </w:r>
      <w:r>
        <w:rPr>
          <w:lang w:eastAsia="zh-CN"/>
        </w:rPr>
        <w:t>　　1、加法2课时</w:t>
      </w:r>
      <w:r>
        <w:rPr>
          <w:lang w:eastAsia="zh-CN"/>
        </w:rPr>
        <w:br/>
      </w:r>
      <w:r>
        <w:rPr>
          <w:lang w:eastAsia="zh-CN"/>
        </w:rPr>
        <w:t>　　2、减法3课时</w:t>
      </w:r>
      <w:r>
        <w:rPr>
          <w:lang w:eastAsia="zh-CN"/>
        </w:rPr>
        <w:br/>
      </w:r>
      <w:r>
        <w:rPr>
          <w:lang w:eastAsia="zh-CN"/>
        </w:rPr>
        <w:t>　　整理和复习1课时</w:t>
      </w:r>
      <w:r>
        <w:rPr>
          <w:lang w:eastAsia="zh-CN"/>
        </w:rPr>
        <w:br/>
      </w:r>
      <w:r>
        <w:rPr>
          <w:lang w:eastAsia="zh-CN"/>
        </w:rPr>
        <w:t>　　五、倍的认识(4课时)</w:t>
      </w:r>
      <w:r>
        <w:rPr>
          <w:lang w:eastAsia="zh-CN"/>
        </w:rPr>
        <w:br/>
      </w:r>
      <w:r>
        <w:rPr>
          <w:lang w:eastAsia="zh-CN"/>
        </w:rPr>
        <w:t>　　倍的认识1课时</w:t>
      </w:r>
      <w:r>
        <w:rPr>
          <w:lang w:eastAsia="zh-CN"/>
        </w:rPr>
        <w:br/>
      </w:r>
      <w:r>
        <w:rPr>
          <w:lang w:eastAsia="zh-CN"/>
        </w:rPr>
        <w:t>　　解决问题2课时</w:t>
      </w:r>
      <w:r>
        <w:rPr>
          <w:lang w:eastAsia="zh-CN"/>
        </w:rPr>
        <w:br/>
      </w:r>
      <w:r>
        <w:rPr>
          <w:lang w:eastAsia="zh-CN"/>
        </w:rPr>
        <w:t>　　复习1课时</w:t>
      </w:r>
      <w:r>
        <w:rPr>
          <w:lang w:eastAsia="zh-CN"/>
        </w:rPr>
        <w:br/>
      </w:r>
      <w:r>
        <w:rPr>
          <w:lang w:eastAsia="zh-CN"/>
        </w:rPr>
        <w:t>　　六、多位数乘一位数(11课时)</w:t>
      </w:r>
      <w:r>
        <w:rPr>
          <w:lang w:eastAsia="zh-CN"/>
        </w:rPr>
        <w:br/>
      </w:r>
      <w:r>
        <w:rPr>
          <w:lang w:eastAsia="zh-CN"/>
        </w:rPr>
        <w:t>　　1、口算乘法1课时</w:t>
      </w:r>
      <w:r>
        <w:rPr>
          <w:lang w:eastAsia="zh-CN"/>
        </w:rPr>
        <w:br/>
      </w:r>
      <w:r>
        <w:rPr>
          <w:lang w:eastAsia="zh-CN"/>
        </w:rPr>
        <w:t>　　2、笔算乘法8课时</w:t>
      </w:r>
      <w:r>
        <w:rPr>
          <w:lang w:eastAsia="zh-CN"/>
        </w:rPr>
        <w:br/>
      </w:r>
      <w:r>
        <w:rPr>
          <w:lang w:eastAsia="zh-CN"/>
        </w:rPr>
        <w:t>　　整理和复习1课时</w:t>
      </w:r>
      <w:r>
        <w:rPr>
          <w:lang w:eastAsia="zh-CN"/>
        </w:rPr>
        <w:br/>
      </w:r>
      <w:r>
        <w:rPr>
          <w:lang w:eastAsia="zh-CN"/>
        </w:rPr>
        <w:t>　　数字编码1课时</w:t>
      </w:r>
      <w:r>
        <w:rPr>
          <w:lang w:eastAsia="zh-CN"/>
        </w:rPr>
        <w:br/>
      </w:r>
      <w:r>
        <w:rPr>
          <w:lang w:eastAsia="zh-CN"/>
        </w:rPr>
        <w:t>　　七、长方形和正方形(4课时)</w:t>
      </w:r>
      <w:r>
        <w:rPr>
          <w:lang w:eastAsia="zh-CN"/>
        </w:rPr>
        <w:br/>
      </w:r>
      <w:r>
        <w:rPr>
          <w:lang w:eastAsia="zh-CN"/>
        </w:rPr>
        <w:t>　　四边形1课时</w:t>
      </w:r>
      <w:r>
        <w:rPr>
          <w:lang w:eastAsia="zh-CN"/>
        </w:rPr>
        <w:br/>
      </w:r>
      <w:r>
        <w:rPr>
          <w:lang w:eastAsia="zh-CN"/>
        </w:rPr>
        <w:t>　　周长1课时</w:t>
      </w:r>
      <w:r>
        <w:rPr>
          <w:lang w:eastAsia="zh-CN"/>
        </w:rPr>
        <w:br/>
      </w:r>
      <w:r>
        <w:rPr>
          <w:lang w:eastAsia="zh-CN"/>
        </w:rPr>
        <w:t>　　长方形和正方形的周长1课时</w:t>
      </w:r>
      <w:r>
        <w:rPr>
          <w:lang w:eastAsia="zh-CN"/>
        </w:rPr>
        <w:br/>
      </w:r>
      <w:r>
        <w:rPr>
          <w:lang w:eastAsia="zh-CN"/>
        </w:rPr>
        <w:t>　　复习1课时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八、分数的初步认识(5课时)</w:t>
      </w:r>
      <w:r>
        <w:rPr>
          <w:lang w:eastAsia="zh-CN"/>
        </w:rPr>
        <w:br/>
      </w:r>
      <w:r>
        <w:rPr>
          <w:lang w:eastAsia="zh-CN"/>
        </w:rPr>
        <w:t>　　1、分数的初步认识2课时</w:t>
      </w:r>
      <w:r>
        <w:rPr>
          <w:lang w:eastAsia="zh-CN"/>
        </w:rPr>
        <w:br/>
      </w:r>
      <w:r>
        <w:rPr>
          <w:lang w:eastAsia="zh-CN"/>
        </w:rPr>
        <w:t>　　2、分数的简单计算1课时</w:t>
      </w:r>
      <w:r>
        <w:rPr>
          <w:lang w:eastAsia="zh-CN"/>
        </w:rPr>
        <w:br/>
      </w:r>
      <w:r>
        <w:rPr>
          <w:lang w:eastAsia="zh-CN"/>
        </w:rPr>
        <w:t>　　3、分数的简单应用1课时</w:t>
      </w:r>
      <w:r>
        <w:rPr>
          <w:lang w:eastAsia="zh-CN"/>
        </w:rPr>
        <w:br/>
      </w:r>
      <w:r>
        <w:rPr>
          <w:lang w:eastAsia="zh-CN"/>
        </w:rPr>
        <w:t>　　复习1课时</w:t>
      </w:r>
      <w:r>
        <w:rPr>
          <w:lang w:eastAsia="zh-CN"/>
        </w:rPr>
        <w:br/>
      </w:r>
      <w:r>
        <w:rPr>
          <w:lang w:eastAsia="zh-CN"/>
        </w:rPr>
        <w:t>　　九、数学广角—集合(1课时)</w:t>
      </w:r>
      <w:r>
        <w:rPr>
          <w:lang w:eastAsia="zh-CN"/>
        </w:rPr>
        <w:br/>
      </w:r>
      <w:r>
        <w:rPr>
          <w:lang w:eastAsia="zh-CN"/>
        </w:rPr>
        <w:t>　　十、总复习(4课时)　　小学数学三年级上册教学工作计划 4</w:t>
      </w:r>
      <w:r>
        <w:rPr>
          <w:lang w:eastAsia="zh-CN"/>
        </w:rPr>
        <w:br/>
      </w:r>
      <w:r>
        <w:rPr>
          <w:lang w:eastAsia="zh-CN"/>
        </w:rPr>
        <w:t>　　一、教材简析</w:t>
      </w:r>
      <w:r>
        <w:rPr>
          <w:lang w:eastAsia="zh-CN"/>
        </w:rPr>
        <w:br/>
      </w:r>
      <w:r>
        <w:rPr>
          <w:lang w:eastAsia="zh-CN"/>
        </w:rPr>
        <w:t>　　这一册教材包括下面一些内容：时、分、秒，万以内的加法和减法（一），测量，万以内的加法和减法（二），倍的认识，多位数乘一位数，长方形和正方形，分数的初步认识，数学广角──集合，总复习等。</w:t>
      </w:r>
      <w:r>
        <w:rPr>
          <w:lang w:eastAsia="zh-CN"/>
        </w:rPr>
        <w:br/>
      </w:r>
      <w:r>
        <w:rPr>
          <w:lang w:eastAsia="zh-CN"/>
        </w:rPr>
        <w:t>　　万以内的加法和减法、长方形和正方形、时分秒分数的初步认识是本册教材的重点教学内容。</w:t>
      </w:r>
      <w:r>
        <w:rPr>
          <w:lang w:eastAsia="zh-CN"/>
        </w:rPr>
        <w:br/>
      </w:r>
      <w:r>
        <w:rPr>
          <w:lang w:eastAsia="zh-CN"/>
        </w:rPr>
        <w:t>　　在数与计算方面，这一册教材安排了万以内的加法和减法、有余数的除法、时分秒、多位数乘一位数、分数的初步认识、这部分加减法计算仍然是小学生应该掌握和形成的基础知识和基本技能，是进一步学习计算的重要基础。例如，用多位数乘一位数，求每一道乘法计算的步骤与用两位数乘一位数积的步骤基本相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从本册开始引入分数的初步认识，内容比较简单。此时学生在日常生活中经常遇到或用到有关分数的知识和问题，这部分知识的学习，可以扩大用数学解决实际问题的范围，提高学生解决问题的能力；同时也使学生初步学会用简单的分数进行表达和交流，进一步发展数感，并为进一步系统学习分数及分数四则运算做好铺垫。</w:t>
      </w:r>
      <w:r>
        <w:rPr>
          <w:lang w:eastAsia="zh-CN"/>
        </w:rPr>
        <w:br/>
      </w:r>
      <w:r>
        <w:rPr>
          <w:lang w:eastAsia="zh-CN"/>
        </w:rPr>
        <w:t>　　在空间与图形方面，这一册教材安排了四边形这个单元，这是这册教材的另一个重点教学内容，为发展学生的空间观念提供了丰富的素材。通过这些内容的学习，让学生初步形成空间图形、表达与交流物体性质特征的能力等。通过现实的数学活动，让学生获得探究学习的经历，探索并体会认识四边形特点、四边形周长单位、掌握估量等知识，进一步促进学生空间观念的发展。</w:t>
      </w:r>
      <w:r>
        <w:rPr>
          <w:lang w:eastAsia="zh-CN"/>
        </w:rPr>
        <w:br/>
      </w:r>
      <w:r>
        <w:rPr>
          <w:lang w:eastAsia="zh-CN"/>
        </w:rPr>
        <w:t>　　在量的计量方面，这一册进一步扩大计量知识的范围，除了周长的计算外，还安排了认识的时间单位时、分、秒及三者之间的大小关系。这些内容的教学可以进一步发展学生的空间观念和时间观念，并通过实际操作与具体体验，培养学生估计周长大小和时间长短的意识和能力。</w:t>
      </w:r>
      <w:r>
        <w:rPr>
          <w:lang w:eastAsia="zh-CN"/>
        </w:rPr>
        <w:br/>
      </w:r>
      <w:r>
        <w:rPr>
          <w:lang w:eastAsia="zh-CN"/>
        </w:rPr>
        <w:t>　　在统计知识方面，本册教材让学生初步学习简单的可能性。教材向学生介绍了，让学生利用已有的知识，学习哪些是可能的、哪些是不可能的和哪些是一定的知识，初步学会简单的分析；通过学习可能性的含义和简单的的方法，初步理解平均数的意义和实际应用，一步体会统计在现实生活中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用数学解决问题方面，教材一方面安排了一个单元，专门教学用所学的有余数的除法计算知识解决生活中的简单问题；另一方面，安排了"数学广角"的教学内容，引导学生通过观察、猜测、实验、推理等活动学习简单的推理思想和想象能力，并能应用肯能性的思想方法解决一些简单的问题，培养学生观察、分析及推理的能力，培养他们探索数学问题的兴趣和发现欣赏数学美的意识。</w:t>
      </w:r>
      <w:r>
        <w:rPr>
          <w:lang w:eastAsia="zh-CN"/>
        </w:rPr>
        <w:br/>
      </w:r>
      <w:r>
        <w:rPr>
          <w:lang w:eastAsia="zh-CN"/>
        </w:rPr>
        <w:t>　　本册教材根据学生所学习的数学知识和生活经验，安排了两个数学实践活动，让学生通过小组合作的探究活动或有现实背景的活动，运用所学知识解决问题，体会探索的乐趣和数学的实际应用，感受用数学的愉悦，培养学生的数学意识和实践能力。</w:t>
      </w:r>
      <w:r>
        <w:rPr>
          <w:lang w:eastAsia="zh-CN"/>
        </w:rPr>
        <w:br/>
      </w:r>
      <w:r>
        <w:rPr>
          <w:lang w:eastAsia="zh-CN"/>
        </w:rPr>
        <w:t>　　二、教学目标:</w:t>
      </w:r>
      <w:r>
        <w:rPr>
          <w:lang w:eastAsia="zh-CN"/>
        </w:rPr>
        <w:br/>
      </w:r>
      <w:r>
        <w:rPr>
          <w:lang w:eastAsia="zh-CN"/>
        </w:rPr>
        <w:t>　　1．会笔算多位数乘一位数的乘法、万以内的加法和减法，会进行相应的乘法估算和验算。</w:t>
      </w:r>
      <w:r>
        <w:rPr>
          <w:lang w:eastAsia="zh-CN"/>
        </w:rPr>
        <w:br/>
      </w:r>
      <w:r>
        <w:rPr>
          <w:lang w:eastAsia="zh-CN"/>
        </w:rPr>
        <w:t>　　2．会口算一位数乘整十、整百、整千的数，整十、整百数乘整十数，两位数乘整十、整百数（每位乘积不满十）。</w:t>
      </w:r>
      <w:r>
        <w:rPr>
          <w:lang w:eastAsia="zh-CN"/>
        </w:rPr>
        <w:br/>
      </w:r>
      <w:r>
        <w:rPr>
          <w:lang w:eastAsia="zh-CN"/>
        </w:rPr>
        <w:t>　　3．初步认识简单的分数，初步知道分数是平均分的含义，会读、写分数，初步认识分数的大小，会计算一些分数的加减法。</w:t>
      </w:r>
      <w:r>
        <w:rPr>
          <w:lang w:eastAsia="zh-CN"/>
        </w:rPr>
        <w:br/>
      </w:r>
      <w:r>
        <w:rPr>
          <w:lang w:eastAsia="zh-CN"/>
        </w:rPr>
        <w:t>　　4．认识时、分、秒三个时间名词，能够很准确的说出三者之间的进制关系及三者之间的'大小关系。</w:t>
      </w:r>
      <w:r>
        <w:rPr>
          <w:lang w:eastAsia="zh-CN"/>
        </w:rPr>
        <w:br/>
      </w:r>
      <w:r>
        <w:rPr>
          <w:lang w:eastAsia="zh-CN"/>
        </w:rPr>
        <w:t>　　5．认识周长的含义，会计算四边形的周长，提醒学生注意漏写周长的单位名称。</w:t>
      </w:r>
      <w:r>
        <w:rPr>
          <w:lang w:eastAsia="zh-CN"/>
        </w:rPr>
        <w:br/>
      </w:r>
      <w:r>
        <w:rPr>
          <w:lang w:eastAsia="zh-CN"/>
        </w:rPr>
        <w:t>　　6．认识时间单位时、分、秒，了解它们之间的关系；知道每小时是多少分钟、每分钟是多少秒组成的；并学会准确认识时间。</w:t>
      </w:r>
      <w:r>
        <w:rPr>
          <w:lang w:eastAsia="zh-CN"/>
        </w:rPr>
        <w:br/>
      </w:r>
      <w:r>
        <w:rPr>
          <w:lang w:eastAsia="zh-CN"/>
        </w:rPr>
        <w:t>　　7．了解不同形式的可能性，知道哪些事情发生是一定的、可能的还是不可能的，进一步体会可能性在现实生活中的作用。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8．经历从实际生活中发现问题、提出问题、解决问题的过程，体会数学在日常生活中的作用，初步形成综合运用数学知识解决问题的能力。</w:t>
      </w:r>
      <w:r>
        <w:rPr>
          <w:lang w:eastAsia="zh-CN"/>
        </w:rPr>
        <w:br/>
      </w:r>
      <w:r>
        <w:rPr>
          <w:lang w:eastAsia="zh-CN"/>
        </w:rPr>
        <w:t>　　9．初步了解的思想，形成发现生活中的数学的意识，初步形成观察、分析及推理的能力。</w:t>
      </w:r>
      <w:r>
        <w:rPr>
          <w:lang w:eastAsia="zh-CN"/>
        </w:rPr>
        <w:br/>
      </w:r>
      <w:r>
        <w:rPr>
          <w:lang w:eastAsia="zh-CN"/>
        </w:rPr>
        <w:t>　　10．让学生体会学习数学的乐趣，提高学习数学的兴趣，建立学好数学的信心。</w:t>
      </w:r>
      <w:r>
        <w:rPr>
          <w:lang w:eastAsia="zh-CN"/>
        </w:rPr>
        <w:br/>
      </w:r>
      <w:r>
        <w:rPr>
          <w:lang w:eastAsia="zh-CN"/>
        </w:rPr>
        <w:t>　　11．养成认真、按时、按质完成作业、书写整洁的良好习惯。</w:t>
      </w:r>
      <w:r>
        <w:rPr>
          <w:lang w:eastAsia="zh-CN"/>
        </w:rPr>
        <w:br/>
      </w:r>
      <w:r>
        <w:rPr>
          <w:lang w:eastAsia="zh-CN"/>
        </w:rPr>
        <w:t>　　三、教材的编写特点</w:t>
      </w:r>
      <w:r>
        <w:rPr>
          <w:lang w:eastAsia="zh-CN"/>
        </w:rPr>
        <w:br/>
      </w:r>
      <w:r>
        <w:rPr>
          <w:lang w:eastAsia="zh-CN"/>
        </w:rPr>
        <w:t>　　1．计算教学内容的编排体现改革的理念，注重培养学生灵活的计算能力，发展学生的数感。</w:t>
      </w:r>
      <w:r>
        <w:rPr>
          <w:lang w:eastAsia="zh-CN"/>
        </w:rPr>
        <w:br/>
      </w:r>
      <w:r>
        <w:rPr>
          <w:lang w:eastAsia="zh-CN"/>
        </w:rPr>
        <w:t>　　2．提供丰富的空间与图形的教学内容，注重实践与探索，促进学生空间观念的发展。</w:t>
      </w:r>
      <w:r>
        <w:rPr>
          <w:lang w:eastAsia="zh-CN"/>
        </w:rPr>
        <w:br/>
      </w:r>
      <w:r>
        <w:rPr>
          <w:lang w:eastAsia="zh-CN"/>
        </w:rPr>
        <w:t>　　3．结合现实问题教学简单的数据分析和平均数，加深学生对统计作用的认识，逐步形成统计观念。</w:t>
      </w:r>
      <w:r>
        <w:rPr>
          <w:lang w:eastAsia="zh-CN"/>
        </w:rPr>
        <w:br/>
      </w:r>
      <w:r>
        <w:rPr>
          <w:lang w:eastAsia="zh-CN"/>
        </w:rPr>
        <w:t>　　4．加强解决问题能力的教学，培养学生综合运用数学知识解决问题的能力。</w:t>
      </w:r>
      <w:r>
        <w:rPr>
          <w:lang w:eastAsia="zh-CN"/>
        </w:rPr>
        <w:br/>
      </w:r>
      <w:r>
        <w:rPr>
          <w:lang w:eastAsia="zh-CN"/>
        </w:rPr>
        <w:t>　　5．有步骤地渗透数学思想方法，培养学生数学思维能力。</w:t>
      </w:r>
      <w:r>
        <w:rPr>
          <w:lang w:eastAsia="zh-CN"/>
        </w:rPr>
        <w:br/>
      </w:r>
      <w:r>
        <w:rPr>
          <w:lang w:eastAsia="zh-CN"/>
        </w:rPr>
        <w:t>　　6．情感、态度、价值观的培养渗透于数学教学中，用数学的魅力和学习的收获激发学生的学习兴趣与内在动机。</w:t>
      </w:r>
      <w:r>
        <w:rPr>
          <w:lang w:eastAsia="zh-CN"/>
        </w:rPr>
        <w:br/>
      </w:r>
      <w:r>
        <w:rPr>
          <w:lang w:eastAsia="zh-CN"/>
        </w:rPr>
        <w:t>　　四、教学中需要准备的教具和学具</w:t>
      </w:r>
      <w:r>
        <w:rPr>
          <w:lang w:eastAsia="zh-CN"/>
        </w:rPr>
        <w:br/>
      </w:r>
      <w:r>
        <w:rPr>
          <w:lang w:eastAsia="zh-CN"/>
        </w:rPr>
        <w:t>　　1、直尺</w:t>
      </w:r>
      <w:r>
        <w:rPr>
          <w:lang w:eastAsia="zh-CN"/>
        </w:rPr>
        <w:br/>
      </w:r>
      <w:r>
        <w:rPr>
          <w:lang w:eastAsia="zh-CN"/>
        </w:rPr>
        <w:t>　　2．时钟盘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3．四边形模型</w:t>
      </w:r>
      <w:r>
        <w:rPr>
          <w:lang w:eastAsia="zh-CN"/>
        </w:rPr>
        <w:br/>
      </w:r>
      <w:r>
        <w:rPr>
          <w:lang w:eastAsia="zh-CN"/>
        </w:rPr>
        <w:t>　　4、圆形　　小学数学三年级上册教学工作计划 5</w:t>
      </w:r>
      <w:r>
        <w:rPr>
          <w:lang w:eastAsia="zh-CN"/>
        </w:rPr>
        <w:br/>
      </w:r>
      <w:r>
        <w:rPr>
          <w:lang w:eastAsia="zh-CN"/>
        </w:rPr>
        <w:t>　　一、教材分析：</w:t>
      </w:r>
      <w:r>
        <w:rPr>
          <w:lang w:eastAsia="zh-CN"/>
        </w:rPr>
        <w:br/>
      </w:r>
      <w:r>
        <w:rPr>
          <w:lang w:eastAsia="zh-CN"/>
        </w:rPr>
        <w:t>　　（一）教材内容</w:t>
      </w:r>
      <w:r>
        <w:rPr>
          <w:lang w:eastAsia="zh-CN"/>
        </w:rPr>
        <w:br/>
      </w:r>
      <w:r>
        <w:rPr>
          <w:lang w:eastAsia="zh-CN"/>
        </w:rPr>
        <w:t>　　本册教材是按照《义务教育小学数学教学指导纲要》的精神编写的教学内容包括：时、分、秒，万以内的加法和减法（一），测量，万以内的加法和减法（二），倍的认识，多位数乘一位数，长方形和正方形，分数的初步认识，数学广角──集合，总复习。</w:t>
      </w:r>
      <w:r>
        <w:rPr>
          <w:lang w:eastAsia="zh-CN"/>
        </w:rPr>
        <w:br/>
      </w:r>
      <w:r>
        <w:rPr>
          <w:lang w:eastAsia="zh-CN"/>
        </w:rPr>
        <w:t>　　1、万以内的减法是在百以内减法和万以内加法的基础上进行教学的学生在学习百以内减法时，已经掌握了减法，的笔算方法，当时由于计算的数目比较小，笔算时不出现连续退位的情况，学生容易掌握而万以内的减法，基本包括了整数减法的各种情况，如连续退位被减数中间或末尾有0等情况，计算时比百以内的减法要复杂学生学习了万以内的减法以后，整数加减法酌计算就基本学全了</w:t>
      </w:r>
      <w:r>
        <w:rPr>
          <w:lang w:eastAsia="zh-CN"/>
        </w:rPr>
        <w:br/>
      </w:r>
      <w:r>
        <w:rPr>
          <w:lang w:eastAsia="zh-CN"/>
        </w:rPr>
        <w:t>　　2、两步计算式题和应用题是在学生学习了加减混合运算乘除混合运算乘加（减）或除加（减）两步计算式题的基础上进行教学的，这里要求学生进一步学习四则混合运算顺序，并要求学生用递等式计算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册教材的应用题是在学生已经学习并掌握一步计算应用题的基础上，开始学习数量关系比较明显的加减两步计算应用题，以及以“求剩余‘’为基本数量关系（减数是两数之和或两数之积）以“相差关系”为基本数量关系（比两数和多几比两数和少几）和以“求和”为基本数量关系（比多求和比少求和）的两步计算应用题</w:t>
      </w:r>
      <w:r>
        <w:rPr>
          <w:lang w:eastAsia="zh-CN"/>
        </w:rPr>
        <w:br/>
      </w:r>
      <w:r>
        <w:rPr>
          <w:lang w:eastAsia="zh-CN"/>
        </w:rPr>
        <w:t>　　3、时分秒的认识是在学生会看整除的基础上进行教学的它要求学生进一步认识钟面，掌握看钟表的方法，认识时间单位时分秒和这些单位间的进率，初步建立1小时1分和1秒的时间观念</w:t>
      </w:r>
      <w:r>
        <w:rPr>
          <w:lang w:eastAsia="zh-CN"/>
        </w:rPr>
        <w:br/>
      </w:r>
      <w:r>
        <w:rPr>
          <w:lang w:eastAsia="zh-CN"/>
        </w:rPr>
        <w:t>　　（二）教材特点</w:t>
      </w:r>
      <w:r>
        <w:rPr>
          <w:lang w:eastAsia="zh-CN"/>
        </w:rPr>
        <w:br/>
      </w:r>
      <w:r>
        <w:rPr>
          <w:lang w:eastAsia="zh-CN"/>
        </w:rPr>
        <w:t>　　1、重视口算教学，适当加强口算训练本册教材对万以内的减法一个数乘一位数和除数是一位数除法的编排做了适当修改中高年级要适当加强口算训练的精神，教材把口算另列小节进行教学，一些计算的编排都是先学口算，再学笔算这样有利于学生掌握口算方法，提高口算能力，为学习笔算做好准备</w:t>
      </w:r>
      <w:r>
        <w:rPr>
          <w:lang w:eastAsia="zh-CN"/>
        </w:rPr>
        <w:br/>
      </w:r>
      <w:r>
        <w:rPr>
          <w:lang w:eastAsia="zh-CN"/>
        </w:rPr>
        <w:t>　　2、重视教学笔算的计算方法，提高计算能力为了使学生在理解算理的基础上掌握笔算的计算方法，万以内的减法一个数乘一位数和除数是一位数的除法都是按计算方法要点进行编排的例如一个数乘一位数，先学习第二个因数去乘第一个因数各数位上的数都不进位的，着重解决乘的顺序和积的对位问题；然后学习积需要进位的乘法，着重解决进位问题；最后学习第一个因数中间末尾有0的乘法，着重解决0和任何数相乘都得0的问题又如除数是一位数的除法，教材在编写时注意由浅人深，由易到难，先学习一位数除两位数，再学习一位数除三四位数，最后学习商的中间或末尾有0的除法编写时，每次都是先教学被除数的首位够商1的，再教学被除数的首位不够商1的这样编排，有利于学生理解并掌握计算方法，突出重点，解决难点，提高学生的计算能力</w:t>
      </w:r>
      <w:r>
        <w:rPr>
          <w:lang w:eastAsia="zh-CN"/>
        </w:rPr>
        <w:br/>
      </w:r>
    </w:p>
    <w:p w:rsidR="001B1F19" w14:textId="27C3F48A">
      <w:pPr>
        <w:rPr>
          <w:rFonts w:hint="eastAsia"/>
          <w:lang w:eastAsia="zh-CN"/>
        </w:rPr>
      </w:pPr>
      <w:r>
        <w:rPr>
          <w:lang w:eastAsia="zh-CN"/>
        </w:rPr>
        <w:t>　　3、两步计算应用题按基本数量关系相同，解题思路相近的原则分组进行教学在万以内的减法这一单元中，教学数量关系比较简单的加减两步计算应用题通过教学，使学生掌握两步计算应用题的结构，并学习用综合法分析数量关系的方法，为进一步学习两步计算应用题做好准备</w:t>
      </w:r>
      <w:r>
        <w:rPr>
          <w:lang w:eastAsia="zh-CN"/>
        </w:rPr>
        <w:br/>
      </w:r>
      <w:r>
        <w:rPr>
          <w:lang w:eastAsia="zh-CN"/>
        </w:rPr>
        <w:t>　　4、在后面学习的两步计算应用题中，按基本数量关系相同，解题思路相近的原则分组编排先编排数量关系比较容易理解的以“求剩余’’为基本数量关系的应用题，再编排以“相差关系”为基本数量关系的应用题，最后编排数量关系比较间接一些的，只有两个已知条件的以“求和”为基本数量关系的两步应用题这样编排，既有助于学生理解应用题的基本数量关系，举一反三，又便于对照比较，搞清应用题之间的联系和区别，避免解题时的生搬硬套</w:t>
      </w:r>
      <w:r>
        <w:rPr>
          <w:lang w:eastAsia="zh-CN"/>
        </w:rPr>
        <w:br/>
      </w:r>
      <w:r>
        <w:rPr>
          <w:lang w:eastAsia="zh-CN"/>
        </w:rPr>
        <w:t>　　5、应用题的教学重视引导学生分析数量关系，掌握解题思路本册应用题注意联系学生的生活实际，应用题中所陈述的事实贴近学生生活，便于学生理解编拥嘲题，通过线段图揭示数量关系并提示解题思路，引导学生根据题目的具体情况采用分析法或综古怯进行分析在练习中编排一定数量的题组对比练习，使学笙进一步理解应用题的结构和基本的数量关系，掌握解题思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https://d.book118.com/835213241022011113</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213241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