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班组工作计划范文</w:t>
      </w:r>
    </w:p>
    <w:p>
      <w:pPr>
        <w:spacing w:before="100" w:after="200" w:line="360" w:lineRule="auto"/>
        <w:ind w:firstLine="576"/>
        <w:jc w:val="left"/>
      </w:pPr>
      <w:r>
        <w:rPr>
          <w:rFonts w:ascii="宋体" w:eastAsia="宋体" w:hAnsi="宋体"/>
          <w:sz w:val="28"/>
        </w:rPr>
        <w:t>处属各分会：为贯彻落实集团公司“创建学习型组织，争做知识型员工”活动20xx—20xx年实施方案和东风货运党发[20xx]14号的精神，经研究，决定在全处开展创建学习型班组活动。特制定本办法。</w:t>
      </w:r>
    </w:p>
    <w:p>
      <w:pPr>
        <w:spacing w:before="100" w:after="200" w:line="360" w:lineRule="auto"/>
        <w:jc w:val="left"/>
      </w:pPr>
      <w:r>
        <w:rPr>
          <w:rFonts w:ascii="宋体 (中文正文)" w:eastAsia="宋体" w:hAnsi="宋体 (中文正文)"/>
          <w:sz w:val="28"/>
        </w:rPr>
        <w:t>一、指导思想：</w:t>
      </w:r>
    </w:p>
    <w:p>
      <w:pPr>
        <w:spacing w:before="100" w:after="200" w:line="360" w:lineRule="auto"/>
        <w:ind w:firstLine="576"/>
        <w:jc w:val="left"/>
      </w:pPr>
      <w:r>
        <w:rPr>
          <w:rFonts w:ascii="宋体" w:eastAsia="宋体" w:hAnsi="宋体"/>
          <w:sz w:val="28"/>
        </w:rPr>
        <w:t>以党的十六大精神为指导，贯彻《集团公司工会创建学习型班组实施意见》精神，结合货运处班组建设的实际，导入创建学习型组织的理念，营造班组学习的浓厚气氛，构建班组团队学习、系统思考、创新变革的机制，提升班组的效益、管理、创新指标，提升职工的学习、技术运用、变革创新、自主管理、群体超越的能力，为我处创建学习型企业奠定坚实的基础。</w:t>
      </w:r>
    </w:p>
    <w:p>
      <w:pPr>
        <w:spacing w:before="100" w:after="200" w:line="360" w:lineRule="auto"/>
        <w:jc w:val="left"/>
      </w:pPr>
      <w:r>
        <w:rPr>
          <w:rFonts w:ascii="宋体 (中文正文)" w:eastAsia="宋体" w:hAnsi="宋体 (中文正文)"/>
          <w:sz w:val="28"/>
        </w:rPr>
        <w:t>二、创建理念：</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p>
    <w:p>
      <w:pPr>
        <w:spacing w:before="100" w:after="200" w:line="360" w:lineRule="auto"/>
        <w:ind w:firstLine="576"/>
        <w:jc w:val="left"/>
      </w:pPr>
      <w:r>
        <w:rPr>
          <w:rFonts w:ascii="宋体" w:eastAsia="宋体" w:hAnsi="宋体"/>
          <w:sz w:val="28"/>
        </w:rPr>
        <w:t>根据学习型组织有关理论，在创建学习型班组的过程中，要确立以下理念：组织学习理念：组织学习要求组织成员首先要抓好自身的学习，因为组织学习是始于成员的学习，没有个人的学习组织是无法学习的；组织学习要求把个人的学习组合到组织中来，与人共享，以产生新的设想；组织学习要求在组织内运用、传播知识并创造新的知识，以增强组织自身能力，改善组织的行为和绩效，检验学习成效的标准是组织绩效的提高；组织学习要求在学习掌握知识，建立知识架构、知识内容、知识系统的同时，更注重提高组织的学习能力。改善心智理念：建立学习型组织必须推进组织的深度变革。深度变革是将组织内部改变和外部的改变结合起来的组织变革，也就是把硬件的改变和软件的改变结合在一起。内部的改变就是在人脑子里面的价值观、愿望、行为、习惯，外部的改变包括程序、战略、实践和组织架构。建立学习型组织要求组织成员不断进行自省和反思，改变自身固有的不适应新的形势要求的思想观念、思维方式、认知模式、愿望、要求等，突破思维心理的屏障，通过内部的改变发现组织存在的问题以及创新变革的阻力、机会、方向，推动和实现组织的创新变革。系统思考理念：系统思考要求运用系统的观点看待组织的发展，要求从看局部到纵观整体，从看时间的表面到洞察其变化背后的结构，以及从静态的分析到认识各种因素的相互影响，进而寻求一种动态的平衡。系统思考要求看到组织中各种事件相互关系而不是单一事件，看见组织渐渐变化的过程而非稍纵即逝的一瞬间，敏锐地觉察到系统整体的各个组成部分的微妙“搭配”，从而更准确地把握组织发展的趋势，寻求正确的创新和变革之道。共同愿景理念：共同愿景指的是一个组织中各个成员发自内心的共同目标，员工个人的愿景而又高于个人的愿景，它是组织中所有员工共同愿望的景象，是他们的共同理想。建立学习型组织要求组织有明确的愿景，帮助和激励组织成员主动而真诚地奉献和投入，引导和规范组织成员的学习行为，从而保证组织成员学习目标的一致性。自我超越理念：自我超越，是学习不断深入并加深个人的真正愿望，集中精力、培养耐心，并客观地观察现实。它是实现组织目标的精神基础。自我超越需要不断认识自己，认识外界的变化，不断地赋予自己新的奋斗目标，并由此超越过去，超越自己，迎接未来。建立学习型组织要求通过营造员工全员终身学习的机制和环境，激发员工的智慧和潜能，不断突破成长上限，实现自我超越，在工作中体验生命的意义。</w:t>
      </w:r>
    </w:p>
    <w:p>
      <w:pPr>
        <w:spacing w:before="100" w:after="200" w:line="360" w:lineRule="auto"/>
        <w:jc w:val="left"/>
      </w:pPr>
      <w:r>
        <w:rPr>
          <w:rFonts w:ascii="宋体 (中文正文)" w:eastAsia="宋体" w:hAnsi="宋体 (中文正文)"/>
          <w:sz w:val="28"/>
        </w:rPr>
        <w:t>三、创建目标：</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r>
        <w:rPr>
          <w:rFonts w:ascii="宋体" w:eastAsia="宋体" w:hAnsi="宋体"/>
          <w:sz w:val="28"/>
        </w:rPr>
        <w:t>1、班组具有明确的发展愿景，重视成员的个人愿景，并使班组愿景与个人愿景相一致。班组成员了解班组的愿景，并具有实现班组愿景的强烈的使命感。</w:t>
      </w:r>
    </w:p>
    <w:p>
      <w:pPr>
        <w:spacing w:before="100" w:after="200" w:line="360" w:lineRule="auto"/>
        <w:ind w:firstLine="576"/>
        <w:jc w:val="left"/>
      </w:pPr>
      <w:r>
        <w:rPr>
          <w:rFonts w:ascii="宋体" w:eastAsia="宋体" w:hAnsi="宋体"/>
          <w:sz w:val="28"/>
        </w:rPr>
        <w:t>2、班组长具有系统思考的概念，重视班组变革管理，并组织职工参与。</w:t>
      </w:r>
    </w:p>
    <w:p>
      <w:pPr>
        <w:spacing w:before="100" w:after="200" w:line="360" w:lineRule="auto"/>
        <w:ind w:firstLine="576"/>
        <w:jc w:val="left"/>
      </w:pPr>
      <w:r>
        <w:rPr>
          <w:rFonts w:ascii="宋体" w:eastAsia="宋体" w:hAnsi="宋体"/>
          <w:sz w:val="28"/>
        </w:rPr>
        <w:t>3、班组有持续学习、持续改进的良好气氛，有健全的学习制度，班组成员有个人学习发展的计划和目标。班组创造条件支持各种学习活动，创造班组成员持续学习、充分发展的机会，重视班组成员职业生涯发展。</w:t>
      </w:r>
    </w:p>
    <w:p>
      <w:pPr>
        <w:spacing w:before="100" w:after="200" w:line="360" w:lineRule="auto"/>
        <w:ind w:firstLine="576"/>
        <w:jc w:val="left"/>
      </w:pPr>
      <w:r>
        <w:rPr>
          <w:rFonts w:ascii="宋体" w:eastAsia="宋体" w:hAnsi="宋体"/>
          <w:sz w:val="28"/>
        </w:rPr>
        <w:t>4、班组鼓励班组成员的创新，鼓励班组成员将所学知识用于工作，重视班组学习能力、专业能力、创新能力的培养和发展，并能取得成果。</w:t>
      </w:r>
    </w:p>
    <w:p>
      <w:pPr>
        <w:spacing w:before="100" w:after="200" w:line="360" w:lineRule="auto"/>
        <w:ind w:firstLine="576"/>
        <w:jc w:val="left"/>
      </w:pPr>
      <w:r>
        <w:rPr>
          <w:rFonts w:ascii="宋体" w:eastAsia="宋体" w:hAnsi="宋体"/>
          <w:sz w:val="28"/>
        </w:rPr>
        <w:t>5、班组内部具有较强的团队精神，能够坦诚沟通、相互信任，分享学习成果，能进行有效的自主管理。</w:t>
      </w:r>
    </w:p>
    <w:p>
      <w:pPr>
        <w:spacing w:before="100" w:after="200" w:line="360" w:lineRule="auto"/>
        <w:jc w:val="left"/>
      </w:pPr>
      <w:r>
        <w:rPr>
          <w:rFonts w:ascii="宋体 (中文正文)" w:eastAsia="宋体" w:hAnsi="宋体 (中文正文)"/>
          <w:sz w:val="28"/>
        </w:rPr>
        <w:t>四、创建要求：</w:t>
      </w:r>
    </w:p>
    <w:p>
      <w:pPr>
        <w:spacing w:before="100" w:after="200" w:line="360" w:lineRule="auto"/>
        <w:ind w:firstLine="576"/>
        <w:jc w:val="left"/>
      </w:pPr>
      <w:r>
        <w:rPr>
          <w:rFonts w:ascii="宋体" w:eastAsia="宋体" w:hAnsi="宋体"/>
          <w:sz w:val="28"/>
        </w:rPr>
        <w:t>开展创建学习型班组的主要方法和途径如下：一、建立班组“创争”活动宣传栏。在班组工作场所或休息场所，宣传创建学习型企业的有关理念，宣传班组建设发展的愿景，宣传班组“创争”活动的目标、规划及活动安排，公布班组“创争”活动的成果。二、开展班组内部学习培训活动。</w:t>
      </w:r>
    </w:p>
    <w:p>
      <w:pPr>
        <w:spacing w:before="100" w:after="200" w:line="360" w:lineRule="auto"/>
        <w:ind w:firstLine="576"/>
        <w:jc w:val="left"/>
      </w:pPr>
      <w:r>
        <w:rPr>
          <w:rFonts w:ascii="宋体" w:eastAsia="宋体" w:hAnsi="宋体"/>
          <w:sz w:val="28"/>
        </w:rPr>
        <w:t>1、班组根据生产工作的要求，制订和实施内部学习培训计划，根据计划逐步实施。</w:t>
      </w:r>
    </w:p>
    <w:p>
      <w:pPr>
        <w:spacing w:before="100" w:after="200" w:line="360" w:lineRule="auto"/>
        <w:ind w:firstLine="576"/>
        <w:jc w:val="left"/>
      </w:pPr>
      <w:r>
        <w:rPr>
          <w:rFonts w:ascii="宋体" w:eastAsia="宋体" w:hAnsi="宋体"/>
          <w:sz w:val="28"/>
        </w:rPr>
        <w:t>2、每个职工根据自己的岗位职责提出个性化的学习计划和目标，班组为他们的学习创造有利条件，帮助他们达到目标。</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3、班组内部的学习培训要突出互动学习、团队学习和学习共享，利用工余和班前班后时间进行，请上级主管、专业部门和班组内学有所长、学有所得的职工担任教员，着重进行岗位技术技能和班组专业领域内的新知识的培训。形成班组内部浓厚的学习氛围。</w:t>
      </w:r>
    </w:p>
    <w:p>
      <w:pPr>
        <w:spacing w:before="100" w:after="200" w:line="360" w:lineRule="auto"/>
        <w:jc w:val="left"/>
      </w:pPr>
      <w:r>
        <w:rPr>
          <w:rFonts w:ascii="宋体 (中文正文)" w:eastAsia="宋体" w:hAnsi="宋体 (中文正文)"/>
          <w:b/>
          <w:sz w:val="28"/>
        </w:rPr>
        <w:t>五、把班组学习培训和班组改善创新紧密结合起来。</w:t>
      </w:r>
    </w:p>
    <w:p>
      <w:pPr>
        <w:spacing w:before="100" w:after="200" w:line="360" w:lineRule="auto"/>
        <w:ind w:firstLine="576"/>
        <w:jc w:val="left"/>
      </w:pPr>
      <w:r>
        <w:rPr>
          <w:rFonts w:ascii="宋体" w:eastAsia="宋体" w:hAnsi="宋体"/>
          <w:sz w:val="28"/>
        </w:rPr>
        <w:t>1、班组要成立课题小组。</w:t>
      </w:r>
    </w:p>
    <w:p>
      <w:pPr>
        <w:spacing w:before="100" w:after="200" w:line="360" w:lineRule="auto"/>
        <w:ind w:firstLine="576"/>
        <w:jc w:val="left"/>
      </w:pPr>
      <w:r>
        <w:rPr>
          <w:rFonts w:ascii="宋体" w:eastAsia="宋体" w:hAnsi="宋体"/>
          <w:sz w:val="28"/>
        </w:rPr>
        <w:t>2、根据生产工作的实际要求，组织课题小组在学习交流研讨的基础上，定期确定管理、质量、成本、工效方面的改善创新课题。</w:t>
      </w:r>
    </w:p>
    <w:p>
      <w:pPr>
        <w:spacing w:before="100" w:after="200" w:line="360" w:lineRule="auto"/>
        <w:ind w:firstLine="576"/>
        <w:jc w:val="left"/>
      </w:pPr>
      <w:r>
        <w:rPr>
          <w:rFonts w:ascii="宋体" w:eastAsia="宋体" w:hAnsi="宋体"/>
          <w:sz w:val="28"/>
        </w:rPr>
        <w:t>3、对创新改善的成果，班组要及时进行发布表彰。</w:t>
      </w:r>
    </w:p>
    <w:p>
      <w:pPr>
        <w:spacing w:before="100" w:after="200" w:line="360" w:lineRule="auto"/>
        <w:jc w:val="left"/>
      </w:pPr>
      <w:r>
        <w:rPr>
          <w:rFonts w:ascii="宋体 (中文正文)" w:eastAsia="宋体" w:hAnsi="宋体 (中文正文)"/>
          <w:b/>
          <w:sz w:val="28"/>
        </w:rPr>
        <w:t>六、建立职工学习档案，制订职工个人学习成才计划，</w:t>
      </w:r>
    </w:p>
    <w:p>
      <w:pPr>
        <w:spacing w:before="100" w:after="200" w:line="360" w:lineRule="auto"/>
        <w:ind w:firstLine="576"/>
        <w:jc w:val="left"/>
      </w:pPr>
      <w:r>
        <w:rPr>
          <w:rFonts w:ascii="宋体" w:eastAsia="宋体" w:hAnsi="宋体"/>
          <w:sz w:val="28"/>
        </w:rPr>
        <w:t>为职工学习成才提供辅导、服务、支持。五、建立班组内部学习培训的激励机制。对班组内学习成果突出、改善创新成绩突出、担任教员表现优秀、炼就掌握绝技绝活的职工班组内部和上级部门要给予奖励，或者提供进一步学习、施展才能的机会。五、创建规划：分三个阶段推进：第一阶段：普及阶段20xx，20xx年，各单位要确保50%以上的班组参加创建活动。各支部书记为第一责任人，分会主席为具体责任人，参加创建活动的班组要实现“六个一”的目标：第二阶段：巩固提高阶段20xx，20xx年，各单位80%以上的班组开展了创建学习型班组活动。参加创建的班组要在班组内部形成四个机制，营造一个气氛。四个机制：团队学习机制、交流沟通机制、成果共享机制、创新变革机制。一个气氛：班组内形成全员学习、全过程学习、终身学习、快乐工作和工作学习化、学习工作化的气氛。第三阶段：创新发展阶段20xx年以后，各单位开展创建活动的班组比例稳定提高。参加创建活动的班组要努力达到以下要求：</w:t>
      </w:r>
    </w:p>
    <w:p>
      <w:pPr>
        <w:spacing w:before="100" w:after="200" w:line="360" w:lineRule="auto"/>
        <w:ind w:firstLine="576"/>
        <w:jc w:val="left"/>
      </w:pPr>
      <w:r>
        <w:rPr>
          <w:rFonts w:ascii="宋体" w:eastAsia="宋体" w:hAnsi="宋体"/>
          <w:sz w:val="28"/>
        </w:rPr>
        <w:t>1、班组内能有效进行系统思考、深度汇谈、反思反馈，形成较强的组织学习能力和较快的学习速度。</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2、培育班组强烈的团队精神。</w:t>
      </w:r>
    </w:p>
    <w:p>
      <w:pPr>
        <w:spacing w:before="100" w:after="200" w:line="360" w:lineRule="auto"/>
        <w:ind w:firstLine="576"/>
        <w:jc w:val="left"/>
      </w:pPr>
      <w:r>
        <w:rPr>
          <w:rFonts w:ascii="宋体" w:eastAsia="宋体" w:hAnsi="宋体"/>
          <w:sz w:val="28"/>
        </w:rPr>
        <w:t>3、持续取得创建活动的成果。为推动创建学习型班组活动的扎实开展，货运处工会将在今年十月份开展创建学习型班组现场经验交流活动。十一月开展班组学习创新成果发布活动，十二月开展创建学习型班组、学习型优胜班组、学习型标兵班组的申报评比表彰活动，以推动活动的不断深化。</w:t>
      </w:r>
    </w:p>
    <w:p>
      <w:pPr>
        <w:spacing w:before="100" w:after="200" w:line="360" w:lineRule="auto"/>
        <w:jc w:val="left"/>
      </w:pPr>
      <w:r>
        <w:rPr>
          <w:rFonts w:ascii="宋体 (中文正文)" w:eastAsia="宋体" w:hAnsi="宋体 (中文正文)"/>
          <w:b/>
          <w:sz w:val="28"/>
        </w:rPr>
        <w:t>一、班组和班组长在企业安全生产中的作用</w:t>
      </w:r>
    </w:p>
    <w:p>
      <w:pPr>
        <w:spacing w:before="100" w:after="200" w:line="360" w:lineRule="auto"/>
        <w:ind w:firstLine="576"/>
        <w:jc w:val="left"/>
      </w:pPr>
      <w:r>
        <w:rPr>
          <w:rFonts w:ascii="宋体" w:eastAsia="宋体" w:hAnsi="宋体"/>
          <w:sz w:val="28"/>
        </w:rPr>
        <w:t>班组是企业最基层的组织，企业要完成各项生产经营目标任务，要不断发展壮大，都必须靠第一线的班组来落实，各项规章制度也要靠班组的活动去落实，从这种意义上说，班组就是企业一切工作的落脚点。另一方面，如果班组安全管理基础差，未能按规定开展安全管理活动，则易发生安全事故。据资料统计，90%以上的事故发生在班组，80%以上的事故的直接原因是班组成员违章作业或没有及时发现设备缺陷等事故隐患造成的。因此，班组安全管理是企业安全工作的重心所在，只有搞好班组的安全管理，才能确保安全生产。</w:t>
      </w:r>
    </w:p>
    <w:p>
      <w:pPr>
        <w:spacing w:before="100" w:after="200" w:line="360" w:lineRule="auto"/>
        <w:ind w:firstLine="576"/>
        <w:jc w:val="left"/>
      </w:pPr>
      <w:r>
        <w:rPr>
          <w:rFonts w:ascii="宋体" w:eastAsia="宋体" w:hAnsi="宋体"/>
          <w:sz w:val="28"/>
        </w:rPr>
        <w:t>班组长是企业生产活动中的兵头将尾，是安全管理的最基层指挥官和执行者，班组长的安全工作质量直接影响着企业整体的安全工作状态，因此，抓好班组长的安全管理工作，加强班组长的安全教育，提高班组长的安全素质，是确保班组人力资源的优化配置。</w:t>
      </w:r>
    </w:p>
    <w:p>
      <w:pPr>
        <w:spacing w:before="100" w:after="200" w:line="360" w:lineRule="auto"/>
        <w:jc w:val="left"/>
      </w:pPr>
      <w:r>
        <w:rPr>
          <w:rFonts w:ascii="宋体 (中文正文)" w:eastAsia="宋体" w:hAnsi="宋体 (中文正文)"/>
          <w:b/>
          <w:sz w:val="28"/>
        </w:rPr>
        <w:t>二、班组长如何提高只身安全管理水平</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p>
    <w:p>
      <w:pPr>
        <w:spacing w:before="100" w:after="200" w:line="360" w:lineRule="auto"/>
        <w:ind w:firstLine="576"/>
        <w:jc w:val="left"/>
      </w:pPr>
      <w:r>
        <w:rPr>
          <w:rFonts w:ascii="宋体" w:eastAsia="宋体" w:hAnsi="宋体"/>
          <w:sz w:val="28"/>
        </w:rPr>
        <w:t>班组长需要有一定文化知识，技术基础、操作本领，懂安全，会安全的人员担任，也就是要具有较强安全生产意识和高度责任感，并具备相应的安全生产技术和应变能力，善于管理的职工担任，而不是由不懂安全，违章指挥，冒险蛮干的人员担任。班组长的只身安全管理水平提高了，就能够很好提升班组的安全管理，就能减少安全事故的发生，那如何才能提高班组长只身安全管理水平？</w:t>
      </w:r>
    </w:p>
    <w:p>
      <w:pPr>
        <w:spacing w:before="100" w:after="200" w:line="360" w:lineRule="auto"/>
        <w:ind w:firstLine="576"/>
        <w:jc w:val="left"/>
      </w:pPr>
      <w:r>
        <w:rPr>
          <w:rFonts w:ascii="宋体" w:eastAsia="宋体" w:hAnsi="宋体"/>
          <w:sz w:val="28"/>
        </w:rPr>
        <w:t>现代企业对班组长的安全素质要求达到“三到位”，即“意识到位”、“能力到位”、“责任到位”。</w:t>
      </w:r>
    </w:p>
    <w:p>
      <w:pPr>
        <w:spacing w:before="100" w:after="200" w:line="360" w:lineRule="auto"/>
        <w:ind w:firstLine="576"/>
        <w:jc w:val="left"/>
      </w:pPr>
      <w:r>
        <w:rPr>
          <w:rFonts w:ascii="宋体" w:eastAsia="宋体" w:hAnsi="宋体"/>
          <w:sz w:val="28"/>
        </w:rPr>
        <w:t>“意识到位”：班组长要增强安全生产意识，真正贯彻“安全第一、预防为主”的方针，意识到自己的工作安排和布置关系到每一位职工的利益，甚至生命安危。</w:t>
      </w:r>
    </w:p>
    <w:p>
      <w:pPr>
        <w:spacing w:before="100" w:after="200" w:line="360" w:lineRule="auto"/>
        <w:ind w:firstLine="576"/>
        <w:jc w:val="left"/>
      </w:pPr>
      <w:r>
        <w:rPr>
          <w:rFonts w:ascii="宋体" w:eastAsia="宋体" w:hAnsi="宋体"/>
          <w:sz w:val="28"/>
        </w:rPr>
        <w:t>“能力到位”：班组长必须具备必要的安全理论知识，应熟悉安全生产规章制度，熟悉掌握本班组、本岗位的安全操作技能，能解决影响班组安全生产的难题，即知识到位；能针对不安全因素，适时采取有效控制措施，以及必要的组织协调安全工作的能力。</w:t>
      </w:r>
    </w:p>
    <w:p>
      <w:pPr>
        <w:spacing w:before="100" w:after="200" w:line="360" w:lineRule="auto"/>
        <w:ind w:firstLine="576"/>
        <w:jc w:val="left"/>
      </w:pPr>
      <w:r>
        <w:rPr>
          <w:rFonts w:ascii="宋体" w:eastAsia="宋体" w:hAnsi="宋体"/>
          <w:sz w:val="28"/>
        </w:rPr>
        <w:t>“责任到位”：班组长应增强责任心，积极履行班组安全责任人职责，要掌握本班组的安全生产目标，把班组成员的安危作为头等大事来抓，使班组安全工作责任到人，措施得力，落实到位。</w:t>
      </w:r>
    </w:p>
    <w:p>
      <w:pPr>
        <w:spacing w:before="100" w:after="200" w:line="360" w:lineRule="auto"/>
        <w:ind w:firstLine="576"/>
        <w:jc w:val="left"/>
      </w:pPr>
      <w:r>
        <w:rPr>
          <w:rFonts w:ascii="宋体" w:eastAsia="宋体" w:hAnsi="宋体"/>
          <w:sz w:val="28"/>
        </w:rPr>
        <w:t>这三个到位对我们班组长提出了更高的要求，促使我们班组长必须不断提高安全素质。</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p>
    <w:p>
      <w:pPr>
        <w:spacing w:before="100" w:after="200" w:line="360" w:lineRule="auto"/>
        <w:ind w:firstLine="576"/>
        <w:jc w:val="left"/>
      </w:pPr>
      <w:r>
        <w:rPr>
          <w:rFonts w:ascii="宋体" w:eastAsia="宋体" w:hAnsi="宋体"/>
          <w:sz w:val="28"/>
        </w:rPr>
        <w:t>一要严于律己。俗话说：“喊破嗓子不如做出样子”。要正确认识自己所处岗位的重要性，牢固树立“责任重于泰山”的思想，以“位卑未敢忘忧国”的敬业精神，兢兢业业履行职责。凡是要求班组成员做到的事自己首先做到，要求班组成员不能做到的自己首先不做，不记个人得失的“吃亏”事、默默无闻的“奉献”事、廉洁自律的“高尚”事，要抢先做，带头遵守各项规章制度，这样才能严格要求和教育班组员工。对违章操作、违反劳动纪律等不安全行为要敢于批评和处理，不回避矛盾，不照顾关系，不变通处理，以严立威。</w:t>
      </w:r>
    </w:p>
    <w:p>
      <w:pPr>
        <w:spacing w:before="100" w:after="200" w:line="360" w:lineRule="auto"/>
        <w:ind w:firstLine="576"/>
        <w:jc w:val="left"/>
      </w:pPr>
      <w:r>
        <w:rPr>
          <w:rFonts w:ascii="宋体" w:eastAsia="宋体" w:hAnsi="宋体"/>
          <w:sz w:val="28"/>
        </w:rPr>
        <w:t>二要有真才识学。才能是决定威信的重要因素，一个能力平平的人，是很难树立自己的威信的。作为班组的带头人，自己首先要认真对有关安全生产方针、政策、法律和规定进行学习和掌握；其次要对生产工艺流程和设备操作规程进行学习，提高理论知识和操作技能；第三要熟练掌握本岗位生产应急预案，做到遇事不慌、处变不惊、应对自如；第四要有“眼观六路、耳听八方”的洞察力，能及时快速处理不安全行为和隐患；第五要有“本能恐慌”意识，把学习和实践当成一项任务、一种责任。</w:t>
      </w:r>
    </w:p>
    <w:p>
      <w:pPr>
        <w:spacing w:before="100" w:after="200" w:line="360" w:lineRule="auto"/>
        <w:ind w:firstLine="576"/>
        <w:jc w:val="left"/>
      </w:pPr>
      <w:r>
        <w:rPr>
          <w:rFonts w:ascii="宋体" w:eastAsia="宋体" w:hAnsi="宋体"/>
          <w:sz w:val="28"/>
        </w:rPr>
        <w:t>三要善于待人。在班组安全管理中，要善于做员工的思想工作，对员工在安全生产工作中做得好的要进行肯定和鼓励，对存在的违章违纪行为要及时批评指正，对存在隐患的要进行客观分析，做到举一反三、对违章行为的考核要严格，要像“眼睛里揉不得沙子”一样，坚决抵制和纠正，行得正走得直，一视同仁，不搞亲疏。要有与人沟通协调的能力、做好员工的思想工作，做到“手握金刚钻、不怕瓷器活”，以自己过硬的技能解决问题。</w:t>
      </w:r>
    </w:p>
    <w:p>
      <w:pPr>
        <w:spacing w:before="100" w:after="200" w:line="360" w:lineRule="auto"/>
        <w:jc w:val="left"/>
      </w:pPr>
      <w:r>
        <w:rPr>
          <w:rFonts w:ascii="宋体 (中文正文)" w:eastAsia="宋体" w:hAnsi="宋体 (中文正文)"/>
          <w:b/>
          <w:sz w:val="28"/>
        </w:rPr>
        <w:t>三、班组长如何做好班组安全教育工作</w:t>
      </w:r>
    </w:p>
    <w:p>
      <w:pPr>
        <w:spacing w:before="100" w:after="200" w:line="360" w:lineRule="auto"/>
        <w:ind w:firstLine="576"/>
        <w:jc w:val="left"/>
      </w:pPr>
      <w:r>
        <w:rPr>
          <w:rFonts w:ascii="宋体" w:eastAsia="宋体" w:hAnsi="宋体"/>
          <w:sz w:val="28"/>
        </w:rPr>
        <w:t>㈠、清醒认识班组安全教育的重要意义。</w:t>
      </w:r>
    </w:p>
    <w:p>
      <w:pPr>
        <w:spacing w:before="100" w:after="200" w:line="360" w:lineRule="auto"/>
        <w:ind w:firstLine="576"/>
        <w:jc w:val="left"/>
      </w:pPr>
      <w:r>
        <w:rPr>
          <w:rFonts w:ascii="宋体" w:eastAsia="宋体" w:hAnsi="宋体"/>
          <w:sz w:val="28"/>
        </w:rPr>
        <w:t>1、班组安全教育是以提高全员安全素质为主要任务，具有保障安全生产的基础性意义。</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r>
        <w:rPr>
          <w:rFonts w:ascii="宋体" w:eastAsia="宋体" w:hAnsi="宋体"/>
          <w:sz w:val="28"/>
        </w:rPr>
        <w:t>2、班组安全教育是预防事故的一种“软”对策，对预防事故具有长远的战略性意义。</w:t>
      </w:r>
    </w:p>
    <w:p>
      <w:pPr>
        <w:spacing w:before="100" w:after="200" w:line="360" w:lineRule="auto"/>
        <w:ind w:firstLine="576"/>
        <w:jc w:val="left"/>
      </w:pPr>
      <w:r>
        <w:rPr>
          <w:rFonts w:ascii="宋体" w:eastAsia="宋体" w:hAnsi="宋体"/>
          <w:sz w:val="28"/>
        </w:rPr>
        <w:t>3、班组安全教育通过对人的观念、意识、态度、行为等形式从无形到有形的影响，从而对人的不安全行为产生控制作用，达到减少人为事故的效果。</w:t>
      </w:r>
    </w:p>
    <w:p>
      <w:pPr>
        <w:spacing w:before="100" w:after="200" w:line="360" w:lineRule="auto"/>
        <w:ind w:firstLine="576"/>
        <w:jc w:val="left"/>
      </w:pPr>
      <w:r>
        <w:rPr>
          <w:rFonts w:ascii="宋体" w:eastAsia="宋体" w:hAnsi="宋体"/>
          <w:sz w:val="28"/>
        </w:rPr>
        <w:t>4、由于班组安全教育是一项基础性、战略性工程，需要从长计议、持之以恒，急功近利是达不到目的的。</w:t>
      </w:r>
    </w:p>
    <w:p>
      <w:pPr>
        <w:spacing w:before="100" w:after="200" w:line="360" w:lineRule="auto"/>
        <w:ind w:firstLine="576"/>
        <w:jc w:val="left"/>
      </w:pPr>
      <w:r>
        <w:rPr>
          <w:rFonts w:ascii="宋体" w:eastAsia="宋体" w:hAnsi="宋体"/>
          <w:sz w:val="28"/>
        </w:rPr>
        <w:t>㈡、班组安全素质教育的方法</w:t>
      </w:r>
    </w:p>
    <w:p>
      <w:pPr>
        <w:spacing w:before="100" w:after="200" w:line="360" w:lineRule="auto"/>
        <w:ind w:firstLine="576"/>
        <w:jc w:val="left"/>
      </w:pPr>
      <w:r>
        <w:rPr>
          <w:rFonts w:ascii="宋体" w:eastAsia="宋体" w:hAnsi="宋体"/>
          <w:sz w:val="28"/>
        </w:rPr>
        <w:t>2、读书学习法。班组长根据本岗位实际，采用黑板报等形式，对岗位作业的危险性程度进行分析、岗位存在的危险因素进行分析，组织岗位班组员工进行系统学习，掌握该岗位安全生产的基本常识和基础知识。</w:t>
      </w:r>
    </w:p>
    <w:p>
      <w:pPr>
        <w:spacing w:before="100" w:after="200" w:line="360" w:lineRule="auto"/>
        <w:ind w:firstLine="576"/>
        <w:jc w:val="left"/>
      </w:pPr>
      <w:r>
        <w:rPr>
          <w:rFonts w:ascii="宋体" w:eastAsia="宋体" w:hAnsi="宋体"/>
          <w:sz w:val="28"/>
        </w:rPr>
        <w:t>3、复习巩固法。安全知识一方面随生活和工作方式的发展而改变，另一方面，安全知识的应用在人们的生活和工作过程中是偶然的，这就使得已掌握的安全知识随时间的推移而退化。所以，安全知识也要不断更新。“警钟长鸣”是安全领域的基本策略，“温故而知新”是复习和巩固的理论基础。故而，班组长要组织班组成员天天学、反复学、做到老生常谈。</w:t>
      </w:r>
    </w:p>
    <w:p>
      <w:pPr>
        <w:spacing w:before="100" w:after="200" w:line="360" w:lineRule="auto"/>
        <w:ind w:firstLine="576"/>
        <w:jc w:val="left"/>
      </w:pPr>
      <w:r>
        <w:rPr>
          <w:rFonts w:ascii="宋体" w:eastAsia="宋体" w:hAnsi="宋体"/>
          <w:sz w:val="28"/>
        </w:rPr>
        <w:t>4、研讨学习法。班组长要利用空闲时间组织班组成员一起进行研讨学习，互相启发、取长补短、达到深入消化，理解和增长知识的目的。</w:t>
      </w:r>
    </w:p>
    <w:p>
      <w:pPr>
        <w:spacing w:before="100" w:after="200" w:line="360" w:lineRule="auto"/>
        <w:ind w:firstLine="576"/>
        <w:jc w:val="left"/>
      </w:pPr>
      <w:r>
        <w:rPr>
          <w:rFonts w:ascii="宋体" w:eastAsia="宋体" w:hAnsi="宋体"/>
          <w:sz w:val="28"/>
        </w:rPr>
        <w:t>㈢、增强员工实际安全工作水平和技能</w:t>
      </w:r>
    </w:p>
    <w:p>
      <w:pPr>
        <w:spacing w:before="100" w:after="200" w:line="360" w:lineRule="auto"/>
        <w:ind w:firstLine="576"/>
        <w:jc w:val="left"/>
      </w:pPr>
      <w:r>
        <w:rPr>
          <w:rFonts w:ascii="宋体" w:eastAsia="宋体" w:hAnsi="宋体"/>
          <w:sz w:val="28"/>
        </w:rPr>
        <w:t>1、培养班组员工的执行意识</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p>
    <w:p>
      <w:pPr>
        <w:spacing w:before="100" w:after="200" w:line="360" w:lineRule="auto"/>
        <w:ind w:firstLine="576"/>
        <w:jc w:val="left"/>
      </w:pPr>
      <w:r>
        <w:rPr>
          <w:rFonts w:ascii="宋体" w:eastAsia="宋体" w:hAnsi="宋体"/>
          <w:sz w:val="28"/>
        </w:rPr>
        <w:t>空谈误事、实干兴企。每一位员工都有责任和义务创造性地完成本岗位赋予的职责。班组长教育员工不仅要通过执行制度来完善制度，还要善于常反思自己，问问自己做了什么、应该做什么、还能做什么，自觉培养执行的意识，实现有“外界施压、被动接受”向“自我家压、自我管理”转变。</w:t>
      </w:r>
    </w:p>
    <w:p>
      <w:pPr>
        <w:spacing w:before="100" w:after="200" w:line="360" w:lineRule="auto"/>
        <w:ind w:firstLine="576"/>
        <w:jc w:val="left"/>
      </w:pPr>
      <w:r>
        <w:rPr>
          <w:rFonts w:ascii="宋体" w:eastAsia="宋体" w:hAnsi="宋体"/>
          <w:sz w:val="28"/>
        </w:rPr>
        <w:t>2、提高班组员工的执行技能</w:t>
      </w:r>
    </w:p>
    <w:p>
      <w:pPr>
        <w:spacing w:before="100" w:after="200" w:line="360" w:lineRule="auto"/>
        <w:ind w:firstLine="576"/>
        <w:jc w:val="left"/>
      </w:pPr>
      <w:r>
        <w:rPr>
          <w:rFonts w:ascii="宋体" w:eastAsia="宋体" w:hAnsi="宋体"/>
          <w:sz w:val="28"/>
        </w:rPr>
        <w:t>一方面要“因岗施教”，不同岗位的员工所需的执行技能是不同的，由于诸多方面的因素，从事同一类工作的员工其执行力存在差异的；另一方面，培养班组员工的执行技能要着眼长远，采取更为有效的措施，在提高不同岗位的关键技能方面有新的突破。</w:t>
      </w:r>
    </w:p>
    <w:p>
      <w:pPr>
        <w:spacing w:before="100" w:after="200" w:line="360" w:lineRule="auto"/>
        <w:ind w:firstLine="576"/>
        <w:jc w:val="left"/>
      </w:pPr>
      <w:r>
        <w:rPr>
          <w:rFonts w:ascii="宋体" w:eastAsia="宋体" w:hAnsi="宋体"/>
          <w:sz w:val="28"/>
        </w:rPr>
        <w:t>3、提升班组员工的执行意愿</w:t>
      </w:r>
    </w:p>
    <w:p>
      <w:pPr>
        <w:spacing w:before="100" w:after="200" w:line="360" w:lineRule="auto"/>
        <w:ind w:firstLine="576"/>
        <w:jc w:val="left"/>
      </w:pPr>
      <w:r>
        <w:rPr>
          <w:rFonts w:ascii="宋体" w:eastAsia="宋体" w:hAnsi="宋体"/>
          <w:sz w:val="28"/>
        </w:rPr>
        <w:t>这要从员工对企业的满意度开始。通过把“人本”理念渗透到企业发展的全过程，从精神、物质和利益等反面的维护入手，建立健全有竟争力的员工新酬分配制度和激励约束机制，最大限度地调动员工的积极性和创造性，提高员工的自觉性和主动性。</w:t>
      </w:r>
    </w:p>
    <w:p>
      <w:pPr>
        <w:spacing w:before="100" w:after="200" w:line="360" w:lineRule="auto"/>
        <w:ind w:firstLine="576"/>
        <w:jc w:val="left"/>
      </w:pPr>
      <w:r>
        <w:rPr>
          <w:rFonts w:ascii="宋体" w:eastAsia="宋体" w:hAnsi="宋体"/>
          <w:sz w:val="28"/>
        </w:rPr>
        <w:t>增强员工实际安全工作水平和技能可采取下面几个方法：</w:t>
      </w:r>
    </w:p>
    <w:p>
      <w:pPr>
        <w:spacing w:before="100" w:after="200" w:line="360" w:lineRule="auto"/>
        <w:ind w:firstLine="576"/>
        <w:jc w:val="left"/>
      </w:pPr>
      <w:r>
        <w:rPr>
          <w:rFonts w:ascii="宋体" w:eastAsia="宋体" w:hAnsi="宋体"/>
          <w:sz w:val="28"/>
        </w:rPr>
        <w:t>⑴搞好危害识别和危险预知活动</w:t>
      </w:r>
    </w:p>
    <w:p>
      <w:pPr>
        <w:spacing w:before="100" w:after="200" w:line="360" w:lineRule="auto"/>
        <w:ind w:firstLine="576"/>
        <w:jc w:val="left"/>
      </w:pPr>
      <w:r>
        <w:rPr>
          <w:rFonts w:ascii="宋体" w:eastAsia="宋体" w:hAnsi="宋体"/>
          <w:sz w:val="28"/>
        </w:rPr>
        <w:t>发动班组员工对岗位存在的危险和有害因素进行识别，对可能发生事故的状况进行分析判定，进行危险作业分析，对可能发生事故的状况进行超前判定和预防，控制生产过程中的危险行为和危险状况。</w:t>
      </w:r>
    </w:p>
    <w:p>
      <w:pPr>
        <w:spacing w:before="100" w:after="200" w:line="360" w:lineRule="auto"/>
        <w:ind w:firstLine="576"/>
        <w:jc w:val="left"/>
      </w:pPr>
      <w:r>
        <w:rPr>
          <w:rFonts w:ascii="宋体" w:eastAsia="宋体" w:hAnsi="宋体"/>
          <w:sz w:val="28"/>
        </w:rPr>
        <w:t>⑵“仿真”事故应急预案演练</w:t>
      </w:r>
    </w:p>
    <w:p>
      <w:pPr>
        <w:spacing w:before="100" w:after="200" w:line="360" w:lineRule="auto"/>
        <w:ind w:firstLine="576"/>
        <w:jc w:val="left"/>
      </w:pPr>
      <w:r>
        <w:rPr>
          <w:rFonts w:ascii="宋体" w:eastAsia="宋体" w:hAnsi="宋体"/>
          <w:sz w:val="28"/>
        </w:rPr>
        <w:t>通过对预先编制好的各岗位可能发生的各种事故的应急实施方案的学习，定期组织班组员工进行仿真演练，达到快速反应、高效应对的水平，做到遇事不乱、胸有成竹、泰然处之。</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r>
        <w:rPr>
          <w:rFonts w:ascii="宋体" w:eastAsia="宋体" w:hAnsi="宋体"/>
          <w:sz w:val="28"/>
        </w:rPr>
        <w:t>⑶“三点”控制训练</w:t>
      </w:r>
    </w:p>
    <w:p>
      <w:pPr>
        <w:spacing w:before="100" w:after="200" w:line="360" w:lineRule="auto"/>
        <w:ind w:firstLine="576"/>
        <w:jc w:val="left"/>
      </w:pPr>
      <w:r>
        <w:rPr>
          <w:rFonts w:ascii="宋体" w:eastAsia="宋体" w:hAnsi="宋体"/>
          <w:sz w:val="28"/>
        </w:rPr>
        <w:t>即教育班组员工对岗位上的事故易发点、危险点、关键点“三点”进行整体有效的重点控制，实行有目标、责任明确的分级负责制。对“三点”部位要重点组织进行实际操作演练，掌握控制方法，提高实际操作水平和处理问题的技能。</w:t>
      </w:r>
    </w:p>
    <w:p>
      <w:pPr>
        <w:spacing w:before="100" w:after="200" w:line="360" w:lineRule="auto"/>
        <w:ind w:firstLine="576"/>
        <w:jc w:val="left"/>
      </w:pPr>
      <w:r>
        <w:rPr>
          <w:rFonts w:ascii="宋体" w:eastAsia="宋体" w:hAnsi="宋体"/>
          <w:sz w:val="28"/>
        </w:rPr>
        <w:t>㈣、强化安全意识</w:t>
      </w:r>
    </w:p>
    <w:p>
      <w:pPr>
        <w:spacing w:before="100" w:after="200" w:line="360" w:lineRule="auto"/>
        <w:ind w:firstLine="576"/>
        <w:jc w:val="left"/>
      </w:pPr>
      <w:r>
        <w:rPr>
          <w:rFonts w:ascii="宋体" w:eastAsia="宋体" w:hAnsi="宋体"/>
          <w:sz w:val="28"/>
        </w:rPr>
        <w:t>强化安全意识，也就是进行安全态度教育。这是班组安全教育中重要的内容之一、</w:t>
      </w:r>
    </w:p>
    <w:p>
      <w:pPr>
        <w:spacing w:before="100" w:after="200" w:line="360" w:lineRule="auto"/>
        <w:ind w:firstLine="576"/>
        <w:jc w:val="left"/>
      </w:pPr>
      <w:r>
        <w:rPr>
          <w:rFonts w:ascii="宋体" w:eastAsia="宋体" w:hAnsi="宋体"/>
          <w:sz w:val="28"/>
        </w:rPr>
        <w:t>那么，如何搞好安全意识（态度）教育呢？</w:t>
      </w:r>
    </w:p>
    <w:p>
      <w:pPr>
        <w:spacing w:before="100" w:after="200" w:line="360" w:lineRule="auto"/>
        <w:ind w:firstLine="576"/>
        <w:jc w:val="left"/>
      </w:pPr>
      <w:r>
        <w:rPr>
          <w:rFonts w:ascii="宋体" w:eastAsia="宋体" w:hAnsi="宋体"/>
          <w:sz w:val="28"/>
        </w:rPr>
        <w:t>⑴利用活生生的事故案例进行教育</w:t>
      </w:r>
    </w:p>
    <w:p>
      <w:pPr>
        <w:spacing w:before="100" w:after="200" w:line="360" w:lineRule="auto"/>
        <w:ind w:firstLine="576"/>
        <w:jc w:val="left"/>
      </w:pPr>
      <w:r>
        <w:rPr>
          <w:rFonts w:ascii="宋体" w:eastAsia="宋体" w:hAnsi="宋体"/>
          <w:sz w:val="28"/>
        </w:rPr>
        <w:t>通过对本单位或外单位的事故案例进行分析，了解事故发生的原因、过程和后果，对认识事故发生规律、总结经验、吸取教训、举一反三大有裨益。用活生生的案例、血淋淋的教训教育人。特别是对本岗位（班组）发生的事故要严格按“四不放过”原则进行，这样对增强班组员工的安全意识有不可估量的作用。</w:t>
      </w:r>
    </w:p>
    <w:p>
      <w:pPr>
        <w:spacing w:before="100" w:after="200" w:line="360" w:lineRule="auto"/>
        <w:ind w:firstLine="576"/>
        <w:jc w:val="left"/>
      </w:pPr>
      <w:r>
        <w:rPr>
          <w:rFonts w:ascii="宋体" w:eastAsia="宋体" w:hAnsi="宋体"/>
          <w:sz w:val="28"/>
        </w:rPr>
        <w:t>⑵经常性的口头教育</w:t>
      </w:r>
    </w:p>
    <w:p>
      <w:pPr>
        <w:spacing w:before="100" w:after="200" w:line="360" w:lineRule="auto"/>
        <w:ind w:firstLine="576"/>
        <w:jc w:val="left"/>
      </w:pPr>
      <w:r>
        <w:rPr>
          <w:rFonts w:ascii="宋体" w:eastAsia="宋体" w:hAnsi="宋体"/>
          <w:sz w:val="28"/>
        </w:rPr>
        <w:t>班组长可以在班前、班后会时讲，也可以班中随时随地讲。主要对安全注意事项进行提醒、对违章违纪行为进行批评指正，可以以“三不伤害”为重点内容进行讲解。提高安全意识是一项长期持久的工作和任务，要天天讲、时时讲，时刻绷紧安全这根弦，警钟长鸣。</w:t>
      </w:r>
    </w:p>
    <w:p>
      <w:pPr>
        <w:spacing w:before="100" w:after="200" w:line="360" w:lineRule="auto"/>
        <w:ind w:firstLine="576"/>
        <w:jc w:val="left"/>
      </w:pPr>
      <w:r>
        <w:rPr>
          <w:rFonts w:ascii="宋体" w:eastAsia="宋体" w:hAnsi="宋体"/>
          <w:sz w:val="28"/>
        </w:rPr>
        <w:t>⑶季节变换的安全教育</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p>
    <w:p>
      <w:pPr>
        <w:spacing w:before="100" w:after="200" w:line="360" w:lineRule="auto"/>
        <w:ind w:firstLine="576"/>
        <w:jc w:val="left"/>
      </w:pPr>
      <w:r>
        <w:rPr>
          <w:rFonts w:ascii="宋体" w:eastAsia="宋体" w:hAnsi="宋体"/>
          <w:sz w:val="28"/>
        </w:rPr>
        <w:t>班组长要组合不同季节的安全生产特点，开展有针对性的、灵活多样的超前思想教育。季节变换会给生产带来很多事故隐患，如夏季天气闷热、人易疲劳、情绪不忘初心神不定，主要是做好防暑降温、防超温超压等工作。冬季天寒地冻、气候干燥，主要是做好防火、防冻、防凝、防滑等工作。</w:t>
      </w:r>
    </w:p>
    <w:p>
      <w:pPr>
        <w:spacing w:before="100" w:after="200" w:line="360" w:lineRule="auto"/>
        <w:ind w:firstLine="576"/>
        <w:jc w:val="left"/>
      </w:pPr>
      <w:r>
        <w:rPr>
          <w:rFonts w:ascii="宋体" w:eastAsia="宋体" w:hAnsi="宋体"/>
          <w:sz w:val="28"/>
        </w:rPr>
        <w:t>⑷节日前后的安全教育</w:t>
      </w:r>
    </w:p>
    <w:p>
      <w:pPr>
        <w:spacing w:before="100" w:after="200" w:line="360" w:lineRule="auto"/>
        <w:ind w:firstLine="576"/>
        <w:jc w:val="left"/>
      </w:pPr>
      <w:r>
        <w:rPr>
          <w:rFonts w:ascii="宋体" w:eastAsia="宋体" w:hAnsi="宋体"/>
          <w:sz w:val="28"/>
        </w:rPr>
        <w:t>现在每年有3个7天的长假。节前，员工的思想可能较为紧张，情绪有所波动，想利用节日期间好好放松一下。节后，员工轻松愉快的心情尚未平静，上班后还沉浸在兴奋和喜悦之中。班组长要在节前进行预防性的思想教育，在节后进行收心思想教育。</w:t>
      </w:r>
    </w:p>
    <w:p>
      <w:pPr>
        <w:spacing w:before="100" w:after="200" w:line="360" w:lineRule="auto"/>
        <w:ind w:firstLine="576"/>
        <w:jc w:val="left"/>
      </w:pPr>
      <w:r>
        <w:rPr>
          <w:rFonts w:ascii="宋体" w:eastAsia="宋体" w:hAnsi="宋体"/>
          <w:sz w:val="28"/>
        </w:rPr>
        <w:t>第一章定义</w:t>
      </w:r>
    </w:p>
    <w:p>
      <w:pPr>
        <w:spacing w:before="100" w:after="200" w:line="360" w:lineRule="auto"/>
        <w:ind w:firstLine="576"/>
        <w:jc w:val="left"/>
      </w:pPr>
      <w:r>
        <w:rPr>
          <w:rFonts w:ascii="宋体" w:eastAsia="宋体" w:hAnsi="宋体"/>
          <w:sz w:val="28"/>
        </w:rPr>
        <w:t>班组计划管理工作是企业管理的首要职能，班组计划就是在工作或行动以前预先拟定的具体工作内容和步骤，是根据企业的各项工作计划确定班组工作目标，制度班组工作计划。</w:t>
      </w:r>
    </w:p>
    <w:p>
      <w:pPr>
        <w:spacing w:before="100" w:after="200" w:line="360" w:lineRule="auto"/>
        <w:ind w:firstLine="576"/>
        <w:jc w:val="left"/>
      </w:pPr>
      <w:r>
        <w:rPr>
          <w:rFonts w:ascii="宋体" w:eastAsia="宋体" w:hAnsi="宋体"/>
          <w:sz w:val="28"/>
        </w:rPr>
        <w:t>第二章制定班组计划的目的</w:t>
      </w:r>
    </w:p>
    <w:p>
      <w:pPr>
        <w:spacing w:before="100" w:after="200" w:line="360" w:lineRule="auto"/>
        <w:ind w:firstLine="576"/>
        <w:jc w:val="left"/>
      </w:pPr>
      <w:r>
        <w:rPr>
          <w:rFonts w:ascii="宋体" w:eastAsia="宋体" w:hAnsi="宋体"/>
          <w:sz w:val="28"/>
        </w:rPr>
        <w:t>班组计划管理是班组日常管理的重要内容之一，是企业各项生产计划的基础和落脚点,班组实施这一管理的主要目的是根据企业和班组已制定的各项计划,通过编制和执行班组计划,把班组全部生产活动纳入班组统一的计划管理，使组织生产中的各个环节和各种活动得以有计划进行，最终实现各项工作任务的准时完成，为企业取得最大的效益。</w:t>
      </w:r>
    </w:p>
    <w:p>
      <w:pPr>
        <w:spacing w:before="100" w:after="200" w:line="360" w:lineRule="auto"/>
        <w:ind w:firstLine="576"/>
        <w:jc w:val="left"/>
      </w:pPr>
      <w:r>
        <w:rPr>
          <w:rFonts w:ascii="宋体" w:eastAsia="宋体" w:hAnsi="宋体"/>
          <w:sz w:val="28"/>
        </w:rPr>
        <w:t>第三章制定班组计划的原则</w:t>
      </w:r>
    </w:p>
    <w:p>
      <w:pPr>
        <w:spacing w:before="100" w:after="200" w:line="360" w:lineRule="auto"/>
        <w:ind w:firstLine="576"/>
        <w:jc w:val="left"/>
      </w:pPr>
      <w:r>
        <w:rPr>
          <w:rFonts w:ascii="宋体" w:eastAsia="宋体" w:hAnsi="宋体"/>
          <w:sz w:val="28"/>
        </w:rPr>
        <w:t>第一条要把握全局</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r>
        <w:rPr>
          <w:rFonts w:ascii="宋体" w:eastAsia="宋体" w:hAnsi="宋体"/>
          <w:sz w:val="28"/>
        </w:rPr>
        <w:t>班组在编制计划时，必须要服从企业和生产部门的工作计划,班组计划的制定要在生产部门计划的统一指导下进行。</w:t>
      </w:r>
    </w:p>
    <w:p>
      <w:pPr>
        <w:spacing w:before="100" w:after="200" w:line="360" w:lineRule="auto"/>
        <w:ind w:firstLine="576"/>
        <w:jc w:val="left"/>
      </w:pPr>
      <w:r>
        <w:rPr>
          <w:rFonts w:ascii="宋体" w:eastAsia="宋体" w:hAnsi="宋体"/>
          <w:sz w:val="28"/>
        </w:rPr>
        <w:t>第二条实事求是</w:t>
      </w:r>
    </w:p>
    <w:p>
      <w:pPr>
        <w:spacing w:before="100" w:after="200" w:line="360" w:lineRule="auto"/>
        <w:ind w:firstLine="576"/>
        <w:jc w:val="left"/>
      </w:pPr>
      <w:r>
        <w:rPr>
          <w:rFonts w:ascii="宋体" w:eastAsia="宋体" w:hAnsi="宋体"/>
          <w:sz w:val="28"/>
        </w:rPr>
        <w:t>要制定出合理有效的计划，就要在制定计划时，充分地了解班组的人员、技术、设备能力等详细情况，将有利因素和不利因素进行分析和总结，确保制定的班组计划目标具有可行性和挑战性。</w:t>
      </w:r>
    </w:p>
    <w:p>
      <w:pPr>
        <w:spacing w:before="100" w:after="200" w:line="360" w:lineRule="auto"/>
        <w:ind w:firstLine="576"/>
        <w:jc w:val="left"/>
      </w:pPr>
      <w:r>
        <w:rPr>
          <w:rFonts w:ascii="宋体" w:eastAsia="宋体" w:hAnsi="宋体"/>
          <w:sz w:val="28"/>
        </w:rPr>
        <w:t>第三条全员参与</w:t>
      </w:r>
    </w:p>
    <w:p>
      <w:pPr>
        <w:spacing w:before="100" w:after="200" w:line="360" w:lineRule="auto"/>
        <w:ind w:firstLine="576"/>
        <w:jc w:val="left"/>
      </w:pPr>
      <w:r>
        <w:rPr>
          <w:rFonts w:ascii="宋体" w:eastAsia="宋体" w:hAnsi="宋体"/>
          <w:sz w:val="28"/>
        </w:rPr>
        <w:t>班组管理者要让所有员工明晰自身在班组建设中的任务和责任，使他们在生产中充分发挥自身的聪明才智，就要动员和组织所有员工参与，共同制定班组计划指标、确认班组生产目标，以制定切实可行的实施措施，促进班组工作的顺利进行。</w:t>
      </w:r>
    </w:p>
    <w:p>
      <w:pPr>
        <w:spacing w:before="100" w:after="200" w:line="360" w:lineRule="auto"/>
        <w:ind w:firstLine="576"/>
        <w:jc w:val="left"/>
      </w:pPr>
      <w:r>
        <w:rPr>
          <w:rFonts w:ascii="宋体" w:eastAsia="宋体" w:hAnsi="宋体"/>
          <w:sz w:val="28"/>
        </w:rPr>
        <w:t>第四条灵活性</w:t>
      </w:r>
    </w:p>
    <w:p>
      <w:pPr>
        <w:spacing w:before="100" w:after="200" w:line="360" w:lineRule="auto"/>
        <w:ind w:firstLine="576"/>
        <w:jc w:val="left"/>
      </w:pPr>
      <w:r>
        <w:rPr>
          <w:rFonts w:ascii="宋体" w:eastAsia="宋体" w:hAnsi="宋体"/>
          <w:sz w:val="28"/>
        </w:rPr>
        <w:t>班组计划必须有一定的原则性，但也必须具有一定的灵活性。在制定班组计划时，首先要充分征求班组成员的意见，经全体班组成员一致通过后加以严格执行，如在执行中发现一些特殊情况，可征得领导同意后将执行计划进行适当修改。</w:t>
      </w:r>
    </w:p>
    <w:p>
      <w:pPr>
        <w:spacing w:before="100" w:after="200" w:line="360" w:lineRule="auto"/>
        <w:ind w:firstLine="576"/>
        <w:jc w:val="left"/>
      </w:pPr>
      <w:r>
        <w:rPr>
          <w:rFonts w:ascii="宋体" w:eastAsia="宋体" w:hAnsi="宋体"/>
          <w:sz w:val="28"/>
        </w:rPr>
        <w:t>经过09年的基础年后，20xx年我们所面对的是更高的要求，班组各项工作必须落到实处，每一个班组都要明确自己的特色，确立自己的类型，树立自己的目标。</w:t>
      </w:r>
    </w:p>
    <w:p>
      <w:pPr>
        <w:spacing w:before="100" w:after="200" w:line="360" w:lineRule="auto"/>
        <w:ind w:firstLine="576"/>
        <w:jc w:val="left"/>
        <w:sectPr w:rsidSect="00034616">
          <w:type w:val="nextPage"/>
          <w:pgSz w:w="11906" w:h="16838"/>
          <w:pgMar w:top="1440" w:right="1440" w:bottom="1440" w:left="1440" w:header="720" w:footer="720" w:gutter="0"/>
          <w:pgNumType w:start="12"/>
          <w:cols w:space="720"/>
          <w:titlePg w:val="0"/>
          <w:docGrid w:linePitch="360"/>
        </w:sectPr>
      </w:pPr>
      <w:r>
        <w:rPr>
          <w:rFonts w:ascii="宋体" w:eastAsia="宋体" w:hAnsi="宋体"/>
          <w:sz w:val="28"/>
        </w:rPr>
        <w:t>集团也在20xx年的工会工作中强调了要“创建学习型班组，争做知识型职工”。在今年的班组建设中也会凸现这一点，通过这项建设活动，我们希望在公司内部形成一个讲学习、练技能、求创新、比贡献的良好氛围，锻炼和培养一些优秀的班组和班组队伍，带动公司职工队伍整体素质的提高，促进公司更新的发展。</w:t>
      </w:r>
    </w:p>
    <w:p>
      <w:pPr>
        <w:spacing w:before="100" w:after="200" w:line="360" w:lineRule="auto"/>
        <w:ind w:firstLine="576"/>
        <w:jc w:val="left"/>
      </w:pPr>
      <w:r>
        <w:rPr>
          <w:rFonts w:ascii="宋体" w:eastAsia="宋体" w:hAnsi="宋体"/>
          <w:sz w:val="28"/>
        </w:rPr>
        <w:t>在今年我们会更进一步的深入推进班组建设，充分发挥这一活动对全面提升员工综合素质、促进企业不断创新、加快发展的重要作用，以点带面，更好地发挥优秀班组的骨干和带动作用，推动整个公司的做强做大，利用这个机会，我想对20xx年的工作提一些设想：</w:t>
      </w:r>
    </w:p>
    <w:p>
      <w:pPr>
        <w:spacing w:before="100" w:after="200" w:line="360" w:lineRule="auto"/>
        <w:jc w:val="left"/>
      </w:pPr>
      <w:r>
        <w:rPr>
          <w:rFonts w:ascii="宋体 (中文正文)" w:eastAsia="宋体" w:hAnsi="宋体 (中文正文)"/>
          <w:b/>
          <w:sz w:val="28"/>
        </w:rPr>
        <w:t>一、进一步提高对加强班组建设重要意义的认识</w:t>
      </w:r>
    </w:p>
    <w:p>
      <w:pPr>
        <w:spacing w:before="100" w:after="200" w:line="360" w:lineRule="auto"/>
        <w:ind w:firstLine="576"/>
        <w:jc w:val="left"/>
      </w:pPr>
      <w:r>
        <w:rPr>
          <w:rFonts w:ascii="宋体" w:eastAsia="宋体" w:hAnsi="宋体"/>
          <w:sz w:val="28"/>
        </w:rPr>
        <w:t>公司一再明确，班组是企业最基层的组织。看企业有没有竞争力，关键要看班组、看岗位。没有优秀的班组作为基石，企业的腾飞就是一句空话。只有将班组建设搞好，企业的兴旺才能持久。</w:t>
      </w:r>
    </w:p>
    <w:p>
      <w:pPr>
        <w:spacing w:before="100" w:after="200" w:line="360" w:lineRule="auto"/>
        <w:ind w:firstLine="576"/>
        <w:jc w:val="left"/>
      </w:pPr>
      <w:r>
        <w:rPr>
          <w:rFonts w:ascii="宋体" w:eastAsia="宋体" w:hAnsi="宋体"/>
          <w:sz w:val="28"/>
        </w:rPr>
        <w:t>我们所有的班组成员要进一步的提高意识，要确立加强班组建设是发挥各个班组在公司中骨干作用的需要，是提高企业核心竞争力的需要，是提高企业管理水平的需要，是构建和谐企业的需要。</w:t>
      </w:r>
    </w:p>
    <w:p>
      <w:pPr>
        <w:spacing w:before="100" w:after="200" w:line="360" w:lineRule="auto"/>
        <w:jc w:val="left"/>
      </w:pPr>
      <w:r>
        <w:rPr>
          <w:rFonts w:ascii="宋体 (中文正文)" w:eastAsia="宋体" w:hAnsi="宋体 (中文正文)"/>
          <w:b/>
          <w:sz w:val="28"/>
        </w:rPr>
        <w:t>二、进一步开拓班组建设工作新局面</w:t>
      </w:r>
    </w:p>
    <w:p>
      <w:pPr>
        <w:spacing w:before="100" w:after="200" w:line="360" w:lineRule="auto"/>
        <w:ind w:firstLine="576"/>
        <w:jc w:val="left"/>
      </w:pPr>
      <w:r>
        <w:rPr>
          <w:rFonts w:ascii="宋体" w:eastAsia="宋体" w:hAnsi="宋体"/>
          <w:sz w:val="28"/>
        </w:rPr>
        <w:t>（一）明确定位，切实落实班组建设的工作目标。</w:t>
      </w:r>
    </w:p>
    <w:p>
      <w:pPr>
        <w:spacing w:before="100" w:after="200" w:line="360" w:lineRule="auto"/>
        <w:ind w:firstLine="576"/>
        <w:jc w:val="left"/>
      </w:pPr>
      <w:r>
        <w:rPr>
          <w:rFonts w:ascii="宋体" w:eastAsia="宋体" w:hAnsi="宋体"/>
          <w:sz w:val="28"/>
        </w:rPr>
        <w:t>各基层单位和管理部门要结合本单位、部门的实际，围绕对内对外服务、安全保障、降低产销差等等的重点和难点，制定出自己班组建设的具体目标，确立自己班组的创建类型，并切实抓好落实。</w:t>
      </w:r>
    </w:p>
    <w:p>
      <w:pPr>
        <w:spacing w:before="100" w:after="200" w:line="360" w:lineRule="auto"/>
        <w:ind w:firstLine="576"/>
        <w:jc w:val="left"/>
      </w:pPr>
      <w:r>
        <w:rPr>
          <w:rFonts w:ascii="宋体" w:eastAsia="宋体" w:hAnsi="宋体"/>
          <w:sz w:val="28"/>
        </w:rPr>
        <w:t>（二）夯实基础，切实完善班组建设的规章制度。</w:t>
      </w:r>
    </w:p>
    <w:p>
      <w:pPr>
        <w:spacing w:before="100" w:after="200" w:line="360" w:lineRule="auto"/>
        <w:ind w:firstLine="576"/>
        <w:jc w:val="left"/>
        <w:sectPr w:rsidSect="00034616">
          <w:type w:val="nextPage"/>
          <w:pgSz w:w="11906" w:h="16838"/>
          <w:pgMar w:top="1440" w:right="1440" w:bottom="1440" w:left="1440" w:header="720" w:footer="720" w:gutter="0"/>
          <w:pgNumType w:start="13"/>
          <w:cols w:space="720"/>
          <w:titlePg w:val="0"/>
          <w:docGrid w:linePitch="360"/>
        </w:sectPr>
      </w:pPr>
    </w:p>
    <w:p>
      <w:pPr>
        <w:spacing w:before="100" w:after="200" w:line="360" w:lineRule="auto"/>
        <w:ind w:firstLine="576"/>
        <w:jc w:val="left"/>
      </w:pPr>
      <w:r>
        <w:rPr>
          <w:rFonts w:ascii="宋体" w:eastAsia="宋体" w:hAnsi="宋体"/>
          <w:sz w:val="28"/>
        </w:rPr>
        <w:t>科学严谨的制度是搞好班组建设的重要保证。制度的关键是落实，落实的表现是执行，执行的前提是知晓。要切实抓好这几个关键环节，实现以制度要求，以制度约束，以制度激励，真正把班组建设工作落到实处，杜绝抓而不紧、抓而不力、抓而不实的情况。要通过加强各项规章制度，真正做到工作内容指标化、工作要求标准化、工作步骤程序化、工作考核数据化、工作管理系统化。在工作中不断努力完善制度，用制度来管人，用制度来用人，用制度来培育人，把制度真正落实到岗位。</w:t>
      </w:r>
    </w:p>
    <w:p>
      <w:pPr>
        <w:spacing w:before="100" w:after="200" w:line="360" w:lineRule="auto"/>
        <w:ind w:firstLine="576"/>
        <w:jc w:val="left"/>
      </w:pPr>
      <w:r>
        <w:rPr>
          <w:rFonts w:ascii="宋体" w:eastAsia="宋体" w:hAnsi="宋体"/>
          <w:sz w:val="28"/>
        </w:rPr>
        <w:t>（三）把握关键，切实抓好两长一员的素质提升。</w:t>
      </w:r>
    </w:p>
    <w:p>
      <w:pPr>
        <w:spacing w:before="100" w:after="200" w:line="360" w:lineRule="auto"/>
        <w:ind w:firstLine="576"/>
        <w:jc w:val="left"/>
      </w:pPr>
      <w:r>
        <w:rPr>
          <w:rFonts w:ascii="宋体" w:eastAsia="宋体" w:hAnsi="宋体"/>
          <w:sz w:val="28"/>
        </w:rPr>
        <w:t>在过去的培训中也曾讲到，班组两长是“兵头将尾”，是企业从事生产经营活动的一线直接指挥者和组织者，是生产经营现场的直接管理者，也是把责任落实到岗位的关键。故此，在今年我们会继去年的一个全员培训后再次进行针对性的专题培训，公司也会选取在阶段工作中表现出色的班组为榜样班组，以促进各个班组之间更为广泛的学习和交流，达到各自提升工作生平的.目的。同时我们会开展走出去、请进来等更为广泛和多样的交流学习活动，参考同行业甚至跨行业的优秀班组建设经验。着力提升班组两长一员在班组建设中的业务指导、组织协调、控制沟通和开拓创新能力。</w:t>
      </w:r>
    </w:p>
    <w:p>
      <w:pPr>
        <w:spacing w:before="100" w:after="200" w:line="360" w:lineRule="auto"/>
        <w:ind w:firstLine="576"/>
        <w:jc w:val="left"/>
      </w:pPr>
      <w:r>
        <w:rPr>
          <w:rFonts w:ascii="宋体" w:eastAsia="宋体" w:hAnsi="宋体"/>
          <w:sz w:val="28"/>
        </w:rPr>
        <w:t>在各组织和级领导的关心支持下，经全体班员同心协力，共同努力，20xx年度，创建学习型班组工作取得了可喜成绩，班组结合实际，认真分析、总结经验，共同制定了本年度学习型班组创建计划。</w:t>
      </w:r>
    </w:p>
    <w:p>
      <w:pPr>
        <w:spacing w:before="100" w:after="200" w:line="360" w:lineRule="auto"/>
        <w:jc w:val="left"/>
      </w:pPr>
      <w:r>
        <w:rPr>
          <w:rFonts w:ascii="宋体 (中文正文)" w:eastAsia="宋体" w:hAnsi="宋体 (中文正文)"/>
          <w:b/>
          <w:sz w:val="28"/>
        </w:rPr>
        <w:t>一、目的</w:t>
      </w:r>
    </w:p>
    <w:p>
      <w:pPr>
        <w:spacing w:before="100" w:after="200" w:line="360" w:lineRule="auto"/>
        <w:ind w:firstLine="576"/>
        <w:jc w:val="left"/>
      </w:pPr>
      <w:r>
        <w:rPr>
          <w:rFonts w:ascii="宋体" w:eastAsia="宋体" w:hAnsi="宋体"/>
          <w:sz w:val="28"/>
        </w:rPr>
        <w:t>班组的重点工作是不断提高员工的学习力，使员工的整体素质有所提高，做好班组建设的基础性工作，巩固已有的成绩，在今后的工作中再创辉煌业绩。</w:t>
      </w:r>
    </w:p>
    <w:p>
      <w:pPr>
        <w:spacing w:before="100" w:after="200" w:line="360" w:lineRule="auto"/>
        <w:jc w:val="left"/>
      </w:pPr>
      <w:r>
        <w:rPr>
          <w:rFonts w:ascii="宋体 (中文正文)" w:eastAsia="宋体" w:hAnsi="宋体 (中文正文)"/>
          <w:b/>
          <w:sz w:val="28"/>
        </w:rPr>
        <w:t>二、计划内容</w:t>
      </w:r>
    </w:p>
    <w:p>
      <w:pPr>
        <w:spacing w:before="100" w:after="200" w:line="360" w:lineRule="auto"/>
        <w:ind w:firstLine="576"/>
        <w:jc w:val="left"/>
        <w:sectPr w:rsidSect="00034616">
          <w:type w:val="nextPage"/>
          <w:pgSz w:w="11906" w:h="16838"/>
          <w:pgMar w:top="1440" w:right="1440" w:bottom="1440" w:left="1440" w:header="720" w:footer="720" w:gutter="0"/>
          <w:pgNumType w:start="14"/>
          <w:cols w:space="720"/>
          <w:titlePg w:val="0"/>
          <w:docGrid w:linePitch="360"/>
        </w:sectPr>
      </w:pPr>
      <w:r>
        <w:rPr>
          <w:rFonts w:ascii="宋体" w:eastAsia="宋体" w:hAnsi="宋体"/>
          <w:sz w:val="28"/>
        </w:rPr>
        <w:t>1、在20xx年度继续加强学习。内容包括：《岗位操作规程》、《岗位安全操作规程》、《岗位危险源辨识》、《岗位作业指导书》等内容的学习。</w:t>
      </w:r>
    </w:p>
    <w:p>
      <w:pPr>
        <w:spacing w:before="100" w:after="200" w:line="360" w:lineRule="auto"/>
        <w:ind w:firstLine="576"/>
        <w:jc w:val="left"/>
      </w:pPr>
      <w:r>
        <w:rPr>
          <w:rFonts w:ascii="宋体" w:eastAsia="宋体" w:hAnsi="宋体"/>
          <w:sz w:val="28"/>
        </w:rPr>
        <w:t>2、指定员工自学方向，制定班组培训计划，逐步树立员工“终身受教育”的理念，使员工养成一种正确的、成熟的思想方法，给与其精湛、浑厚的能力，使团队更加融洽，凝聚力更强。</w:t>
      </w:r>
    </w:p>
    <w:p>
      <w:pPr>
        <w:spacing w:before="100" w:after="200" w:line="360" w:lineRule="auto"/>
        <w:ind w:firstLine="576"/>
        <w:jc w:val="left"/>
      </w:pPr>
      <w:r>
        <w:rPr>
          <w:rFonts w:ascii="宋体" w:eastAsia="宋体" w:hAnsi="宋体"/>
          <w:sz w:val="28"/>
        </w:rPr>
        <w:t>3、开展好班组创新活动。立足本职、本岗实际需要，全员发动，全方位思考，全过程参与，搞好班组管理创新、设备、工艺技术创新挖潜节能创新及安全创新等活动。</w:t>
      </w:r>
    </w:p>
    <w:p>
      <w:pPr>
        <w:spacing w:before="100" w:after="200" w:line="360" w:lineRule="auto"/>
        <w:ind w:firstLine="576"/>
        <w:jc w:val="left"/>
      </w:pPr>
      <w:r>
        <w:rPr>
          <w:rFonts w:ascii="宋体" w:eastAsia="宋体" w:hAnsi="宋体"/>
          <w:sz w:val="28"/>
        </w:rPr>
        <w:t>4、开展好岗位练兵活动及技术比武活动，特别是这很对的新职工和转岗职工。</w:t>
      </w:r>
    </w:p>
    <w:p>
      <w:pPr>
        <w:spacing w:before="100" w:after="200" w:line="360" w:lineRule="auto"/>
        <w:ind w:firstLine="576"/>
        <w:jc w:val="left"/>
      </w:pPr>
      <w:r>
        <w:rPr>
          <w:rFonts w:ascii="宋体" w:eastAsia="宋体" w:hAnsi="宋体"/>
          <w:sz w:val="28"/>
        </w:rPr>
        <w:t>5、加强与外界的交流学习活动，打造学习型班组共享平台，本着“走出去，引进来”的原则，寻找外单位一些好的班组进行交流学习，取人之长，补己之短。</w:t>
      </w:r>
    </w:p>
    <w:p>
      <w:pPr>
        <w:spacing w:before="100" w:after="200" w:line="360" w:lineRule="auto"/>
        <w:jc w:val="left"/>
      </w:pPr>
      <w:r>
        <w:rPr>
          <w:rFonts w:ascii="宋体 (中文正文)" w:eastAsia="宋体" w:hAnsi="宋体 (中文正文)"/>
          <w:b/>
          <w:sz w:val="28"/>
        </w:rPr>
        <w:t>三、措施及要求</w:t>
      </w:r>
    </w:p>
    <w:p>
      <w:pPr>
        <w:spacing w:before="100" w:after="200" w:line="360" w:lineRule="auto"/>
        <w:ind w:firstLine="576"/>
        <w:jc w:val="left"/>
      </w:pPr>
      <w:r>
        <w:rPr>
          <w:rFonts w:ascii="宋体" w:eastAsia="宋体" w:hAnsi="宋体"/>
          <w:sz w:val="28"/>
        </w:rPr>
        <w:t>1、班组严格按照计划的内容组织实施，并通过必须《管理细则》约束。</w:t>
      </w:r>
    </w:p>
    <w:p>
      <w:pPr>
        <w:spacing w:before="100" w:after="200" w:line="360" w:lineRule="auto"/>
        <w:ind w:firstLine="576"/>
        <w:jc w:val="left"/>
      </w:pPr>
      <w:r>
        <w:rPr>
          <w:rFonts w:ascii="宋体" w:eastAsia="宋体" w:hAnsi="宋体"/>
          <w:sz w:val="28"/>
        </w:rPr>
        <w:t>2、团队学习、个人学习，记录准确、认真，季度综合评价，不合格者，按班组有关规定执行考核。</w:t>
      </w:r>
    </w:p>
    <w:p>
      <w:pPr>
        <w:spacing w:before="100" w:after="200" w:line="360" w:lineRule="auto"/>
        <w:ind w:firstLine="576"/>
        <w:jc w:val="left"/>
      </w:pPr>
      <w:r>
        <w:rPr>
          <w:rFonts w:ascii="宋体" w:eastAsia="宋体" w:hAnsi="宋体"/>
          <w:sz w:val="28"/>
        </w:rPr>
        <w:t>3、积极参加厂、车间组织的培训和安全教育，技能和安全考试，无故不参加者按班组有关规定执行考核。</w:t>
      </w:r>
    </w:p>
    <w:p>
      <w:pPr>
        <w:spacing w:before="100" w:after="200" w:line="360" w:lineRule="auto"/>
        <w:ind w:firstLine="576"/>
        <w:jc w:val="left"/>
      </w:pPr>
      <w:r>
        <w:rPr>
          <w:rFonts w:ascii="宋体" w:eastAsia="宋体" w:hAnsi="宋体"/>
          <w:sz w:val="28"/>
        </w:rPr>
        <w:t>4、积极参加技术比武、岗位练兵活动，无故不参加者，执行班组有关制度。</w:t>
      </w:r>
    </w:p>
    <w:p>
      <w:pPr>
        <w:spacing w:before="100" w:after="200" w:line="360" w:lineRule="auto"/>
        <w:ind w:firstLine="576"/>
        <w:jc w:val="left"/>
        <w:sectPr w:rsidSect="00034616">
          <w:type w:val="nextPage"/>
          <w:pgSz w:w="11906" w:h="16838"/>
          <w:pgMar w:top="1440" w:right="1440" w:bottom="1440" w:left="1440" w:header="720" w:footer="720" w:gutter="0"/>
          <w:pgNumType w:start="15"/>
          <w:cols w:space="720"/>
          <w:titlePg w:val="0"/>
          <w:docGrid w:linePitch="360"/>
        </w:sectPr>
      </w:pPr>
      <w:r>
        <w:rPr>
          <w:rFonts w:ascii="宋体" w:eastAsia="宋体" w:hAnsi="宋体"/>
          <w:sz w:val="28"/>
        </w:rPr>
        <w:t>为进一步巩固班组建设工作成效，着力打造特色班组文化，推动品牌</w:t>
      </w:r>
    </w:p>
    <w:p>
      <w:pPr>
        <w:spacing w:before="100" w:after="200" w:line="360" w:lineRule="auto"/>
        <w:ind w:firstLine="576"/>
        <w:jc w:val="left"/>
      </w:pPr>
      <w:r>
        <w:rPr>
          <w:rFonts w:ascii="宋体" w:eastAsia="宋体" w:hAnsi="宋体"/>
          <w:sz w:val="28"/>
        </w:rPr>
        <w:t xml:space="preserve"> 班组建设，在努力完善和健全各班组基础工作上，带动职工队伍整体素质的提高。现制订20xx年班组建设工作计划，各基层工会按照有关要求认真贯彻实施</w:t>
      </w:r>
    </w:p>
    <w:p>
      <w:pPr>
        <w:spacing w:before="100" w:after="200" w:line="360" w:lineRule="auto"/>
        <w:jc w:val="left"/>
      </w:pPr>
      <w:r>
        <w:rPr>
          <w:rFonts w:ascii="宋体 (中文正文)" w:eastAsia="宋体" w:hAnsi="宋体 (中文正文)"/>
          <w:b/>
          <w:sz w:val="28"/>
        </w:rPr>
        <w:t>一、目标要求</w:t>
      </w:r>
    </w:p>
    <w:p>
      <w:pPr>
        <w:spacing w:before="100" w:after="200" w:line="360" w:lineRule="auto"/>
        <w:ind w:firstLine="576"/>
        <w:jc w:val="left"/>
      </w:pPr>
      <w:r>
        <w:rPr>
          <w:rFonts w:ascii="宋体" w:eastAsia="宋体" w:hAnsi="宋体"/>
          <w:sz w:val="28"/>
        </w:rPr>
        <w:t>1、巩固与夯实“六好六型”班组建设工作模式基础，深化班组建设发展，丰富班组建设内容；</w:t>
      </w:r>
    </w:p>
    <w:p>
      <w:pPr>
        <w:spacing w:before="100" w:after="200" w:line="360" w:lineRule="auto"/>
        <w:ind w:firstLine="576"/>
        <w:jc w:val="left"/>
      </w:pPr>
      <w:r>
        <w:rPr>
          <w:rFonts w:ascii="宋体" w:eastAsia="宋体" w:hAnsi="宋体"/>
          <w:sz w:val="28"/>
        </w:rPr>
        <w:t>2、着力建设品牌班组；</w:t>
      </w:r>
    </w:p>
    <w:p>
      <w:pPr>
        <w:spacing w:before="100" w:after="200" w:line="360" w:lineRule="auto"/>
        <w:ind w:firstLine="576"/>
        <w:jc w:val="left"/>
      </w:pPr>
      <w:r>
        <w:rPr>
          <w:rFonts w:ascii="宋体" w:eastAsia="宋体" w:hAnsi="宋体"/>
          <w:sz w:val="28"/>
        </w:rPr>
        <w:t>3、进一步突显各类班组建设工作的特色与活力，稳步推进建立和发展公司特色班组文化。</w:t>
      </w:r>
    </w:p>
    <w:p>
      <w:pPr>
        <w:spacing w:before="100" w:after="200" w:line="360" w:lineRule="auto"/>
        <w:jc w:val="left"/>
      </w:pPr>
      <w:r>
        <w:rPr>
          <w:rFonts w:ascii="宋体 (中文正文)" w:eastAsia="宋体" w:hAnsi="宋体 (中文正文)"/>
          <w:b/>
          <w:sz w:val="28"/>
        </w:rPr>
        <w:t>二、工作主题</w:t>
      </w:r>
    </w:p>
    <w:p>
      <w:pPr>
        <w:spacing w:before="100" w:after="200" w:line="360" w:lineRule="auto"/>
        <w:ind w:firstLine="576"/>
        <w:jc w:val="left"/>
      </w:pPr>
      <w:r>
        <w:rPr>
          <w:rFonts w:ascii="宋体" w:eastAsia="宋体" w:hAnsi="宋体"/>
          <w:sz w:val="28"/>
        </w:rPr>
        <w:t>20xx年班组建设的主题：夯实基础、提升水平、深化发展、创立品牌。</w:t>
      </w:r>
    </w:p>
    <w:p>
      <w:pPr>
        <w:spacing w:before="100" w:after="200" w:line="360" w:lineRule="auto"/>
        <w:jc w:val="left"/>
      </w:pPr>
      <w:r>
        <w:rPr>
          <w:rFonts w:ascii="宋体 (中文正文)" w:eastAsia="宋体" w:hAnsi="宋体 (中文正文)"/>
          <w:b/>
          <w:sz w:val="28"/>
        </w:rPr>
        <w:t>三、工作内容</w:t>
      </w:r>
    </w:p>
    <w:p>
      <w:pPr>
        <w:spacing w:before="100" w:after="200" w:line="360" w:lineRule="auto"/>
        <w:ind w:firstLine="576"/>
        <w:jc w:val="left"/>
      </w:pPr>
      <w:r>
        <w:rPr>
          <w:rFonts w:ascii="宋体" w:eastAsia="宋体" w:hAnsi="宋体"/>
          <w:sz w:val="28"/>
        </w:rPr>
        <w:t>1、四月份制订20xx年班组建设工作计划和修改完善20xx年公司“星级”班组评比考核 标准；</w:t>
      </w:r>
    </w:p>
    <w:p>
      <w:pPr>
        <w:spacing w:before="100" w:after="200" w:line="360" w:lineRule="auto"/>
        <w:ind w:firstLine="576"/>
        <w:jc w:val="left"/>
      </w:pPr>
      <w:r>
        <w:rPr>
          <w:rFonts w:ascii="宋体" w:eastAsia="宋体" w:hAnsi="宋体"/>
          <w:sz w:val="28"/>
        </w:rPr>
        <w:t>建立和完善全年班组建设工作的年度目标要求及工作任务。</w:t>
      </w:r>
    </w:p>
    <w:p>
      <w:pPr>
        <w:spacing w:before="100" w:after="200" w:line="360" w:lineRule="auto"/>
        <w:ind w:firstLine="576"/>
        <w:jc w:val="left"/>
      </w:pPr>
      <w:r>
        <w:rPr>
          <w:rFonts w:ascii="宋体" w:eastAsia="宋体" w:hAnsi="宋体"/>
          <w:sz w:val="28"/>
        </w:rPr>
        <w:t>2、五月份在全司组织开展一次班组长专题培训工作；</w:t>
      </w:r>
    </w:p>
    <w:p>
      <w:pPr>
        <w:spacing w:before="100" w:after="200" w:line="360" w:lineRule="auto"/>
        <w:ind w:firstLine="576"/>
        <w:jc w:val="left"/>
      </w:pPr>
      <w:r>
        <w:rPr>
          <w:rFonts w:ascii="宋体" w:eastAsia="宋体" w:hAnsi="宋体"/>
          <w:sz w:val="28"/>
        </w:rPr>
        <w:t>进一步加强对班组长的班组管理意识和管理水平的教育培训，推进班组文化建设。</w:t>
      </w:r>
    </w:p>
    <w:p>
      <w:pPr>
        <w:spacing w:before="100" w:after="200" w:line="360" w:lineRule="auto"/>
        <w:ind w:firstLine="576"/>
        <w:jc w:val="left"/>
        <w:sectPr w:rsidSect="00034616">
          <w:type w:val="nextPage"/>
          <w:pgSz w:w="11906" w:h="16838"/>
          <w:pgMar w:top="1440" w:right="1440" w:bottom="1440" w:left="1440" w:header="720" w:footer="720" w:gutter="0"/>
          <w:pgNumType w:start="16"/>
          <w:cols w:space="720"/>
          <w:titlePg w:val="0"/>
          <w:docGrid w:linePitch="360"/>
        </w:sectPr>
      </w:pPr>
      <w:r>
        <w:rPr>
          <w:rFonts w:ascii="宋体" w:eastAsia="宋体" w:hAnsi="宋体"/>
          <w:sz w:val="28"/>
        </w:rPr>
        <w:t>3、六月份组织开展一次“班组建设经验交流会”；</w:t>
      </w:r>
    </w:p>
    <w:p>
      <w:pPr>
        <w:spacing w:before="100" w:after="200" w:line="360" w:lineRule="auto"/>
        <w:ind w:firstLine="576"/>
        <w:jc w:val="left"/>
      </w:pPr>
      <w:r>
        <w:rPr>
          <w:rFonts w:ascii="宋体" w:eastAsia="宋体" w:hAnsi="宋体"/>
          <w:sz w:val="28"/>
        </w:rPr>
        <w:t>营造公司班组建设工作浓厚氛围，形成班组建设的品牌示范效应，推动班组建设以点带面工作格局，促进公司各班组建设工作的交流，推进班组管理水平提升。</w:t>
      </w:r>
    </w:p>
    <w:p>
      <w:pPr>
        <w:spacing w:before="100" w:after="200" w:line="360" w:lineRule="auto"/>
        <w:ind w:firstLine="576"/>
        <w:jc w:val="left"/>
      </w:pPr>
      <w:r>
        <w:rPr>
          <w:rFonts w:ascii="宋体" w:eastAsia="宋体" w:hAnsi="宋体"/>
          <w:sz w:val="28"/>
        </w:rPr>
        <w:t>4、全年组织开展一次班组建设特色主题活动；</w:t>
      </w:r>
    </w:p>
    <w:p>
      <w:pPr>
        <w:spacing w:before="100" w:after="200" w:line="360" w:lineRule="auto"/>
        <w:ind w:firstLine="576"/>
        <w:jc w:val="left"/>
      </w:pPr>
      <w:r>
        <w:rPr>
          <w:rFonts w:ascii="宋体" w:eastAsia="宋体" w:hAnsi="宋体"/>
          <w:sz w:val="28"/>
        </w:rPr>
        <w:t>各单位（各基层工会）结合工作实际，以推动安全、质量、效益、节能减排等工作为目标，以推进“六好六型”班组建设工作，提升班组管理水平为特点，组织开展好一次班组建设特色主题活动。</w:t>
      </w:r>
    </w:p>
    <w:p>
      <w:pPr>
        <w:spacing w:before="100" w:after="200" w:line="360" w:lineRule="auto"/>
        <w:ind w:firstLine="576"/>
        <w:jc w:val="left"/>
      </w:pPr>
      <w:r>
        <w:rPr>
          <w:rFonts w:ascii="宋体" w:eastAsia="宋体" w:hAnsi="宋体"/>
          <w:sz w:val="28"/>
        </w:rPr>
        <w:t>5、十一月份组织开展班组建设“星级”评比申报工作；</w:t>
      </w:r>
    </w:p>
    <w:p>
      <w:pPr>
        <w:spacing w:before="100" w:after="200" w:line="360" w:lineRule="auto"/>
        <w:ind w:firstLine="576"/>
        <w:jc w:val="left"/>
      </w:pPr>
      <w:r>
        <w:rPr>
          <w:rFonts w:ascii="宋体" w:eastAsia="宋体" w:hAnsi="宋体"/>
          <w:sz w:val="28"/>
        </w:rPr>
        <w:t>根据公司班组建设“星级”考核达标要求开展自评，组织开展好“六好六型”班组的“星级”申报工作。</w:t>
      </w:r>
    </w:p>
    <w:p>
      <w:pPr>
        <w:spacing w:before="100" w:after="200" w:line="360" w:lineRule="auto"/>
        <w:ind w:firstLine="576"/>
        <w:jc w:val="left"/>
      </w:pPr>
      <w:r>
        <w:rPr>
          <w:rFonts w:ascii="宋体" w:eastAsia="宋体" w:hAnsi="宋体"/>
          <w:sz w:val="28"/>
        </w:rPr>
        <w:t>6、十二月份组织开展班组建设“星级”评定工作；</w:t>
      </w:r>
    </w:p>
    <w:p>
      <w:pPr>
        <w:spacing w:before="100" w:after="200" w:line="360" w:lineRule="auto"/>
        <w:ind w:firstLine="576"/>
        <w:jc w:val="left"/>
      </w:pPr>
      <w:r>
        <w:rPr>
          <w:rFonts w:ascii="宋体" w:eastAsia="宋体" w:hAnsi="宋体"/>
          <w:sz w:val="28"/>
        </w:rPr>
        <w:t>根据班组建设“星级”考核达标要求，组织开展好“六好六型”班组的“星级”评定工作。</w:t>
      </w:r>
    </w:p>
    <w:p>
      <w:pPr>
        <w:spacing w:before="100" w:after="200" w:line="360" w:lineRule="auto"/>
        <w:ind w:firstLine="576"/>
        <w:jc w:val="left"/>
      </w:pPr>
      <w:r>
        <w:rPr>
          <w:rFonts w:ascii="宋体" w:eastAsia="宋体" w:hAnsi="宋体"/>
          <w:sz w:val="28"/>
        </w:rPr>
        <w:t>7、年底组织开展班组建设表彰工作。</w:t>
      </w:r>
    </w:p>
    <w:p>
      <w:pPr>
        <w:spacing w:before="100" w:after="200" w:line="360" w:lineRule="auto"/>
        <w:ind w:firstLine="576"/>
        <w:jc w:val="left"/>
      </w:pPr>
      <w:r>
        <w:rPr>
          <w:rFonts w:ascii="宋体" w:eastAsia="宋体" w:hAnsi="宋体"/>
          <w:sz w:val="28"/>
        </w:rPr>
        <w:t>根据“六好六型”班组的“星级”评定工作结果，组织做好公司“优秀班组”的评比表彰工作</w:t>
      </w:r>
    </w:p>
    <w:p>
      <w:pPr>
        <w:spacing w:before="100" w:after="200" w:line="360" w:lineRule="auto"/>
        <w:jc w:val="left"/>
      </w:pPr>
      <w:r>
        <w:rPr>
          <w:rFonts w:ascii="宋体 (中文正文)" w:eastAsia="宋体" w:hAnsi="宋体 (中文正文)"/>
          <w:b/>
          <w:sz w:val="28"/>
        </w:rPr>
        <w:t>四、综合考评</w:t>
      </w:r>
    </w:p>
    <w:p>
      <w:pPr>
        <w:spacing w:before="100" w:after="200" w:line="360" w:lineRule="auto"/>
        <w:ind w:firstLine="576"/>
        <w:jc w:val="left"/>
        <w:sectPr w:rsidSect="00034616">
          <w:type w:val="nextPage"/>
          <w:pgSz w:w="11906" w:h="16838"/>
          <w:pgMar w:top="1440" w:right="1440" w:bottom="1440" w:left="1440" w:header="720" w:footer="720" w:gutter="0"/>
          <w:pgNumType w:start="17"/>
          <w:cols w:space="720"/>
          <w:titlePg w:val="0"/>
          <w:docGrid w:linePitch="360"/>
        </w:sectPr>
      </w:pPr>
      <w:r>
        <w:rPr>
          <w:rFonts w:ascii="宋体" w:eastAsia="宋体" w:hAnsi="宋体"/>
          <w:sz w:val="28"/>
        </w:rPr>
        <w:t>为切实做好20xx年的“六好六型”班组建设的“星级”评定工作，进一步深化班组建设工作。公司设立“六好六型”班组建设考评组（4个部门），由工会、组织宣传部（党办）、运输 生产管理部、市场 营销 管理部等部门组成，20xx年底开展班组建设综合考评工作。</w:t>
      </w:r>
    </w:p>
    <w:p>
      <w:pPr>
        <w:spacing w:before="100" w:after="200" w:line="360" w:lineRule="auto"/>
        <w:ind w:firstLine="576"/>
        <w:jc w:val="left"/>
      </w:pPr>
      <w:r>
        <w:rPr>
          <w:rFonts w:ascii="宋体" w:eastAsia="宋体" w:hAnsi="宋体"/>
          <w:sz w:val="28"/>
        </w:rPr>
        <w:t>城市公共交通是指在城市辖域范围内为城市市民提供公共客运服务的交通运输行业，它既具有交通运输行业的一般特征，又具有不同于一般交通运输行业的特点。它包括公共汽车、电车，出租车，轮渡，地铁，轻轨，缆车等。我市城市公共交通以公共汽车为主体。</w:t>
      </w:r>
    </w:p>
    <w:p>
      <w:pPr>
        <w:spacing w:before="100" w:after="200" w:line="360" w:lineRule="auto"/>
        <w:ind w:firstLine="576"/>
        <w:jc w:val="left"/>
      </w:pPr>
      <w:r>
        <w:rPr>
          <w:rFonts w:ascii="宋体" w:eastAsia="宋体" w:hAnsi="宋体"/>
          <w:sz w:val="28"/>
        </w:rPr>
        <w:t>城市公共交通是城市化，社会化进步的产物。随着城市骨架的拓展、经济的发展，人口的增加，人们对城市公共交通的需求越来越高，城市公共交通的重要性越来越突出。由于公共交通是城市社会生产的“第一道工序”，又具有“点多、面广、流动、分散”等运营特点，因而每一个驾驶员就是一个独立的作业单元，他们工作的好坏直接影响到市民出行，影响到人们学习、工作和生活的正常秩序，影响着企业和城市形象。由此可见，加强班组建设之自我管理显得尤为重要。</w:t>
      </w:r>
    </w:p>
    <w:p>
      <w:pPr>
        <w:spacing w:before="100" w:after="200" w:line="360" w:lineRule="auto"/>
        <w:jc w:val="left"/>
      </w:pPr>
      <w:r>
        <w:rPr>
          <w:rFonts w:ascii="宋体 (中文正文)" w:eastAsia="宋体" w:hAnsi="宋体 (中文正文)"/>
          <w:b/>
          <w:sz w:val="28"/>
        </w:rPr>
        <w:t>一、选好兵头将尾是加强路队班组建设的基础</w:t>
      </w:r>
    </w:p>
    <w:p>
      <w:pPr>
        <w:spacing w:before="100" w:after="200" w:line="360" w:lineRule="auto"/>
        <w:ind w:firstLine="576"/>
        <w:jc w:val="left"/>
      </w:pPr>
      <w:r>
        <w:rPr>
          <w:rFonts w:ascii="宋体" w:eastAsia="宋体" w:hAnsi="宋体"/>
          <w:sz w:val="28"/>
        </w:rPr>
        <w:t>著名管理大师彼得杜拉克曾说过，“管理的第一要素是人”，在人、财、物等生产要素中，人是最重要的。班组长作为连接中层管理者与职工的桥梁，不但要管物、管事更要管人，因而，推荐选拔优秀职工担任“头”是搞好班组建设的重要基础。</w:t>
      </w:r>
    </w:p>
    <w:p>
      <w:pPr>
        <w:spacing w:before="100" w:after="200" w:line="360" w:lineRule="auto"/>
        <w:ind w:firstLine="576"/>
        <w:jc w:val="left"/>
        <w:sectPr w:rsidSect="00034616">
          <w:type w:val="nextPage"/>
          <w:pgSz w:w="11906" w:h="16838"/>
          <w:pgMar w:top="1440" w:right="1440" w:bottom="1440" w:left="1440" w:header="720" w:footer="720" w:gutter="0"/>
          <w:pgNumType w:start="18"/>
          <w:cols w:space="720"/>
          <w:titlePg w:val="0"/>
          <w:docGrid w:linePitch="360"/>
        </w:sectPr>
      </w:pPr>
      <w:r>
        <w:rPr>
          <w:rFonts w:ascii="宋体" w:eastAsia="宋体" w:hAnsi="宋体"/>
          <w:sz w:val="28"/>
        </w:rPr>
        <w:t>200年月，我公司就加强班组建设下发了“关于做好路队长、班组长选拔推荐、考核任用、教育培训工作的通知”。在规范划分路队班组的基础上，从严格标准，按条件推荐；严格程序，按步骤实施；严格教育，按要求培训；严格考核，按权限管理四个方面，通过竟职演说、现场答辩、民主评议、组织考核等步骤把政治素养好、专业技能优、文化素质高、年富力强的一线驾驶员推选到路队班组长岗位上。并把路队长、班组长作为企业经营管理人才的后备力量纳入总公司干部后备人才库，以逐步形成梯次型干部选拔任用机制。</w:t>
      </w:r>
    </w:p>
    <w:p>
      <w:pPr>
        <w:spacing w:before="100" w:after="200" w:line="360" w:lineRule="auto"/>
        <w:ind w:firstLine="576"/>
        <w:jc w:val="left"/>
      </w:pPr>
      <w:r>
        <w:rPr>
          <w:rFonts w:ascii="宋体" w:eastAsia="宋体" w:hAnsi="宋体"/>
          <w:sz w:val="28"/>
        </w:rPr>
        <w:t>由于大多数路队班组长长期在一线从事驾驶工作，其理论知识、专业知识、管理知识、全局意识、组织能力、协调能力、工作方法和工作技巧还比较欠缺，为此我公司分5次对路队长、班组长进行了企业生产管理、专业技术知识、工作组织原则、工作方法技巧等方面的专题培训，较快的提高了他们的综合能力。</w:t>
      </w:r>
    </w:p>
    <w:p>
      <w:pPr>
        <w:spacing w:before="100" w:after="200" w:line="360" w:lineRule="auto"/>
        <w:jc w:val="left"/>
      </w:pPr>
      <w:r>
        <w:rPr>
          <w:rFonts w:ascii="宋体 (中文正文)" w:eastAsia="宋体" w:hAnsi="宋体 (中文正文)"/>
          <w:b/>
          <w:sz w:val="28"/>
        </w:rPr>
        <w:t>二、明确职责权限是加强路队班组建设的前提</w:t>
      </w:r>
    </w:p>
    <w:p>
      <w:pPr>
        <w:spacing w:before="100" w:after="200" w:line="360" w:lineRule="auto"/>
        <w:ind w:firstLine="576"/>
        <w:jc w:val="left"/>
      </w:pPr>
      <w:r>
        <w:rPr>
          <w:rFonts w:ascii="宋体" w:eastAsia="宋体" w:hAnsi="宋体"/>
          <w:sz w:val="28"/>
        </w:rPr>
        <w:t>路队，特别是班组长，他们既是生产者，也是管理者，如何开展班组工作，我公司结合实际，在给予班组长津贴的基础上，从5个方面明确了路队班组长的职责和权限。</w:t>
      </w:r>
    </w:p>
    <w:p>
      <w:pPr>
        <w:spacing w:before="100" w:after="200" w:line="360" w:lineRule="auto"/>
        <w:ind w:firstLine="576"/>
        <w:jc w:val="left"/>
      </w:pPr>
      <w:r>
        <w:rPr>
          <w:rFonts w:ascii="宋体" w:eastAsia="宋体" w:hAnsi="宋体"/>
          <w:sz w:val="28"/>
        </w:rPr>
        <w:t>1、率先示范，带头完成本职工作。带头搞好安全生产、优质服务、车辆卫生、节能降耗等方面工作；制订班组工作计划，带领班组成员努力完成各项生产（工作）任务。班长可根据生产经营活动需要调整班组成员。</w:t>
      </w:r>
    </w:p>
    <w:p>
      <w:pPr>
        <w:spacing w:before="100" w:after="200" w:line="360" w:lineRule="auto"/>
        <w:ind w:firstLine="576"/>
        <w:jc w:val="left"/>
      </w:pPr>
      <w:r>
        <w:rPr>
          <w:rFonts w:ascii="宋体" w:eastAsia="宋体" w:hAnsi="宋体"/>
          <w:sz w:val="28"/>
        </w:rPr>
        <w:t>2、配合协助，做好线路管理工作。协助路队长利用业余时间上线检查，有发现隐患、制止违章的权利，并及时将检查出的问题向路队长或分公司汇报。班长有提出奖惩建议和对奖金进行再分配的权力。</w:t>
      </w:r>
    </w:p>
    <w:p>
      <w:pPr>
        <w:spacing w:before="100" w:after="200" w:line="360" w:lineRule="auto"/>
        <w:ind w:firstLine="576"/>
        <w:jc w:val="left"/>
      </w:pPr>
      <w:r>
        <w:rPr>
          <w:rFonts w:ascii="宋体" w:eastAsia="宋体" w:hAnsi="宋体"/>
          <w:sz w:val="28"/>
        </w:rPr>
        <w:t>3、积极参与，推行班组民主管理。组织职工学习规章制度、专业知识和业务技能，团结和关心班组成员共同进步。班长有推荐班组优秀职工学习深造、提职晋级的建议权。</w:t>
      </w:r>
    </w:p>
    <w:p>
      <w:pPr>
        <w:spacing w:before="100" w:after="200" w:line="360" w:lineRule="auto"/>
        <w:ind w:firstLine="576"/>
        <w:jc w:val="left"/>
        <w:sectPr w:rsidSect="00034616">
          <w:type w:val="nextPage"/>
          <w:pgSz w:w="11906" w:h="16838"/>
          <w:pgMar w:top="1440" w:right="1440" w:bottom="1440" w:left="1440" w:header="720" w:footer="720" w:gutter="0"/>
          <w:pgNumType w:start="19"/>
          <w:cols w:space="720"/>
          <w:titlePg w:val="0"/>
          <w:docGrid w:linePitch="360"/>
        </w:sectPr>
      </w:pPr>
      <w:r>
        <w:rPr>
          <w:rFonts w:ascii="宋体" w:eastAsia="宋体" w:hAnsi="宋体"/>
          <w:sz w:val="28"/>
        </w:rPr>
        <w:t>4、认真观察，掌握班员思想动态。分析班组成员工作中存在的问题，帮助其改正缺点，不断提高工作质量和效率。班长有维护班组职工合法利益的权力；</w:t>
      </w:r>
    </w:p>
    <w:p>
      <w:pPr>
        <w:spacing w:before="100" w:after="200" w:line="360" w:lineRule="auto"/>
        <w:ind w:firstLine="576"/>
        <w:jc w:val="left"/>
      </w:pPr>
      <w:r>
        <w:rPr>
          <w:rFonts w:ascii="宋体" w:eastAsia="宋体" w:hAnsi="宋体"/>
          <w:sz w:val="28"/>
        </w:rPr>
        <w:t>5、服从指挥，积极完成交办工作。班组长在做好以上工作的同时，还要尽力完成路队长及分公司领导交办的其它任务。</w:t>
      </w:r>
    </w:p>
    <w:p>
      <w:pPr>
        <w:spacing w:before="100" w:after="200" w:line="360" w:lineRule="auto"/>
        <w:jc w:val="left"/>
      </w:pPr>
      <w:r>
        <w:rPr>
          <w:rFonts w:ascii="宋体 (中文正文)" w:eastAsia="宋体" w:hAnsi="宋体 (中文正文)"/>
          <w:b/>
          <w:sz w:val="28"/>
        </w:rPr>
        <w:t>三、完善考核标准是加强路队班组建设的保障</w:t>
      </w:r>
    </w:p>
    <w:p>
      <w:pPr>
        <w:spacing w:before="100" w:after="200" w:line="360" w:lineRule="auto"/>
        <w:ind w:firstLine="576"/>
        <w:jc w:val="left"/>
      </w:pPr>
      <w:r>
        <w:rPr>
          <w:rFonts w:ascii="宋体" w:eastAsia="宋体" w:hAnsi="宋体"/>
          <w:sz w:val="28"/>
        </w:rPr>
        <w:t>根据营运生产任务，各营运分公司制定了10个方面的评分标准，按百分制量化考核路队班组长和每名驾驶员，一月一评，公布上墙，与工资收入挂钩。并引入“首位竞争、末位淘汰”机制。对连续3个月或全年累计4次排在末位路队班组长进行淘汰。</w:t>
      </w:r>
    </w:p>
    <w:p>
      <w:pPr>
        <w:spacing w:before="100" w:after="200" w:line="360" w:lineRule="auto"/>
        <w:ind w:firstLine="576"/>
        <w:jc w:val="left"/>
      </w:pPr>
      <w:r>
        <w:rPr>
          <w:rFonts w:ascii="宋体" w:eastAsia="宋体" w:hAnsi="宋体"/>
          <w:sz w:val="28"/>
        </w:rPr>
        <w:t>1、增收创收。百公里收入是考核生产经营的一项重要指标。根据下达的生产计划，分解到各条线路和个人。班组长要对任务指标做到心中有数，帮助完不成任务的班员分析原因，提出解决问题的办法。但不鼓励个人大额超收，提倡全线路整体均衡发展。</w:t>
      </w:r>
    </w:p>
    <w:p>
      <w:pPr>
        <w:spacing w:before="100" w:after="200" w:line="360" w:lineRule="auto"/>
        <w:ind w:firstLine="576"/>
        <w:jc w:val="left"/>
      </w:pPr>
      <w:r>
        <w:rPr>
          <w:rFonts w:ascii="宋体" w:eastAsia="宋体" w:hAnsi="宋体"/>
          <w:sz w:val="28"/>
        </w:rPr>
        <w:t>2、节能降耗：油（气）耗是城市公交营运生产过程中最直接的成本，驾驶技术和车辆技术状况，决定该成本的高低。因此，提高班员车辆油、电路的保养水平和操作技能是降低油（气）耗的有效手段。班组长要从班员的操作上抓起，从减少加油（气）几率，减少刹车次数，中速均衡运行做起，因为一个良好的驾驶习惯可降低油（气）耗25%。</w:t>
      </w:r>
    </w:p>
    <w:p>
      <w:pPr>
        <w:spacing w:before="100" w:after="200" w:line="360" w:lineRule="auto"/>
        <w:ind w:firstLine="576"/>
        <w:jc w:val="left"/>
      </w:pPr>
      <w:r>
        <w:rPr>
          <w:rFonts w:ascii="宋体" w:eastAsia="宋体" w:hAnsi="宋体"/>
          <w:sz w:val="28"/>
        </w:rPr>
        <w:t>3、安全生产。安全事故的经济损失直接影响到企业利润，更是关系到人民生命财产安全。加强安全管理就要从安全行车“十八不准”抓起，严格执行安全行车规范和安全流程。班组长要随时掌握班员工作情况，对多次违规违法的班员要多提醒、多关心，帮助他们提高安全意识，以预防事故发生。</w:t>
      </w:r>
    </w:p>
    <w:p>
      <w:pPr>
        <w:spacing w:before="100" w:after="200" w:line="360" w:lineRule="auto"/>
        <w:ind w:firstLine="576"/>
        <w:jc w:val="left"/>
        <w:sectPr w:rsidSect="00034616">
          <w:type w:val="nextPage"/>
          <w:pgSz w:w="11906" w:h="16838"/>
          <w:pgMar w:top="1440" w:right="1440" w:bottom="1440" w:left="1440" w:header="720" w:footer="720" w:gutter="0"/>
          <w:pgNumType w:start="20"/>
          <w:cols w:space="720"/>
          <w:titlePg w:val="0"/>
          <w:docGrid w:linePitch="360"/>
        </w:sectPr>
      </w:pPr>
    </w:p>
    <w:p>
      <w:pPr>
        <w:spacing w:before="100" w:after="200" w:line="360" w:lineRule="auto"/>
        <w:ind w:firstLine="576"/>
        <w:jc w:val="left"/>
      </w:pPr>
      <w:r>
        <w:rPr>
          <w:rFonts w:ascii="宋体" w:eastAsia="宋体" w:hAnsi="宋体"/>
          <w:sz w:val="28"/>
        </w:rPr>
        <w:t>4、营运秩序。正点正趟是考核营运秩序的一项重要指标。车辆运营秩序好坏不仅影响到营运收入和行车安全，而且影响到市民出行，更影响到企业的信誉和形象。班组长要协助生产调度合理分配营运时间，根据客流分时间段和路段调整好运速。同时还要将不同时段的乘客流向及特征反馈到路队和分公司，及时调整营运作业计划，做到运量与客流有机统一、</w:t>
      </w:r>
    </w:p>
    <w:p>
      <w:pPr>
        <w:spacing w:before="100" w:after="200" w:line="360" w:lineRule="auto"/>
        <w:ind w:firstLine="576"/>
        <w:jc w:val="left"/>
      </w:pPr>
      <w:r>
        <w:rPr>
          <w:rFonts w:ascii="宋体" w:eastAsia="宋体" w:hAnsi="宋体"/>
          <w:sz w:val="28"/>
        </w:rPr>
        <w:t>5、优质服务。这要求每一个驾驶员必须规范服务，在行车中做到“五心”，即对待工作要尽心、安全行车要专心、文明服务要细心、帮助乘客要耐心、对待乘客要热心；“五必”，即有问必答、有难必助、有跑来的必等、报站器必响、六类乘客必招呼；“五个一点”，即起步慢一点、刹车稳一点、进站缓一点、停车顺一点、斑马线上让一点。做到了以上“三个五”，用真心服好务乘客，才能赢得市场，赢得社会的理解和支持。</w:t>
      </w:r>
    </w:p>
    <w:p>
      <w:pPr>
        <w:spacing w:before="100" w:after="200" w:line="360" w:lineRule="auto"/>
        <w:ind w:firstLine="576"/>
        <w:jc w:val="left"/>
      </w:pPr>
      <w:r>
        <w:rPr>
          <w:rFonts w:ascii="宋体" w:eastAsia="宋体" w:hAnsi="宋体"/>
          <w:sz w:val="28"/>
        </w:rPr>
        <w:t>6、车辆卫生。车辆卫生不仅仅是洗车员、保洁员的工作，更是驾驶员的工作，除了负责驾驶室和发动机的卫生外，还必须配合洗车员和保洁员做好车辆卫生，车旧一些但更要干净一些。班组设立车辆卫生流动红旗，细化卫生考核标准，把该做的事做好做到位。</w:t>
      </w:r>
    </w:p>
    <w:p>
      <w:pPr>
        <w:spacing w:before="100" w:after="200" w:line="360" w:lineRule="auto"/>
        <w:ind w:firstLine="576"/>
        <w:jc w:val="left"/>
      </w:pPr>
      <w:r>
        <w:rPr>
          <w:rFonts w:ascii="宋体" w:eastAsia="宋体" w:hAnsi="宋体"/>
          <w:sz w:val="28"/>
        </w:rPr>
        <w:t>7、车辆保养。出车前的检查工作必须到位，如检查水、机油、后视镜、油压、气压等，有故障要及时报修，不开带“病”车运营。另外，班组长要掌握排除车辆油、电路故障的“应知应会”，特别是要掌握紧急情况下采取的措施和方法，帮助班员配合修理师傅“盘车”，提高车辆的技术性能，延长汽车各部件的使用寿命。</w:t>
      </w:r>
    </w:p>
    <w:p>
      <w:pPr>
        <w:spacing w:before="100" w:after="200" w:line="360" w:lineRule="auto"/>
        <w:ind w:firstLine="576"/>
        <w:jc w:val="left"/>
      </w:pPr>
      <w:r>
        <w:rPr>
          <w:rFonts w:ascii="宋体" w:eastAsia="宋体" w:hAnsi="宋体"/>
          <w:sz w:val="28"/>
        </w:rPr>
        <w:t>8、教育培训。班组的教育培训，就是在总公司、分公司各项培训的基础上，进一步完善、补充和细化，可以针对本班存在的问题进行专项培训，提高班员的思想品质和操作水平，达到共同进步。</w:t>
      </w:r>
    </w:p>
    <w:p>
      <w:pPr>
        <w:spacing w:before="100" w:after="200" w:line="360" w:lineRule="auto"/>
        <w:ind w:firstLine="576"/>
        <w:jc w:val="left"/>
        <w:sectPr w:rsidSect="00034616">
          <w:type w:val="nextPage"/>
          <w:pgSz w:w="11906" w:h="16838"/>
          <w:pgMar w:top="1440" w:right="1440" w:bottom="1440" w:left="1440" w:header="720" w:footer="720" w:gutter="0"/>
          <w:pgNumType w:start="21"/>
          <w:cols w:space="720"/>
          <w:titlePg w:val="0"/>
          <w:docGrid w:linePitch="360"/>
        </w:sectPr>
      </w:pPr>
      <w:r>
        <w:rPr>
          <w:rFonts w:ascii="宋体" w:eastAsia="宋体" w:hAnsi="宋体"/>
          <w:sz w:val="28"/>
        </w:rPr>
        <w:t>9、劳动竞赛。充分发挥劳动竞赛促进各项生产任务完成，提高班组成员整体素质、先进帮后进、增强班组凝聚力、提高班组效能管理的作用，以实现“互相学习、互相帮助、取长补短，共同提高”的目的。</w:t>
      </w:r>
    </w:p>
    <w:p>
      <w:pPr>
        <w:spacing w:before="100" w:after="200" w:line="360" w:lineRule="auto"/>
        <w:ind w:firstLine="576"/>
        <w:jc w:val="left"/>
      </w:pPr>
      <w:r>
        <w:rPr>
          <w:rFonts w:ascii="宋体" w:eastAsia="宋体" w:hAnsi="宋体"/>
          <w:sz w:val="28"/>
        </w:rPr>
        <w:t>10、基础管理。班组台帐可以有效反映班组工作。因此，各项原始记录，即生产指标完成记录、驾驶员个人情况记录、考试考核记录、上线检查记录、班组活动记录等要做到类别齐全、数据准确、记录详实，以备检查。</w:t>
      </w:r>
    </w:p>
    <w:p>
      <w:pPr>
        <w:spacing w:before="100" w:after="200" w:line="360" w:lineRule="auto"/>
        <w:jc w:val="left"/>
      </w:pPr>
      <w:r>
        <w:rPr>
          <w:rFonts w:ascii="宋体 (中文正文)" w:eastAsia="宋体" w:hAnsi="宋体 (中文正文)"/>
          <w:b/>
          <w:sz w:val="28"/>
        </w:rPr>
        <w:t>四、推广交流经验是加强路队班组建设的助力器</w:t>
      </w:r>
    </w:p>
    <w:p>
      <w:pPr>
        <w:spacing w:before="100" w:after="200" w:line="360" w:lineRule="auto"/>
        <w:ind w:firstLine="576"/>
        <w:jc w:val="left"/>
      </w:pPr>
      <w:r>
        <w:rPr>
          <w:rFonts w:ascii="宋体" w:eastAsia="宋体" w:hAnsi="宋体"/>
          <w:sz w:val="28"/>
        </w:rPr>
        <w:t>为有效推进路队班组建设速度，总公司于200年月日召开路队班组建设现场会。一分公司就搭建组织结构、制定工作标准、开展劳动竞赛、“星级”挂钩考核等基本做法及初步效果作了详尽介绍。各分公司经理、书记、营运安全副经理、路队长通过现场观摩、交流座谈，开拓了工作思路；通过对照典型，自找差距，明确了工作方向。四分公司在交流学习后，结合自身实际以班组长竞争上岗为切入点，理顺劳动生产关系，建立考核目标，并针对职工意见较大的营运班次和班组成员结构进行了调整。党委书记、总经理柳兵同志就此给予高度评价。四分公司班组建设效果明显，现处于全面启动、正在提速发展阶段。二分公司用班组建设激活了驾驶员内在潜能。他们在班组长的带领下对高耗油车进行“攻关”，使月亏油15000多公升变为节油500多公升，实际减亏近7万元。五分公司则把班组建设从“墙上”落实到了每个驾驶员的身上，他们凝心聚力，使4路线在激烈客运市场竞争中稳步发展。</w:t>
      </w:r>
    </w:p>
    <w:p>
      <w:pPr>
        <w:spacing w:before="100" w:after="200" w:line="360" w:lineRule="auto"/>
        <w:ind w:firstLine="576"/>
        <w:jc w:val="left"/>
      </w:pP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https://d.book118.com/836200142015010050</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2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3620014201501005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