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2024年质量员之土建质量基础知识题库</w:t>
      </w:r>
    </w:p>
    <w:p/>
    <w:p>
      <w:pPr>
        <w:jc w:val="center"/>
      </w:pPr>
      <w:r>
        <w:rPr>
          <w:rFonts w:ascii="黑体" w:hAnsi="黑体"/>
          <w:b/>
          <w:sz w:val="28"/>
        </w:rPr>
        <w:t>第一部分  单选题(150题)</w:t>
      </w:r>
    </w:p>
    <w:p>
      <w:r>
        <w:t>1、能有效防止钢材焊接冷裂纹的方法是（　　　）。</w:t>
        <w:br/>
        <w:t>A.焊前预热</w:t>
        <w:br/>
        <w:t>B.焊后速冷</w:t>
        <w:br/>
        <w:t>C.焊后缓冷</w:t>
        <w:br/>
        <w:t>D.焊后热处理</w:t>
        <w:br/>
        <w:br/>
        <w:t xml:space="preserve">【答案】：A </w:t>
      </w:r>
    </w:p>
    <w:p>
      <w:r>
        <w:t>2、混凝土必须养护至其强度达到（　　　）时，才能够在其上行人或安装模板支架</w:t>
        <w:br/>
        <w:t>A.1.2MPa</w:t>
        <w:br/>
        <w:t>B.1.8MPa</w:t>
        <w:br/>
        <w:t>C.2.4MPa</w:t>
        <w:br/>
        <w:t>D.3MPa</w:t>
        <w:br/>
        <w:br/>
        <w:t xml:space="preserve">【答案】：A </w:t>
      </w:r>
    </w:p>
    <w:p>
      <w:r>
        <w:t>3、扭剪型高强度螺栓连接施工中，（　　　）标志着终拧结束。</w:t>
        <w:br/>
        <w:t>A.螺母旋转角度达到要求</w:t>
        <w:br/>
        <w:t>B.扭矩值达到要求</w:t>
        <w:br/>
        <w:t>C.轴向力达到要求</w:t>
        <w:br/>
        <w:t>D.梅花头拧掉</w:t>
        <w:br/>
        <w:br/>
        <w:t xml:space="preserve">【答案】：D </w:t>
      </w:r>
    </w:p>
    <w:p>
      <w:pPr>
        <w:sectPr w:rsidSect="00034616">
          <w:pgSz w:w="12240" w:h="15840"/>
          <w:pgMar w:top="1440" w:right="1800" w:bottom="1440" w:left="1800" w:header="720" w:footer="720" w:gutter="0"/>
          <w:cols w:space="720"/>
          <w:docGrid w:linePitch="360"/>
        </w:sectPr>
      </w:pPr>
    </w:p>
    <w:p>
      <w:r>
        <w:t>4、质量数据的收集方法主要有（　　　）和随机抽样检验两种方法。</w:t>
        <w:br/>
        <w:t>A.随机抽样检验</w:t>
        <w:br/>
        <w:t>B.全数检验</w:t>
        <w:br/>
        <w:t>C.完全随机抽样</w:t>
        <w:br/>
        <w:t>D.等距抽样</w:t>
        <w:br/>
        <w:br/>
        <w:t>【答案】：B</w:t>
      </w:r>
      <w:r>
        <w:t xml:space="preserve"> </w:t>
      </w:r>
    </w:p>
    <w:p>
      <w:r>
        <w:t>5、（　　　）是工作对象的全体，如果要对某种规格的构件进行检测，就是这批构件的全部，它应当是物的集合，通常可以记作X。</w:t>
        <w:br/>
        <w:t>A.样本</w:t>
        <w:br/>
        <w:t>B.总体</w:t>
        <w:br/>
        <w:t>C.统计量</w:t>
        <w:br/>
        <w:t>D.个体</w:t>
        <w:br/>
        <w:br/>
        <w:t xml:space="preserve">【答案】：B </w:t>
      </w:r>
    </w:p>
    <w:p>
      <w:r>
        <w:t>6、玻璃棉制品具有良好的保温、隔热、吸声、（　　　）和耐腐蚀等性能，广泛应用于房屋、管道、储罐、锅炉等有关部位的保温、隔热和吸声。</w:t>
        <w:br/>
        <w:t>A.不燃</w:t>
        <w:br/>
        <w:t>B.难燃</w:t>
        <w:br/>
        <w:t>C.可燃</w:t>
        <w:br/>
        <w:t>D.易燃</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7、对于土方开挖工程，施工单位编制专项施工方案后，经（　　　）签字后实施。</w:t>
        <w:br/>
        <w:t>A.施工单位技术负责人和建设单位负责人</w:t>
        <w:br/>
        <w:t>B.施工单位项目经理和总监理工程师</w:t>
        <w:br/>
        <w:t>C.施工单位技术负责人和总监理工程师</w:t>
        <w:br/>
        <w:t>D.建设单位负责人和总监理工程师</w:t>
        <w:br/>
        <w:br/>
        <w:t xml:space="preserve">【答案】：C </w:t>
      </w:r>
    </w:p>
    <w:p>
      <w:r>
        <w:t>8、按用途和性能对水泥的分类中，下列哪项是错误的（　　　）。</w:t>
        <w:br/>
        <w:t>A.通用水泥</w:t>
        <w:br/>
        <w:t>B.专用水泥</w:t>
        <w:br/>
        <w:t>C.特性水泥</w:t>
        <w:br/>
        <w:t>D.多用水泥</w:t>
        <w:br/>
        <w:br/>
        <w:t xml:space="preserve">【答案】：D </w:t>
      </w:r>
    </w:p>
    <w:p>
      <w:r>
        <w:t>9、符合混凝土强度等级表示方法的是（　　　）。</w:t>
        <w:br/>
        <w:t>A.200号</w:t>
        <w:br/>
        <w:t>B.MU20</w:t>
        <w:br/>
        <w:t>C.C20</w:t>
        <w:br/>
        <w:t>D.A-20</w:t>
        <w:br/>
        <w:br/>
        <w:t xml:space="preserve">【答案】：C </w:t>
      </w:r>
    </w:p>
    <w:p>
      <w:r>
        <w:t>10、烧结普通砖的主要技术要求有：尺寸规格、强度等级和（　　　）。</w:t>
        <w:br/>
        <w:t>A.质量等级</w:t>
        <w:br/>
        <w:t>B.物理性能</w:t>
        <w:br/>
        <w:t>C.化学性能</w:t>
        <w:br/>
        <w:t>D.耐久性</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11、混凝土搅拌机按搅拌原理不同，可分为（　　　）式和强制式两类。</w:t>
        <w:br/>
        <w:t>A.简易</w:t>
        <w:br/>
        <w:t>B.附着</w:t>
        <w:br/>
        <w:t>C.自落</w:t>
        <w:br/>
        <w:t>D.便携</w:t>
        <w:br/>
        <w:br/>
        <w:t>【答案】：C</w:t>
      </w:r>
      <w:r>
        <w:t xml:space="preserve"> </w:t>
      </w:r>
    </w:p>
    <w:p>
      <w:r>
        <w:t>12、基坑挖到一定深度时，应在基坑四壁，离基坑底设计标高（　　　）处，测设水平桩，作为检查基坑底标高和控制垫层的依据。</w:t>
        <w:br/>
        <w:t>A.0.5m</w:t>
        <w:br/>
        <w:t>B.0.6m</w:t>
        <w:br/>
        <w:t>C.0.7m</w:t>
        <w:br/>
        <w:t>D.1.5m</w:t>
        <w:br/>
        <w:br/>
        <w:t xml:space="preserve">【答案】：A </w:t>
      </w:r>
    </w:p>
    <w:p>
      <w:r>
        <w:t>13、属于建筑业企业资质序列的是（　　　）。</w:t>
        <w:br/>
        <w:t>A.工程总承包</w:t>
        <w:br/>
        <w:t>B.专业分包</w:t>
        <w:br/>
        <w:t>C.专业承包</w:t>
        <w:br/>
        <w:t>D.劳务承包</w:t>
        <w:br/>
        <w:br/>
        <w:t xml:space="preserve">【答案】：C </w:t>
      </w:r>
    </w:p>
    <w:p>
      <w:r>
        <w:t>14、在水准测量基本操作中的读数之前的操作（　　　）。</w:t>
        <w:br/>
        <w:t>A.必须做好安置仪器，粗略整平，瞄准标尺的工作</w:t>
        <w:br/>
        <w:t>B.必须做好安置仪器，瞄准标尺，精确整平的工作</w:t>
        <w:br/>
        <w:t>C.必须做好精确整平的工作</w:t>
        <w:br/>
        <w:t>D.必须做好粗略整平的工作</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15、关于总承包单位和分包单位的安全责任，下列叙述不正确的是（　　　）。</w:t>
        <w:br/>
        <w:t>A.建设工程实行施工总承包的，由总承包单位对施工现场的安全生产负总责</w:t>
        <w:br/>
        <w:t>B.总承包单位将可以将部分主体结构的施工分包给其他单位的，分包合同中应当明确各自的安全生产方面的权利、义务</w:t>
        <w:br/>
        <w:t>C.总承包单位和分包单位对分包工程的安全生产承担连带责任</w:t>
        <w:br/>
        <w:t>D.分包单位不服从管理导致生产安全事故的，由分包单位承担主要责任</w:t>
        <w:br/>
        <w:br/>
        <w:t>【答案】：B</w:t>
      </w:r>
      <w:r>
        <w:t xml:space="preserve"> </w:t>
      </w:r>
    </w:p>
    <w:p>
      <w:r>
        <w:t>16、根据《劳动合同法》，劳动者的下列情形中，用人单位不得解除劳动合同的是（　　　）。</w:t>
        <w:br/>
        <w:t>A.在试用期间被证明不符合录用条件的</w:t>
        <w:br/>
        <w:t>B.严重违反用人单位的规章制度的</w:t>
        <w:br/>
        <w:t>C.患病或者非因工负伤，在规定的医疗期内的</w:t>
        <w:br/>
        <w:t>D.被依法追究刑事责任的</w:t>
        <w:br/>
        <w:br/>
        <w:t xml:space="preserve">【答案】：C </w:t>
      </w:r>
    </w:p>
    <w:p>
      <w:r>
        <w:t>17、目前在国内推广应用较为普遍的砌块有蒸压加气混凝土砌块、（　　　）、石膏砌块等。</w:t>
        <w:br/>
        <w:t>A.普通混凝土小型空心砌块</w:t>
        <w:br/>
        <w:t>B.蒸压粉煤灰砖</w:t>
        <w:br/>
        <w:t>C.蒸压灰砂砖</w:t>
        <w:br/>
        <w:t>D.混凝土砖</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18、抹底层灰的作用是（　　　）。</w:t>
        <w:br/>
        <w:t>A.保证与墙面粘贴牢固</w:t>
        <w:br/>
        <w:t>B.保证抹灰层平整</w:t>
        <w:br/>
        <w:t>C.美观</w:t>
        <w:br/>
        <w:t>D.经济</w:t>
        <w:br/>
        <w:br/>
        <w:t xml:space="preserve">【答案】：A </w:t>
      </w:r>
    </w:p>
    <w:p>
      <w:r>
        <w:t>19、“流砂”现象产生的原因是由于（　　　）。</w:t>
        <w:br/>
        <w:t>A.地面水流动的作用</w:t>
        <w:br/>
        <w:t>B.地下水动水压力大于或等于土的浸水密度</w:t>
        <w:br/>
        <w:t>C.土方开挖的作用</w:t>
        <w:br/>
        <w:t>D.基坑降水不当</w:t>
        <w:br/>
        <w:br/>
        <w:t xml:space="preserve">【答案】：B </w:t>
      </w:r>
    </w:p>
    <w:p>
      <w:r>
        <w:t>20、烧结普通砖的标准尺寸是（　　　）。</w:t>
        <w:br/>
        <w:t>A.240mm×115mm×53mm</w:t>
        <w:br/>
        <w:t>B.240mm×120mm×53mm</w:t>
        <w:br/>
        <w:t>C.240mm×115mm×50mm</w:t>
        <w:br/>
        <w:t>D.190mm×190mm×90mm</w:t>
        <w:br/>
        <w:br/>
        <w:t xml:space="preserve">【答案】：A </w:t>
      </w:r>
    </w:p>
    <w:p>
      <w:r>
        <w:t>21、改善砂浆和易性，砖应隔夜浇水，严禁干砖砌筑，铺灰长度不得超过500mm，宜采用“”砌砖法进行砌筑。这是预防（　　　）质量问题的有效措施。</w:t>
        <w:br/>
        <w:t>A.砂浆强度偏低、不稳定</w:t>
        <w:br/>
        <w:t>B.砂浆和易性差、沉底结硬</w:t>
        <w:br/>
        <w:t>C.砌体组砌方法错误</w:t>
        <w:br/>
        <w:t>D.灰缝砂浆不饱满</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22、在简单随机抽样中，某一个个体被抽到的可能性（　　　）。</w:t>
        <w:br/>
        <w:t>A.与第几次抽样有关，第一次抽到的可能性最大</w:t>
        <w:br/>
        <w:t>B.与第几次抽样有关，第一次抽到的可能性最小</w:t>
        <w:br/>
        <w:t>C.与第几次抽样无关，每一次抽到的可能性相等</w:t>
        <w:br/>
        <w:t>D.与第几次抽样无关，与样本容量无关</w:t>
        <w:br/>
        <w:br/>
        <w:t>【答案】：C</w:t>
      </w:r>
      <w:r>
        <w:t xml:space="preserve"> </w:t>
      </w:r>
    </w:p>
    <w:p>
      <w:r>
        <w:t>23、后浇带处的混凝土，宜采用（　　　），强度等级宜比原结构的混凝土提高5～10N/mm,并保持不少于15d的潮湿养护。</w:t>
        <w:br/>
        <w:t>A.细石混凝土</w:t>
        <w:br/>
        <w:t>B.微膨胀混凝土</w:t>
        <w:br/>
        <w:t>C.抗冻混凝土</w:t>
        <w:br/>
        <w:t>D.高性能混凝土</w:t>
        <w:br/>
        <w:br/>
        <w:t xml:space="preserve">【答案】：B </w:t>
      </w:r>
    </w:p>
    <w:p>
      <w:r>
        <w:t>24、关于打桩质量控制，下列说法错误的是（　　　）。</w:t>
        <w:br/>
        <w:t>A.桩尖所在土层较硬时，以贯入度控制为主</w:t>
        <w:br/>
        <w:t>B.桩尖所在土层较软时，以贯入度控制为主</w:t>
        <w:br/>
        <w:t>C.桩尖所在土层较硬时，以桩尖设计标高控制为辅</w:t>
        <w:br/>
        <w:t>D.桩尖所在土层较软时，以桩尖设计标高控制为主</w:t>
        <w:br/>
        <w:br/>
        <w:t xml:space="preserve">【答案】：B </w:t>
      </w:r>
    </w:p>
    <w:p>
      <w:r>
        <w:t>25、钢材的工艺性能主要包括冷弯性能、（　　　）、冷拉性能、冷拔性能等。</w:t>
        <w:br/>
        <w:t>A.焊接性能</w:t>
        <w:br/>
        <w:t>B.抗拉强度</w:t>
        <w:br/>
        <w:t>C.伸长率</w:t>
        <w:br/>
        <w:t>D.冲击韧性</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26、构件代号TB表示（　　　）。</w:t>
        <w:br/>
        <w:t>A.板</w:t>
        <w:br/>
        <w:t>B.楼梯板</w:t>
        <w:br/>
        <w:t>C.屋面板</w:t>
        <w:br/>
        <w:t>D.空心板</w:t>
        <w:br/>
        <w:br/>
        <w:t>【答案】：B</w:t>
      </w:r>
      <w:r>
        <w:t xml:space="preserve"> </w:t>
      </w:r>
    </w:p>
    <w:p>
      <w:r>
        <w:t>27、用水准仪册杯形基础在杯口内壁，测设一条一般为（　　　）的标高线。</w:t>
        <w:br/>
        <w:t>A.-0.600m</w:t>
        <w:br/>
        <w:t>B.-0.500m</w:t>
        <w:br/>
        <w:t>C.-400m</w:t>
        <w:br/>
        <w:t>D.-0.700m</w:t>
        <w:br/>
        <w:br/>
        <w:t xml:space="preserve">【答案】：A </w:t>
      </w:r>
    </w:p>
    <w:p>
      <w:r>
        <w:t>28、沉降观测点是均匀布置的，它们之间的距离一般为（　　　）m。</w:t>
        <w:br/>
        <w:t>A.1～5m</w:t>
        <w:br/>
        <w:t>B.8～15m</w:t>
        <w:br/>
        <w:t>C.5～10m</w:t>
        <w:br/>
        <w:t>D.10～20m</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29、下列关于普通混凝土的主要技术性质的表述中，正确的是（　　　）。</w:t>
        <w:br/>
        <w:t>A.混凝土拌合物的主要技术性质为和易性，硬化混凝土的主要技术性质包括强度、变形和耐久性等</w:t>
        <w:br/>
        <w:t>B.和易性是满足施工工艺要求的综合性质，包括流动性和保水性</w:t>
        <w:br/>
        <w:t>C.混凝土拌合物的和易性目前主要以测定流动性的大小来确定</w:t>
        <w:br/>
        <w:t>D.根据坍落度值的大小将混凝土进行分级时，坍落度160mm的混凝土为流动性混凝土</w:t>
        <w:br/>
        <w:br/>
        <w:t xml:space="preserve">【答案】：A </w:t>
      </w:r>
    </w:p>
    <w:p>
      <w:r>
        <w:t>30、屋面工程验收后，应填写分部工程质量验收记录，交建设单位和（　　　）存档。</w:t>
        <w:br/>
        <w:t>A.施工单位</w:t>
        <w:br/>
        <w:t>B.监理单位</w:t>
        <w:br/>
        <w:t>C.设计单位</w:t>
        <w:br/>
        <w:t>D.城建单位</w:t>
        <w:br/>
        <w:br/>
        <w:t xml:space="preserve">【答案】：A </w:t>
      </w:r>
    </w:p>
    <w:p>
      <w:r>
        <w:t>31、钢结构安装时，螺栓的紧固顺序是（　　　）。</w:t>
        <w:br/>
        <w:t>A.从两边开始，对称向中间进行</w:t>
        <w:br/>
        <w:t>B.从中间开始，对称向两边进行</w:t>
        <w:br/>
        <w:t>C.C从一端开始，向另一端进行</w:t>
        <w:br/>
        <w:t>D.从中间开始，向四周扩散</w:t>
        <w:br/>
        <w:br/>
        <w:t xml:space="preserve">【答案】：B </w:t>
      </w:r>
    </w:p>
    <w:p>
      <w:r>
        <w:t>32、碳素钢根据含碳量的大小可分为三类，其中含碳量大于（　　　）为高碳钢。</w:t>
        <w:br/>
        <w:t>A.0.3％</w:t>
        <w:br/>
        <w:t>B.4％</w:t>
        <w:br/>
        <w:t>C.0.5％</w:t>
        <w:br/>
        <w:t>D.0.6％</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33、负有安全生产监督管理职责的部门依法对生产经营单位执行监督检查时，对于发现的重大安全事故隐患在排除前或者排除过程中无法保证安全的，采取的必要措施是（　　　）。</w:t>
        <w:br/>
        <w:t>A.责令立即排除</w:t>
        <w:br/>
        <w:t>B.更换施工队伍</w:t>
        <w:br/>
        <w:t>C.责令从危险区域撤出作业人员或暂时停止施工</w:t>
        <w:br/>
        <w:t>D.责令施工单位主要负责人作出检查</w:t>
        <w:br/>
        <w:br/>
        <w:t>【答案】：C</w:t>
      </w:r>
      <w:r>
        <w:t xml:space="preserve"> </w:t>
      </w:r>
    </w:p>
    <w:p>
      <w:r>
        <w:t>34、在梁板柱等结构的接缝和施工缝处，产生“烂根”的原因之一是（　　　）。</w:t>
        <w:br/>
        <w:t>A.混凝土强度偏低</w:t>
        <w:br/>
        <w:t>B.养护时间不足</w:t>
        <w:br/>
        <w:t>C.配筋不足</w:t>
        <w:br/>
        <w:t>D.接缝处模板拼缝不严，漏浆</w:t>
        <w:br/>
        <w:br/>
        <w:t xml:space="preserve">【答案】：D </w:t>
      </w:r>
    </w:p>
    <w:p>
      <w:r>
        <w:t>35、当混凝土分层浇筑到模板高度的（　　　），且第一层混凝土的强度达到出模强度时，方可进行初滑。</w:t>
        <w:br/>
        <w:t>A.1/3</w:t>
        <w:br/>
        <w:t>B.2/3</w:t>
        <w:br/>
        <w:t>C.3/4</w:t>
        <w:br/>
        <w:t>D.1/2</w:t>
        <w:br/>
        <w:br/>
        <w:t xml:space="preserve">【答案】：B </w:t>
      </w:r>
    </w:p>
    <w:p>
      <w:r>
        <w:t>36、土方的开挖顺序、方法必须与设计工况相一致，并遵循开槽支撑，（　　　）严禁超挖的原则。</w:t>
        <w:br/>
        <w:t>A.先撑后挖，分层开挖</w:t>
        <w:br/>
        <w:t>B.先挖后撑，分层开挖</w:t>
        <w:br/>
        <w:t>C.先撑后挖，分段开挖</w:t>
        <w:br/>
        <w:t>D.先挖后撑，分段开挖</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37、现浇楼板是楼地面防水的最佳选择，对防水要求较高的房间，还需在结构层和面层之间增设一道防水层，同时，将防水层沿四周墙身上升（　　　）mm。</w:t>
        <w:br/>
        <w:t>A.50～100</w:t>
        <w:br/>
        <w:t>B.100～150</w:t>
        <w:br/>
        <w:t>C.150～200</w:t>
        <w:br/>
        <w:t>D.200～250</w:t>
        <w:br/>
        <w:br/>
        <w:t>【答案】：C</w:t>
      </w:r>
      <w:r>
        <w:t xml:space="preserve"> </w:t>
      </w:r>
    </w:p>
    <w:p>
      <w:r>
        <w:t>38、当房间使用面积大于等于100，且小于500时，室内环境污染物浓度监测点数设置不少于（　　　）个。</w:t>
        <w:br/>
        <w:t>A.1</w:t>
        <w:br/>
        <w:t>B.2</w:t>
        <w:br/>
        <w:t>C.3</w:t>
        <w:br/>
        <w:t>D.4</w:t>
        <w:br/>
        <w:br/>
        <w:t xml:space="preserve">【答案】：C </w:t>
      </w:r>
    </w:p>
    <w:p>
      <w:r>
        <w:t>39、实际地震烈度与下列因素中的（　　　）有关。</w:t>
        <w:br/>
        <w:t>A.建筑物类型</w:t>
        <w:br/>
        <w:t>B.城市大小</w:t>
        <w:br/>
        <w:t>C.行政区划</w:t>
        <w:br/>
        <w:t>D.离震中的距离</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40、热熔法施工时，待卷材底面热熔后立即滚铺，并（　　　）等工序。</w:t>
        <w:br/>
        <w:t>A.采取搭接法铺贴卷材</w:t>
        <w:br/>
        <w:t>B.应采用胶粘剂粘结卷材与基层</w:t>
        <w:br/>
        <w:t>C.喷涂基层处理剂</w:t>
        <w:br/>
        <w:t>D.进行排气辊压</w:t>
        <w:br/>
        <w:br/>
        <w:t>【答案】：D</w:t>
      </w:r>
      <w:r>
        <w:t xml:space="preserve"> </w:t>
      </w:r>
    </w:p>
    <w:p>
      <w:r>
        <w:t>41、下面防治流砂的方法中，（　　　）是根除流砂的最有效的方法。</w:t>
        <w:br/>
        <w:t>A.水下挖土法</w:t>
        <w:br/>
        <w:t>B.打钢板桩法</w:t>
        <w:br/>
        <w:t>C.土壤冻结法</w:t>
        <w:br/>
        <w:t>D.井点降水法</w:t>
        <w:br/>
        <w:br/>
        <w:t xml:space="preserve">【答案】：D </w:t>
      </w:r>
    </w:p>
    <w:p>
      <w:r>
        <w:t>42、把总体按照研究目的的某些特性分组，然后在每一组中随机抽取样品组成样本的方法为（　　　）。</w:t>
        <w:br/>
        <w:t>A.全数检验</w:t>
        <w:br/>
        <w:t>B.完全随机检测</w:t>
        <w:br/>
        <w:t>C.等距抽样</w:t>
        <w:br/>
        <w:t>D.分层抽样</w:t>
        <w:br/>
        <w:br/>
        <w:t xml:space="preserve">【答案】：D </w:t>
      </w:r>
    </w:p>
    <w:p>
      <w:r>
        <w:t>43、《劳动合同法》的规定，用人单位自用工之日起满（　　　）不与劳动者订立书面劳动合同的，则视为用人单位与劳动者已订立无固定期限劳动合同。</w:t>
        <w:br/>
        <w:t>A.3个月</w:t>
        <w:br/>
        <w:t>B.6个月</w:t>
        <w:br/>
        <w:t>C.9个月</w:t>
        <w:br/>
        <w:t>D.1年</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44、在涂膜防水屋面施工的工艺流程中，喷涂基层处理剂后，紧跟的工作是（　　　）。</w:t>
        <w:br/>
        <w:t>A.节点部位增强处理</w:t>
        <w:br/>
        <w:t>B.表面基层清理</w:t>
        <w:br/>
        <w:t>C.涂布大面防水涂料</w:t>
        <w:br/>
        <w:t>D.铺贴大屋面胎体增强材料</w:t>
        <w:br/>
        <w:br/>
        <w:t>【答案】：A</w:t>
      </w:r>
      <w:r>
        <w:t xml:space="preserve"> </w:t>
      </w:r>
    </w:p>
    <w:p>
      <w:r>
        <w:t>45、（　　　）是把经纬仪水平度盘的中心安置在所测角的顶点铅垂线上。</w:t>
        <w:br/>
        <w:t>A.直线定线</w:t>
        <w:br/>
        <w:t>B.对中</w:t>
        <w:br/>
        <w:t>C.整平</w:t>
        <w:br/>
        <w:t>D.精平</w:t>
        <w:br/>
        <w:br/>
        <w:t xml:space="preserve">【答案】：B </w:t>
      </w:r>
    </w:p>
    <w:p>
      <w:r>
        <w:t>46、砌筑砂浆的和易性包括（　　　）。</w:t>
        <w:br/>
        <w:t>A.流动性和稳定性</w:t>
        <w:br/>
        <w:t>B.黏聚性和保水性</w:t>
        <w:br/>
        <w:t>C.流动性和黏聚性</w:t>
        <w:br/>
        <w:t>D.黏聚性、流动性和保水性</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47、生产效率较高的机械化焊接方法是（　　　）。</w:t>
        <w:br/>
        <w:t>A.药皮焊条手工电弧焊</w:t>
        <w:br/>
        <w:t>B.气体保护焊</w:t>
        <w:br/>
        <w:t>C.埋弧焊</w:t>
        <w:br/>
        <w:t>D.焊包括钨极氩弧焊</w:t>
        <w:br/>
        <w:br/>
        <w:t xml:space="preserve">【答案】：C </w:t>
      </w:r>
    </w:p>
    <w:p>
      <w:r>
        <w:t>48、在一般清况下，中、低强度的混凝土，水泥强度等级为混凝土强度等级的（　　　）。</w:t>
        <w:br/>
        <w:t>A.1倍</w:t>
        <w:br/>
        <w:t>B.1.5～2.0倍</w:t>
        <w:br/>
        <w:t>C.2倍以上</w:t>
        <w:br/>
        <w:t>D.1.5倍以下</w:t>
        <w:br/>
        <w:br/>
        <w:t xml:space="preserve">【答案】：B </w:t>
      </w:r>
    </w:p>
    <w:p>
      <w:r>
        <w:t>49、对施工单位承揽工程问题，下列叙述不正确的是（　　　）。</w:t>
        <w:br/>
        <w:t>A.施工单位应当在其资质等级许可的范围内承揽工程</w:t>
        <w:br/>
        <w:t>B.施工单位不得转包或者违法分包工程</w:t>
        <w:br/>
        <w:t>C.禁止施工单位以其他施工单位的名义承揽工程</w:t>
        <w:br/>
        <w:t>D.在建设单位同意的情况下，允许其他单位以本单位的名义承揽工程</w:t>
        <w:br/>
        <w:br/>
        <w:t xml:space="preserve">【答案】：D </w:t>
      </w:r>
    </w:p>
    <w:p>
      <w:r>
        <w:t>50、当混凝土小型空心砌块砌体的竖向灰缝宽度为（　　　）时，应采用C20以上的细石混凝土填实。</w:t>
        <w:br/>
        <w:t>A.15～120mm</w:t>
        <w:br/>
        <w:t>B.20～130mm</w:t>
        <w:br/>
        <w:t>C.30～1150mm</w:t>
        <w:br/>
        <w:t>D.150～1300mm</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51、径为500mm的桩为（）。</w:t>
        <w:br/>
        <w:t>A.小桩</w:t>
        <w:br/>
        <w:t>B.中等直径桩</w:t>
        <w:br/>
        <w:t>C.大直径桩</w:t>
        <w:br/>
        <w:t>D.超大直径桩</w:t>
        <w:br/>
        <w:br/>
        <w:t>【答案】：B</w:t>
      </w:r>
      <w:r>
        <w:t xml:space="preserve"> </w:t>
      </w:r>
    </w:p>
    <w:p>
      <w:r>
        <w:t>52、劳动合同期限1年以上不满3年的，试用期最长不得超过（　　　）个月。</w:t>
        <w:br/>
        <w:t>A.1</w:t>
        <w:br/>
        <w:t>B.2</w:t>
        <w:br/>
        <w:t>C.3</w:t>
        <w:br/>
        <w:t>D.4</w:t>
        <w:br/>
        <w:br/>
        <w:t xml:space="preserve">【答案】：B </w:t>
      </w:r>
    </w:p>
    <w:p>
      <w:r>
        <w:t>53、下列关于建筑绝热材料的相关说法中，正确的是（　　　）。</w:t>
        <w:br/>
        <w:t>A.岩棉、矿渣棉、玻璃棉、膨胀珍珠岩、陶粒空心砌块均属于绝热材料</w:t>
        <w:br/>
        <w:t>B.岩棉制品具有良好的保温、隔热、吸声、耐热和不然等性能和良好的化学稳定性，广泛用于有保温、隔热、隔声要求的房屋建筑、管道、储罐、锅炉等有关部位</w:t>
        <w:br/>
        <w:t>C.矿渣棉可用于工业与民用建筑工程、管道、锅炉等有保温、隔热、隔声要求的部位</w:t>
        <w:br/>
        <w:t>D.泡沫石棉适用于房屋建筑的保温、隔热、绝冷、吸声、防震等有关部位，以及各种热力管道、热工设备、冷冻设备</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54、炉渣砖可用于一般工业与民用建筑的墙体和基础。但用于基础或易受冻融和干湿交替作用的建筑部位必须使用（　　　）及以上强度等级的砖。</w:t>
        <w:br/>
        <w:t>A.MU10</w:t>
        <w:br/>
        <w:t>B.MU15</w:t>
        <w:br/>
        <w:t>C.MU5</w:t>
        <w:br/>
        <w:t>D.MU7.5</w:t>
        <w:br/>
        <w:br/>
        <w:t>【答案】：B</w:t>
      </w:r>
      <w:r>
        <w:t xml:space="preserve"> </w:t>
      </w:r>
    </w:p>
    <w:p>
      <w:r>
        <w:t>55、砌筑砂浆的保水性指标用（　　　）来表示。</w:t>
        <w:br/>
        <w:t>A.坍落度</w:t>
        <w:br/>
        <w:t>B.维勃稠度</w:t>
        <w:br/>
        <w:t>C.沉入度</w:t>
        <w:br/>
        <w:t>D.分层度</w:t>
        <w:br/>
        <w:br/>
        <w:t xml:space="preserve">【答案】：D </w:t>
      </w:r>
    </w:p>
    <w:p>
      <w:r>
        <w:t>56、电视塔的观测点不得少于( )个点。（）</w:t>
        <w:br/>
        <w:t>A.1</w:t>
        <w:br/>
        <w:t>B.2</w:t>
        <w:br/>
        <w:t>C.3</w:t>
        <w:br/>
        <w:t>D.4</w:t>
        <w:br/>
        <w:br/>
        <w:t xml:space="preserve">【答案】：D </w:t>
      </w:r>
    </w:p>
    <w:p>
      <w:r>
        <w:t>57、卫生间的防水基层必须用1：3的水泥砂浆找平，凡遇到阴、阳角处，要抹成半径不小于（　　　）mm的小圆弧。</w:t>
        <w:br/>
        <w:t>A.10</w:t>
        <w:br/>
        <w:t>B.20</w:t>
        <w:br/>
        <w:t>C.30</w:t>
        <w:br/>
        <w:t>D.40</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58、下列关于涂料防水施工工艺的说法中，错误的是（　　　）。</w:t>
        <w:br/>
        <w:t>A.防水涂料防水层属于柔性防水层</w:t>
        <w:br/>
        <w:t>B.一般采用外防外涂和外防内涂施工方法</w:t>
        <w:br/>
        <w:t>C.其施工工艺流程为：找平层施工→保护层施工→防水层施工→质量检查</w:t>
        <w:br/>
        <w:t>D.找平层有水泥砂浆找平层、沥青砂浆找平层、细石混凝土找平层三种</w:t>
        <w:br/>
        <w:br/>
        <w:t>【答案】：C</w:t>
      </w:r>
      <w:r>
        <w:t xml:space="preserve"> </w:t>
      </w:r>
    </w:p>
    <w:p>
      <w:r>
        <w:t>59、某混凝土按初步计算配合比，试拌混凝土151，其材料用量为水泥5.13kg、水2.93kg、砂9.92kg、碎石17.66kg。经搅拌后做坍落度试验，测得坍落度值偏低，不满足要求，欲采用增加10％水泥浆的办法来调整，则问：</w:t>
        <w:br/>
        <w:t>A.0.50</w:t>
        <w:br/>
        <w:t>B.0.55</w:t>
        <w:br/>
        <w:t>C.0.57</w:t>
        <w:br/>
        <w:t>D.0.60</w:t>
        <w:br/>
        <w:br/>
        <w:t xml:space="preserve">【答案】：C </w:t>
      </w:r>
    </w:p>
    <w:p>
      <w:r>
        <w:t>60、望远镜实现水平，竖盘指标水准管气泡居中，盘左位置竖盘读数（　　　）。</w:t>
        <w:br/>
        <w:t>A.90°</w:t>
        <w:br/>
        <w:t>B.0°</w:t>
        <w:br/>
        <w:t>C.180°</w:t>
        <w:br/>
        <w:t>D.270°</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61、当室内地面垫层为混凝土等密实材料时，防潮层设在垫层厚度中间位置，一般低于室内地坪（　　　）</w:t>
        <w:br/>
        <w:t>A.30mm</w:t>
        <w:br/>
        <w:t>B.60mm</w:t>
        <w:br/>
        <w:t>C.120mm</w:t>
        <w:br/>
        <w:t>D.180mm</w:t>
        <w:br/>
        <w:br/>
        <w:t>【答案】：B</w:t>
      </w:r>
      <w:r>
        <w:t xml:space="preserve"> </w:t>
      </w:r>
    </w:p>
    <w:p>
      <w:r>
        <w:t>62、跨度为6m、混凝土强度为C30的现浇混凝土板，当混凝土强度至少应达到（　　　）时方可拆除模板。</w:t>
        <w:br/>
        <w:t>A.15N/mm2</w:t>
        <w:br/>
        <w:t>B.21N/mm2</w:t>
        <w:br/>
        <w:t>C.22.5N/mm2</w:t>
        <w:br/>
        <w:t>D.30N/mm2</w:t>
        <w:br/>
        <w:br/>
        <w:t xml:space="preserve">【答案】：C </w:t>
      </w:r>
    </w:p>
    <w:p>
      <w:r>
        <w:t>63、砌筑砂浆的流动性指标用（　　　）来表示。</w:t>
        <w:br/>
        <w:t>A.坍落度</w:t>
        <w:br/>
        <w:t>B.维勃稠度</w:t>
        <w:br/>
        <w:t>C.沉入度</w:t>
        <w:br/>
        <w:t>D.分层度</w:t>
        <w:br/>
        <w:br/>
        <w:t xml:space="preserve">【答案】：C </w:t>
      </w:r>
    </w:p>
    <w:p>
      <w:r>
        <w:t>64、每一楼梯段的级数一般不应超过（　　　）级。</w:t>
        <w:br/>
        <w:t>A.15</w:t>
        <w:br/>
        <w:t>B.18</w:t>
        <w:br/>
        <w:t>C.20</w:t>
        <w:br/>
        <w:t>D.24</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65、下列关于常用人工地基处理方法的适用范围的说法中，不正确的是（　　　）。</w:t>
        <w:br/>
        <w:t>A.换土垫层法适用于地下水位较低，基槽经常处于较干燥状态下的一般黏性土地基的加固</w:t>
        <w:br/>
        <w:t>B.重锤夯实法适用于处理碎石土、砂土、低饱和度的黏性土、粉土、湿陷性黄土及填土地基等的深层加固</w:t>
        <w:br/>
        <w:t>C.深层搅拌法适于加固较深、较厚的淤泥、淤泥质土、粉土和承载力不大于0.12MPa的饱和黏土和软黏土、沼泽地带的泥炭土等地基</w:t>
        <w:br/>
        <w:t>D.灰土挤密桩适用于处理地下水位以上、天然含水量12%～25%、厚度5～15m的素填土、杂填土、湿陷性黄土以及含水率较大的软弱地基等</w:t>
        <w:br/>
        <w:br/>
        <w:t>【答案】：B</w:t>
      </w:r>
      <w:r>
        <w:t xml:space="preserve"> </w:t>
      </w:r>
    </w:p>
    <w:p>
      <w:r>
        <w:t>66、地震烈度主要根据下列指标（　　　）来评定。</w:t>
        <w:br/>
        <w:t>A.地震震源释放出的能量的大小</w:t>
        <w:br/>
        <w:t>B.地震时地面运动速度和加速度的大小</w:t>
        <w:br/>
        <w:t>C.地震时大多数房屋的震害程度、人的感觉以及其他现象</w:t>
        <w:br/>
        <w:t>D.地震时震级大小、震源深度、震中距、该地区的土质条件和地形地貌</w:t>
        <w:br/>
        <w:br/>
        <w:t xml:space="preserve">【答案】：C </w:t>
      </w:r>
    </w:p>
    <w:p>
      <w:r>
        <w:t>67、砌体的抗拉强度最主要取决于（　　　）。</w:t>
        <w:br/>
        <w:t>A.砌块抗拉强度</w:t>
        <w:br/>
        <w:t>B.砂浆的抗拉强度</w:t>
        <w:br/>
        <w:t>C.灰缝的厚度</w:t>
        <w:br/>
        <w:t>D.砂浆中的水泥用量</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68、混凝土冬期施工时，可加的外加剂是（　　　）。</w:t>
        <w:br/>
        <w:t>A.速凝剂</w:t>
        <w:br/>
        <w:t>B.早强剂</w:t>
        <w:br/>
        <w:t>C.引气剂</w:t>
        <w:br/>
        <w:t>D.减水剂</w:t>
        <w:br/>
        <w:br/>
        <w:t xml:space="preserve">【答案】：B </w:t>
      </w:r>
    </w:p>
    <w:p>
      <w:r>
        <w:t>69、开始浇筑柱子时，底部应先浇筑一层厚（　　　）。</w:t>
        <w:br/>
        <w:t>A.5、10mm相同成分的细石混凝土</w:t>
        <w:br/>
        <w:t>B.5、10mm相同成分的水泥砂浆或水泥浆</w:t>
        <w:br/>
        <w:t>C.50、100mm相同成分的细石混凝土</w:t>
        <w:br/>
        <w:t>D.50、100mm相同成分的水泥砂浆或水泥浆</w:t>
        <w:br/>
        <w:br/>
        <w:t xml:space="preserve">【答案】：D </w:t>
      </w:r>
    </w:p>
    <w:p>
      <w:r>
        <w:t>70、构造柱的截面尺寸应不小于（　　　）mm。</w:t>
        <w:br/>
        <w:t>A.180×240</w:t>
        <w:br/>
        <w:t>B.120×180</w:t>
        <w:br/>
        <w:t>C.240×240</w:t>
        <w:br/>
        <w:t>D.180×180</w:t>
        <w:br/>
        <w:br/>
        <w:t xml:space="preserve">【答案】：A </w:t>
      </w:r>
    </w:p>
    <w:p>
      <w:r>
        <w:t>71、砖砌体的施工工艺过程正确的是（）。</w:t>
        <w:br/>
        <w:t>A.找平、放线、摆砖样、盘角、立皮数杆、砌筑、勾缝、清理、楼层标高控制、楼层轴线标引等</w:t>
        <w:br/>
        <w:t>B.找平、放线、摆砖样、立皮数杆、盘角、砌筑、清理、勾缝、楼层轴线标引、楼层标高控制等</w:t>
        <w:br/>
        <w:t>C.找平、放线、摆砖样、立皮数杆、盘角、砌筑、勾缝、清理,楼层轴线标引、楼层标高控制等</w:t>
        <w:br/>
        <w:t>D.找平、放线、立皮数杆、摆砖样、盘角、挂线、砌筑、勾缝、清理、楼层标高控制、楼层轴线标引等</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72、下列关于一般抹灰工程施工要点的说法中，错误的是（　　　）。</w:t>
        <w:br/>
        <w:t>A.对表面光滑的基层进行“毛化处理”时，常在浇水湿润后，用1:2水泥细砂浆喷洒墙面</w:t>
        <w:br/>
        <w:t>B.与人、物经常接触的阳角部位，不论设计有无规定，都需要做护角，并用水泥浆捋出小圆角</w:t>
        <w:br/>
        <w:t>C.底层灰6～7成干（用手指按压有指印但不软）时即可抹中层灰。操作时一般按自上而下、从左向右的顺序进行</w:t>
        <w:br/>
        <w:t>D.阳角护角无设计要求时，采用1:2水泥砂浆做暗护角，其高度不应低于2m，每侧宽度不应小于50mm</w:t>
        <w:br/>
        <w:br/>
        <w:t>【答案】：A</w:t>
      </w:r>
      <w:r>
        <w:t xml:space="preserve"> </w:t>
      </w:r>
    </w:p>
    <w:p>
      <w:r>
        <w:t>73、下列哪种防水材料属于刚性防水材料？（　　　）</w:t>
        <w:br/>
        <w:t>A.防水砂浆</w:t>
        <w:br/>
        <w:t>B.沥青防水卷材</w:t>
        <w:br/>
        <w:t>C.高聚物改性沥青防水卷材</w:t>
        <w:br/>
        <w:t>D.合成高分子防水卷材</w:t>
        <w:br/>
        <w:br/>
        <w:t xml:space="preserve">【答案】：A </w:t>
      </w:r>
    </w:p>
    <w:p>
      <w:r>
        <w:t>74、下列社会关系中，属于我国《劳动合同法》调整的劳动关系的是（　　　）。</w:t>
        <w:br/>
        <w:t>A.施工单位与某个体经营者之间的加工承揽关系</w:t>
        <w:br/>
        <w:t>B.劳动者与施工单位之间在劳动过程中发生的关系</w:t>
        <w:br/>
        <w:t>C.家庭雇佣劳动关系</w:t>
        <w:br/>
        <w:t>D.社会保险机构与劳动者之间的关系</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75、钢结构的涂装环境温度应符合涂料产品说明书的规定，说明书若无规定时，环境温度应控制在（　　　）之间。</w:t>
        <w:br/>
        <w:t>A.4～38℃</w:t>
        <w:br/>
        <w:t>B.4～40℃</w:t>
        <w:br/>
        <w:t>C.5～38℃</w:t>
        <w:br/>
        <w:t>D.5～40℃</w:t>
        <w:br/>
        <w:br/>
        <w:t>【答案】：C</w:t>
      </w:r>
      <w:r>
        <w:t xml:space="preserve"> </w:t>
      </w:r>
    </w:p>
    <w:p>
      <w:r>
        <w:t>76、沸腾钢用符号（　　　）表示。</w:t>
        <w:br/>
        <w:t>A.TZ</w:t>
        <w:br/>
        <w:t>B.Z</w:t>
        <w:br/>
        <w:t>C.F</w:t>
        <w:br/>
        <w:t>D.B</w:t>
        <w:br/>
        <w:br/>
        <w:t xml:space="preserve">【答案】：C </w:t>
      </w:r>
    </w:p>
    <w:p>
      <w:r>
        <w:t>77、卷扬机使用时，必须用（　　　）予以固定，以防止工作时产生滑动造成倾覆。</w:t>
        <w:br/>
        <w:t>A.木桩</w:t>
        <w:br/>
        <w:t>B.钢筋混凝土桩</w:t>
        <w:br/>
        <w:t>C.地锚</w:t>
        <w:br/>
        <w:t>D.锚杆</w:t>
        <w:br/>
        <w:br/>
        <w:t xml:space="preserve">【答案】：C </w:t>
      </w:r>
    </w:p>
    <w:p>
      <w:r>
        <w:t>78、黏土砖应在砌筑前（　　　）浇水湿润，以水浸人砖内深度1～1.5cm为宜。</w:t>
        <w:br/>
        <w:t>A.1～12h</w:t>
        <w:br/>
        <w:t>B.3～14h</w:t>
        <w:br/>
        <w:t>C.1～2d</w:t>
        <w:br/>
        <w:t>D.3～4d</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79、柱子中心线应与相应的柱列轴线一致，其允许偏差为（　　　）。</w:t>
        <w:br/>
        <w:t>A.±10mm</w:t>
        <w:br/>
        <w:t>B.±5mm</w:t>
        <w:br/>
        <w:t>C.±15mm</w:t>
        <w:br/>
        <w:t>D.±25mm</w:t>
        <w:br/>
        <w:br/>
        <w:t>【答案】：B</w:t>
      </w:r>
      <w:r>
        <w:t xml:space="preserve"> </w:t>
      </w:r>
    </w:p>
    <w:p>
      <w:r>
        <w:t>80、施工缝一般应留在构件（　　　）部位。</w:t>
        <w:br/>
        <w:t>A.受压最小</w:t>
        <w:br/>
        <w:t>B.受剪最小</w:t>
        <w:br/>
        <w:t>C.受弯最小</w:t>
        <w:br/>
        <w:t>D.受扭最小</w:t>
        <w:br/>
        <w:br/>
        <w:t xml:space="preserve">【答案】：B </w:t>
      </w:r>
    </w:p>
    <w:p>
      <w:r>
        <w:t>81、2013年3月10日某工程竣工验收合格，则竣工验收备案应在（　　　）前办理完毕。</w:t>
        <w:br/>
        <w:t>A.2013年4月10</w:t>
        <w:br/>
        <w:t>B.2013年6月10</w:t>
        <w:br/>
        <w:t>C.2013年3月25</w:t>
        <w:br/>
        <w:t>D.2013年5月25</w:t>
        <w:br/>
        <w:br/>
        <w:t xml:space="preserve">【答案】：C </w:t>
      </w:r>
    </w:p>
    <w:p>
      <w:r>
        <w:t>82、水准测量是利用水准仪提供（　　　）。</w:t>
        <w:br/>
        <w:t>A.水平视线</w:t>
        <w:br/>
        <w:t>B.垂直视线</w:t>
        <w:br/>
        <w:t>C.倾斜视线</w:t>
        <w:br/>
        <w:t>D.直线定线</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83、抽样的方法通常是利用数理统计的（　　　）随机抽取样本。</w:t>
        <w:br/>
        <w:t>A.总体数量</w:t>
        <w:br/>
        <w:t>B.样本数量</w:t>
        <w:br/>
        <w:t>C.基本原理</w:t>
        <w:br/>
        <w:t>D.统计量</w:t>
        <w:br/>
        <w:br/>
        <w:t>【答案】：C</w:t>
      </w:r>
      <w:r>
        <w:t xml:space="preserve"> </w:t>
      </w:r>
    </w:p>
    <w:p>
      <w:r>
        <w:t>84、当日平均气温降到（　　　）以下时，混凝土工程必须采取冬期施工技术措施。</w:t>
        <w:br/>
        <w:t>A.0℃</w:t>
        <w:br/>
        <w:t>B.-2℃</w:t>
        <w:br/>
        <w:t>C.5℃</w:t>
        <w:br/>
        <w:t>D.10℃</w:t>
        <w:br/>
        <w:br/>
        <w:t xml:space="preserve">【答案】：C </w:t>
      </w:r>
    </w:p>
    <w:p>
      <w:r>
        <w:t>85、通用硅酸盐水泥是以硅酸盐水泥熟料和适量的石膏，及规定的混合材料制成的（　　　）胶凝材料。</w:t>
        <w:br/>
        <w:t>A.气硬性</w:t>
        <w:br/>
        <w:t>B.水硬性</w:t>
        <w:br/>
        <w:t>C.气硬性或水硬性</w:t>
        <w:br/>
        <w:t>D.气硬性和水硬性</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86、混凝土构件的施工缝的留设位置不正确的是（　　　）。</w:t>
        <w:br/>
        <w:t>A.柱应留在基础的顶面、梁或吊车梁牛腿的下面、无梁楼盖柱帽的下面</w:t>
        <w:br/>
        <w:t>B.双向受力板、拱、薄壳应按设计要求留设</w:t>
        <w:br/>
        <w:t>C.单向板留置在平行于板的长边任何位置</w:t>
        <w:br/>
        <w:t>D.有主次梁的留置在次梁跨中的1/3范围内</w:t>
        <w:br/>
        <w:br/>
        <w:t xml:space="preserve">【答案】：C </w:t>
      </w:r>
    </w:p>
    <w:p>
      <w:r>
        <w:t>87、受弯钢构件的整体失稳是（　　　）屈曲。</w:t>
        <w:br/>
        <w:t>A.弯曲</w:t>
        <w:br/>
        <w:t>B.扭转</w:t>
        <w:br/>
        <w:t>C.弯扭</w:t>
        <w:br/>
        <w:t>D.弯剪</w:t>
        <w:br/>
        <w:br/>
        <w:t xml:space="preserve">【答案】：C </w:t>
      </w:r>
    </w:p>
    <w:p>
      <w:r>
        <w:t>88、对建设工程实行总承包的，下列叙述不正确的是（　　　）。</w:t>
        <w:br/>
        <w:t>A.总承包单位应当对全部建设工程质量负责</w:t>
        <w:br/>
        <w:t>B.分包单位应当按照分包合同的约定对其分包工程的质量向总承包单位负责</w:t>
        <w:br/>
        <w:t>C.分包单位应当按照分包合同的约定对其分包工程的质量应同时向建设单位负责</w:t>
        <w:br/>
        <w:t>D.总承包单位与分包单位对分包工程的质量承担连带责任</w:t>
        <w:br/>
        <w:br/>
        <w:t xml:space="preserve">【答案】：C </w:t>
      </w:r>
    </w:p>
    <w:p>
      <w:r>
        <w:t>89、（　　　）是由样品构成的，是从总体中随机抽取出来的个体。</w:t>
        <w:br/>
        <w:t>A.样本</w:t>
        <w:br/>
        <w:t>B.总体</w:t>
        <w:br/>
        <w:t>C.统计量</w:t>
        <w:br/>
        <w:t>D.个体</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90、观察验槽的重点应选择在（　　　）。</w:t>
        <w:br/>
        <w:t>A.基坑中心线</w:t>
        <w:br/>
        <w:t>B.基坑边角处</w:t>
        <w:br/>
        <w:t>C.受力较大的部位</w:t>
        <w:br/>
        <w:t>D.最后开挖的部位</w:t>
        <w:br/>
        <w:br/>
        <w:t>【答案】：C</w:t>
      </w:r>
      <w:r>
        <w:t xml:space="preserve"> </w:t>
      </w:r>
    </w:p>
    <w:p>
      <w:r>
        <w:t>91、具有“后退向下，强制切土”挖土特点的土方机械是（　　　）。</w:t>
        <w:br/>
        <w:t>A.正铲</w:t>
        <w:br/>
        <w:t>B.反铲</w:t>
        <w:br/>
        <w:t>C.拉铲</w:t>
        <w:br/>
        <w:t>D.抓铲</w:t>
        <w:br/>
        <w:br/>
        <w:t xml:space="preserve">【答案】：B </w:t>
      </w:r>
    </w:p>
    <w:p>
      <w:r>
        <w:t>92、当屋面坡度大于15％或受振动时，防水卷材的铺贴方向应（　　　）。</w:t>
        <w:br/>
        <w:t>A.平行于屋脊</w:t>
        <w:br/>
        <w:t>B.垂直于屋脊</w:t>
        <w:br/>
        <w:t>C.与屋脊呈45°角</w:t>
        <w:br/>
        <w:t>D.上下层相互垂直</w:t>
        <w:br/>
        <w:br/>
        <w:t xml:space="preserve">【答案】：B </w:t>
      </w:r>
    </w:p>
    <w:p>
      <w:r>
        <w:t>93、抹灰工程应分层进行，一般抹灰分（　　　）层。</w:t>
        <w:br/>
        <w:t>A.1</w:t>
        <w:br/>
        <w:t>B.2</w:t>
        <w:br/>
        <w:t>C.3</w:t>
        <w:br/>
        <w:t>D.4</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94、石膏板标志法观测裂缝,用(</w:t>
      </w:r>
    </w:p>
    <w:p>
      <w:r>
        <w:t xml:space="preserve"> )的石膏板,固定在裂缝两侧。（）</w:t>
        <w:br/>
        <w:t>A.厚40mm,宽约20～50mm</w:t>
        <w:br/>
        <w:t>B.厚30mm,宽约30～60mm</w:t>
        <w:br/>
        <w:t>C.厚20mm,宽约40～70mm</w:t>
        <w:br/>
        <w:t>D.厚lOmm,宽约50～80mm</w:t>
        <w:br/>
        <w:br/>
        <w:t>【答案】：D</w:t>
      </w:r>
      <w:r>
        <w:t xml:space="preserve"> </w:t>
      </w:r>
    </w:p>
    <w:p>
      <w:r>
        <w:t>95、钢结构涂装后至少在（　　　）内应保护，免受雨淋。</w:t>
        <w:br/>
        <w:t>A.1h</w:t>
        <w:br/>
        <w:t>B.2h</w:t>
        <w:br/>
        <w:t>C.3h</w:t>
        <w:br/>
        <w:t>D.4h</w:t>
        <w:br/>
        <w:br/>
        <w:t xml:space="preserve">【答案】：D </w:t>
      </w:r>
    </w:p>
    <w:p>
      <w:r>
        <w:t>96、在用高强度螺栓进行钢结构安装中，（　　　）是目前被广泛采用的基本连接形式。</w:t>
        <w:br/>
        <w:t>A.摩擦型连接</w:t>
        <w:br/>
        <w:t>B.摩擦一承压型连接</w:t>
        <w:br/>
        <w:t>C.承压型连接</w:t>
        <w:br/>
        <w:t>D.张拉型连接</w:t>
        <w:br/>
        <w:br/>
        <w:t xml:space="preserve">【答案】：A </w:t>
      </w:r>
    </w:p>
    <w:p>
      <w:r>
        <w:t>97、下列劳动合同条款，属于必备条款的是（　　　）。</w:t>
        <w:br/>
        <w:t>A.福利待遇</w:t>
        <w:br/>
        <w:t>B.劳动条件</w:t>
        <w:br/>
        <w:t>C.试用期</w:t>
        <w:br/>
        <w:t>D.补充保险</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98、多立杆脚手架的立杆与纵、横向扫地杆的连接应用（　　　）固定。</w:t>
        <w:br/>
        <w:t>A.直角扣件</w:t>
        <w:br/>
        <w:t>B.旋转扣件</w:t>
        <w:br/>
        <w:t>C.对接扣</w:t>
        <w:br/>
        <w:t>D.承插件</w:t>
        <w:br/>
        <w:br/>
        <w:t>【答案】：A</w:t>
      </w:r>
      <w:r>
        <w:t xml:space="preserve"> </w:t>
      </w:r>
    </w:p>
    <w:p>
      <w:r>
        <w:t>99、建筑基线上的基线点应不少于（　　　）。</w:t>
        <w:br/>
        <w:t>A.4</w:t>
        <w:br/>
        <w:t>B.3</w:t>
        <w:br/>
        <w:t>C.2</w:t>
        <w:br/>
        <w:t>D.4</w:t>
        <w:br/>
        <w:br/>
        <w:t xml:space="preserve">【答案】：B </w:t>
      </w:r>
    </w:p>
    <w:p>
      <w:r>
        <w:t>100、水泥的初凝时间是指从水泥加水拌合起至水泥浆（　　　）所需的时间。</w:t>
        <w:br/>
        <w:t>A.开始失去可塑性</w:t>
        <w:br/>
        <w:t>B.完全失去可塑性并开始产生强度</w:t>
        <w:br/>
        <w:t>C.开始失去可塑性并达到2.4MPa强度</w:t>
        <w:br/>
        <w:t>D.完全失去可塑性</w:t>
        <w:br/>
        <w:br/>
        <w:t xml:space="preserve">【答案】：A </w:t>
      </w:r>
    </w:p>
    <w:p>
      <w:r>
        <w:t>101、为保证人流通行和家具搬运，我国规定楼梯段之间的净高不应小于（　　　）。</w:t>
        <w:br/>
        <w:t>A.1.8</w:t>
        <w:br/>
        <w:t>B.2.0</w:t>
        <w:br/>
        <w:t>C.2.2</w:t>
        <w:br/>
        <w:t>D.2.4</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102、根据《安全生产法》的规定，下列（　　　）不属于安全生产管理人员的职责范围。</w:t>
        <w:br/>
        <w:t>A.组织或者参与本单位安全生产教育和培训</w:t>
        <w:br/>
        <w:t>B.保证本单位安全生产投入的有效实施</w:t>
        <w:br/>
        <w:t>C.督促落实本单位重大危险源的安全管理措施</w:t>
        <w:br/>
        <w:t>D.制止和纠正违章指挥、强令冒险作业、违反操作规程的行为</w:t>
        <w:br/>
        <w:br/>
        <w:t>【答案】：B</w:t>
      </w:r>
      <w:r>
        <w:t xml:space="preserve"> </w:t>
      </w:r>
    </w:p>
    <w:p>
      <w:r>
        <w:t>103、下列（　　　）是我国制定的第一部规范建筑活动的法律。</w:t>
        <w:br/>
        <w:t>A.《建筑法》</w:t>
        <w:br/>
        <w:t>B.《安全生产法》</w:t>
        <w:br/>
        <w:t>C.《建设工程质量管理条例》</w:t>
        <w:br/>
        <w:t>D.《建设工程安全生产管理条例》</w:t>
        <w:br/>
        <w:br/>
        <w:t xml:space="preserve">【答案】：A </w:t>
      </w:r>
    </w:p>
    <w:p>
      <w:r>
        <w:t>104、防止钢结构焊缝产生（　　　）措施之一是控制焊缝的化学成分。</w:t>
        <w:br/>
        <w:t>A.冷裂纹</w:t>
        <w:br/>
        <w:t>B.热裂纹</w:t>
        <w:br/>
        <w:t>C.气孔</w:t>
        <w:br/>
        <w:t>D.弧坑缩孔</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r>
        <w:t>105、水泥在凝结硬化过程中，体积变化是否均匀，用水泥的（　　　）来判定。</w:t>
        <w:br/>
        <w:t>A.强度等级</w:t>
        <w:br/>
        <w:t>B.体积安定性</w:t>
        <w:br/>
        <w:t>C.坍落度</w:t>
        <w:br/>
        <w:t>D.细度</w:t>
        <w:br/>
        <w:br/>
        <w:t xml:space="preserve">【答案】：B </w:t>
      </w:r>
    </w:p>
    <w:p>
      <w:r>
        <w:t>106、填土的密度常以设计规定的（　　　）作为控制标准。</w:t>
        <w:br/>
        <w:t>A.可松性系数</w:t>
        <w:br/>
        <w:t>B.孔隙率</w:t>
        <w:br/>
        <w:t>C.渗透系数</w:t>
        <w:br/>
        <w:t>D.压实系数</w:t>
        <w:br/>
        <w:br/>
        <w:t xml:space="preserve">【答案】：D </w:t>
      </w:r>
    </w:p>
    <w:p>
      <w:r>
        <w:t>107、施涂溶剂型涂料时，基层含水率不得大于（　　　）。</w:t>
        <w:br/>
        <w:t>A.6％</w:t>
        <w:br/>
        <w:t>B.8％</w:t>
        <w:br/>
        <w:t>C.10</w:t>
        <w:br/>
        <w:t>D.12％</w:t>
        <w:br/>
        <w:br/>
        <w:t xml:space="preserve">【答案】：B </w:t>
      </w:r>
    </w:p>
    <w:p>
      <w:r>
        <w:t>108、从建筑施工的角度，根据土的（　　　），可将土分为8大类。</w:t>
        <w:br/>
        <w:t>A.颗粒级配</w:t>
        <w:br/>
        <w:t>B.沉积年代</w:t>
        <w:br/>
        <w:t>C.坚硬程度</w:t>
        <w:br/>
        <w:t>D.承载能力</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109、普通混凝土小型空心砌块最高强度等级为（　　　）。</w:t>
        <w:br/>
        <w:t>A.MU10.0</w:t>
        <w:br/>
        <w:t>B.MU15.0</w:t>
        <w:br/>
        <w:t>C.MU20.0</w:t>
        <w:br/>
        <w:t>D.MU25.0</w:t>
        <w:br/>
        <w:br/>
        <w:t xml:space="preserve">【答案】：C </w:t>
      </w:r>
    </w:p>
    <w:p>
      <w:r>
        <w:t>110、筋混凝土梁中箍筋加密区的间距一般是（　　　）。</w:t>
        <w:br/>
        <w:t>A.30mm</w:t>
        <w:br/>
        <w:t>B.50mm</w:t>
        <w:br/>
        <w:t>C.100mm</w:t>
        <w:br/>
        <w:t>D.200mm</w:t>
        <w:br/>
        <w:br/>
        <w:t xml:space="preserve">【答案】：C </w:t>
      </w:r>
    </w:p>
    <w:p>
      <w:r>
        <w:t>111、建筑施工企业的管理人员和作业人员，每（　　　）应至少进行一次安全生产教育培训并考核合格。</w:t>
        <w:br/>
        <w:t>A.3个月</w:t>
        <w:br/>
        <w:t>B.6个月</w:t>
        <w:br/>
        <w:t>C.1年</w:t>
        <w:br/>
        <w:t>D.2年</w:t>
        <w:br/>
        <w:br/>
        <w:t xml:space="preserve">【答案】：C </w:t>
      </w:r>
    </w:p>
    <w:p>
      <w:r>
        <w:t>112、起重机吊物上升时，吊钩距起重臂端不得小于（　　　）。</w:t>
        <w:br/>
        <w:t>A.0.5m</w:t>
        <w:br/>
        <w:t>B.0.8m</w:t>
        <w:br/>
        <w:t>C.1m</w:t>
        <w:br/>
        <w:t>D.1.5m</w:t>
        <w:br/>
        <w:br/>
        <w:t xml:space="preserve">【答案】：C </w:t>
      </w:r>
    </w:p>
    <w:p>
      <w:r>
        <w:t>113、关于劳动合同的履行和变更的叙述中，不正确的是（　　　）。</w:t>
        <w:br/>
        <w:t>A.用人单位应当履行向劳动者支付劳动报酬的义务</w:t>
        <w:br/>
        <w:t>B.用人单位不得强迫或者变相强迫劳动者加班</w:t>
        <w:br/>
        <w:t>C.劳动者有权拒绝违章指挥、冒险作业</w:t>
        <w:br/>
        <w:t>D.用人单位发生合并或者分立等情况，劳动合同终止履行</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https://d.book118.com/836205242041010100</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36205242041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