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p w:rsidR="001B1F19" w14:paraId="7F7A67AA" w14:textId="0AE8485B">
      <w:pPr>
        <w:pStyle w:val="Heading1"/>
        <w:jc w:val="center"/>
        <w:rPr>
          <w:rFonts w:hint="eastAsia"/>
          <w:lang w:eastAsia="zh-CN"/>
        </w:rPr>
      </w:pPr>
      <w:r>
        <w:rPr>
          <w:sz w:val="44"/>
          <w:lang w:eastAsia="zh-CN"/>
        </w:rPr>
        <w:t>班级班委竞选演讲稿（33篇）</w:t>
      </w:r>
    </w:p>
    <w:p w:rsidR="001B1F19" w14:paraId="15E7D7A0" w14:textId="27C3F48A">
      <w:pPr>
        <w:rPr>
          <w:rFonts w:hint="eastAsia"/>
          <w:lang w:eastAsia="zh-CN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lang w:eastAsia="zh-CN"/>
        </w:rPr>
        <w:br/>
      </w:r>
      <w:r>
        <w:rPr>
          <w:lang w:eastAsia="zh-CN"/>
        </w:rPr>
        <w:br/>
      </w:r>
      <w:r>
        <w:rPr>
          <w:lang w:eastAsia="zh-CN"/>
        </w:rPr>
        <w:t>班级班委竞选演讲稿（精选33篇）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 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今天，我鼓足勇气走上讲台，目的就是来竞选学习委员。</w:t>
      </w:r>
      <w:r>
        <w:rPr>
          <w:lang w:eastAsia="zh-CN"/>
        </w:rPr>
        <w:br/>
      </w:r>
      <w:r>
        <w:rPr>
          <w:lang w:eastAsia="zh-CN"/>
        </w:rPr>
        <w:t>　　我相信凭着我坚定不移的信念和勇于拼搏的精神，凭着我助人为乐、勤奋好学等优点，还有我的才能，我必定是竞选学习委员的最 佳人选。</w:t>
      </w:r>
      <w:r>
        <w:rPr>
          <w:lang w:eastAsia="zh-CN"/>
        </w:rPr>
        <w:br/>
      </w:r>
      <w:r>
        <w:rPr>
          <w:lang w:eastAsia="zh-CN"/>
        </w:rPr>
        <w:t>　　我是一个成绩优秀的学生。每天我都认真完成老师布置的家庭作业，作业写得干净整齐。</w:t>
      </w:r>
      <w:r>
        <w:rPr>
          <w:lang w:eastAsia="zh-CN"/>
        </w:rPr>
        <w:br/>
      </w:r>
      <w:r>
        <w:rPr>
          <w:lang w:eastAsia="zh-CN"/>
        </w:rPr>
        <w:t>　　我关心班集体，每天提前来扫地、浇花。我的画画得很好，曾获得一个三等奖，为班里及我个人争得了荣誉。我有一篇文章《给山区小朋友的一封信》投到《__日报》，被发表了，受到了老师和同学们的赞扬。</w:t>
      </w:r>
      <w:r>
        <w:rPr>
          <w:lang w:eastAsia="zh-CN"/>
        </w:rPr>
        <w:br/>
      </w:r>
      <w:r>
        <w:rPr>
          <w:lang w:eastAsia="zh-CN"/>
        </w:rPr>
        <w:t>　　我不仅自己上课认真听讲，课后认真完成作业，还乐于助人。如果同桌或其他同学有难题不会做，我会耐心地讲给他们听，尽自己所能帮助他们。</w:t>
      </w:r>
      <w:r>
        <w:rPr>
          <w:lang w:eastAsia="zh-CN"/>
        </w:rPr>
        <w:br/>
      </w:r>
      <w:r>
        <w:rPr>
          <w:lang w:eastAsia="zh-CN"/>
        </w:rPr>
        <w:t>　　如果我竞选成功，我一定不怕苦，不怕累，迎接新的挑战！我会和其他班干部一起成为老师的小帮手。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lang w:eastAsia="zh-CN"/>
        </w:rPr>
        <w:t>　　我真诚地希望同学们能投我一票。</w:t>
      </w:r>
      <w:r>
        <w:rPr>
          <w:lang w:eastAsia="zh-CN"/>
        </w:rPr>
        <w:br/>
      </w:r>
      <w:r>
        <w:rPr>
          <w:lang w:eastAsia="zh-CN"/>
        </w:rPr>
        <w:t>　　谢谢！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篇2 </w:t>
      </w:r>
      <w:r>
        <w:rPr>
          <w:lang w:eastAsia="zh-CN"/>
        </w:rPr>
        <w:br/>
      </w:r>
      <w:r>
        <w:rPr>
          <w:lang w:eastAsia="zh-CN"/>
        </w:rPr>
        <w:t>　　老师同学们：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今天，很荣幸走上讲台，和那么多乐意为班级作贡献的同学一道，竞选班干部职务。我想，我将用旺盛的精力、清醒的头脑来做好班干部工作，来发挥我的长处帮助同学和班集体共同努力进步</w:t>
      </w:r>
      <w:r>
        <w:rPr>
          <w:lang w:eastAsia="zh-CN"/>
        </w:rPr>
        <w:br/>
      </w:r>
      <w:r>
        <w:rPr>
          <w:lang w:eastAsia="zh-CN"/>
        </w:rPr>
        <w:t>　　我从小学到现在班干部一年没拉下，但我一身干净，没有“官相官态”，“官腔官气”；少的是畏首畏尾的私虑，多的是敢做敢为的闯劲。</w:t>
      </w:r>
      <w:r>
        <w:rPr>
          <w:lang w:eastAsia="zh-CN"/>
        </w:rPr>
        <w:br/>
      </w:r>
      <w:r>
        <w:rPr>
          <w:lang w:eastAsia="zh-CN"/>
        </w:rPr>
        <w:t>　　我想我该当个实干家，不需要那些美丽的词汇来修饰。工作锻炼了我，生活造就了我。戴尔卡耐基说过“不要怕推销自己，只要你认为自己有才华，你就应该认为自己有资格提任这个或那个职务”。</w:t>
      </w:r>
      <w:r>
        <w:rPr>
          <w:lang w:eastAsia="zh-CN"/>
        </w:rPr>
        <w:br/>
      </w:r>
      <w:r>
        <w:rPr>
          <w:lang w:eastAsia="zh-CN"/>
        </w:rPr>
        <w:t>　　我相信，凭着我新锐不俗的“官念”，凭着我的勇气和才干，凭着我与大家同舟共济的深厚友情，这次竞选演讲给我带来的必定是下次的就职演说。我会在任何时候，任何情况下，都首先是“想同学们之所想，急同学们之所急”。我决不信奉“无过就是功”的信条，恰恰相反，我认为一个班干部“无功就是过”。</w:t>
      </w:r>
      <w:r>
        <w:rPr>
          <w:lang w:eastAsia="zh-CN"/>
        </w:rPr>
        <w:br/>
      </w:r>
      <w:r>
        <w:rPr>
          <w:lang w:eastAsia="zh-CN"/>
        </w:rPr>
        <w:t>　　流星的光辉来自天体的摩擦，珍珠的璀璨来自贝壳的眼泪，而一个班级的优秀来自班干部的领导和全体同学的共同努力。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eastAsia="zh-CN"/>
        </w:rPr>
        <w:t>　　我自信在同学们的帮助下，我能胜任这项工作，正由于这种内驱力，当我走向这个讲台的时候，我感到信心百倍。</w:t>
      </w:r>
      <w:r>
        <w:rPr>
          <w:lang w:eastAsia="zh-CN"/>
        </w:rPr>
        <w:br/>
      </w:r>
      <w:r>
        <w:rPr>
          <w:lang w:eastAsia="zh-CN"/>
        </w:rPr>
        <w:t>　　你们拿着选票的手还会犹豫吗？谢谢大家的信任！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篇3 </w:t>
      </w:r>
      <w:r>
        <w:rPr>
          <w:lang w:eastAsia="zh-CN"/>
        </w:rPr>
        <w:br/>
      </w:r>
      <w:r>
        <w:rPr>
          <w:lang w:eastAsia="zh-CN"/>
        </w:rPr>
        <w:t>　　亲爱的老师、同学们：</w:t>
      </w:r>
      <w:r>
        <w:rPr>
          <w:lang w:eastAsia="zh-CN"/>
        </w:rPr>
        <w:br/>
      </w:r>
      <w:r>
        <w:rPr>
          <w:lang w:eastAsia="zh-CN"/>
        </w:rPr>
        <w:t>　　大家好。</w:t>
      </w:r>
      <w:r>
        <w:rPr>
          <w:lang w:eastAsia="zh-CN"/>
        </w:rPr>
        <w:br/>
      </w:r>
      <w:r>
        <w:rPr>
          <w:lang w:eastAsia="zh-CN"/>
        </w:rPr>
        <w:t>　　我是。今天我要竞选班长，同时也会去竞选英语课代表。</w:t>
      </w:r>
      <w:r>
        <w:rPr>
          <w:lang w:eastAsia="zh-CN"/>
        </w:rPr>
        <w:br/>
      </w:r>
      <w:r>
        <w:rPr>
          <w:lang w:eastAsia="zh-CN"/>
        </w:rPr>
        <w:t>　　作为班级的一员，我希望能在班级中发挥出自己的水平，贡献出自己的力量，在日常的事务中也承担一份责任。</w:t>
      </w:r>
      <w:r>
        <w:rPr>
          <w:lang w:eastAsia="zh-CN"/>
        </w:rPr>
        <w:br/>
      </w:r>
      <w:r>
        <w:rPr>
          <w:lang w:eastAsia="zh-CN"/>
        </w:rPr>
        <w:t>　　我有较强的责任感，我能做好自己的工作，可以以身作责，严格要求自己，成为一名合格的高中生，并努力成为一名出色的高中生。我也可以为同学们提供力所能及的帮助，我将会以理智、清醒的头脑为班级建设提出可取的建议。</w:t>
      </w:r>
      <w:r>
        <w:rPr>
          <w:lang w:eastAsia="zh-CN"/>
        </w:rPr>
        <w:br/>
      </w:r>
      <w:r>
        <w:rPr>
          <w:lang w:eastAsia="zh-CN"/>
        </w:rPr>
        <w:t>　　我不一定是这里最好的，但是我很有信心。萧伯纳说过，自信的人能够化渺小为伟大，化平庸为神奇。我一定能够这样的。人，孰能无过，想必在这个岗位上，我将会以最快的速度及时纠正自己的偏差，让自己在实践的磨砺中，也同样给各位一个好的印象，好的环境。</w:t>
      </w:r>
      <w:r>
        <w:rPr>
          <w:lang w:eastAsia="zh-CN"/>
        </w:rPr>
        <w:br/>
      </w:r>
      <w:r>
        <w:rPr>
          <w:lang w:eastAsia="zh-CN"/>
        </w:rPr>
        <w:t>　　我相信我可以胜任的，在这里，我给了自己一个机会，各位也可以给我一个机会。无论事成与否，我都将会以最好的自己，在这个出色的舞台上，演绎最大的努力。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篇4 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lang w:eastAsia="zh-CN"/>
        </w:rPr>
        <w:t>　　敬爱的老师、亲爱的同学们：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我叫，我最 期盼能当上班长了。在我眼中，班长是一个神圣、光荣的职位，我相信我有足够的能力去胜任这个职位。</w:t>
      </w:r>
      <w:r>
        <w:rPr>
          <w:lang w:eastAsia="zh-CN"/>
        </w:rPr>
        <w:br/>
      </w:r>
      <w:r>
        <w:rPr>
          <w:lang w:eastAsia="zh-CN"/>
        </w:rPr>
        <w:t>　　首先，我认真负责，励志做好每一项工作。其次，我上语文课等科目时，总是积极思考，不吵闹。再次，我字写得好，起到了表率作用，引导大家把字写好。拿破仑说过：“不想当将军的士兵不是好士兵”。是啊！不积极向上，只在原地踏步的人怎么会有出息呢？我一定要勇于进取班长这个职位。虽然我有很多的缺点，但我一定会努力完善自身，扬长避短的。</w:t>
      </w:r>
      <w:r>
        <w:rPr>
          <w:lang w:eastAsia="zh-CN"/>
        </w:rPr>
        <w:br/>
      </w:r>
      <w:r>
        <w:rPr>
          <w:lang w:eastAsia="zh-CN"/>
        </w:rPr>
        <w:t>　　谢谢大家听取我的发言。我如果真的当上了班长，我一定会打击班里的不正之风，并且努力要求自己做好表率作用，让各班干部严管到位，创建良好的班级建设之风。</w:t>
      </w:r>
      <w:r>
        <w:rPr>
          <w:lang w:eastAsia="zh-CN"/>
        </w:rPr>
        <w:br/>
      </w:r>
      <w:r>
        <w:rPr>
          <w:lang w:eastAsia="zh-CN"/>
        </w:rPr>
        <w:t>　　请大家投给我那宝贵而神圣的一票吧！</w:t>
      </w:r>
      <w:r>
        <w:rPr>
          <w:lang w:eastAsia="zh-CN"/>
        </w:rPr>
        <w:br/>
      </w:r>
      <w:r>
        <w:rPr>
          <w:lang w:eastAsia="zh-CN"/>
        </w:rPr>
        <w:t>　　谢谢大家！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篇5 </w:t>
      </w:r>
      <w:r>
        <w:rPr>
          <w:lang w:eastAsia="zh-CN"/>
        </w:rPr>
        <w:br/>
      </w:r>
      <w:r>
        <w:rPr>
          <w:lang w:eastAsia="zh-CN"/>
        </w:rPr>
        <w:t>　　敬爱的老师，亲爱的同学们：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有一个女孩，她活泼开朗，热爱集体。有一个女孩，她团结同学，乐于助人。尽管她不是十全十美，但她也不是毫无用处，尽管她不是大家心目中最 好的，但她是最 努力的，她会虚心听取大家的意见。她信奉：自信是成功的首要秘诀。这个女孩就是我。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lang w:eastAsia="zh-CN"/>
        </w:rPr>
        <w:t>　　今天很荣幸走上讲台，和那么多愿意为班级服务的同学一道，竞选班长。我想以班长的职务来发挥我的长处，帮助同学们和班集体共同努力。我从小学到现在的班干部竞选一年也没落下，少的是畏首畏尾的思虑，多的是敢作敢当的闯劲。</w:t>
      </w:r>
      <w:r>
        <w:rPr>
          <w:lang w:eastAsia="zh-CN"/>
        </w:rPr>
        <w:br/>
      </w:r>
      <w:r>
        <w:rPr>
          <w:lang w:eastAsia="zh-CN"/>
        </w:rPr>
        <w:t>　　我想我该当个实干家，不需要那些美丽的词汇来修饰。工作锻炼了我，生活造就了我。戴尔卡耐基说过：“只要你认为自己有才华，就应该认为自己有能力担任这个或那个职务”。我相信凭着我的勇气和才干，凭着我与大家深厚的友谊，这次竞选演讲给我带来的必定是必胜的决心。</w:t>
      </w:r>
      <w:r>
        <w:rPr>
          <w:lang w:eastAsia="zh-CN"/>
        </w:rPr>
        <w:br/>
      </w:r>
      <w:r>
        <w:rPr>
          <w:lang w:eastAsia="zh-CN"/>
        </w:rPr>
        <w:t>　　我自信在同学们的帮助下，我能胜任这项工作，正由于这种内在的驱力，当我走向讲台时我感到信心百倍。</w:t>
      </w:r>
      <w:r>
        <w:rPr>
          <w:lang w:eastAsia="zh-CN"/>
        </w:rPr>
        <w:br/>
      </w:r>
      <w:r>
        <w:rPr>
          <w:lang w:eastAsia="zh-CN"/>
        </w:rPr>
        <w:t>　　同学们，请投出你神圣的一票吧！</w:t>
      </w:r>
      <w:r>
        <w:rPr>
          <w:lang w:eastAsia="zh-CN"/>
        </w:rPr>
        <w:br/>
      </w:r>
      <w:r>
        <w:rPr>
          <w:lang w:eastAsia="zh-CN"/>
        </w:rPr>
        <w:t>　　谢谢大家！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篇6 </w:t>
      </w:r>
      <w:r>
        <w:rPr>
          <w:lang w:eastAsia="zh-CN"/>
        </w:rPr>
        <w:br/>
      </w:r>
      <w:r>
        <w:rPr>
          <w:lang w:eastAsia="zh-CN"/>
        </w:rPr>
        <w:t>　　光阴似箭，岁月如梭转眼间，又一个学期从指间掠过。然而，在紧张的学习之中我们又迎来了新一届的班长竞选。</w:t>
      </w:r>
      <w:r>
        <w:rPr>
          <w:lang w:eastAsia="zh-CN"/>
        </w:rPr>
        <w:br/>
      </w:r>
      <w:r>
        <w:rPr>
          <w:lang w:eastAsia="zh-CN"/>
        </w:rPr>
        <w:t>　　班长，是一个许多同学们都梦寐以求的职位；班长，是一个困难重重的职位；尽管如此，我还是决定用自己的智慧和力量去挑战这个担当着重大责任的职位。美国现代成人教育之父——戴尔·卡耐基说过不要怕推销自己，只要你认为自己有才华，你就应该认为自己有资格提任这个职务。所以我相信我有能力担任这一职位。</w:t>
      </w:r>
      <w:r>
        <w:rPr>
          <w:lang w:eastAsia="zh-CN"/>
        </w:rPr>
        <w:br/>
      </w:r>
      <w:r>
        <w:rPr>
          <w:lang w:eastAsia="zh-CN"/>
        </w:rPr>
        <w:t>　　四年级时，我有幸当上了班务助理一职，然而今天，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lang w:eastAsia="zh-CN"/>
        </w:rPr>
        <w:t>　　我要更上一层楼，成为真正的班长。虽然已经成为班干部一年多了,但问题依然存在：性格暴躁、做事拖拉、作业不认真等等。作为班干部，我自然也有优点：性格活泼开朗、作业工整、热爱集体、助人为乐、热爱运动。</w:t>
      </w:r>
      <w:r>
        <w:rPr>
          <w:lang w:eastAsia="zh-CN"/>
        </w:rPr>
        <w:br/>
      </w:r>
      <w:r>
        <w:rPr>
          <w:lang w:eastAsia="zh-CN"/>
        </w:rPr>
        <w:t>　　大家还记得我们班评选班长的标准吗？和谐、榜样、奉献，不用我说，这三个词早已铭刻在我们每一位班干部的心里。尽管如此，面对它们，我还远远不够。和谐我偶尔会和同学们闹矛盾。榜样我还称不上称职。奉献不能做到主动去管理班级。</w:t>
      </w:r>
      <w:r>
        <w:rPr>
          <w:lang w:eastAsia="zh-CN"/>
        </w:rPr>
        <w:br/>
      </w:r>
      <w:r>
        <w:rPr>
          <w:lang w:eastAsia="zh-CN"/>
        </w:rPr>
        <w:t>　　在新的学期里我的目标是周记38分以上，普通考试90分以上，答题卡考试85分以上，堂听错3个以下。</w:t>
      </w:r>
      <w:r>
        <w:rPr>
          <w:lang w:eastAsia="zh-CN"/>
        </w:rPr>
        <w:br/>
      </w:r>
      <w:r>
        <w:rPr>
          <w:lang w:eastAsia="zh-CN"/>
        </w:rPr>
        <w:t>　　大家还记得上周四品德课上，大家小组讨论的内容吗？——我们班的不足和优点。对此，我们小组提出了以下几点：</w:t>
      </w:r>
      <w:r>
        <w:rPr>
          <w:lang w:eastAsia="zh-CN"/>
        </w:rPr>
        <w:br/>
      </w:r>
      <w:r>
        <w:rPr>
          <w:lang w:eastAsia="zh-CN"/>
        </w:rPr>
        <w:t>　　不足：</w:t>
      </w:r>
      <w:r>
        <w:rPr>
          <w:lang w:eastAsia="zh-CN"/>
        </w:rPr>
        <w:br/>
      </w:r>
      <w:r>
        <w:rPr>
          <w:lang w:eastAsia="zh-CN"/>
        </w:rPr>
        <w:t>　　1、不团结</w:t>
      </w:r>
      <w:r>
        <w:rPr>
          <w:lang w:eastAsia="zh-CN"/>
        </w:rPr>
        <w:br/>
      </w:r>
      <w:r>
        <w:rPr>
          <w:lang w:eastAsia="zh-CN"/>
        </w:rPr>
        <w:t>　　2、不付责任</w:t>
      </w:r>
      <w:r>
        <w:rPr>
          <w:lang w:eastAsia="zh-CN"/>
        </w:rPr>
        <w:br/>
      </w:r>
      <w:r>
        <w:rPr>
          <w:lang w:eastAsia="zh-CN"/>
        </w:rPr>
        <w:t>　　3、面对事情不严肃</w:t>
      </w:r>
      <w:r>
        <w:rPr>
          <w:lang w:eastAsia="zh-CN"/>
        </w:rPr>
        <w:br/>
      </w:r>
      <w:r>
        <w:rPr>
          <w:lang w:eastAsia="zh-CN"/>
        </w:rPr>
        <w:t>　　4、不懂得发现缺点</w:t>
      </w:r>
      <w:r>
        <w:rPr>
          <w:lang w:eastAsia="zh-CN"/>
        </w:rPr>
        <w:br/>
      </w:r>
      <w:r>
        <w:rPr>
          <w:lang w:eastAsia="zh-CN"/>
        </w:rPr>
        <w:t>　　优点：</w:t>
      </w:r>
      <w:r>
        <w:rPr>
          <w:lang w:eastAsia="zh-CN"/>
        </w:rPr>
        <w:br/>
      </w:r>
      <w:r>
        <w:rPr>
          <w:lang w:eastAsia="zh-CN"/>
        </w:rPr>
        <w:t>　　1、性格开朗</w:t>
      </w:r>
      <w:r>
        <w:rPr>
          <w:lang w:eastAsia="zh-CN"/>
        </w:rPr>
        <w:br/>
      </w:r>
      <w:r>
        <w:rPr>
          <w:lang w:eastAsia="zh-CN"/>
        </w:rPr>
        <w:t>　　2、很有创意</w:t>
      </w:r>
      <w:r>
        <w:rPr>
          <w:lang w:eastAsia="zh-CN"/>
        </w:rPr>
        <w:br/>
      </w:r>
      <w:r>
        <w:rPr>
          <w:lang w:eastAsia="zh-CN"/>
        </w:rPr>
        <w:t>　　3、分工明确</w:t>
      </w:r>
      <w:r>
        <w:rPr>
          <w:lang w:eastAsia="zh-CN"/>
        </w:rPr>
        <w:br/>
      </w:r>
      <w:r>
        <w:rPr>
          <w:lang w:eastAsia="zh-CN"/>
        </w:rPr>
        <w:t>　　4、有上进心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lang w:eastAsia="zh-CN"/>
        </w:rPr>
        <w:t>　　如果我成为了班长，我会带领大家一起发扬优点，改正缺点，争做启明星班级。</w:t>
      </w:r>
      <w:r>
        <w:rPr>
          <w:lang w:eastAsia="zh-CN"/>
        </w:rPr>
        <w:br/>
      </w:r>
      <w:r>
        <w:rPr>
          <w:lang w:eastAsia="zh-CN"/>
        </w:rPr>
        <w:t>　　投我一票吧！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篇7 </w:t>
      </w:r>
      <w:r>
        <w:rPr>
          <w:lang w:eastAsia="zh-CN"/>
        </w:rPr>
        <w:br/>
      </w:r>
      <w:r>
        <w:rPr>
          <w:lang w:eastAsia="zh-CN"/>
        </w:rPr>
        <w:t>　　尊敬的老师亲爱的同学们：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经过这三个周的相处，我想大家都已经认识我了，或许还不够了解我，但没关系，以后相处的时间还很长，大家可以慢慢来。那我就直接进入主题，我今天竞选的职务是班长，接下来我就谈一下我对班长的认识。</w:t>
      </w:r>
      <w:r>
        <w:rPr>
          <w:lang w:eastAsia="zh-CN"/>
        </w:rPr>
        <w:br/>
      </w:r>
      <w:r>
        <w:rPr>
          <w:lang w:eastAsia="zh-CN"/>
        </w:rPr>
        <w:t>　　班长是一个班的核心，是连接老师和同学之间的纽带，而我愿意当任这条纽带，努力把我们建立成为一个真正为同学们服务，同学们也真正热爱的大集体！要想实现这些构想，我认为作为班长应具备以下能力：良好的沟通能力，协调能力和组织能力，下面我就说一下我竞选班长的原因。</w:t>
      </w:r>
      <w:r>
        <w:rPr>
          <w:lang w:eastAsia="zh-CN"/>
        </w:rPr>
        <w:br/>
      </w:r>
      <w:r>
        <w:rPr>
          <w:lang w:eastAsia="zh-CN"/>
        </w:rPr>
        <w:t>　　第一，我希望为大家服务，如果我能当上班长，我愿意为每位同学解决任何琐碎的事情，让同学们都能够轻松的学习和生活，愉快地度过我们美好的大学时光。</w:t>
      </w:r>
      <w:r>
        <w:rPr>
          <w:lang w:eastAsia="zh-CN"/>
        </w:rPr>
        <w:br/>
      </w:r>
      <w:r>
        <w:rPr>
          <w:lang w:eastAsia="zh-CN"/>
        </w:rPr>
        <w:t>　　第二，我想锻炼自己，如果我能当上班长，我希望每位同学都能监督我的工作，我愿意在同学们的督促下变得更强，成为真正能为我们班独当一面的班长。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>
        <w:rPr>
          <w:lang w:eastAsia="zh-CN"/>
        </w:rPr>
        <w:t>　　第三，我自信，沉稳，虚心。我认为作为班长一定要自信，因为班长代表着一个班的精神风貌，这点很重要！其实这一路走来，我一直用自信，沉稳，虚心的心态认真完成每一个工作，做好每一件小事。如果我能当上班长，我也将继续保持下去。</w:t>
      </w:r>
      <w:r>
        <w:rPr>
          <w:lang w:eastAsia="zh-CN"/>
        </w:rPr>
        <w:br/>
      </w:r>
      <w:r>
        <w:rPr>
          <w:lang w:eastAsia="zh-CN"/>
        </w:rPr>
        <w:t>　　最后我想说，虽然我的能力还有所欠缺，但我有热情作为动力，还有强烈的合作意识和团队精神。如果我当上班长，我愿意和各位班委配合好，在课余时间积极举办各种活动，既让大家学习好，又让大家玩的好。我相信只要我们大家齐心协力，积极配合，一定会将我们班建设成为一个团结友爱的大家庭。</w:t>
      </w:r>
      <w:r>
        <w:rPr>
          <w:lang w:eastAsia="zh-CN"/>
        </w:rPr>
        <w:br/>
      </w:r>
      <w:r>
        <w:rPr>
          <w:lang w:eastAsia="zh-CN"/>
        </w:rPr>
        <w:t>　　以上就是我竞选班长的原因，希望大家能给我投出信任的一票，谢谢！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篇8 </w:t>
      </w:r>
      <w:r>
        <w:rPr>
          <w:lang w:eastAsia="zh-CN"/>
        </w:rPr>
        <w:br/>
      </w:r>
      <w:r>
        <w:rPr>
          <w:lang w:eastAsia="zh-CN"/>
        </w:rPr>
        <w:t>　　尊敬的老师、同学们：</w:t>
      </w:r>
      <w:r>
        <w:rPr>
          <w:lang w:eastAsia="zh-CN"/>
        </w:rPr>
        <w:br/>
      </w:r>
      <w:r>
        <w:rPr>
          <w:lang w:eastAsia="zh-CN"/>
        </w:rPr>
        <w:t>　　大家好！我是一个活泼开朗，尊敬师长，友爱同学的小男孩儿。我喜欢学习，课前认真预习，课上认真听讲，积极举手回答老师提出的问题。课下认真写作业，巩固复习，每天晚上坚持读书。积极参加学校各项文体活动。</w:t>
      </w:r>
      <w:r>
        <w:rPr>
          <w:lang w:eastAsia="zh-CN"/>
        </w:rPr>
        <w:br/>
      </w:r>
      <w:r>
        <w:rPr>
          <w:lang w:eastAsia="zh-CN"/>
        </w:rPr>
        <w:t>　　竞选中队学习委活动，我认为这是一次对自己锻炼的好机会，是对自己更高的要求，更好锻炼自身素质，去做好每件事。也知道自己有许多不足之处，我会更加努力。</w:t>
      </w:r>
      <w:r>
        <w:rPr>
          <w:lang w:eastAsia="zh-CN"/>
        </w:rPr>
        <w:br/>
      </w:r>
      <w:r>
        <w:rPr>
          <w:lang w:eastAsia="zh-CN"/>
        </w:rPr>
        <w:t>　　竞选成功，我会热心的为同学们服务，做好老师的得力助手，协助老师做好中队的各项工作。在学习上起带头作用，在生活中帮助同学。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eastAsia="zh-CN"/>
        </w:rPr>
        <w:t>　　谢谢大家！支持我！为我投出支持一票！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篇9 </w:t>
      </w:r>
      <w:r>
        <w:rPr>
          <w:lang w:eastAsia="zh-CN"/>
        </w:rPr>
        <w:br/>
      </w:r>
      <w:r>
        <w:rPr>
          <w:lang w:eastAsia="zh-CN"/>
        </w:rPr>
        <w:t>　　亲爱的老师，同学们：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我是高子烨，今天，我将要竞选的职位是班长。为什么我要竞选班长呢？俗话说，人往高处走，水往低处流，谁不希望自己进步呢！所以，即使我知道觊觎班长这个位置的人很多，但我还是来了。这次参加竞选，我是带着很大的决心来的。我希望大家能给投我上你们那宝贵的一票。</w:t>
      </w:r>
      <w:r>
        <w:rPr>
          <w:lang w:eastAsia="zh-CN"/>
        </w:rPr>
        <w:br/>
      </w:r>
      <w:r>
        <w:rPr>
          <w:lang w:eastAsia="zh-CN"/>
        </w:rPr>
        <w:t>　　如果这次我能入选班长这个职位，我向大家保证，我以后会做到以下几点：</w:t>
      </w:r>
      <w:r>
        <w:rPr>
          <w:lang w:eastAsia="zh-CN"/>
        </w:rPr>
        <w:br/>
      </w:r>
      <w:r>
        <w:rPr>
          <w:lang w:eastAsia="zh-CN"/>
        </w:rPr>
        <w:t>　　1、万事我会以班级的利益为中心。</w:t>
      </w:r>
      <w:r>
        <w:rPr>
          <w:lang w:eastAsia="zh-CN"/>
        </w:rPr>
        <w:br/>
      </w:r>
      <w:r>
        <w:rPr>
          <w:lang w:eastAsia="zh-CN"/>
        </w:rPr>
        <w:t>　　2、如果有同学打架，我会及时制止。</w:t>
      </w:r>
      <w:r>
        <w:rPr>
          <w:lang w:eastAsia="zh-CN"/>
        </w:rPr>
        <w:br/>
      </w:r>
      <w:r>
        <w:rPr>
          <w:lang w:eastAsia="zh-CN"/>
        </w:rPr>
        <w:t>　　3、如果遇到同学有不良行为，我会及时纠正。</w:t>
      </w:r>
      <w:r>
        <w:rPr>
          <w:lang w:eastAsia="zh-CN"/>
        </w:rPr>
        <w:br/>
      </w:r>
      <w:r>
        <w:rPr>
          <w:lang w:eastAsia="zh-CN"/>
        </w:rPr>
        <w:t>　　4、当同学有困难时，我会尽力帮助他。</w:t>
      </w:r>
      <w:r>
        <w:rPr>
          <w:lang w:eastAsia="zh-CN"/>
        </w:rPr>
        <w:br/>
      </w:r>
      <w:r>
        <w:rPr>
          <w:lang w:eastAsia="zh-CN"/>
        </w:rPr>
        <w:t>　　5、遇到垃圾，我会捡起放到垃圾桶里。</w:t>
      </w:r>
      <w:r>
        <w:rPr>
          <w:lang w:eastAsia="zh-CN"/>
        </w:rPr>
        <w:br/>
      </w:r>
      <w:r>
        <w:rPr>
          <w:lang w:eastAsia="zh-CN"/>
        </w:rPr>
        <w:t>　　6、遇到班级喧哗的行为，我会让同学们安静下来。</w:t>
      </w:r>
      <w:r>
        <w:rPr>
          <w:lang w:eastAsia="zh-CN"/>
        </w:rPr>
        <w:br/>
      </w:r>
      <w:r>
        <w:rPr>
          <w:lang w:eastAsia="zh-CN"/>
        </w:rPr>
        <w:t>　　7、我会帮助学习差的同学端正学习态度，让他们跟上我们的步伐。</w:t>
      </w:r>
      <w:r>
        <w:rPr>
          <w:lang w:eastAsia="zh-CN"/>
        </w:rPr>
        <w:br/>
      </w:r>
      <w:r>
        <w:rPr>
          <w:lang w:eastAsia="zh-CN"/>
        </w:rPr>
        <w:t>　　8、我会维护班级公物，不让任何人破坏。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lang w:eastAsia="zh-CN"/>
        </w:rPr>
        <w:t>　　但我也有缺点，有时，我也会偷点小懒，比如有时上课，我感到很疲劳的时候，我会走神，甚至会打瞌睡。我还很贪玩，玩起游戏来经常能玩几个小时。可以说我只要一玩，就停不下来，连妈妈都称我为小网虫。但这些缺点，我都会慢慢改掉的。</w:t>
      </w:r>
      <w:r>
        <w:rPr>
          <w:lang w:eastAsia="zh-CN"/>
        </w:rPr>
        <w:br/>
      </w:r>
      <w:r>
        <w:rPr>
          <w:lang w:eastAsia="zh-CN"/>
        </w:rPr>
        <w:t>　　当然，我也有优点。我非常爱学习，也乐于助人。当同学有什么需要，我都会满足他。比如同学渴了，我就会把自己的水给他，同学的笔断了，我就会把我的笔借给她。不管我有多少缺点或优点，我都会不断进步。</w:t>
      </w:r>
      <w:r>
        <w:rPr>
          <w:lang w:eastAsia="zh-CN"/>
        </w:rPr>
        <w:br/>
      </w:r>
      <w:r>
        <w:rPr>
          <w:lang w:eastAsia="zh-CN"/>
        </w:rPr>
        <w:t>　　最后，我想说，如果我当选了班长，我一定会全心全意地帮助同学。但如果这次没被上也不要紧，我仍会继续努力的。最后，希望大家把你们手中那神圣的一票投给我吧！</w:t>
      </w:r>
      <w:r>
        <w:rPr>
          <w:lang w:eastAsia="zh-CN"/>
        </w:rPr>
        <w:br/>
      </w:r>
      <w:r>
        <w:rPr>
          <w:lang w:eastAsia="zh-CN"/>
        </w:rPr>
        <w:t>　　祝：</w:t>
      </w:r>
      <w:r>
        <w:rPr>
          <w:lang w:eastAsia="zh-CN"/>
        </w:rPr>
        <w:br/>
      </w:r>
      <w:r>
        <w:rPr>
          <w:lang w:eastAsia="zh-CN"/>
        </w:rPr>
        <w:t>　　老师万事如意，同学们学业有成！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篇10 </w:t>
      </w:r>
      <w:r>
        <w:rPr>
          <w:lang w:eastAsia="zh-CN"/>
        </w:rPr>
        <w:br/>
      </w:r>
      <w:r>
        <w:rPr>
          <w:lang w:eastAsia="zh-CN"/>
        </w:rPr>
        <w:t>　　亲爱的老师、同学：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今天我竞选来了。相信大家都认识我——郑欢，郑欢的郑，郑欢的欢。为啥说不叫老师和同学呢？因为我觉得我们大家就生活在一个大家庭里。我有必要为这个家出点力，做点事，使我们的家更快乐更幸福！</w:t>
      </w:r>
      <w:r>
        <w:rPr>
          <w:lang w:eastAsia="zh-CN"/>
        </w:rPr>
        <w:br/>
      </w:r>
      <w:r>
        <w:rPr>
          <w:lang w:eastAsia="zh-CN"/>
        </w:rPr>
        <w:t>　　我想：我有能力协助老师，做力所能及的事情，并管理、团结好班级，让我们的集体有凝聚力，有激情，有活力；为同学，我力争做一个称职的服务者，团结同学，帮助同学，让每一名同学都感受到集体的温暖，构建良好的同学关系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>
        <w:rPr>
          <w:lang w:eastAsia="zh-CN"/>
        </w:rPr>
        <w:t>　　其实，班干部就是服务员，我的服务绝对会令你满意。如果各位对我不满意，随时可以换人。你们放心，我不会死赖着不走。</w:t>
      </w:r>
      <w:r>
        <w:rPr>
          <w:lang w:eastAsia="zh-CN"/>
        </w:rPr>
        <w:br/>
      </w:r>
      <w:r>
        <w:rPr>
          <w:lang w:eastAsia="zh-CN"/>
        </w:rPr>
        <w:t>　　都说是花，就要开放；是树，就要长成栋梁；是石头，就要去铺出大路；既然是班干部，我就要成为一名出色的服务员！</w:t>
      </w:r>
      <w:r>
        <w:rPr>
          <w:lang w:eastAsia="zh-CN"/>
        </w:rPr>
        <w:br/>
      </w:r>
      <w:r>
        <w:rPr>
          <w:lang w:eastAsia="zh-CN"/>
        </w:rPr>
        <w:t>　　最后，我希望大家支持一下，不支持也没关系。这点挫折，我幼小的心灵还是挺得住。谢谢！请鼓掌！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篇11 </w:t>
      </w:r>
      <w:r>
        <w:rPr>
          <w:lang w:eastAsia="zh-CN"/>
        </w:rPr>
        <w:br/>
      </w:r>
      <w:r>
        <w:rPr>
          <w:lang w:eastAsia="zh-CN"/>
        </w:rPr>
        <w:t>　　大家好!我今天非常的高兴，能够参加班上的班干部竞选活动。上学期我担任的文艺委员，这次竞选的目标是体育委员!虽然我身体不是很强壮，但是我一直热爱体育运动，每天都坚持锻炼身体，喜欢运动。想为同学们出点力，为老师分担工作。大家都知道，体育委员当然是要负责班里的体育事务，包括做操·上体育课·比赛等等;另外尤其是要在体育方面能起到表范作用，出于上述考虑，因此我觉得担任体育委员的同学必须具备以下几个素质。</w:t>
      </w:r>
      <w:r>
        <w:rPr>
          <w:lang w:eastAsia="zh-CN"/>
        </w:rPr>
        <w:br/>
      </w:r>
      <w:r>
        <w:rPr>
          <w:lang w:eastAsia="zh-CN"/>
        </w:rPr>
        <w:t>　　一·要具有良好的体育条件。</w:t>
      </w:r>
      <w:r>
        <w:rPr>
          <w:lang w:eastAsia="zh-CN"/>
        </w:rPr>
        <w:br/>
      </w:r>
      <w:r>
        <w:rPr>
          <w:lang w:eastAsia="zh-CN"/>
        </w:rPr>
        <w:t>　　二·要有强烈的责任感，热心的为班集体做贡献，热心帮助老师和同学们做些力所能及的工作。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lang w:eastAsia="zh-CN"/>
        </w:rPr>
        <w:t>　　我觉得我自己就具备上述条件，是一个很适合的体育委员人选，另外我一惯的乐于助人，关心班集体，具有很强的集体荣誉感。还有一点，就是我的嗓音非常亮，我也还曾当过一个学期的体育委员，在这个职位上积累了一定的经验。假如我能够当选，我一定会更加努力。我希望同学们能够支持我，如果我当选了，我会带同学们多多锻炼身体，让同学们个个都健康快乐，这样才能更好的投入到学习中!要是我当上体育委员，我会管理好班上的体育运动。做操时，我会制止讲话的现象。即使是要好的朋友，我也不会对他/她留情，当有的同学姿态不对时，我会帮助改正。假如有人觉得我什么地方做得不对，我也会接受他/她的建议，努力改正。</w:t>
      </w:r>
      <w:r>
        <w:rPr>
          <w:lang w:eastAsia="zh-CN"/>
        </w:rPr>
        <w:br/>
      </w:r>
      <w:r>
        <w:rPr>
          <w:lang w:eastAsia="zh-CN"/>
        </w:rPr>
        <w:t>　　我要做一个最民主的班长，多方面听取意见。如果同学们对我不信任，随时可以提出“不信任案”，我也不会死赖不走。我决不信奉“无过就是功”的信条，恰恰相反，我认为一个班长“无功就是过”。</w:t>
      </w:r>
      <w:r>
        <w:rPr>
          <w:lang w:eastAsia="zh-CN"/>
        </w:rPr>
        <w:br/>
      </w:r>
      <w:r>
        <w:rPr>
          <w:lang w:eastAsia="zh-CN"/>
        </w:rPr>
        <w:t>　　请大家多多支持我，给我投上宝贵的一票!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篇12 </w:t>
      </w:r>
      <w:r>
        <w:rPr>
          <w:lang w:eastAsia="zh-CN"/>
        </w:rPr>
        <w:br/>
      </w:r>
      <w:r>
        <w:rPr>
          <w:lang w:eastAsia="zh-CN"/>
        </w:rPr>
        <w:t>　　各位老师，同学们：</w:t>
      </w:r>
      <w:r>
        <w:rPr>
          <w:lang w:eastAsia="zh-CN"/>
        </w:rPr>
        <w:br/>
      </w:r>
      <w:r>
        <w:rPr>
          <w:lang w:eastAsia="zh-CN"/>
        </w:rPr>
        <w:t>　　大家好。</w:t>
      </w:r>
      <w:r>
        <w:rPr>
          <w:lang w:eastAsia="zh-CN"/>
        </w:rPr>
        <w:br/>
      </w:r>
      <w:r>
        <w:rPr>
          <w:lang w:eastAsia="zh-CN"/>
        </w:rPr>
        <w:t>　　今天我来竞选的是班长一职。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>
        <w:rPr>
          <w:lang w:eastAsia="zh-CN"/>
        </w:rPr>
        <w:t>　　一个班的班长如同一校之长，一镇之长，一国之君。特别是在我们这种优秀的班级里，班长就显得尤为重要。所以，班长不仅仅要在成绩上特别拔尖，还要在各个方面给同学们做好榜样效应。班长是同学们的领头羊，是群龙之首。做班长，看的并不是单单看你的个人发挥，而是从你的个人发挥中给同学们带来什么样的影响。一个班长如同一个皇帝，当“皇帝”必然困难，但要有这一份毅力，勇气和希望，有多少皇帝因为自己的无能而使国家腐败，甚至灭亡，相同的，如果我们的班长也是一个无能的人，那么我们的.班级会变成什么样？但我相信，我能够担当好这一职责，不会让老师和同学们失望。而且还能在管理中不断地锻炼自己，成就自己。因此我要做到：</w:t>
      </w:r>
      <w:r>
        <w:rPr>
          <w:lang w:eastAsia="zh-CN"/>
        </w:rPr>
        <w:br/>
      </w:r>
      <w:r>
        <w:rPr>
          <w:lang w:eastAsia="zh-CN"/>
        </w:rPr>
        <w:t>　　1、为同学、老师服务。成为老师与同学们之间最好的沟通桥梁。</w:t>
      </w:r>
      <w:r>
        <w:rPr>
          <w:lang w:eastAsia="zh-CN"/>
        </w:rPr>
        <w:br/>
      </w:r>
      <w:r>
        <w:rPr>
          <w:lang w:eastAsia="zh-CN"/>
        </w:rPr>
        <w:t>　　2、成为一名德、智、体、美、劳全面发展的好学生，为同学们做好榜样。</w:t>
      </w:r>
      <w:r>
        <w:rPr>
          <w:lang w:eastAsia="zh-CN"/>
        </w:rPr>
        <w:br/>
      </w:r>
      <w:r>
        <w:rPr>
          <w:lang w:eastAsia="zh-CN"/>
        </w:rPr>
        <w:t>　　3、积极参与每一个活动，与同学们共同为班级做出贡献。</w:t>
      </w:r>
      <w:r>
        <w:rPr>
          <w:lang w:eastAsia="zh-CN"/>
        </w:rPr>
        <w:br/>
      </w:r>
      <w:r>
        <w:rPr>
          <w:lang w:eastAsia="zh-CN"/>
        </w:rPr>
        <w:t>　　4、每一位同学、老师需要帮忙，我都尽力相助，成为一位乐于助人的好班长。</w:t>
      </w:r>
      <w:r>
        <w:rPr>
          <w:lang w:eastAsia="zh-CN"/>
        </w:rPr>
        <w:br/>
      </w:r>
      <w:r>
        <w:rPr>
          <w:lang w:eastAsia="zh-CN"/>
        </w:rPr>
        <w:t>　　5、塑造班级好形象，为老师、同学们争光。</w:t>
      </w:r>
      <w:r>
        <w:rPr>
          <w:lang w:eastAsia="zh-CN"/>
        </w:rPr>
        <w:br/>
      </w:r>
      <w:r>
        <w:rPr>
          <w:lang w:eastAsia="zh-CN"/>
        </w:rPr>
        <w:t>　　正所谓，不想当元帅的士兵不是好士兵。不想吃天鹅的癞蛤蟆不是好癞蛤蟆。不管结局如何，我都是这班中的一员，我都会默默的为这个班级做小贡献、小、大贡献。人的生命是有限的，可是，为人民服务是无限的，我要把有限的生命，投入到无限为人民服务之中去。</w:t>
      </w:r>
      <w:r>
        <w:rPr>
          <w:lang w:eastAsia="zh-CN"/>
        </w:rPr>
        <w:br/>
      </w:r>
      <w:r>
        <w:rPr>
          <w:lang w:eastAsia="zh-CN"/>
        </w:rPr>
        <w:t>　　等到风伴着雨，让他们滋润泥土，那么别人看来就是一处大好风光，我们将姹紫嫣红，永不褪色。</w:t>
      </w:r>
      <w:r>
        <w:rPr>
          <w:lang w:eastAsia="zh-CN"/>
        </w:rPr>
        <w:br/>
      </w:r>
      <w:r>
        <w:rPr>
          <w:lang w:eastAsia="zh-CN"/>
        </w:rPr>
        <w:t>　　我的演讲完毕，谢谢大家。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篇13 </w:t>
      </w:r>
      <w:r>
        <w:rPr>
          <w:lang w:eastAsia="zh-CN"/>
        </w:rPr>
        <w:br/>
      </w:r>
      <w:r>
        <w:rPr>
          <w:lang w:eastAsia="zh-CN"/>
        </w:rPr>
        <w:t>　　各位同学们，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>
        <w:rPr>
          <w:lang w:eastAsia="zh-CN"/>
        </w:rPr>
        <w:t>　　很高兴能够站在讲台上，面对同学们熟悉的面孔，参加班长竞选活动。此时此刻我的心里非常激动，并充满了感激感到激动是因为我有机会再次服务;充满感激，是因为上个星期同学们对我的支持让我进入决赛。经过半年的风风雨雨、成功的喜乐、失败的教训让我茁壮成长，相信不管今天我从着走下台阶竟选的结果如何我都会坦然接受。</w:t>
      </w:r>
      <w:r>
        <w:rPr>
          <w:lang w:eastAsia="zh-CN"/>
        </w:rPr>
        <w:br/>
      </w:r>
      <w:r>
        <w:rPr>
          <w:lang w:eastAsia="zh-CN"/>
        </w:rPr>
        <w:t>　　今天我竞选的是班长这个职务。我不需要冠冕堂皇的介绍自己了，过去相处的时间已足以让大家了解我，对我有一个客观的。同时这段时间，也让我熟悉了每一位同学。我相信大家一定会对我的能力有一个正确的认识和理解，决不会以片面的观点否定我的价值，更会公平、公正地对待这次竞选。</w:t>
      </w:r>
      <w:r>
        <w:rPr>
          <w:lang w:eastAsia="zh-CN"/>
        </w:rPr>
        <w:br/>
      </w:r>
      <w:r>
        <w:rPr>
          <w:lang w:eastAsia="zh-CN"/>
        </w:rPr>
        <w:t>　　我今天呢，站在这里是想和同学们说一些我心里的话。我是真心想让同学们了解我心里的想法，从而更能体会我的心情，拉近我们之间内心的距离。</w:t>
      </w:r>
      <w:r>
        <w:rPr>
          <w:lang w:eastAsia="zh-CN"/>
        </w:rPr>
        <w:br/>
      </w:r>
      <w:r>
        <w:rPr>
          <w:lang w:eastAsia="zh-CN"/>
        </w:rPr>
        <w:t>　　我想做一名实干家，不需要用华丽的语言去修饰，我将用实际去证明我的价值。首先我认为作为一名合格的班长，需要对教室负责，需要对同学们负责，更需要对自己负责。班长是老师与咱班同学的桥梁，是老师了解咱班同学的首要途径。其次我认为作为一名班长应该做到以下几点：</w:t>
      </w:r>
      <w:r>
        <w:rPr>
          <w:lang w:eastAsia="zh-CN"/>
        </w:rPr>
        <w:br/>
      </w:r>
      <w:r>
        <w:rPr>
          <w:lang w:eastAsia="zh-CN"/>
        </w:rPr>
        <w:t>　　1、不能用威严去镇住同学们;</w:t>
      </w:r>
      <w:r>
        <w:rPr>
          <w:lang w:eastAsia="zh-CN"/>
        </w:rPr>
        <w:br/>
      </w:r>
      <w:r>
        <w:rPr>
          <w:lang w:eastAsia="zh-CN"/>
        </w:rPr>
        <w:t>　　2、应该搞好人际关系;</w:t>
      </w:r>
      <w:r>
        <w:rPr>
          <w:lang w:eastAsia="zh-CN"/>
        </w:rPr>
        <w:br/>
      </w:r>
      <w:r>
        <w:rPr>
          <w:lang w:eastAsia="zh-CN"/>
        </w:rPr>
        <w:t>　　3、应该团结同学与同学融为一体;</w:t>
      </w:r>
      <w:r>
        <w:rPr>
          <w:lang w:eastAsia="zh-CN"/>
        </w:rPr>
        <w:br/>
      </w:r>
      <w:r>
        <w:rPr>
          <w:lang w:eastAsia="zh-CN"/>
        </w:rPr>
        <w:t>　　4、要有管理能力;</w:t>
      </w:r>
      <w:r>
        <w:rPr>
          <w:lang w:eastAsia="zh-CN"/>
        </w:rPr>
        <w:br/>
      </w:r>
      <w:r>
        <w:rPr>
          <w:lang w:eastAsia="zh-CN"/>
        </w:rPr>
        <w:t>　　5、要坚持广大同学的利益为准则;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lang w:eastAsia="zh-CN"/>
        </w:rPr>
        <w:t>　　6、要主动向老师反映班内的情况;</w:t>
      </w:r>
      <w:r>
        <w:rPr>
          <w:lang w:eastAsia="zh-CN"/>
        </w:rPr>
        <w:br/>
      </w:r>
      <w:r>
        <w:rPr>
          <w:lang w:eastAsia="zh-CN"/>
        </w:rPr>
        <w:t>　　7、及时提醒班干部该做的事;</w:t>
      </w:r>
      <w:r>
        <w:rPr>
          <w:lang w:eastAsia="zh-CN"/>
        </w:rPr>
        <w:br/>
      </w:r>
      <w:r>
        <w:rPr>
          <w:lang w:eastAsia="zh-CN"/>
        </w:rPr>
        <w:t>　　8、要虚心不拿班长架子;</w:t>
      </w:r>
      <w:r>
        <w:rPr>
          <w:lang w:eastAsia="zh-CN"/>
        </w:rPr>
        <w:br/>
      </w:r>
      <w:r>
        <w:rPr>
          <w:lang w:eastAsia="zh-CN"/>
        </w:rPr>
        <w:t>　　9、关心同学要有责任心;</w:t>
      </w:r>
      <w:r>
        <w:rPr>
          <w:lang w:eastAsia="zh-CN"/>
        </w:rPr>
        <w:br/>
      </w:r>
      <w:r>
        <w:rPr>
          <w:lang w:eastAsia="zh-CN"/>
        </w:rPr>
        <w:t>　　10、要发现教室好的地方及时表扬让教室为榜样。</w:t>
      </w:r>
      <w:r>
        <w:rPr>
          <w:lang w:eastAsia="zh-CN"/>
        </w:rPr>
        <w:br/>
      </w:r>
      <w:r>
        <w:rPr>
          <w:lang w:eastAsia="zh-CN"/>
        </w:rPr>
        <w:t>　　虽然在我的身上存在着少许的缺陷，但是我也有许多优势来胜任班长这个职务。我成绩比较优异，工作热度高，性格开朗，有主动向上的;同时我拥有较强的组织和宣传能力，这对于处理许多班工作有很多的帮助。对于别人给我提出的建议我会虚心接受，同时我会将这些建议落实到真正的工作中。我相信，我能够更从容的面对接下来的问题和挑战。</w:t>
      </w:r>
      <w:r>
        <w:rPr>
          <w:lang w:eastAsia="zh-CN"/>
        </w:rPr>
        <w:br/>
      </w:r>
      <w:r>
        <w:rPr>
          <w:lang w:eastAsia="zh-CN"/>
        </w:rPr>
        <w:t>　　正因为我了解了我自己的弱点与优势，同时认识到了一些问题对我的影响，于是我就能针对我的弱点，对自己进行完善。</w:t>
      </w:r>
      <w:r>
        <w:rPr>
          <w:lang w:eastAsia="zh-CN"/>
        </w:rPr>
        <w:br/>
      </w:r>
      <w:r>
        <w:rPr>
          <w:lang w:eastAsia="zh-CN"/>
        </w:rPr>
        <w:t>　　著名作家罗曼·罗兰说过一句话，只有先相信了自己，然后别人才会相信你。我想有足够的信心来相信自己。我有能力更有自信，能以新的方法带领我们的教室走向一个新的层次。世界上没有完美的人，我也不例外，但是我会尽量减少自己的缺点，同时也希望每个人都能提出我的不足，让我能正确认识自己，完善自己。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lang w:eastAsia="zh-CN"/>
        </w:rPr>
        <w:t>　　说了这么多，总归一句话：我是很珍惜班长这个职务的，不想失去。但是真正的决定权在你们的手中。只有你手上的那一票，才有可能让我放手一搏。我会将我全部的身心再次奉献给这个教室还有什么好犹豫的呢?事实证明，浪花淘尽英雄，机遇有自己把握。谋事在人，我相信成事也在人。成败不由他天来注定!如果不站在这里你们谁可以看到我的才能呢?我不是英雄，相反的，你们才是英雄!但我依然可以大声的告诉你们：我可以做英雄的领头人，我相信我有那个能力。但如果没有机会的话，我凭什么证明我成为班长会的价值，我拿什么证实我的说法没有错，我又可以靠什么去实施是我的纲领?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篇14 </w:t>
      </w:r>
      <w:r>
        <w:rPr>
          <w:lang w:eastAsia="zh-CN"/>
        </w:rPr>
        <w:br/>
      </w:r>
      <w:r>
        <w:rPr>
          <w:lang w:eastAsia="zh-CN"/>
        </w:rPr>
        <w:t>　　尊敬的老师，亲爱的同学们：</w:t>
      </w:r>
      <w:r>
        <w:rPr>
          <w:lang w:eastAsia="zh-CN"/>
        </w:rPr>
        <w:br/>
      </w:r>
      <w:r>
        <w:rPr>
          <w:lang w:eastAsia="zh-CN"/>
        </w:rPr>
        <w:t>　　大家好!</w:t>
      </w:r>
      <w:r>
        <w:rPr>
          <w:lang w:eastAsia="zh-CN"/>
        </w:rPr>
        <w:br/>
      </w:r>
      <w:r>
        <w:rPr>
          <w:lang w:eastAsia="zh-CN"/>
        </w:rPr>
        <w:t>　　我叫涂子怡。是一个活泼开朗，爱好广泛的女孩儿。我有着极强的责任心，对于工作，学习更是一丝不苟。有着良好的学习习惯。是一个全面发展的新少年。</w:t>
      </w:r>
      <w:r>
        <w:rPr>
          <w:lang w:eastAsia="zh-CN"/>
        </w:rPr>
        <w:br/>
      </w:r>
      <w:r>
        <w:rPr>
          <w:lang w:eastAsia="zh-CN"/>
        </w:rPr>
        <w:t>　　今天很荣幸，能和那么多乐意为班级做贡献的同学一道，竞选班干部职务。我竞选的是班长!</w:t>
      </w:r>
      <w:r>
        <w:rPr>
          <w:lang w:eastAsia="zh-CN"/>
        </w:rPr>
        <w:br/>
      </w:r>
      <w:r>
        <w:rPr>
          <w:lang w:eastAsia="zh-CN"/>
        </w:rPr>
        <w:t>　　既然是花，就要开放;既然是树，就要长成栋梁;既然是石头，就要去铺出大路;既然是班长，就要成为一名出色的领航员!带领着大家一起创造更优秀的308!</w:t>
      </w:r>
      <w:r>
        <w:rPr>
          <w:lang w:eastAsia="zh-CN"/>
        </w:rPr>
        <w:br/>
      </w:r>
      <w:r>
        <w:rPr>
          <w:lang w:eastAsia="zh-CN"/>
        </w:rPr>
        <w:t>　　假如我是班长，我一定会高标准要求自己，好好学习，好好工作，争做同学们的好榜样!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>
        <w:rPr>
          <w:lang w:eastAsia="zh-CN"/>
        </w:rPr>
        <w:t>　　假如我是班长，我绝不会“外甥打灯笼——照旧(舅)。”我会努力改正自己所在的问题，尽力的让成绩更上一层楼。虽然我“把做灯——粗心(芯)。”但对于班长这个职位来说，我一定不会有半点马虎的。</w:t>
      </w:r>
      <w:r>
        <w:rPr>
          <w:lang w:eastAsia="zh-CN"/>
        </w:rPr>
        <w:br/>
      </w:r>
      <w:r>
        <w:rPr>
          <w:lang w:eastAsia="zh-CN"/>
        </w:rPr>
        <w:t>　　假如我当上了班长，在学习上一定会“百米冲刺——分秒必争，”但绝不会“拔苗助长——急于求成。”</w:t>
      </w:r>
      <w:r>
        <w:rPr>
          <w:lang w:eastAsia="zh-CN"/>
        </w:rPr>
        <w:br/>
      </w:r>
      <w:r>
        <w:rPr>
          <w:lang w:eastAsia="zh-CN"/>
        </w:rPr>
        <w:t>　　假如我是班长，我一定努力做好老师的好助手，同学们的好帮手，排忧解难。</w:t>
      </w:r>
      <w:r>
        <w:rPr>
          <w:lang w:eastAsia="zh-CN"/>
        </w:rPr>
        <w:br/>
      </w:r>
      <w:r>
        <w:rPr>
          <w:lang w:eastAsia="zh-CN"/>
        </w:rPr>
        <w:t>　　戴尔卡耐基曾经说过：“不要怕推销自己，只要你认为自己有才华，你就应该认为自己有资格提任这个或那个职务。”</w:t>
      </w:r>
      <w:r>
        <w:rPr>
          <w:lang w:eastAsia="zh-CN"/>
        </w:rPr>
        <w:br/>
      </w:r>
      <w:r>
        <w:rPr>
          <w:lang w:eastAsia="zh-CN"/>
        </w:rPr>
        <w:t>　　流星的光辉来自天体的摩擦，珍珠的璀璨来自贝壳的眼泪，而一个班级的优秀来自班干部的和全班同学的共同努力。</w:t>
      </w:r>
      <w:r>
        <w:rPr>
          <w:lang w:eastAsia="zh-CN"/>
        </w:rPr>
        <w:br/>
      </w:r>
      <w:r>
        <w:rPr>
          <w:lang w:eastAsia="zh-CN"/>
        </w:rPr>
        <w:t>　　我不敢说我是最合适的，可我却是最努力的。</w:t>
      </w:r>
      <w:r>
        <w:rPr>
          <w:lang w:eastAsia="zh-CN"/>
        </w:rPr>
        <w:br/>
      </w:r>
      <w:r>
        <w:rPr>
          <w:lang w:eastAsia="zh-CN"/>
        </w:rPr>
        <w:t>　　不想当将军的士兵不是好士兵!是的!说到不如做到，要做就做最好!今天，我是成功的参与者，明天，我将成为参与的成功者!亲爱的老师和同学们，请给我一次锻炼的机会!相信在我们的共同努力下，308班将会更加意气奋发，蒸蒸日上!</w:t>
      </w:r>
      <w:r>
        <w:rPr>
          <w:lang w:eastAsia="zh-CN"/>
        </w:rPr>
        <w:br/>
      </w:r>
      <w:r>
        <w:rPr>
          <w:lang w:eastAsia="zh-CN"/>
        </w:rPr>
        <w:t>　　请相信我，投上你们那神圣而又宝贵的一票吧!</w:t>
      </w:r>
      <w:r>
        <w:rPr>
          <w:lang w:eastAsia="zh-CN"/>
        </w:rPr>
        <w:br/>
      </w:r>
      <w:r>
        <w:rPr>
          <w:lang w:eastAsia="zh-CN"/>
        </w:rPr>
        <w:t>　　我的演讲完毕，谢谢大家!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篇15 </w:t>
      </w:r>
      <w:r>
        <w:rPr>
          <w:lang w:eastAsia="zh-CN"/>
        </w:rPr>
        <w:br/>
      </w:r>
      <w:r>
        <w:rPr>
          <w:lang w:eastAsia="zh-CN"/>
        </w:rPr>
        <w:t>　　各位同学们，大家好：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>
        <w:rPr>
          <w:lang w:eastAsia="zh-CN"/>
        </w:rPr>
        <w:t>　　很高兴能够站在讲台上，面对同学们熟悉的面孔，参加班长竞选活动。此时此刻我的心里非常激动，并充满了感激感到激动是因为我有机会再次为大家服务;充满感激，是因为上个星期同学们对我的支持让我进入决赛。经过半年的风风雨雨、成功的喜乐、失败的教训让我茁壮成长，相信不管今天我从着走下台阶竟选的结果如何我都会坦然接受。</w:t>
      </w:r>
      <w:r>
        <w:rPr>
          <w:lang w:eastAsia="zh-CN"/>
        </w:rPr>
        <w:br/>
      </w:r>
      <w:r>
        <w:rPr>
          <w:lang w:eastAsia="zh-CN"/>
        </w:rPr>
        <w:t>　　今天我竞选的是班长这个职务。我不需要冠冕堂皇的介绍自己了，过去相处的时间已足以让大家了解我，对我有一个客观的评价。同时这段时间，也让我熟悉了每一位同学。我相信大家一定会对我的能力有一个正确的认识和理解，决不会以片面的观点否定我的价值，更会公平、公正地对待这次竞选。</w:t>
      </w:r>
      <w:r>
        <w:rPr>
          <w:lang w:eastAsia="zh-CN"/>
        </w:rPr>
        <w:br/>
      </w:r>
      <w:r>
        <w:rPr>
          <w:lang w:eastAsia="zh-CN"/>
        </w:rPr>
        <w:t>　　我今天呢，站在这里是想和同学们说一些我心里的话。我是真心想让同学们了解我心里的想法，从而更能体会我的心情，拉近我们之间内心的距离。</w:t>
      </w:r>
      <w:r>
        <w:rPr>
          <w:lang w:eastAsia="zh-CN"/>
        </w:rPr>
        <w:br/>
      </w:r>
      <w:r>
        <w:rPr>
          <w:lang w:eastAsia="zh-CN"/>
        </w:rPr>
        <w:t>　　我想做一名实干家，不需要用华丽的语言去修饰，我将用实际去证明我的价值。首先我认为作为一名合格的班长，需要对班级负责，需要对同学们负责，更需要对自己负责。班长是老师与咱班同学的桥梁，是老师了解咱班同学的首要途径。其次我认为作为一名班长应该做到以下几点：</w:t>
      </w:r>
      <w:r>
        <w:rPr>
          <w:lang w:eastAsia="zh-CN"/>
        </w:rPr>
        <w:br/>
      </w:r>
      <w:r>
        <w:rPr>
          <w:lang w:eastAsia="zh-CN"/>
        </w:rPr>
        <w:t>　　1、不能用威严去镇住同学们;</w:t>
      </w:r>
      <w:r>
        <w:rPr>
          <w:lang w:eastAsia="zh-CN"/>
        </w:rPr>
        <w:br/>
      </w:r>
      <w:r>
        <w:rPr>
          <w:lang w:eastAsia="zh-CN"/>
        </w:rPr>
        <w:t>　　2、应该搞好人际关系;</w:t>
      </w:r>
      <w:r>
        <w:rPr>
          <w:lang w:eastAsia="zh-CN"/>
        </w:rPr>
        <w:br/>
      </w:r>
      <w:r>
        <w:rPr>
          <w:lang w:eastAsia="zh-CN"/>
        </w:rPr>
        <w:t>　　3、应该团结同学与同学融为一体;</w:t>
      </w:r>
      <w:r>
        <w:rPr>
          <w:lang w:eastAsia="zh-CN"/>
        </w:rPr>
        <w:br/>
      </w:r>
      <w:r>
        <w:rPr>
          <w:lang w:eastAsia="zh-CN"/>
        </w:rPr>
        <w:t>　　4、要有管理能力;</w:t>
      </w:r>
      <w:r>
        <w:rPr>
          <w:lang w:eastAsia="zh-CN"/>
        </w:rPr>
        <w:br/>
      </w:r>
      <w:r>
        <w:rPr>
          <w:lang w:eastAsia="zh-CN"/>
        </w:rPr>
        <w:t>　　5、要坚持广大同学的利益为准则;</w:t>
      </w:r>
      <w:r>
        <w:rPr>
          <w:lang w:eastAsia="zh-CN"/>
        </w:rPr>
        <w:br/>
      </w:r>
      <w:r>
        <w:rPr>
          <w:lang w:eastAsia="zh-CN"/>
        </w:rPr>
        <w:t>　　6、要积极向老师反映班内的情况;</w:t>
      </w:r>
      <w:r>
        <w:rPr>
          <w:lang w:eastAsia="zh-CN"/>
        </w:rPr>
        <w:br/>
      </w:r>
      <w:r>
        <w:rPr>
          <w:lang w:eastAsia="zh-CN"/>
        </w:rPr>
        <w:t>　　7、及时提醒班干部该做的事;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>
        <w:rPr>
          <w:lang w:eastAsia="zh-CN"/>
        </w:rPr>
        <w:t>　　8、要虚心不拿班长架子;</w:t>
      </w:r>
      <w:r>
        <w:rPr>
          <w:lang w:eastAsia="zh-CN"/>
        </w:rPr>
        <w:br/>
      </w:r>
      <w:r>
        <w:rPr>
          <w:lang w:eastAsia="zh-CN"/>
        </w:rPr>
        <w:t>　　9、关心同学要有责任心;</w:t>
      </w:r>
      <w:r>
        <w:rPr>
          <w:lang w:eastAsia="zh-CN"/>
        </w:rPr>
        <w:br/>
      </w:r>
      <w:r>
        <w:rPr>
          <w:lang w:eastAsia="zh-CN"/>
        </w:rPr>
        <w:t>　　10、要发现班级好的地方及时表扬让班级为榜样。</w:t>
      </w:r>
      <w:r>
        <w:rPr>
          <w:lang w:eastAsia="zh-CN"/>
        </w:rPr>
        <w:br/>
      </w:r>
      <w:r>
        <w:rPr>
          <w:lang w:eastAsia="zh-CN"/>
        </w:rPr>
        <w:t>　　虽然在我的身上存在着少许的缺陷，但是我也有许多优势来胜任班长这个职务。我成绩比较优异，工作热情高，性格开朗，有积极向上的精神;同时我拥有较强的组织和宣传能力，这对于处理许多班工作有很多的帮助。对于别人给我提出的建议我会虚心接受，同时我会将这些建议落实到真正的工作中。我相信，我能够更从容的面对接下来的问题和挑战。</w:t>
      </w:r>
      <w:r>
        <w:rPr>
          <w:lang w:eastAsia="zh-CN"/>
        </w:rPr>
        <w:br/>
      </w:r>
      <w:r>
        <w:rPr>
          <w:lang w:eastAsia="zh-CN"/>
        </w:rPr>
        <w:t>　　正因为我了解了我自己的弱点与优势，同时认识到了一些问题对我的影响，于是我就能针对我的弱点，对自己进行完善。</w:t>
      </w:r>
      <w:r>
        <w:rPr>
          <w:lang w:eastAsia="zh-CN"/>
        </w:rPr>
        <w:br/>
      </w:r>
      <w:r>
        <w:rPr>
          <w:lang w:eastAsia="zh-CN"/>
        </w:rPr>
        <w:t>　　著名作家罗曼&amp;罗兰说过一句话，只有先相信了自己，然后别人才会相信你。我想有足够的信心来相信自己。我有能力更有自信，能以新的方法带领我们的班级走向一个新的层次。世界上没有完美的人，我也不例外，但是我会尽量减少自己的缺点，同时也希望每个人都能提出我的不足，让我能正确认识自己，完善自己。</w:t>
      </w:r>
      <w:r>
        <w:rPr>
          <w:lang w:eastAsia="zh-CN"/>
        </w:rPr>
        <w:br/>
      </w:r>
      <w:r>
        <w:rPr>
          <w:lang w:eastAsia="zh-CN"/>
        </w:rPr>
        <w:t>　　说了这么多，总归一句话：我是很珍惜班长这个职务的，不想失去。但是真正的决定权在你们的手中。只有你手上的那一票，才有可能让我放手一搏。我会将我全部的身心再次奉献给这个班级</w:t>
      </w:r>
      <w:r>
        <w:rPr>
          <w:lang w:eastAsia="zh-CN"/>
        </w:rPr>
        <w:br/>
      </w:r>
    </w:p>
    <w:p w:rsidR="001B1F19" w14:textId="27C3F48A">
      <w:pPr>
        <w:rPr>
          <w:rFonts w:hint="eastAsia"/>
          <w:lang w:eastAsia="zh-CN"/>
        </w:rPr>
      </w:pPr>
      <w:r>
        <w:rPr>
          <w:lang w:eastAsia="zh-CN"/>
        </w:rPr>
        <w:t>　　还有什么好犹豫的呢?事实证明，浪花淘尽英雄，机遇有自己把握。谋事在人，我相信成事也在人。成败不由他天来注定!如果不站在这里你们谁可以看到我的才能呢?我不是英雄，相反的，你们才是英雄!但我依然可以大声的告诉你们：我可以做英雄的领头人，我相信我有那个能力。但如果没有机会的话，我凭什么证明我成为班长会的价值，我拿什么证实我的说法没有错，我又可以靠什么去实施是我的纲领?</w:t>
      </w:r>
      <w:r>
        <w:rPr>
          <w:lang w:eastAsia="zh-CN"/>
        </w:rPr>
        <w:br/>
      </w:r>
      <w:r>
        <w:rPr>
          <w:lang w:eastAsia="zh-CN"/>
        </w:rPr>
        <w:t xml:space="preserve">    班级班委竞选演讲稿 篇16 </w:t>
      </w:r>
      <w:r>
        <w:rPr>
          <w:lang w:eastAsia="zh-CN"/>
        </w:rPr>
        <w:br/>
      </w:r>
      <w:r>
        <w:rPr>
          <w:lang w:eastAsia="zh-CN"/>
        </w:rPr>
        <w:t>　　敬爱的老师、亲爱的同学们：</w:t>
      </w:r>
      <w:r>
        <w:rPr>
          <w:lang w:eastAsia="zh-CN"/>
        </w:rPr>
        <w:br/>
      </w:r>
      <w:r>
        <w:rPr>
          <w:lang w:eastAsia="zh-CN"/>
        </w:rPr>
        <w:t>　　大家好！</w:t>
      </w:r>
      <w:r>
        <w:rPr>
          <w:lang w:eastAsia="zh-CN"/>
        </w:rPr>
        <w:br/>
      </w:r>
      <w:r>
        <w:rPr>
          <w:lang w:eastAsia="zh-CN"/>
        </w:rPr>
        <w:t>　　今天，我鼓足勇气走上讲台，目的就是来竞选学习委员。</w:t>
      </w:r>
      <w:r>
        <w:rPr>
          <w:lang w:eastAsia="zh-CN"/>
        </w:rPr>
        <w:br/>
      </w:r>
      <w:r>
        <w:rPr>
          <w:lang w:eastAsia="zh-CN"/>
        </w:rPr>
        <w:t>　　我相信凭着我坚定不移的信念和勇于拼搏的精神，凭着我助人为乐、勤奋好学等优点，还有我的才能，我必定是竞选学习委员的最佳人选。</w:t>
      </w:r>
      <w:r>
        <w:rPr>
          <w:lang w:eastAsia="zh-CN"/>
        </w:rPr>
        <w:br/>
      </w:r>
      <w:r>
        <w:rPr>
          <w:lang w:eastAsia="zh-CN"/>
        </w:rPr>
        <w:t>　　我是一个成绩优秀的学生。每天我都认真完成老师布置的家庭作业，作业写得干净整齐。</w:t>
      </w:r>
      <w:r>
        <w:rPr>
          <w:lang w:eastAsia="zh-CN"/>
        </w:rPr>
        <w:br/>
      </w:r>
      <w:r>
        <w:rPr>
          <w:lang w:eastAsia="zh-CN"/>
        </w:rPr>
        <w:t>　　我关心班集体，每天提前来扫地、浇花。我的画画得很好，曾获得一个三等奖，为班里及我个人争得了荣誉。我有一篇文章《给山区小朋友的一封信》投到《__日报》，被发表了，受到了老师和同学们的赞扬。</w:t>
      </w:r>
      <w:r>
        <w:rPr>
          <w:lang w:eastAsia="zh-CN"/>
        </w:rPr>
        <w:br/>
      </w:r>
      <w:r>
        <w:rPr>
          <w:lang w:eastAsia="zh-CN"/>
        </w:rPr>
        <w:t>　　我不仅自己上课认真听讲，课后认真完成作业，还乐于助人。如果同桌或其他同学有难题不会做，我会耐心地讲给他们听，尽自己所能帮助他们。</w:t>
      </w:r>
      <w:r>
        <w:rPr>
          <w:lang w:eastAsia="zh-CN"/>
        </w:rPr>
        <w:br/>
      </w:r>
      <w:r>
        <w:rPr>
          <w:lang w:eastAsia="zh-CN"/>
        </w:rPr>
        <w:t>　　如果我竞选成功，我一定不怕苦，不怕累，迎接新的挑战！我会和其他班干部一起成为老师的小帮手。</w:t>
      </w:r>
      <w:r>
        <w:rPr>
          <w:lang w:eastAsia="zh-CN"/>
        </w:rPr>
        <w:br/>
      </w:r>
      <w:r>
        <w:rPr>
          <w:rFonts w:hint="eastAsia"/>
          <w:lang w:eastAsia="zh-CN"/>
        </w:rPr>
        <w:br/>
      </w:r>
      <w:r>
        <w:rPr>
          <w:rFonts w:hint="eastAsia"/>
          <w:lang w:eastAsia="zh-CN"/>
        </w:rP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https://d.book118.com/838005015123006036</w:t>
        </w:r>
      </w:hyperlink>
    </w:p>
    <w:p w:rsidR="001B1F19">
      <w:pPr>
        <w:rPr>
          <w:rFonts w:hint="eastAsia"/>
          <w:lang w:eastAsia="zh-CN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49D07D03"/>
    <w:multiLevelType w:val="multilevel"/>
    <w:tmpl w:val="3AE4B26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820273113">
    <w:abstractNumId w:val="0"/>
  </w:num>
  <w:num w:numId="2" w16cid:durableId="14996911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022227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2500097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484274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23348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F19"/>
    <w:rsid w:val="00012D24"/>
    <w:rsid w:val="000B76DB"/>
    <w:rsid w:val="001B1F19"/>
    <w:rsid w:val="002E2E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8D8A34"/>
  <w15:docId w15:val="{83B6B1C2-FF47-43CC-85A6-22B37870D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693F"/>
    <w:rPr>
      <w:rFonts w:ascii="仿宋" w:eastAsia="仿宋" w:hAnsi="仿宋"/>
      <w:sz w:val="28"/>
    </w:rPr>
  </w:style>
  <w:style w:type="paragraph" w:styleId="Heading1">
    <w:name w:val="heading 1"/>
    <w:basedOn w:val="Normal"/>
    <w:next w:val="Normal"/>
    <w:link w:val="1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4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5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6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7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8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paragraph" w:styleId="Heading9">
    <w:name w:val="heading 9"/>
    <w:basedOn w:val="Normal"/>
    <w:next w:val="Normal"/>
    <w:link w:val="9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">
    <w:name w:val="页眉 字符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a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0">
    <w:name w:val="页脚 字符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1">
    <w:name w:val="标题 1 字符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">
    <w:name w:val="标题 2 字符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">
    <w:name w:val="标题 3 字符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Title">
    <w:name w:val="Title"/>
    <w:basedOn w:val="Normal"/>
    <w:next w:val="Normal"/>
    <w:link w:val="a1"/>
    <w:uiPriority w:val="10"/>
    <w:qFormat/>
    <w:rsid w:val="00FC693F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1">
    <w:name w:val="标题 字符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a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2">
    <w:name w:val="副标题 字符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a3"/>
    <w:uiPriority w:val="99"/>
    <w:unhideWhenUsed/>
    <w:rsid w:val="00AA1D8D"/>
    <w:pPr>
      <w:spacing w:after="120"/>
    </w:pPr>
  </w:style>
  <w:style w:type="character" w:customStyle="1" w:styleId="a3">
    <w:name w:val="正文文本 字符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20"/>
    <w:uiPriority w:val="99"/>
    <w:unhideWhenUsed/>
    <w:rsid w:val="00AA1D8D"/>
    <w:pPr>
      <w:spacing w:after="120" w:line="480" w:lineRule="auto"/>
    </w:pPr>
  </w:style>
  <w:style w:type="character" w:customStyle="1" w:styleId="20">
    <w:name w:val="正文文本 2 字符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3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0">
    <w:name w:val="正文文本 3 字符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a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4">
    <w:name w:val="宏文本 字符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a5"/>
    <w:uiPriority w:val="29"/>
    <w:qFormat/>
    <w:rsid w:val="00FC693F"/>
    <w:rPr>
      <w:i/>
      <w:iCs/>
      <w:color w:val="000000" w:themeColor="text1"/>
    </w:rPr>
  </w:style>
  <w:style w:type="character" w:customStyle="1" w:styleId="a5">
    <w:name w:val="引用 字符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4">
    <w:name w:val="标题 4 字符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">
    <w:name w:val="标题 5 字符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">
    <w:name w:val="标题 6 字符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">
    <w:name w:val="标题 7 字符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">
    <w:name w:val="标题 8 字符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472C4" w:themeColor="accent1"/>
      <w:sz w:val="20"/>
      <w:szCs w:val="20"/>
    </w:rPr>
  </w:style>
  <w:style w:type="character" w:customStyle="1" w:styleId="9">
    <w:name w:val="标题 9 字符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472C4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a6"/>
    <w:uiPriority w:val="30"/>
    <w:qFormat/>
    <w:rsid w:val="00FC693F"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6">
    <w:name w:val="明显引用 字符"/>
    <w:basedOn w:val="DefaultParagraphFont"/>
    <w:link w:val="IntenseQuote"/>
    <w:uiPriority w:val="30"/>
    <w:rsid w:val="00FC693F"/>
    <w:rPr>
      <w:b/>
      <w:bCs/>
      <w:i/>
      <w:iCs/>
      <w:color w:val="4472C4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1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H w:val="nil"/>
          <w:insideV w:val="single" w:sz="8" w:space="0" w:color="4472C4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</w:tcPr>
    </w:tblStylePr>
    <w:tblStylePr w:type="band1Vert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  <w:shd w:val="clear" w:color="auto" w:fill="D0DBF0" w:themeFill="accent1" w:themeFillTint="3F"/>
      </w:tcPr>
    </w:tblStylePr>
    <w:tblStylePr w:type="band2Horz">
      <w:tblPr/>
      <w:tcPr>
        <w:tcBorders>
          <w:top w:val="single" w:sz="8" w:space="0" w:color="4472C4" w:themeColor="accent1"/>
          <w:left w:val="single" w:sz="8" w:space="0" w:color="4472C4" w:themeColor="accent1"/>
          <w:bottom w:val="single" w:sz="8" w:space="0" w:color="4472C4" w:themeColor="accent1"/>
          <w:right w:val="single" w:sz="8" w:space="0" w:color="4472C4" w:themeColor="accent1"/>
          <w:insideV w:val="single" w:sz="8" w:space="0" w:color="4472C4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1" w:themeTint="BF"/>
          <w:left w:val="single" w:sz="8" w:space="0" w:color="7295D2" w:themeColor="accent1" w:themeTint="BF"/>
          <w:bottom w:val="single" w:sz="8" w:space="0" w:color="7295D2" w:themeColor="accent1" w:themeTint="BF"/>
          <w:right w:val="single" w:sz="8" w:space="0" w:color="7295D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1"/>
          <w:bottom w:val="single" w:sz="8" w:space="0" w:color="4472C4" w:themeColor="accent1"/>
        </w:tcBorders>
      </w:tcPr>
    </w:tblStylePr>
    <w:tblStylePr w:type="band1Vert">
      <w:tblPr/>
      <w:tcPr>
        <w:shd w:val="clear" w:color="auto" w:fill="D0DBF0" w:themeFill="accent1" w:themeFillTint="3F"/>
      </w:tcPr>
    </w:tblStylePr>
    <w:tblStylePr w:type="band1Horz">
      <w:tblPr/>
      <w:tcPr>
        <w:shd w:val="clear" w:color="auto" w:fill="D0DBF0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1" w:themeTint="BF"/>
        <w:left w:val="single" w:sz="8" w:space="0" w:color="7295D2" w:themeColor="accent1" w:themeTint="BF"/>
        <w:bottom w:val="single" w:sz="8" w:space="0" w:color="7295D2" w:themeColor="accent1" w:themeTint="BF"/>
        <w:right w:val="single" w:sz="8" w:space="0" w:color="7295D2" w:themeColor="accent1" w:themeTint="BF"/>
        <w:insideH w:val="single" w:sz="8" w:space="0" w:color="7295D2" w:themeColor="accent1" w:themeTint="BF"/>
        <w:insideV w:val="single" w:sz="8" w:space="0" w:color="7295D2" w:themeColor="accent1" w:themeTint="BF"/>
      </w:tblBorders>
    </w:tblPr>
    <w:tcPr>
      <w:shd w:val="clear" w:color="auto" w:fill="D0DBF0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1"/>
        <w:left w:val="single" w:sz="8" w:space="0" w:color="4472C4" w:themeColor="accent1"/>
        <w:bottom w:val="single" w:sz="8" w:space="0" w:color="4472C4" w:themeColor="accent1"/>
        <w:right w:val="single" w:sz="8" w:space="0" w:color="4472C4" w:themeColor="accent1"/>
        <w:insideH w:val="single" w:sz="8" w:space="0" w:color="4472C4" w:themeColor="accent1"/>
        <w:insideV w:val="single" w:sz="8" w:space="0" w:color="4472C4" w:themeColor="accent1"/>
      </w:tblBorders>
    </w:tblPr>
    <w:tcPr>
      <w:shd w:val="clear" w:color="auto" w:fill="D0DBF0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1" w:themeFillTint="33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tcBorders>
          <w:insideH w:val="single" w:sz="6" w:space="0" w:color="4472C4" w:themeColor="accent1"/>
          <w:insideV w:val="single" w:sz="6" w:space="0" w:color="4472C4" w:themeColor="accent1"/>
        </w:tcBorders>
        <w:shd w:val="clear" w:color="auto" w:fill="A1B8E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1" w:themeShade="99"/>
          <w:insideV w:val="nil"/>
        </w:tcBorders>
        <w:shd w:val="clear" w:color="auto" w:fill="26437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1" w:themeFillShade="99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A1B8E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</w:rPr>
      <w:tblPr/>
      <w:tcPr>
        <w:shd w:val="clear" w:color="auto" w:fill="B4C6E7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1" w:themeFillShade="BF"/>
      </w:tcPr>
    </w:tblStylePr>
    <w:tblStylePr w:type="band1Vert">
      <w:tblPr/>
      <w:tcPr>
        <w:shd w:val="clear" w:color="auto" w:fill="A1B8E1" w:themeFill="accent1" w:themeFillTint="7F"/>
      </w:tcPr>
    </w:tblStylePr>
    <w:tblStylePr w:type="band1Horz">
      <w:tblPr/>
      <w:tcPr>
        <w:shd w:val="clear" w:color="auto" w:fill="A1B8E1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38005015123006036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Apache POI</dc:creator>
  <cp:lastModifiedBy>Leslie Kang</cp:lastModifiedBy>
  <cp:revision>5</cp:revision>
  <dcterms:created xsi:type="dcterms:W3CDTF">2024-01-11T00:28:00Z</dcterms:created>
  <dcterms:modified xsi:type="dcterms:W3CDTF">2024-01-11T07:22:00Z</dcterms:modified>
</cp:coreProperties>
</file>