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1B1F19" w:rsidRPr="00937657" w14:paraId="7F7A67AA" w14:textId="0AE8485B">
      <w:pPr>
        <w:pStyle w:val="Heading1"/>
        <w:jc w:val="center"/>
        <w:rPr>
          <w:color w:val="000000" w:themeColor="text1"/>
          <w:lang w:eastAsia="zh-CN"/>
        </w:rPr>
      </w:pPr>
      <w:r>
        <w:rPr>
          <w:color w:val="000000" w:themeColor="text1"/>
          <w:sz w:val="44"/>
          <w:lang w:eastAsia="zh-CN"/>
        </w:rPr>
        <w:t>校园生活的话题演讲稿范文（27篇）</w:t>
      </w:r>
    </w:p>
    <w:p w:rsidR="001B1F19" w14:paraId="15E7D7A0" w14:textId="27C3F48A">
      <w:pPr>
        <w:rPr>
          <w:lang w:eastAsia="zh-CN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lang w:eastAsia="zh-CN"/>
        </w:rPr>
        <w:br/>
      </w:r>
      <w:r>
        <w:rPr>
          <w:lang w:eastAsia="zh-CN"/>
        </w:rPr>
        <w:br/>
      </w:r>
      <w:r>
        <w:rPr>
          <w:lang w:eastAsia="zh-CN"/>
        </w:rPr>
        <w:t>校园生活的话题演讲稿范文（精选27篇）</w:t>
      </w:r>
      <w:r>
        <w:rPr>
          <w:lang w:eastAsia="zh-CN"/>
        </w:rPr>
        <w:br/>
      </w:r>
      <w:r>
        <w:rPr>
          <w:lang w:eastAsia="zh-CN"/>
        </w:rPr>
        <w:t xml:space="preserve">    校园生活的话题演讲稿范文 篇1 </w:t>
      </w:r>
      <w:r>
        <w:rPr>
          <w:lang w:eastAsia="zh-CN"/>
        </w:rPr>
        <w:br/>
      </w:r>
      <w:r>
        <w:rPr>
          <w:lang w:eastAsia="zh-CN"/>
        </w:rPr>
        <w:t>　　亲爱的老师、同学们：</w:t>
      </w:r>
      <w:r>
        <w:rPr>
          <w:lang w:eastAsia="zh-CN"/>
        </w:rPr>
        <w:br/>
      </w:r>
      <w:r>
        <w:rPr>
          <w:lang w:eastAsia="zh-CN"/>
        </w:rPr>
        <w:t>　　当我们跨进校园的第一刻时，校园的形象就深深的印在我们的心中了。并且它也将在我们心中拥有不可替代的位置。</w:t>
      </w:r>
      <w:r>
        <w:rPr>
          <w:lang w:eastAsia="zh-CN"/>
        </w:rPr>
        <w:br/>
      </w:r>
      <w:r>
        <w:rPr>
          <w:lang w:eastAsia="zh-CN"/>
        </w:rPr>
        <w:t>　　还记得，我第一次进学校的时候——一进校门，看见高高的围墙便一边大哭一边往外跑。妈妈连忙拉住我又带进了学校。可当妈妈把我领进教室后我又哭了起来，拉着妈妈，要妈妈留下来陪我——我 那时根本不知道学校的好处。</w:t>
      </w:r>
      <w:r>
        <w:rPr>
          <w:lang w:eastAsia="zh-CN"/>
        </w:rPr>
        <w:br/>
      </w:r>
      <w:r>
        <w:rPr>
          <w:lang w:eastAsia="zh-CN"/>
        </w:rPr>
        <w:t>　　转眼我已经成了小学六年级的学生了。在这六年的学习生活中，校园里留下了我们无数的身影。在学校东边的草地上有我们在大扫除时捡垃圾时的身影;在学校的操场上，有我们玩耍的身影，有我们 的欢声与笑语;在教学楼的每一间教室中，都留下了我们朗朗的读书声与答对问题后老师的夸奖。在校园的每一个角落里，都留下了我们的欢乐。</w:t>
      </w:r>
      <w:r>
        <w:rPr>
          <w:lang w:eastAsia="zh-CN"/>
        </w:rPr>
        <w:br/>
      </w:r>
      <w:r>
        <w:rPr>
          <w:lang w:eastAsia="zh-CN"/>
        </w:rPr>
        <w:t>　　我们即将毕业，我们即将离开我们的母校。我们的心里有种说不出的感觉。</w:t>
      </w:r>
      <w:r>
        <w:rPr>
          <w:lang w:eastAsia="zh-CN"/>
        </w:rPr>
        <w:br/>
      </w:r>
      <w:r>
        <w:rPr>
          <w:lang w:eastAsia="zh-CN"/>
        </w:rPr>
        <w:t>　　我们的母校，难忘的校园!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lang w:eastAsia="zh-CN"/>
        </w:rPr>
        <w:t xml:space="preserve">    校园生活的话题演讲稿范文 篇2 </w:t>
      </w:r>
      <w:r>
        <w:rPr>
          <w:lang w:eastAsia="zh-CN"/>
        </w:rPr>
        <w:br/>
      </w:r>
      <w:r>
        <w:rPr>
          <w:lang w:eastAsia="zh-CN"/>
        </w:rPr>
        <w:t>　　亲爱的老师、同学们：</w:t>
      </w:r>
      <w:r>
        <w:rPr>
          <w:lang w:eastAsia="zh-CN"/>
        </w:rPr>
        <w:br/>
      </w:r>
      <w:r>
        <w:rPr>
          <w:lang w:eastAsia="zh-CN"/>
        </w:rPr>
        <w:t>　　就在昨天，我们还在这里做广播体操;就在昨天，我们还在这里嬉戏玩耍;就在昨天，我们在这里上课，昨天的一切还历历在目。可是，今天我们就要永远离开校园了，离开这个陪伴了我们六年小 学生活的校园了。也许，在以后或是不久的将来，我们还会回到这里，可是，我们却永远也无法追回小学时那嬉戏玩耍的情景了。</w:t>
      </w:r>
      <w:r>
        <w:rPr>
          <w:lang w:eastAsia="zh-CN"/>
        </w:rPr>
        <w:br/>
      </w:r>
      <w:r>
        <w:rPr>
          <w:lang w:eastAsia="zh-CN"/>
        </w:rPr>
        <w:t>　　往日的欢笑如铜铃一般回荡在校园的上空，往日的一切都历历在目：这边你追我赶，大家在捉迷藏，那边在蹦蹦跳跳的跳皮筋。走到这里听见了歌声，咦这是什么游戏呢?奥，是我最喜欢的丢手绢 。</w:t>
      </w:r>
      <w:r>
        <w:rPr>
          <w:lang w:eastAsia="zh-CN"/>
        </w:rPr>
        <w:br/>
      </w:r>
      <w:r>
        <w:rPr>
          <w:lang w:eastAsia="zh-CN"/>
        </w:rPr>
        <w:t>　　校园的天空还是那样的蓝，校园的水还是那样的清，校园的样子还是那样的美。可是，物是人非。那个属于我们的校园已经不存在了。它记录了我们的欢笑与泪水，快乐与伤心，他是我们的纪念， 那属于我们的校园在那里呢?他将永远埋在藏在我们内心深处。</w:t>
      </w:r>
      <w:r>
        <w:rPr>
          <w:lang w:eastAsia="zh-CN"/>
        </w:rPr>
        <w:br/>
      </w:r>
      <w:r>
        <w:rPr>
          <w:lang w:eastAsia="zh-CN"/>
        </w:rPr>
        <w:t>　　我难以忘记这个校园，难以忘记这里的一草一木，因为这里到处遗留着我们的足迹!</w:t>
      </w:r>
      <w:r>
        <w:rPr>
          <w:lang w:eastAsia="zh-CN"/>
        </w:rPr>
        <w:br/>
      </w:r>
      <w:r>
        <w:rPr>
          <w:lang w:eastAsia="zh-CN"/>
        </w:rPr>
        <w:t xml:space="preserve">    校园生活的话题演讲稿范文 篇3 </w:t>
      </w:r>
      <w:r>
        <w:rPr>
          <w:lang w:eastAsia="zh-CN"/>
        </w:rPr>
        <w:br/>
      </w:r>
      <w:r>
        <w:rPr>
          <w:lang w:eastAsia="zh-CN"/>
        </w:rPr>
        <w:t>　　亲爱的老师、同学们：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lang w:eastAsia="zh-CN"/>
        </w:rPr>
        <w:t>　　对于校园生活，我想：那是我们再也熟悉不过的一个学习天地。有人说：学习是一件极其无聊的事情，更别说校园生活的枯燥乏味了。可我却觉得学习是一件快乐的事情，校园生活是多姿多彩，为我点缀了人生的一幅幅美好的画面，使我的人生路途中充满欣喜。</w:t>
      </w:r>
      <w:r>
        <w:rPr>
          <w:lang w:eastAsia="zh-CN"/>
        </w:rPr>
        <w:br/>
      </w:r>
      <w:r>
        <w:rPr>
          <w:lang w:eastAsia="zh-CN"/>
        </w:rPr>
        <w:t>　　清晨，在凉风的陪伴下，同学们陆陆续续的来到教室。早读课上，大家都打开课本，齐刷刷地朗读课文，虽然有个别同学还没有朗读，但在老师的管理下，所有的同学都大声地朗读，成了清晨校园里的不可缺少的一段校园交响曲。一天的校园生活就这样开始了。</w:t>
      </w:r>
      <w:r>
        <w:rPr>
          <w:lang w:eastAsia="zh-CN"/>
        </w:rPr>
        <w:br/>
      </w:r>
      <w:r>
        <w:rPr>
          <w:lang w:eastAsia="zh-CN"/>
        </w:rPr>
        <w:t>　　每当老师英姿身影出现在讲台上的时候，我们的心便随着老师一起在遨游知识的海洋，去领略异国的风情，在另一个世界里感受新鲜的阳光、感受世界的多姿多彩。</w:t>
      </w:r>
      <w:r>
        <w:rPr>
          <w:lang w:eastAsia="zh-CN"/>
        </w:rPr>
        <w:br/>
      </w:r>
      <w:r>
        <w:rPr>
          <w:lang w:eastAsia="zh-CN"/>
        </w:rPr>
        <w:t>　　课余时间是愉快的，走廊上，有的同学在谈笑风生，有的同学在欣赏着校园美丽的景色，给自己紧张的大脑放松一下。教室里，有的同学在看故事书，有的同学在做作业，有的同学在为下一节课做准备……</w:t>
      </w:r>
      <w:r>
        <w:rPr>
          <w:lang w:eastAsia="zh-CN"/>
        </w:rPr>
        <w:br/>
      </w:r>
      <w:r>
        <w:rPr>
          <w:lang w:eastAsia="zh-CN"/>
        </w:rPr>
        <w:t>　　同学们最喜欢上的课就是体育课了。在体育课上，可以自由地奔跑，享受阳光的照耀，跑得大汗淋漓。你看，操场上同学们在那里打篮球，打羽毛球……</w:t>
      </w:r>
      <w:r>
        <w:rPr>
          <w:lang w:eastAsia="zh-CN"/>
        </w:rPr>
        <w:br/>
      </w:r>
      <w:r>
        <w:rPr>
          <w:lang w:eastAsia="zh-CN"/>
        </w:rPr>
        <w:t>　　傍晚，同学们都高兴地带着课本纷纷放学回家，他们说着笑着，为快乐的一天感到欣喜。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lang w:eastAsia="zh-CN"/>
        </w:rPr>
        <w:t>　　我的校园生活是甜蜜的。因为我的生活中有一张张熟悉的面孔;一个个甜甜的微笑;一句句暖暖的祝福与问候。在我们成功的日子里，我们欢呼着，一起分享每一份成功的果实;一起用快乐的音符奏响心灵的乐章。在我们失败的日子里，我们互相鼓励着，一起努力。同时，我也要谢谢我的老师们，“天涯地角有穿时，只有师恩无尽处。”每当我遇到挫折，因考试失败而苦闷时，老师像一盏明亮的灯挂在我无助的灵魂前，教导我、督促我做生活的强者，因为胜利的喜悦只属于生活的强者。</w:t>
      </w:r>
      <w:r>
        <w:rPr>
          <w:lang w:eastAsia="zh-CN"/>
        </w:rPr>
        <w:br/>
      </w:r>
      <w:r>
        <w:rPr>
          <w:lang w:eastAsia="zh-CN"/>
        </w:rPr>
        <w:t>　　校园的生活是紧张，忙碌。刻苦的，但也是甜蜜，快乐，多彩的。我爱我的校园生活。</w:t>
      </w:r>
      <w:r>
        <w:rPr>
          <w:lang w:eastAsia="zh-CN"/>
        </w:rPr>
        <w:br/>
      </w:r>
      <w:r>
        <w:rPr>
          <w:lang w:eastAsia="zh-CN"/>
        </w:rPr>
        <w:t xml:space="preserve">    校园生活的话题演讲稿范文 篇4 </w:t>
      </w:r>
      <w:r>
        <w:rPr>
          <w:lang w:eastAsia="zh-CN"/>
        </w:rPr>
        <w:br/>
      </w:r>
      <w:r>
        <w:rPr>
          <w:lang w:eastAsia="zh-CN"/>
        </w:rPr>
        <w:t>　　尊敬的各位老师、亲爱的同学们：</w:t>
      </w:r>
      <w:r>
        <w:rPr>
          <w:lang w:eastAsia="zh-CN"/>
        </w:rPr>
        <w:br/>
      </w:r>
      <w:r>
        <w:rPr>
          <w:lang w:eastAsia="zh-CN"/>
        </w:rPr>
        <w:t>　　大家好！</w:t>
      </w:r>
      <w:r>
        <w:rPr>
          <w:lang w:eastAsia="zh-CN"/>
        </w:rPr>
        <w:br/>
      </w:r>
      <w:r>
        <w:rPr>
          <w:lang w:eastAsia="zh-CN"/>
        </w:rPr>
        <w:t>　　我们的校园生活是丰富多彩的。课堂上，我们努力学习，在知识的海洋里遨游。课余，同学们放飞心情，欢快地玩耍。操场、楼道无一不是我们的乐园，打球、跳绳、躲猫猫……，都是我们的游戏，我们总能替自己找到乐子。虽然在这个学校呆了五年，但每天并不乏味，每一天都有新的故事，拥有着不同的心情。</w:t>
      </w:r>
      <w:r>
        <w:rPr>
          <w:lang w:eastAsia="zh-CN"/>
        </w:rPr>
        <w:br/>
      </w:r>
      <w:r>
        <w:rPr>
          <w:lang w:eastAsia="zh-CN"/>
        </w:rPr>
        <w:t>　　踏着轻松的节拍，我们终于又迎来了期盼已久的课间十分钟。六年级的学哥学姐们一个箭步冲出来，占领了内操场，操场上顿时沸腾了起来。有的学哥学姐们在打羽毛球，有的则在打篮球，有的在走廊看风景。当然也少不了我们这群好动的学弟学妹们，楼上的走廊虽然是窄了点，可也是我们的“游乐胜地”！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lang w:eastAsia="zh-CN"/>
        </w:rPr>
        <w:t>　　五年级了，学习任务越来越紧，可我们总能苦中作乐，最近我们班女生流行玩系红领巾的游戏。规则是这样的：四五个人一只手插着腰，围成一个圈，另外四五个数量相同的自由人，每人找一个对应的“柱子”，将红领巾系在“柱子”的手臂上。自由人在自己的一个“柱子”上用红领巾打结好结，就跑向前一个“柱子”继续解结，并又迅速打结。如果前面那个自由人没打好自己的结，就会被后面的人抓住，那就只好和自己的“柱子”交换，把自己变成了“柱子”。要想重新变成自由人，那就得有自由人在你这根“柱子”前被抓才能还你自由之身。</w:t>
      </w:r>
      <w:r>
        <w:rPr>
          <w:lang w:eastAsia="zh-CN"/>
        </w:rPr>
        <w:br/>
      </w:r>
      <w:r>
        <w:rPr>
          <w:lang w:eastAsia="zh-CN"/>
        </w:rPr>
        <w:t>　　“一二三，开始！”号称“系结女王”的刘苗红果然厉害，才一眨眼的工夫，就系好了一个结，大步流星的朝前面的熊樱菲奔去。我们一般都避免站在刘苗红前面一个。眼看刘苗红离熊樱菲只有咫尺之遥，我真为熊樱菲捏了一把汗，熊樱菲奋力一搏，居然逃过了“魔抓”。可俗话说得好：躲得过初一，躲不过十五。在第二个“柱子”前她最终没能逃过一劫，还是被抓，只得乖乖地站在一边担当“柱子”。刘苗红不愧为“系结女王”，前面的四个自由人都陆续被抓，有时她能顺利连跑两个圈。我真是很羡慕她，可我目前只是菜鸟级别，很想有她那样的“技术”，于是我一有空就偷偷练习，努力钻研。呵呵！</w:t>
      </w:r>
      <w:r>
        <w:rPr>
          <w:lang w:eastAsia="zh-CN"/>
        </w:rPr>
        <w:br/>
      </w:r>
      <w:r>
        <w:rPr>
          <w:lang w:eastAsia="zh-CN"/>
        </w:rPr>
        <w:t>　　“叮……叮……叮”又是一阵清脆悦耳的铃声。上课了！“唉，今天我这根“柱子”还没上场呢！”带着期待，大家陆陆续续地进了教室。可心还在回忆着刚才的那段快乐而紧张的场面。这就是我五年校园学习的某一个课间生活，是那么开心刺激，而又令人充满期待。</w:t>
      </w:r>
      <w:r>
        <w:rPr>
          <w:lang w:eastAsia="zh-CN"/>
        </w:rPr>
        <w:br/>
      </w:r>
      <w:r>
        <w:rPr>
          <w:lang w:eastAsia="zh-CN"/>
        </w:rPr>
        <w:t>　　我喜欢我的学校，我爱我的校园生活！</w:t>
      </w:r>
      <w:r>
        <w:rPr>
          <w:lang w:eastAsia="zh-CN"/>
        </w:rPr>
        <w:br/>
      </w:r>
      <w:r>
        <w:rPr>
          <w:lang w:eastAsia="zh-CN"/>
        </w:rPr>
        <w:t xml:space="preserve">    校园生活的话题演讲稿范文 篇5 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lang w:eastAsia="zh-CN"/>
        </w:rPr>
        <w:t>　　尊敬的各位领导、敬爱的老师、亲爱的同学们：</w:t>
      </w:r>
      <w:r>
        <w:rPr>
          <w:lang w:eastAsia="zh-CN"/>
        </w:rPr>
        <w:br/>
      </w:r>
      <w:r>
        <w:rPr>
          <w:lang w:eastAsia="zh-CN"/>
        </w:rPr>
        <w:t>　　大家上午好!</w:t>
      </w:r>
      <w:r>
        <w:rPr>
          <w:lang w:eastAsia="zh-CN"/>
        </w:rPr>
        <w:br/>
      </w:r>
      <w:r>
        <w:rPr>
          <w:lang w:eastAsia="zh-CN"/>
        </w:rPr>
        <w:t>　　今天我在国旗下演讲的题目是《绿色，让校园生活更美好》，</w:t>
      </w:r>
      <w:r>
        <w:rPr>
          <w:lang w:eastAsia="zh-CN"/>
        </w:rPr>
        <w:br/>
      </w:r>
      <w:r>
        <w:rPr>
          <w:lang w:eastAsia="zh-CN"/>
        </w:rPr>
        <w:t>　　绿色是大自然赠与我们人类的宝贵财富，绿色是人类文明的摇篮。人人都渴望拥有一个美好的家园，人人都希望生活在人与自然和谐的文明环境里。校园环境建设是我们必须直面的问题。</w:t>
      </w:r>
      <w:r>
        <w:rPr>
          <w:lang w:eastAsia="zh-CN"/>
        </w:rPr>
        <w:br/>
      </w:r>
      <w:r>
        <w:rPr>
          <w:lang w:eastAsia="zh-CN"/>
        </w:rPr>
        <w:t>　　我们经常会看到许多同学在校园里的各个角落捡拾果皮纸屑，用自己的双手去保护校园环境的优美。但是，仍然有人乱丢纸屑、食品包装袋等废弃物;仍然有人在草坪上肆意践踏。学校的绿化带中，不时发现有深深的脚印，有的地方甚至走成了小道。</w:t>
      </w:r>
      <w:r>
        <w:rPr>
          <w:lang w:eastAsia="zh-CN"/>
        </w:rPr>
        <w:br/>
      </w:r>
      <w:r>
        <w:rPr>
          <w:lang w:eastAsia="zh-CN"/>
        </w:rPr>
        <w:t>　　创建绿色校园，不仅是优美的硬件环境，更应该提高我们的自身修养和素质，这也是我们的责任和义务，作为一名高中生，人人都应该成为护绿天使，用绿色的实际行动去创建绿色校园。</w:t>
      </w:r>
      <w:r>
        <w:rPr>
          <w:lang w:eastAsia="zh-CN"/>
        </w:rPr>
        <w:br/>
      </w:r>
      <w:r>
        <w:rPr>
          <w:lang w:eastAsia="zh-CN"/>
        </w:rPr>
        <w:t>　　我倡议：保护校园环境，创建绿色校园要做到： 1、立即行动起来，都来关心和爱护绿化，积极参与校园绿化建设和管理。</w:t>
      </w:r>
      <w:r>
        <w:rPr>
          <w:lang w:eastAsia="zh-CN"/>
        </w:rPr>
        <w:br/>
      </w:r>
      <w:r>
        <w:rPr>
          <w:lang w:eastAsia="zh-CN"/>
        </w:rPr>
        <w:t>　　2、爱护花草树木设施，对破坏绿化设施的行为要敢于制止并举报。</w:t>
      </w:r>
      <w:r>
        <w:rPr>
          <w:lang w:eastAsia="zh-CN"/>
        </w:rPr>
        <w:br/>
      </w:r>
      <w:r>
        <w:rPr>
          <w:lang w:eastAsia="zh-CN"/>
        </w:rPr>
        <w:t>　　3、要养成良好的卫生习惯，不随意乱扔瓜皮果壳、烟头、不随地吐痰。</w:t>
      </w:r>
      <w:r>
        <w:rPr>
          <w:lang w:eastAsia="zh-CN"/>
        </w:rPr>
        <w:br/>
      </w:r>
      <w:r>
        <w:rPr>
          <w:lang w:eastAsia="zh-CN"/>
        </w:rPr>
        <w:t>　　4、不使用污染环境的产品，特别时不要使用一次性碗筷。</w:t>
      </w:r>
      <w:r>
        <w:rPr>
          <w:lang w:eastAsia="zh-CN"/>
        </w:rPr>
        <w:br/>
      </w:r>
      <w:r>
        <w:rPr>
          <w:lang w:eastAsia="zh-CN"/>
        </w:rPr>
        <w:t>　　5、树立和倡导绿色文明意识，积极参加校园爱绿护绿行动。</w:t>
      </w:r>
      <w:r>
        <w:rPr>
          <w:lang w:eastAsia="zh-CN"/>
        </w:rPr>
        <w:br/>
      </w:r>
      <w:r>
        <w:rPr>
          <w:lang w:eastAsia="zh-CN"/>
        </w:rPr>
        <w:t>　　6、勤俭节约，珍惜校园内的各种资源。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lang w:eastAsia="zh-CN"/>
        </w:rPr>
        <w:t>　　7、师生和谐、同学友好;语言文明、行为规范。</w:t>
      </w:r>
      <w:r>
        <w:rPr>
          <w:lang w:eastAsia="zh-CN"/>
        </w:rPr>
        <w:br/>
      </w:r>
      <w:r>
        <w:rPr>
          <w:lang w:eastAsia="zh-CN"/>
        </w:rPr>
        <w:t>　　勿以善小而不为，勿以恶小而为之，同学们，我们是21世纪的主人，应当切实的树立起时代责任感，心系全球，着眼身边，立足校园。为了美化我们的校园环境，共建绿色校园，让我们行动起来，将绿色化作我们生活的主旋律，用爱心去关注环境变化，用热情去传播环保观念，用行动肩负起保护环境的重任!</w:t>
      </w:r>
      <w:r>
        <w:rPr>
          <w:lang w:eastAsia="zh-CN"/>
        </w:rPr>
        <w:br/>
      </w:r>
      <w:r>
        <w:rPr>
          <w:lang w:eastAsia="zh-CN"/>
        </w:rPr>
        <w:t>　　我的演讲到此结束，谢谢大家。</w:t>
      </w:r>
      <w:r>
        <w:rPr>
          <w:lang w:eastAsia="zh-CN"/>
        </w:rPr>
        <w:br/>
      </w:r>
      <w:r>
        <w:rPr>
          <w:lang w:eastAsia="zh-CN"/>
        </w:rPr>
        <w:t xml:space="preserve">    校园生活的话题演讲稿范文 篇6 </w:t>
      </w:r>
      <w:r>
        <w:rPr>
          <w:lang w:eastAsia="zh-CN"/>
        </w:rPr>
        <w:br/>
      </w:r>
      <w:r>
        <w:rPr>
          <w:lang w:eastAsia="zh-CN"/>
        </w:rPr>
        <w:t>　　残酷的高考现实，让我仅以几分之差却与大学本科无缘。是东大给了我人生又一个选择，让我如愿走进大学校园。此时此刻，我很荣幸能够站在这里，我叫赵明明，来自于10级网络三班。今天我演讲的题目是&gt;</w:t>
      </w:r>
      <w:r>
        <w:rPr>
          <w:lang w:eastAsia="zh-CN"/>
        </w:rPr>
        <w:br/>
      </w:r>
      <w:r>
        <w:rPr>
          <w:lang w:eastAsia="zh-CN"/>
        </w:rPr>
        <w:t>　　如果说人生是一本书，那么大学生活便是书中最美丽的彩页；如果说人生是一台戏，那么大学生活便是戏中最精彩的一幕；如果说人生是一次旅行，那么拥有大学生活的我们，欣赏着沿途最亮丽的风光。</w:t>
      </w:r>
      <w:r>
        <w:rPr>
          <w:lang w:eastAsia="zh-CN"/>
        </w:rPr>
        <w:br/>
      </w:r>
      <w:r>
        <w:rPr>
          <w:lang w:eastAsia="zh-CN"/>
        </w:rPr>
        <w:t>　　曾经为了上大学，我们付出了多少艰辛，汗水甚至泪水，而如今，我们终于踏上这片一直以来，梦寐以求的沃土。此时此刻，年轻的你已经准备好了么？是否在为接下来的学习生活定下完美的人生规划？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lang w:eastAsia="zh-CN"/>
        </w:rPr>
        <w:t>　　无论过去怎样，懒散也好，失败也罢，那都已成为昨天的记忆，加一把锁将它永远的封闭起来吧！摆在我们面前的是新的起点，新的征程，新的挑战，新的未来。大学是一个充满机遇，提升自我的舞台，是我们在熟悉不过的学习天地。也许年少轻狂，可也正因为年轻给了我们勇往直前永不言弃的资本；也许历程坎坷，但那痛并快乐着的经历将成为你我一生的财富。</w:t>
      </w:r>
      <w:r>
        <w:rPr>
          <w:lang w:eastAsia="zh-CN"/>
        </w:rPr>
        <w:br/>
      </w:r>
      <w:r>
        <w:rPr>
          <w:lang w:eastAsia="zh-CN"/>
        </w:rPr>
        <w:t>　　当丰富的校园生活扑面而来，用我们的聪明和勇气扬起理想的风帆，用我们的青春和生命奏响时代的号角！当我们不再迷茫，把握航向；当我们勤字当头，不懈摇遥桨。四年后，我们定会满载而归，那时你会听到枫叶流舟，你会看到金菊在笑，你会闻到硕果飘香。</w:t>
      </w:r>
      <w:r>
        <w:rPr>
          <w:lang w:eastAsia="zh-CN"/>
        </w:rPr>
        <w:br/>
      </w:r>
      <w:r>
        <w:rPr>
          <w:lang w:eastAsia="zh-CN"/>
        </w:rPr>
        <w:t>　　时间老人永远不肯停下它的脚步，而我们的人生还有很多事要做，为了圆梦，让我们珍惜当下时光，把握午边机会。从现在开始一点一滴的积累吧！在每一天的生活里载入一点点收获，让我们的大学生活变得更加充实丰富有节奏。罗马并非一日建成，成功更非一蹴而就。让我们拿出吹尽狂沙始到金的毅力，拿出直挂云帆济沧海的勇气，向着美好的明天加油吧！！！</w:t>
      </w:r>
      <w:r>
        <w:rPr>
          <w:lang w:eastAsia="zh-CN"/>
        </w:rPr>
        <w:br/>
      </w:r>
      <w:r>
        <w:rPr>
          <w:lang w:eastAsia="zh-CN"/>
        </w:rPr>
        <w:t xml:space="preserve">    校园生活的话题演讲稿范文 篇7 </w:t>
      </w:r>
      <w:r>
        <w:rPr>
          <w:lang w:eastAsia="zh-CN"/>
        </w:rPr>
        <w:br/>
      </w:r>
      <w:r>
        <w:rPr>
          <w:lang w:eastAsia="zh-CN"/>
        </w:rPr>
        <w:t>　　尊敬的各位老师、亲爱的同学们：</w:t>
      </w:r>
      <w:r>
        <w:rPr>
          <w:lang w:eastAsia="zh-CN"/>
        </w:rPr>
        <w:br/>
      </w:r>
      <w:r>
        <w:rPr>
          <w:lang w:eastAsia="zh-CN"/>
        </w:rPr>
        <w:t>　　大家好!</w:t>
      </w:r>
      <w:r>
        <w:rPr>
          <w:lang w:eastAsia="zh-CN"/>
        </w:rPr>
        <w:br/>
      </w:r>
      <w:r>
        <w:rPr>
          <w:lang w:eastAsia="zh-CN"/>
        </w:rPr>
        <w:t>　　我是四年六班的张偌婕，今天我演讲的题目是《我爱校园》。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lang w:eastAsia="zh-CN"/>
        </w:rPr>
        <w:t>　　时光匆匆，我升入小学，转眼就四年了。在这四年的岁月里，我从一个贪玩的孩子变成了一个勤学好问、力求上进的好学生。更主要的是，在时间的匆匆流逝中，我对我们学校的感情更深了。学校是我们生活中一道亮丽的风景线，那儿是我们学习、成长的乐园，是获得知识、文化的天堂。当早晨第一缕阳光悄悄撒落大地，降临青年路小学时，我常常伴随耳边吹过的阵阵微风，尽情地享受难于形容的惬意，舒心地背诵课文，快乐地吟唱诗词美文，那种收获知识时的喜悦，更成为一种激励我进取的力量。被阳光照得闪亮的窗里，传来琅琅的读书声，多么像一组组跳跃的音符，奏出了我们跨世纪一代的心声。这里，不但有着幽雅的环境，更有着心灵美好的教师。她们，为我们的快乐成长而努力工作，用爱心去浇灌、用真情去感化、用智慧去启迪、用人格去熏陶、用理想去塑造我们这一个个充满希望与梦想的孩子。勤奋博学、进取争先，成为我们青年路小学每一个学生的追求。</w:t>
      </w:r>
      <w:r>
        <w:rPr>
          <w:lang w:eastAsia="zh-CN"/>
        </w:rPr>
        <w:br/>
      </w:r>
      <w:r>
        <w:rPr>
          <w:lang w:eastAsia="zh-CN"/>
        </w:rPr>
        <w:t>　　我们青年路小学是一个欢乐、幸福的大家庭，我爱我的校园，我爱那明亮的教室，平坦的操场，我更爱那母亲般的老师和亲如兄弟姐妹的同学们。在这个校园里撒满了我们的欢声笑语，留下了我们成长的脚步，奠定了我们成长的坚实的基础。同学们，希望之光已在地平线上冉冉升起，让我们刻苦勤奋，开拓进取，把在小学的成长岁月变成我们生生世世永难忘怀的记忆!</w:t>
      </w:r>
      <w:r>
        <w:rPr>
          <w:lang w:eastAsia="zh-CN"/>
        </w:rPr>
        <w:br/>
      </w:r>
      <w:r>
        <w:rPr>
          <w:lang w:eastAsia="zh-CN"/>
        </w:rPr>
        <w:t xml:space="preserve">    校园生活的话题演讲稿范文 篇8 </w:t>
      </w:r>
      <w:r>
        <w:rPr>
          <w:lang w:eastAsia="zh-CN"/>
        </w:rPr>
        <w:br/>
      </w:r>
      <w:r>
        <w:rPr>
          <w:lang w:eastAsia="zh-CN"/>
        </w:rPr>
        <w:t>　　尊敬的老师，亲爱的同学们：</w:t>
      </w:r>
      <w:r>
        <w:rPr>
          <w:lang w:eastAsia="zh-CN"/>
        </w:rPr>
        <w:br/>
      </w:r>
      <w:r>
        <w:rPr>
          <w:lang w:eastAsia="zh-CN"/>
        </w:rPr>
        <w:t>　　大家好!</w:t>
      </w:r>
      <w:r>
        <w:rPr>
          <w:lang w:eastAsia="zh-CN"/>
        </w:rPr>
        <w:br/>
      </w:r>
      <w:r>
        <w:rPr>
          <w:lang w:eastAsia="zh-CN"/>
        </w:rPr>
        <w:t>　　校园生活，是幽默的，是苦涩的，是甜蜜的，是温暖的……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lang w:eastAsia="zh-CN"/>
        </w:rPr>
        <w:t>　　那几天，为了准备主题班会活动，我们本来空闲的中午变得忙碌起来。每天中午，我们组都会找空地排练。有一天，我们正在深情地排练，忽然，一个男高音叫道：“我旁边的人呢?”我们一看，原来是我的同桌。我脑海里又浮现出早晨的一幕：我的同桌与一个同学交头接耳，我见了眉毛一皱，大笔一挥，便记下了他的大名。刚才他也差点儿大哭一场，是不是还为那事闷闷不乐?我正想去叫他，一个多嘴的女生指责我：“都怪你!早上你干嘛记他?现在他不来了，你开心了吧?”我正想反驳，一个女生又说：“不排练了!少一个人怎么办?”</w:t>
      </w:r>
      <w:r>
        <w:rPr>
          <w:lang w:eastAsia="zh-CN"/>
        </w:rPr>
        <w:br/>
      </w:r>
      <w:r>
        <w:rPr>
          <w:lang w:eastAsia="zh-CN"/>
        </w:rPr>
        <w:t>　　我一听，火气大了，说：“好!不排练就不排练!”说完我径自走进教室，同桌用眼睛狠狠瞪着我，脸上挂满泪痕。我也不理他，两个人互不相干，各干各的。</w:t>
      </w:r>
      <w:r>
        <w:rPr>
          <w:lang w:eastAsia="zh-CN"/>
        </w:rPr>
        <w:br/>
      </w:r>
      <w:r>
        <w:rPr>
          <w:lang w:eastAsia="zh-CN"/>
        </w:rPr>
        <w:t>　　看见他们来了，同桌发声大哭，好像我欺负了他似的，说我乱记人。我想：老师让我管理班级，记下一些不安分的同学，我遵从，有错吗?再说，他为什么不想自己的错呢?一些同学纷纷过来指责我，说什么“是你不对，还把他弄哭!”“自己不就是中队长嘛，有什么了不起?”那个多嘴的女生好像自己是发令官，说：“除了王洁怡，其他人出去排练!”</w:t>
      </w:r>
      <w:r>
        <w:rPr>
          <w:lang w:eastAsia="zh-CN"/>
        </w:rPr>
        <w:br/>
      </w:r>
      <w:r>
        <w:rPr>
          <w:lang w:eastAsia="zh-CN"/>
        </w:rPr>
        <w:t>　　我的心里一震，像打翻了五味瓶，“腾”地站起来，眼圈红红的，大吼道：“行!都是我的错!行了吧。”我把头埋进双臂里，再也忍不住，泪如泉涌。同桌一惊，没想到我会哭，连忙说：“对不起!对不起!”我发怒了，一甩胳膊：“走开!”……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lang w:eastAsia="zh-CN"/>
        </w:rPr>
        <w:t>　　通过这件事我深刻体会到了，同学之间相互理解、包容是多么重要!</w:t>
      </w:r>
      <w:r>
        <w:rPr>
          <w:lang w:eastAsia="zh-CN"/>
        </w:rPr>
        <w:br/>
      </w:r>
      <w:r>
        <w:rPr>
          <w:lang w:eastAsia="zh-CN"/>
        </w:rPr>
        <w:t>　　校园生活，是多姿多彩的;校园生活，是五彩缤纷的…</w:t>
      </w:r>
      <w:r>
        <w:rPr>
          <w:lang w:eastAsia="zh-CN"/>
        </w:rPr>
        <w:br/>
      </w:r>
      <w:r>
        <w:rPr>
          <w:lang w:eastAsia="zh-CN"/>
        </w:rPr>
        <w:t xml:space="preserve">    校园生活的话题演讲稿范文 篇9 </w:t>
      </w:r>
      <w:r>
        <w:rPr>
          <w:lang w:eastAsia="zh-CN"/>
        </w:rPr>
        <w:br/>
      </w:r>
      <w:r>
        <w:rPr>
          <w:lang w:eastAsia="zh-CN"/>
        </w:rPr>
        <w:t>　　尊敬的各位老师，各位同学：</w:t>
      </w:r>
      <w:r>
        <w:rPr>
          <w:lang w:eastAsia="zh-CN"/>
        </w:rPr>
        <w:br/>
      </w:r>
      <w:r>
        <w:rPr>
          <w:lang w:eastAsia="zh-CN"/>
        </w:rPr>
        <w:t>　　大家好。</w:t>
      </w:r>
      <w:r>
        <w:rPr>
          <w:lang w:eastAsia="zh-CN"/>
        </w:rPr>
        <w:br/>
      </w:r>
      <w:r>
        <w:rPr>
          <w:lang w:eastAsia="zh-CN"/>
        </w:rPr>
        <w:t>　　很高兴在这里见到大家，首先感谢各位评委陪伴我们比赛选手从预赛，到复赛、再到决赛，因为一路上有你们的存在，我们逐渐成熟，不断成长，也不断完善。更要感谢各位评委给我这次进入决赛的机会，在接下来的比赛中我会百尺竿头，更进一步。同时祝福进入决赛的各位选手，在比赛中赛出水平，秀出精彩。加油!</w:t>
      </w:r>
      <w:r>
        <w:rPr>
          <w:lang w:eastAsia="zh-CN"/>
        </w:rPr>
        <w:br/>
      </w:r>
      <w:r>
        <w:rPr>
          <w:lang w:eastAsia="zh-CN"/>
        </w:rPr>
        <w:t>　　每当站在决赛的`舞台上，心里难免有一种隐隐约约的压力感，不过有压力才有动力，而我偏偏就喜欢这种压力感，喜欢这种挑战，更喜欢挑战后的激情。什么是好的演讲，我没有找到明确的答案，但是我觉得好的演讲应该是在讲，而不是在背，亦不是在读。所以，今天我决定不再用以前的稿子，一方面，我想同一种感受对于一个讲述者来说也是不能重复，不能复制的。另一方面，我想给各位评委和同学们带去一些新的内容，一些的思想，一些新的心灵的感触。言归正传，对于在座的各位同学，尤其是各位男同学来说，在宿舍里肯定有一群玩的比较好的兄弟们吧，你们之间肯定发生过许多有趣并且难忘得记忆吧。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lang w:eastAsia="zh-CN"/>
        </w:rPr>
        <w:t>　　所以今天我与大家交流的主题就围绕着宿舍兄弟情展开，如果非要我给它加上一个题目的话，我希望是：兄弟情，永相随;弟兄义，难忘记。</w:t>
      </w:r>
      <w:r>
        <w:rPr>
          <w:lang w:eastAsia="zh-CN"/>
        </w:rPr>
        <w:br/>
      </w:r>
      <w:r>
        <w:rPr>
          <w:lang w:eastAsia="zh-CN"/>
        </w:rPr>
        <w:t>　　青春如流逝的岁月，无声无息地从指间划过，当我们发觉，当我们回首，当我们想要抓住那一分一秒的时候，我们看到已是时光那望尘莫及的背影。在无穷无尽的求知路上，伴随我们的永远是那浓浓的舍友情!</w:t>
      </w:r>
      <w:r>
        <w:rPr>
          <w:lang w:eastAsia="zh-CN"/>
        </w:rPr>
        <w:br/>
      </w:r>
      <w:r>
        <w:rPr>
          <w:lang w:eastAsia="zh-CN"/>
        </w:rPr>
        <w:t>　　宿舍，我们温馨的港湾，那是一群离家的孩子共同汲取温暖的驿站。如今，我们离开了家走向了一个未知的世界，而来自四面八方的我们又重新组建了另一个小集体——我们的宿舍。在过去这坎坎坷坷的大半年中，我们一块走过青春最美好的时光，一起经历着大学生活的点点滴滴。感谢你们!我亲爱的舍友!感谢你们，我们永远的兄弟。谈到朝夕相伴的舍友，我不想用什么华丽的辞藻，也不想用什么豪言壮语，我只想用简单不过的三个字“兄弟吧”足以代表一切。</w:t>
      </w:r>
      <w:r>
        <w:rPr>
          <w:lang w:eastAsia="zh-CN"/>
        </w:rPr>
        <w:br/>
      </w:r>
      <w:r>
        <w:rPr>
          <w:lang w:eastAsia="zh-CN"/>
        </w:rPr>
        <w:t>　　借本次演讲比赛的东风，我小心翼翼地梳理着来到大学，与宿舍兄弟们在一起的那些色彩斑斓的日子，整理着那些青春美好的记忆。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lang w:eastAsia="zh-CN"/>
        </w:rPr>
        <w:t>　　光阴似箭，岁月如梭，转眼间，大半年的时间已经悄然逝去。在这段时间里，大大小小的事情发生过不少，但是有些事情已搜索枯肠不可得，但有些事情仍历历在目，至今记忆犹新。依然清晰的记得我们新生正式开学的前一天的场景。当时我来大学的时候，是我父亲陪我来的，他本来打算在这里住一晚，然后明天陪我到校报名的。可是当天下午，我父亲突然接到电话，说家里有事，所以他就提前回去啦。当时我一个人呆在宾馆里，不知道是天气太闷热的原因，还是我心情太沉重的原因，特别想到街道上去走一走，去转一转，去呼吸一下新鲜空气，去感受一下这座城市。</w:t>
      </w:r>
      <w:r>
        <w:rPr>
          <w:lang w:eastAsia="zh-CN"/>
        </w:rPr>
        <w:br/>
      </w:r>
      <w:r>
        <w:rPr>
          <w:lang w:eastAsia="zh-CN"/>
        </w:rPr>
        <w:t>　　但那次毕竟是我第一次来这里嘛，感觉人生地不熟，也不知道去那走，也不知道去那转。当时心里也很纠结，徘徊了一段时间后，在夜幕下，我毅然决然的走出了宾馆的大门，来到了马路上。当我身处一个陌生的城市，走在一个陌生的街道，看着城市的花红柳绿，看着城市的车水马龙，我的心中不免有一种小迷茫，有一种小孤单，更有一种小小的想家的冲动。我想这种感觉，大家肯定都体会过吧。尤其是当你处在一个陌生的环境里，举目四望没有一个亲人的时候，我想这种感觉会异常强烈吧。但第二天我来到宿舍后，这种感觉很快就烟消云散啦。当我看到那群和蔼可亲的舍友，当我和他们谈笑风生的时候，我的心中顿时少了些许阴霾，多了丝丝温暖。我知道我找到了一个在陌生的城市落脚的地方，我也知道在这里我一定会快乐而充实的度过我的大学生活。</w:t>
      </w:r>
      <w:r>
        <w:rPr>
          <w:lang w:eastAsia="zh-CN"/>
        </w:rPr>
        <w:br/>
      </w:r>
      <w:r>
        <w:rPr>
          <w:lang w:eastAsia="zh-CN"/>
        </w:rPr>
        <w:t>　　我们的生命总是这般，点点滴滴色彩斑斓，如萤火般细微，却也想与皓月争辉;如灯光般昏暗，却也曾照亮一片天空;如精卫般轻盈，却也存填海之志。其实我们每天都生活在感动别人和被别人感动之中，只不过我们大多数人喜欢把这种感动埋藏在心中，去静静地品味其中的幸福。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lang w:eastAsia="zh-CN"/>
        </w:rPr>
        <w:t>　　今天我依然穿着同样的衣服，因为这件衣服包含着舍友们对我的支持与期待。就在本次演讲比赛我刚刚报名的后，我对宿舍的兄弟们说，我要参加演讲比赛啦，需要穿的正式一点，因我们宿舍的兄弟们就开始准备了。记得当时是寿寿和子荣给我拿的上衣，家家给我拿的衬衣，寿寿给我拿的皮鞋，波波给我拿的裤子，小雨和阿亮就在一边帮我搭配着。我没有想到的，大家都给我想到了，真的挺感谢他们的。虽然有些衣服穿着不怎么合身，但是人多力量大嘛，在大家的准备下，很快一身行头就准备好了。看着大家为我忙碌的背影，拿着准备好的西装，一种怦然心动的感觉流遍我的全身。</w:t>
      </w:r>
      <w:r>
        <w:rPr>
          <w:lang w:eastAsia="zh-CN"/>
        </w:rPr>
        <w:br/>
      </w:r>
      <w:r>
        <w:rPr>
          <w:lang w:eastAsia="zh-CN"/>
        </w:rPr>
        <w:t xml:space="preserve">    校园生活的话题演讲稿范文 篇10 </w:t>
      </w:r>
      <w:r>
        <w:rPr>
          <w:lang w:eastAsia="zh-CN"/>
        </w:rPr>
        <w:br/>
      </w:r>
      <w:r>
        <w:rPr>
          <w:lang w:eastAsia="zh-CN"/>
        </w:rPr>
        <w:t>　　在寂静的校园，</w:t>
      </w:r>
      <w:r>
        <w:rPr>
          <w:lang w:eastAsia="zh-CN"/>
        </w:rPr>
        <w:br/>
      </w:r>
      <w:r>
        <w:rPr>
          <w:lang w:eastAsia="zh-CN"/>
        </w:rPr>
        <w:t>　　有一扇小小的窗。</w:t>
      </w:r>
      <w:r>
        <w:rPr>
          <w:lang w:eastAsia="zh-CN"/>
        </w:rPr>
        <w:br/>
      </w:r>
      <w:r>
        <w:rPr>
          <w:lang w:eastAsia="zh-CN"/>
        </w:rPr>
        <w:t>　　这扇窗，</w:t>
      </w:r>
      <w:r>
        <w:rPr>
          <w:lang w:eastAsia="zh-CN"/>
        </w:rPr>
        <w:br/>
      </w:r>
      <w:r>
        <w:rPr>
          <w:lang w:eastAsia="zh-CN"/>
        </w:rPr>
        <w:t>　　开向太阳，</w:t>
      </w:r>
      <w:r>
        <w:rPr>
          <w:lang w:eastAsia="zh-CN"/>
        </w:rPr>
        <w:br/>
      </w:r>
      <w:r>
        <w:rPr>
          <w:lang w:eastAsia="zh-CN"/>
        </w:rPr>
        <w:t>　　却被蓝紫色的窗帘遮住了，</w:t>
      </w:r>
      <w:r>
        <w:rPr>
          <w:lang w:eastAsia="zh-CN"/>
        </w:rPr>
        <w:br/>
      </w:r>
      <w:r>
        <w:rPr>
          <w:lang w:eastAsia="zh-CN"/>
        </w:rPr>
        <w:t>　　连着他的凝望。</w:t>
      </w:r>
      <w:r>
        <w:rPr>
          <w:lang w:eastAsia="zh-CN"/>
        </w:rPr>
        <w:br/>
      </w:r>
      <w:r>
        <w:rPr>
          <w:lang w:eastAsia="zh-CN"/>
        </w:rPr>
        <w:t>　　少年，</w:t>
      </w:r>
      <w:r>
        <w:rPr>
          <w:lang w:eastAsia="zh-CN"/>
        </w:rPr>
        <w:br/>
      </w:r>
      <w:r>
        <w:rPr>
          <w:lang w:eastAsia="zh-CN"/>
        </w:rPr>
        <w:t>　　眼神忧伤，</w:t>
      </w:r>
      <w:r>
        <w:rPr>
          <w:lang w:eastAsia="zh-CN"/>
        </w:rPr>
        <w:br/>
      </w:r>
      <w:r>
        <w:rPr>
          <w:lang w:eastAsia="zh-CN"/>
        </w:rPr>
        <w:t>　　在窗的一旁。</w:t>
      </w:r>
      <w:r>
        <w:rPr>
          <w:lang w:eastAsia="zh-CN"/>
        </w:rPr>
        <w:br/>
      </w:r>
      <w:r>
        <w:rPr>
          <w:lang w:eastAsia="zh-CN"/>
        </w:rPr>
        <w:t>　　迷惘了，</w:t>
      </w:r>
      <w:r>
        <w:rPr>
          <w:lang w:eastAsia="zh-CN"/>
        </w:rPr>
        <w:br/>
      </w:r>
      <w:r>
        <w:rPr>
          <w:lang w:eastAsia="zh-CN"/>
        </w:rPr>
        <w:t>　　拉开窗帘，</w:t>
      </w:r>
      <w:r>
        <w:rPr>
          <w:lang w:eastAsia="zh-CN"/>
        </w:rPr>
        <w:br/>
      </w:r>
      <w:r>
        <w:rPr>
          <w:lang w:eastAsia="zh-CN"/>
        </w:rPr>
        <w:t>　　对着窗远望。</w:t>
      </w:r>
      <w:r>
        <w:rPr>
          <w:lang w:eastAsia="zh-CN"/>
        </w:rPr>
        <w:br/>
      </w:r>
      <w:r>
        <w:rPr>
          <w:lang w:eastAsia="zh-CN"/>
        </w:rPr>
        <w:t>　　然而，</w:t>
      </w:r>
      <w:r>
        <w:rPr>
          <w:lang w:eastAsia="zh-CN"/>
        </w:rPr>
        <w:br/>
      </w:r>
      <w:r>
        <w:rPr>
          <w:lang w:eastAsia="zh-CN"/>
        </w:rPr>
        <w:t>　　日子短短的，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lang w:eastAsia="zh-CN"/>
        </w:rPr>
        <w:t>　　禁不起整天的忧伤。</w:t>
      </w:r>
      <w:r>
        <w:rPr>
          <w:lang w:eastAsia="zh-CN"/>
        </w:rPr>
        <w:br/>
      </w:r>
      <w:r>
        <w:rPr>
          <w:lang w:eastAsia="zh-CN"/>
        </w:rPr>
        <w:t>　　他也试着淡忘，</w:t>
      </w:r>
      <w:r>
        <w:rPr>
          <w:lang w:eastAsia="zh-CN"/>
        </w:rPr>
        <w:br/>
      </w:r>
      <w:r>
        <w:rPr>
          <w:lang w:eastAsia="zh-CN"/>
        </w:rPr>
        <w:t>　　凝望，</w:t>
      </w:r>
      <w:r>
        <w:rPr>
          <w:lang w:eastAsia="zh-CN"/>
        </w:rPr>
        <w:br/>
      </w:r>
      <w:r>
        <w:rPr>
          <w:lang w:eastAsia="zh-CN"/>
        </w:rPr>
        <w:t>　　只是在偶尔心冷时，</w:t>
      </w:r>
      <w:r>
        <w:rPr>
          <w:lang w:eastAsia="zh-CN"/>
        </w:rPr>
        <w:br/>
      </w:r>
      <w:r>
        <w:rPr>
          <w:lang w:eastAsia="zh-CN"/>
        </w:rPr>
        <w:t>　　推开窗，</w:t>
      </w:r>
      <w:r>
        <w:rPr>
          <w:lang w:eastAsia="zh-CN"/>
        </w:rPr>
        <w:br/>
      </w:r>
      <w:r>
        <w:rPr>
          <w:lang w:eastAsia="zh-CN"/>
        </w:rPr>
        <w:t>　　晒晒</w:t>
      </w:r>
      <w:r>
        <w:rPr>
          <w:lang w:eastAsia="zh-CN"/>
        </w:rPr>
        <w:br/>
      </w:r>
      <w:r>
        <w:rPr>
          <w:lang w:eastAsia="zh-CN"/>
        </w:rPr>
        <w:t>　　暖暖的阳光。</w:t>
      </w:r>
      <w:r>
        <w:rPr>
          <w:lang w:eastAsia="zh-CN"/>
        </w:rPr>
        <w:br/>
      </w:r>
      <w:r>
        <w:rPr>
          <w:lang w:eastAsia="zh-CN"/>
        </w:rPr>
        <w:t xml:space="preserve">    校园生活的话题演讲稿范文 篇11 </w:t>
      </w:r>
      <w:r>
        <w:rPr>
          <w:lang w:eastAsia="zh-CN"/>
        </w:rPr>
        <w:br/>
      </w:r>
      <w:r>
        <w:rPr>
          <w:lang w:eastAsia="zh-CN"/>
        </w:rPr>
        <w:t>　　每天清晨步入校园，绿色的草坪，棕色的'跑道，鲜明而干净的色彩让人肃然起敬，穿过一排整齐的柿子树，这时的静寂让自己陶醉，也常常不禁想起自己童年时的学校。</w:t>
      </w:r>
      <w:r>
        <w:rPr>
          <w:lang w:eastAsia="zh-CN"/>
        </w:rPr>
        <w:br/>
      </w:r>
      <w:r>
        <w:rPr>
          <w:lang w:eastAsia="zh-CN"/>
        </w:rPr>
        <w:t>　　说是学校真的是有点大言不惭，因为它普通的就是一户人家，两间房子，没有园墙，和周围的住家浑然一体，如果你不走进去看到里面的摆设，在外面你丝毫无法辨别出它就是神圣的学校。可是说 它是学校也一点也不夸张，因为就在这间屋子里，“驻扎”着1年级到5年级的全部学生，尽管有的年级只有两个人，最多的年级也不过4个人，是典型的复试教学，另外一间就是老师的家兼办公室。</w:t>
      </w:r>
      <w:r>
        <w:rPr>
          <w:lang w:eastAsia="zh-CN"/>
        </w:rPr>
        <w:br/>
      </w:r>
      <w:r>
        <w:rPr>
          <w:lang w:eastAsia="zh-CN"/>
        </w:rPr>
        <w:t>　　教室里面的桌椅板凳都是从各家各户凑来的，所以是各式各样，五花八门，记得最好的一个桌子是一张雕花的古式方桌，古香古色，这是最高年级的学哥学姐们才有资格坐，这也成了一种荣耀。记</w:t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lang w:eastAsia="zh-CN"/>
        </w:rPr>
        <w:t xml:space="preserve"> 得最早的桌子都是用砖砌成的，上面用洋灰抹平，冬天的时候，冰得让人无法接触。别看这么简陋的学校也不是村村都有，这是村委会重视知识的结果。老师是村子里最有学问的人了，不过他还是要下</w:t>
      </w:r>
      <w:r>
        <w:rPr>
          <w:lang w:eastAsia="zh-CN"/>
        </w:rPr>
        <w:t xml:space="preserve"> 地干活的。记得教我们的老师是一个中专生，准确地说是初中毕业后又上了两年学，不过不是师范而是学医的，所以他还是我们村的赤脚医生，谁有个头疼脑热什么的，都会找他看看开个方子。后来他</w:t>
      </w:r>
      <w:r>
        <w:rPr>
          <w:lang w:eastAsia="zh-CN"/>
        </w:rPr>
        <w:t xml:space="preserve"> 结婚后，他的爱人也认字，村里就让她教1、2年级，而他则教3、4、5年级。再后来他们有了孩子，常常是一边看孩子一边给我们上课，所以他们的孩子都是在知识的海洋中熏陶大的，记得他们的老二刚</w:t>
      </w:r>
      <w:r>
        <w:rPr>
          <w:lang w:eastAsia="zh-CN"/>
        </w:rPr>
        <w:t xml:space="preserve"> 会说话时就一鸣惊人：“你看我多漂亮啊，脸象红苹果一样。”一度传为“佳话”。老师进到里屋就是家，走出来就是教室，看到老师出出进进，倒也亲切。</w:t>
      </w:r>
      <w:r>
        <w:rPr>
          <w:lang w:eastAsia="zh-CN"/>
        </w:rPr>
        <w:br/>
      </w:r>
      <w:r>
        <w:rPr>
          <w:lang w:eastAsia="zh-CN"/>
        </w:rPr>
        <w:t>　　老师多才多艺，上什么课都是老师一句话，记得老师还会给我们上音乐课，一把二胡拉的有滋有味，教我们唱当时的电影插曲如《红星歌》《红梅赞》等，我们学的也是专注认真，多少年后的今天 还依稀可见。</w:t>
      </w:r>
      <w:r>
        <w:rPr>
          <w:lang w:eastAsia="zh-CN"/>
        </w:rPr>
        <w:br/>
      </w:r>
      <w:r>
        <w:rPr>
          <w:lang w:eastAsia="zh-CN"/>
        </w:rPr>
        <w:t>　　我们还有社会实践课，那就是帮助老师家剥玉米，晾麦子，课的内容随时令的农忙而变化，随老师家的活而变化。</w:t>
      </w:r>
      <w:r>
        <w:rPr>
          <w:lang w:eastAsia="zh-CN"/>
        </w:rPr>
        <w:br/>
      </w:r>
      <w:r>
        <w:rPr>
          <w:lang w:eastAsia="zh-CN"/>
        </w:rPr>
        <w:t>　　我们更有体育课，园子里我们自己决定着活动的内容，在地上画上几个格子，就能玩跳房子;一人弯腰扶膝，其他人从他身上跳过去，就是跳山羊;画一个大圆圈，分成两拨，双手搬脚，单腿跳着 拱人，把对方拱出圆圈。现在孩子的下腰是在舞蹈课上学的，而我们就在园子中晾晒的草上练出来的。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>
        <w:rPr>
          <w:lang w:eastAsia="zh-CN"/>
        </w:rPr>
        <w:t>　　我们自由着，快乐着，现在想来丝毫没有因为学校的简陋留下怨气，更没有因为学习留下的压力。只有无拘无束的放纵，只有属于童年的快乐记忆。</w:t>
      </w:r>
      <w:r>
        <w:rPr>
          <w:lang w:eastAsia="zh-CN"/>
        </w:rPr>
        <w:br/>
      </w:r>
      <w:r>
        <w:rPr>
          <w:lang w:eastAsia="zh-CN"/>
        </w:rPr>
        <w:t xml:space="preserve">    校园生活的话题演讲稿范文 篇12 </w:t>
      </w:r>
      <w:r>
        <w:rPr>
          <w:lang w:eastAsia="zh-CN"/>
        </w:rPr>
        <w:br/>
      </w:r>
      <w:r>
        <w:rPr>
          <w:lang w:eastAsia="zh-CN"/>
        </w:rPr>
        <w:t>　　在这个百花初绽的春季，我们学校举行了首届校园快乐日来丰富我们的校园生活，让我们在紧张的学习之于体验快乐，收获美好。星期三，迎着朝阳，我们开始了活动的第一个项目——全校师生玩游戏。不过在玩游戏之前各个班先自行练习。在练习的游戏中，我印象最深的就是萝卜蹲了，游戏开始了，我是白萝卜，当时我特别紧张，手都出汗了，声音都跑调了，终于我和另一个女生胜出了。可是去参加全校游戏比赛的名额只有一个，最后我们两个开始了最强者的“战争”。但是我感到这样玩实在无聊，而且不光我感到无聊，旁观的`老师和同学们也不耐烦了，我感到这样永远不会完，于是便故意出错让那个女孩了，我心里想；“你可不能辜负我的一片苦心呀！‘’</w:t>
      </w:r>
      <w:r>
        <w:rPr>
          <w:lang w:eastAsia="zh-CN"/>
        </w:rPr>
        <w:br/>
      </w:r>
      <w:r>
        <w:rPr>
          <w:lang w:eastAsia="zh-CN"/>
        </w:rPr>
        <w:t>　　之后是全校师生一起游戏比赛的时刻了，我虽然性格内向，不擅长给别人加油助威，但是我时时刻刻在关注我班的输赢情况。其中有一个游戏是喊数抱团，我们班本来是很有优势的——在台上剩三个人时，我们班有俩个，别的班有一个。可是最后裁判念了“一”，我们班那俩人匆匆忙忙抱在一起，而另一个班的那个人则被甩在旁边，最后我们班输了，这些游戏实在太刺激了！最后颁奖的时刻到了，同学们都拿着奖品心满意足回到了教室。</w:t>
      </w:r>
      <w:r>
        <w:rPr>
          <w:lang w:eastAsia="zh-CN"/>
        </w:rPr>
        <w:br/>
      </w:r>
    </w:p>
    <w:p w:rsidR="001B1F19" w14:textId="27C3F48A">
      <w:pPr>
        <w:rPr>
          <w:lang w:eastAsia="zh-CN"/>
        </w:rPr>
      </w:pPr>
      <w:r>
        <w:rPr>
          <w:lang w:eastAsia="zh-CN"/>
        </w:rPr>
        <w:t>　　下午分享美食的时刻到了，我的老师专门买了一些零食给我们，当老师发到我时我说了一声谢谢，老师露出了甜美的微笑，这被周围的同学听到了，纷纷都说了谢谢，就在这时，我体验到了感恩的快乐。开始烧烤了，在烧烤的过程中总有一些同学沉不住气，要去老师那看一看烤好了没，大约5分钟后，终于，第一波烤好的羊肉被端上来，第一个给的是我们班，结果给多了，于是我们班的人就分给别的班了，就这样，烧烤在分享的快乐中结束了。</w:t>
      </w:r>
      <w:r>
        <w:rPr>
          <w:lang w:eastAsia="zh-CN"/>
        </w:rPr>
        <w:br/>
      </w:r>
      <w:r>
        <w:rPr>
          <w:lang w:eastAsia="zh-CN"/>
        </w:rPr>
        <w:t>　　晚上露天电影开始了，是关于爱国的，大家都看得入了迷，当看到精彩的那一段时，大家都情不自禁的鼓起掌来……</w:t>
      </w:r>
      <w:r>
        <w:rPr>
          <w:lang w:eastAsia="zh-CN"/>
        </w:rPr>
        <w:br/>
      </w:r>
      <w:r>
        <w:rPr>
          <w:lang w:eastAsia="zh-CN"/>
        </w:rPr>
        <w:t>　　晚上睡觉时，我躺在床上回想着，今天的一切是多么美好哇！既让我们体验了快乐，又让我学会了感恩与分享，愿天天都是快乐日！</w:t>
      </w:r>
      <w:r>
        <w:rPr>
          <w:lang w:eastAsia="zh-CN"/>
        </w:rPr>
        <w:br/>
      </w:r>
      <w:r>
        <w:rPr>
          <w:lang w:eastAsia="zh-CN"/>
        </w:rPr>
        <w:t xml:space="preserve">    校园生活的话题演讲稿范文 篇13 </w:t>
      </w:r>
      <w:r>
        <w:rPr>
          <w:lang w:eastAsia="zh-CN"/>
        </w:rPr>
        <w:br/>
      </w:r>
      <w:r>
        <w:rPr>
          <w:lang w:eastAsia="zh-CN"/>
        </w:rPr>
        <w:t>　　亲爱的老师、同学们：</w:t>
      </w:r>
      <w:r>
        <w:rPr>
          <w:lang w:eastAsia="zh-CN"/>
        </w:rPr>
        <w:br/>
      </w:r>
      <w:r>
        <w:rPr>
          <w:lang w:eastAsia="zh-CN"/>
        </w:rPr>
        <w:t>　　过去的日子如青烟，被微风吹散了，如薄雾，被初阳蒸融了，眼看着六年小学生活一晃而过，我不禁潸然泪下……眼前浮现着当年入学时的场景，心想着就要离开母校，跟她说再见了。而这难忘的 六年小学生活，已经挥之不去，永远烙在我童年的记忆当中了。</w:t>
      </w:r>
      <w:r>
        <w:rPr>
          <w:lang w:eastAsia="zh-CN"/>
        </w:rPr>
        <w:br/>
      </w:r>
      <w:r>
        <w:rPr>
          <w:lang w:eastAsia="zh-CN"/>
        </w:rPr>
        <w:t>　　忘不了我刚入学时的场景，那时到处一片陌生，我胆子十分小恐惧不已。我见到了我的班主任——苏老师。在模糊的记忆中，她笑着，抚摸着我的头，说我很聪明，是她鼓励和笑容感染了我，才让 我在校园里有了自信，面向阳光，不再惧怕。</w:t>
      </w:r>
      <w:r>
        <w:rPr>
          <w:lang w:eastAsia="zh-CN"/>
        </w:rPr>
        <w:br/>
      </w:r>
      <w:r>
        <w:rPr>
          <w:lang w:eastAsia="zh-CN"/>
        </w:rPr>
        <w:br/>
      </w:r>
      <w:r>
        <w:rPr>
          <w:lang w:eastAsia="zh-CN"/>
        </w:rP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https://d.book118.com/838006005123006047</w:t>
        </w:r>
      </w:hyperlink>
    </w:p>
    <w:p w:rsidR="001B1F19">
      <w:pPr>
        <w:rPr>
          <w:lang w:eastAsia="zh-CN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49D07D03"/>
    <w:multiLevelType w:val="multilevel"/>
    <w:tmpl w:val="3AE4B26C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820273113">
    <w:abstractNumId w:val="0"/>
  </w:num>
  <w:num w:numId="2" w16cid:durableId="14996911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0222273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2500097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484274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5233488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F19"/>
    <w:rsid w:val="00012D24"/>
    <w:rsid w:val="000B76DB"/>
    <w:rsid w:val="001B1F19"/>
    <w:rsid w:val="002E2E1D"/>
    <w:rsid w:val="0093765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08D8A34"/>
  <w15:docId w15:val="{83B6B1C2-FF47-43CC-85A6-22B37870D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693F"/>
    <w:rPr>
      <w:rFonts w:ascii="仿宋" w:eastAsia="仿宋" w:hAnsi="仿宋"/>
      <w:sz w:val="28"/>
    </w:rPr>
  </w:style>
  <w:style w:type="paragraph" w:styleId="Heading1">
    <w:name w:val="heading 1"/>
    <w:basedOn w:val="Normal"/>
    <w:next w:val="Normal"/>
    <w:link w:val="1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Cs w:val="28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3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4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5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6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7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8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paragraph" w:styleId="Heading9">
    <w:name w:val="heading 9"/>
    <w:basedOn w:val="Normal"/>
    <w:next w:val="Normal"/>
    <w:link w:val="9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">
    <w:name w:val="页眉 字符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a0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0">
    <w:name w:val="页脚 字符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1">
    <w:name w:val="标题 1 字符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">
    <w:name w:val="标题 2 字符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">
    <w:name w:val="标题 3 字符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itle">
    <w:name w:val="Title"/>
    <w:basedOn w:val="Normal"/>
    <w:next w:val="Normal"/>
    <w:link w:val="a1"/>
    <w:uiPriority w:val="10"/>
    <w:qFormat/>
    <w:rsid w:val="00FC693F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1">
    <w:name w:val="标题 字符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a2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2">
    <w:name w:val="副标题 字符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a3"/>
    <w:uiPriority w:val="99"/>
    <w:unhideWhenUsed/>
    <w:rsid w:val="00AA1D8D"/>
    <w:pPr>
      <w:spacing w:after="120"/>
    </w:pPr>
  </w:style>
  <w:style w:type="character" w:customStyle="1" w:styleId="a3">
    <w:name w:val="正文文本 字符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20"/>
    <w:uiPriority w:val="99"/>
    <w:unhideWhenUsed/>
    <w:rsid w:val="00AA1D8D"/>
    <w:pPr>
      <w:spacing w:after="120" w:line="480" w:lineRule="auto"/>
    </w:pPr>
  </w:style>
  <w:style w:type="character" w:customStyle="1" w:styleId="20">
    <w:name w:val="正文文本 2 字符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30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0">
    <w:name w:val="正文文本 3 字符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a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4">
    <w:name w:val="宏文本 字符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a5"/>
    <w:uiPriority w:val="29"/>
    <w:qFormat/>
    <w:rsid w:val="00FC693F"/>
    <w:rPr>
      <w:i/>
      <w:iCs/>
      <w:color w:val="000000" w:themeColor="text1"/>
    </w:rPr>
  </w:style>
  <w:style w:type="character" w:customStyle="1" w:styleId="a5">
    <w:name w:val="引用 字符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4">
    <w:name w:val="标题 4 字符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">
    <w:name w:val="标题 5 字符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">
    <w:name w:val="标题 6 字符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7">
    <w:name w:val="标题 7 字符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">
    <w:name w:val="标题 8 字符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character" w:customStyle="1" w:styleId="9">
    <w:name w:val="标题 9 字符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472C4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a6"/>
    <w:uiPriority w:val="30"/>
    <w:qFormat/>
    <w:rsid w:val="00FC693F"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a6">
    <w:name w:val="明显引用 字符"/>
    <w:basedOn w:val="DefaultParagraphFont"/>
    <w:link w:val="IntenseQuote"/>
    <w:uiPriority w:val="30"/>
    <w:rsid w:val="00FC693F"/>
    <w:rPr>
      <w:b/>
      <w:bCs/>
      <w:i/>
      <w:iCs/>
      <w:color w:val="4472C4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38006005123006047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25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Leslie Kang</cp:lastModifiedBy>
  <cp:revision>6</cp:revision>
  <dcterms:created xsi:type="dcterms:W3CDTF">2024-01-11T00:28:00Z</dcterms:created>
  <dcterms:modified xsi:type="dcterms:W3CDTF">2024-02-08T13:34:00Z</dcterms:modified>
</cp:coreProperties>
</file>