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优秀实习生总结（31篇）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优秀实习生总结（精选31篇）</w:t>
      </w:r>
      <w:r>
        <w:rPr>
          <w:lang w:eastAsia="zh-CN"/>
        </w:rPr>
        <w:br/>
      </w:r>
      <w:r>
        <w:rPr>
          <w:lang w:eastAsia="zh-CN"/>
        </w:rPr>
        <w:t xml:space="preserve">    优秀实习生总结 篇1 </w:t>
      </w:r>
      <w:r>
        <w:rPr>
          <w:lang w:eastAsia="zh-CN"/>
        </w:rPr>
        <w:br/>
      </w:r>
      <w:r>
        <w:rPr>
          <w:lang w:eastAsia="zh-CN"/>
        </w:rPr>
        <w:t>　　本人系河北师范大学外国语学院英语教育专业20__级学生，在海兴二中顶岗实习一个学期的时间，担任两个初一班级的英语老师和一个初一班级的实习班主任。顶岗实习的这一个学期，是最令我难忘的一个学期，也是收获最大的一个学期。我的收获和感悟体现在以下几个方面。</w:t>
      </w:r>
      <w:r>
        <w:rPr>
          <w:lang w:eastAsia="zh-CN"/>
        </w:rPr>
        <w:br/>
      </w:r>
      <w:r>
        <w:rPr>
          <w:lang w:eastAsia="zh-CN"/>
        </w:rPr>
        <w:t>　　一、课堂教学</w:t>
      </w:r>
      <w:r>
        <w:rPr>
          <w:lang w:eastAsia="zh-CN"/>
        </w:rPr>
        <w:br/>
      </w:r>
      <w:r>
        <w:rPr>
          <w:lang w:eastAsia="zh-CN"/>
        </w:rPr>
        <w:t>　　在整个顶岗实习生活中，教学工作的实习是中心环节。与在学校中学的各种教师技能的理论课和实践课相比，顶岗实习才是完全真实的实战演练。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顶岗的四个月时间里，我坚持每天都去听指导老师的课，听课让我掌握了很多教学方面的技能。我们小组还组织互听互评，只要一有时间我就会去听队友们的课，从中我看到了自己需要学习的还有很多，也看到了他们身上也有我的影子。学校组织的公开课，我都会去听，从中收获很多。同时，只要指导老师有时间，我也会邀请她去听我的课，老师真诚地给我指出缺点和改进意见。县教育局的领导和巡回指导老师都对我的课进行了听课和评课，从他们那里，我更加清楚地认识了自己。</w:t>
      </w:r>
      <w:r>
        <w:rPr>
          <w:lang w:eastAsia="zh-CN"/>
        </w:rPr>
        <w:br/>
      </w:r>
      <w:r>
        <w:rPr>
          <w:lang w:eastAsia="zh-CN"/>
        </w:rPr>
        <w:t>　　课堂教学的六个环节：备课、讲课、布置作业、辅导、答疑、检查作业。</w:t>
      </w:r>
      <w:r>
        <w:rPr>
          <w:lang w:eastAsia="zh-CN"/>
        </w:rPr>
        <w:br/>
      </w:r>
      <w:r>
        <w:rPr>
          <w:lang w:eastAsia="zh-CN"/>
        </w:rPr>
        <w:t>　　在备课方面，我会对首先对教材进行分析，根据教材的特点，确定教学目标和教学的重点难点，处理好知识之间的前后联系以及本学科的教学内容和其他学科内容之间的内在转化，还会注意学习方法的渗透和思想教育的渗透。除了最重要的备教材，就是备学生，备教学的各个环节，备教学语言和教态，备板书和课件。在备课方面收获很大的就是写英语教案，以前觉得写全英的教案非常困难，现在是能够非常熟练地完成一份英语教案。并且能把备课与讲课结合起来，在讲课的过程中不是生硬地去照搬教案和教学计划，而是根据上课中出现的具体情况以及学生的掌握情况灵活变通。</w:t>
      </w:r>
      <w:r>
        <w:rPr>
          <w:lang w:eastAsia="zh-CN"/>
        </w:rPr>
        <w:br/>
      </w:r>
      <w:r>
        <w:rPr>
          <w:lang w:eastAsia="zh-CN"/>
        </w:rPr>
        <w:t>　　在上课方面，我由开始的站在讲台上就紧张，到现在能做到无论谁坐在下面听课，都可以镇定自若，这对我的心理素质和临场应变能力是极大的锻炼。课上，我能做到灵活地掌握教学进度和营造和谐轻松的教学氛围。同时，在教学语言，教态方面我也有很大的改进，基本做到英语授课。在教具制作方面，我发明制作了三种教具，单词卡片、钟表和街区地图，服务于课堂，效果明显，学生们都很喜欢。在多媒体制作方面，我坚持自己制作课件，在多媒体课件制作的技术方面也有了很大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布置作业方面，我通常会精心地去挑选作业。不会去搞题海战术，而是力求作业的质量。围绕所学的知识点安排多种形式的练习，而不是简单机械地重复。</w:t>
      </w:r>
      <w:r>
        <w:rPr>
          <w:lang w:eastAsia="zh-CN"/>
        </w:rPr>
        <w:br/>
      </w:r>
      <w:r>
        <w:rPr>
          <w:lang w:eastAsia="zh-CN"/>
        </w:rPr>
        <w:t>　　辅导和答疑方面，我通常会先问学生这道题哪里不懂，而不是上来就告诉他们正确的答案是什么。了解到他们不懂的地方以后，我会把他们不懂的知识点给他们简单讲解一下，然后引导他们独立思考，最终得出正确答案。最后我还会提问几个关于这个问题的小知识点，以检查他们是否真的明白了，而不是仅仅会做这道题了。有时候，多个同学来问问题，我会让他们相互讲解知识点，增加他们对这个知识点的印象，强化讲解习题的能力，培养他们互帮互助、相互学习、共同进步的意识。</w:t>
      </w:r>
      <w:r>
        <w:rPr>
          <w:lang w:eastAsia="zh-CN"/>
        </w:rPr>
        <w:br/>
      </w:r>
      <w:r>
        <w:rPr>
          <w:lang w:eastAsia="zh-CN"/>
        </w:rPr>
        <w:t>　　在检查和批改作业方面，我会根据学生完成的不同情况加以分类，采取不同的方法，对学生的作业，有的加以肯定，有的加以提醒，有的加以辅导，有的直接提出批评意见，甚至带有强制性的要求。我会经常在作业本上写一些鼓励的话语，这样会调动学生们的积极性，帮助他们增强自信心，又能让他们在完成作业的过程中品尝成功带来的喜悦。</w:t>
      </w:r>
      <w:r>
        <w:rPr>
          <w:lang w:eastAsia="zh-CN"/>
        </w:rPr>
        <w:br/>
      </w:r>
      <w:r>
        <w:rPr>
          <w:lang w:eastAsia="zh-CN"/>
        </w:rPr>
        <w:t>　　当然，在教学方面我还存在很多问题。在教学中有时候会急于求成，经常会跟学生们着急，怕他们学不会会反复地讲。在备课中，经常会遇到好多不懂的地方，说明需要学习的还有很多。讲完课后，有时候教学反思不能及时地去写，不利于教学水平的进步等等。</w:t>
      </w:r>
      <w:r>
        <w:rPr>
          <w:lang w:eastAsia="zh-CN"/>
        </w:rPr>
        <w:br/>
      </w:r>
      <w:r>
        <w:rPr>
          <w:lang w:eastAsia="zh-CN"/>
        </w:rPr>
        <w:t>　　二、班主任工作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除了教学的实习工作，我还担任了七年级八班的实习班主任。在四个月的实习班主任生活中，在指导老师的指导下，我学到了很多关于班级管理的技巧，体会到了一名班主任的辛苦，对如何成为一名受学生欢迎的班主任有以下总结：</w:t>
      </w:r>
      <w:r>
        <w:rPr>
          <w:lang w:eastAsia="zh-CN"/>
        </w:rPr>
        <w:br/>
      </w:r>
      <w:r>
        <w:rPr>
          <w:lang w:eastAsia="zh-CN"/>
        </w:rPr>
        <w:t>　　班主任作为一个班级的核心和顶梁柱，更感性地说，可是说成是一个班级的父母。对整个班级负责，对每一个学生负责，对每一个学生的家长负责。作为一名班主任，首先要有爱心。爱每一名学生，相信每一个人都是优秀的。然后就是以身作则，严于律己。这一点非常重要。要树立榜样，让学生信服。规范自己的言行举止，时刻提醒自己，你是一名班主任。再者就是要认真负责。安全问题是头等大事，要保证学生们的身心安全和健康。班主任工作琐碎而又繁杂，要静下心来，理清条理，平心静气地去处理每一件事。</w:t>
      </w:r>
      <w:r>
        <w:rPr>
          <w:lang w:eastAsia="zh-CN"/>
        </w:rPr>
        <w:br/>
      </w:r>
      <w:r>
        <w:rPr>
          <w:lang w:eastAsia="zh-CN"/>
        </w:rPr>
        <w:t>　　作为一名实习班主任，我虽然收获很多，但是也存在很多问题和不足，需要学习的还有很多。以后应该多阅读教育学和心理学，要学习班主任工作的相关知识，为将来成为一名优秀的班主任打下基础。</w:t>
      </w:r>
      <w:r>
        <w:rPr>
          <w:lang w:eastAsia="zh-CN"/>
        </w:rPr>
        <w:br/>
      </w:r>
      <w:r>
        <w:rPr>
          <w:lang w:eastAsia="zh-CN"/>
        </w:rPr>
        <w:t>　　三、课余活动的组织和指导</w:t>
      </w:r>
      <w:r>
        <w:rPr>
          <w:lang w:eastAsia="zh-CN"/>
        </w:rPr>
        <w:br/>
      </w:r>
      <w:r>
        <w:rPr>
          <w:lang w:eastAsia="zh-CN"/>
        </w:rPr>
        <w:t>　　作为一名教师，除了要有组织和指导教学的能力，还要有组织和指导课余活动的能力。对于英语学科，开展课余活动是提高学生英语交际能力的重要途径之一，同时也是课堂教学的重要补充。</w:t>
      </w:r>
      <w:r>
        <w:rPr>
          <w:lang w:eastAsia="zh-CN"/>
        </w:rPr>
        <w:br/>
      </w:r>
      <w:r>
        <w:rPr>
          <w:lang w:eastAsia="zh-CN"/>
        </w:rPr>
        <w:t>　　在实习期间，我组织了英语朗诵比赛，观看英语电影，学习外国文化，英语手抄板比赛，跳绳比赛等课余活动。一方面丰富了学生的课余生活，另一方面，提高了他们的学习兴趣和集体荣誉感以及团结意识。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在组织和指导课余活动的过程中，我学到了很多。在组织活动之前，要做好周密的计划，在活动中要做好指导工作，随时准备处理突出状况，在活动中还要对孩子们进行情感教育。活动结束后要及时进行反思。</w:t>
      </w:r>
      <w:r>
        <w:rPr>
          <w:lang w:eastAsia="zh-CN"/>
        </w:rPr>
        <w:br/>
      </w:r>
      <w:r>
        <w:rPr>
          <w:lang w:eastAsia="zh-CN"/>
        </w:rPr>
        <w:t>　　组织和指导课余活动，提高了我组织管理能力，让我自身也学到了许多知识。加深了我和学生们的感情，锻炼了我班主任工作技能。</w:t>
      </w:r>
      <w:r>
        <w:rPr>
          <w:lang w:eastAsia="zh-CN"/>
        </w:rPr>
        <w:br/>
      </w:r>
      <w:r>
        <w:rPr>
          <w:lang w:eastAsia="zh-CN"/>
        </w:rPr>
        <w:t>　　四、参与学校管理工作</w:t>
      </w:r>
      <w:r>
        <w:rPr>
          <w:lang w:eastAsia="zh-CN"/>
        </w:rPr>
        <w:br/>
      </w:r>
      <w:r>
        <w:rPr>
          <w:lang w:eastAsia="zh-CN"/>
        </w:rPr>
        <w:t>　　除了做好顶岗支教的工作外，我还积极帮助学校组织各项活动，帮助教务处完成各类考试的安排，监考，阅卷，登统分数。以及初三学生的毕业活动，体检，体育考试等。</w:t>
      </w:r>
      <w:r>
        <w:rPr>
          <w:lang w:eastAsia="zh-CN"/>
        </w:rPr>
        <w:br/>
      </w:r>
      <w:r>
        <w:rPr>
          <w:lang w:eastAsia="zh-CN"/>
        </w:rPr>
        <w:t>　　充实、忙碌、快乐的实习生活就要结束了。这次顶岗实习锻炼了我各方面的技能，除了刚才总结的那些技能以外，还有与人相处的技巧，各种生活方面技能，处理突发事件的技能。最重要的是，它让我看到了自己还有哪些不足，还有哪些是需要改进的，看到了这些，我很开心，因为发现了这些，我才能够通过学习，通过努力去改进、去提高，让自己变得更加优秀。这次顶岗实习更加坚定了我将来从事教育事业的决心，我会用实际行动去践行为中国而教的口号，我会把教师当做毕生的事业去热爱、去追求、去奋斗。</w:t>
      </w:r>
      <w:r>
        <w:rPr>
          <w:lang w:eastAsia="zh-CN"/>
        </w:rPr>
        <w:br/>
      </w:r>
      <w:r>
        <w:rPr>
          <w:lang w:eastAsia="zh-CN"/>
        </w:rPr>
        <w:t xml:space="preserve">    优秀实习生总结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阴似箭，岁月如梭。一晃几个月的实习生活已经过去了，在最近的几个月的实习过程中，我有着许多的收获和欢乐，但也有苦涩和教训，这些成功的经验将激励我在以后的人生之路上取得更大成绩，失败的经历将使努力去改变自己不完美的地方，让自己在以后的日子做的更好，这一切将成为我生命中最宝贵的财富之一。</w:t>
      </w:r>
      <w:r>
        <w:rPr>
          <w:lang w:eastAsia="zh-CN"/>
        </w:rPr>
        <w:br/>
      </w:r>
      <w:r>
        <w:rPr>
          <w:lang w:eastAsia="zh-CN"/>
        </w:rPr>
        <w:t>　　我实习的单位是厦门富仪建筑设计有限公司。富仪建筑设计有限公司是一家从事企业设计模型(BIM)及技术开发与实施服务的高新技术企业。一开始我主要是了解企业文化，了解易维的价值之处，我从培训中了解到QAD、SAP、EPICOR这几家都是全球前几名的软件公司，同时他们的ERP软件都是全球商业软件市场的领导厂商。富仪公司是一家台商喜人企业，QAD是专门为制造业企业提供信息化解决方案的软件公司。所以富仪是一家国际化的企业。富仪还有他的一批典型的客户，这些客户长期与富仪合作，达成了长期的合作伙伴关系。在这样的环境中生活，每天擦肩而过的都是IT精英，不知道会不会因此而感染，不过可以感觉到很自豪，也很荣幸，因为可以学到很多东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实习的岗位是绘图员，作为实施绘图就要学习BIM系统，BIM系统的各个模块要了解他的作用以及怎么样操作。其中人事、考勤、薪资、合同、保险模块是一个公司或者一个企业都必须具备的软件，起先学习的也就是这些，经过不断的培训、练习、测试基本了解了系统的功能。除了学习系统外，我还学习了Revit数据库开发技术，这是开发组必须学的东西，但是对我们实施的如果能够掌握好这门软件，就能更好的运用系统，还能用PB快速的画出各种各样的报表。Revit是一款设计各种建筑的一款BIM软件，它采用面向对象的开发技术，具有可视化图形用户界面，开发人员能够使用它快速开发应用程序。</w:t>
      </w:r>
      <w:r>
        <w:rPr>
          <w:lang w:eastAsia="zh-CN"/>
        </w:rPr>
        <w:br/>
      </w:r>
      <w:r>
        <w:rPr>
          <w:lang w:eastAsia="zh-CN"/>
        </w:rPr>
        <w:t>　　通过几周紧张而又忙碌的生活，我渐渐适应了这样的高压力，高动力。这一切让我深刻地体会到做任何事情都必须尽自己最大的努力，也只有尽了自己最大的努力才能将工作作好、做扎实，才能得到领导和同事的认可，这段艰难的经历将激励我在以后的日子更加努力的付出，因为只有付出才有可能获得成功。刚刚踏入社会碰到挫折是正常的，现在主要是看我们的承受能力了，有时候有些事情是要靠自己去争取，可是又有些时候由于种种关系我们都胆怯了，因为我们无法了解社会的这些所谓的条条框框，因为我们还没有真正的融入这个社会。对于初出茅庐的我们来说，缺少的是阅历，缺少的可能也是那份交际，毕竟大学还算是纯洁的净土，没有任何利益关系可言，人与人之间也是毫无戒备的。经过这个几月的实习，真的改变了很多，也真的成熟了很多，需要学习的真的还有很多。实习对于我们刚踏入社会的大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真的是一个历练的过程。实习是让我们有一个认识社会的过程，首先通过这样的方式来接触社会，所以碰到挫折是难免的。每当遇到问题的的时候，通常我都会自己试着解决，然后通过群里请教前辈们，他们都能很好的帮着我去解决，这又使我感觉到集体的温暖，从而更有信心的完成工作，认真做好每一件小事将是我们每一个人都必须去努力追求的。在实习中，我一开始我都是在学习BIM概念系统，通过几次实施组的会议中，我渐渐的明白了光光掌握系统远远不够，还要掌握HR顾问必备的额外的一些知识，每当客户问你的时候必须给以很好的解释。所以他们会安排我收集一些关于BIM概念系统中的一些资料，并且做课程进行演讲，这样既锻炼我的胆量也有了和其他同事之间的一个交流。还有就是一些文字上的训练，常常要整理一些会议记录啊，多方面锻炼我的才能。在此我要感谢公司给我学习的机会，还要感谢诸多同事在工作上给我的帮助，才能够使我成长，使我进步。</w:t>
      </w:r>
      <w:r>
        <w:rPr>
          <w:lang w:eastAsia="zh-CN"/>
        </w:rPr>
        <w:br/>
      </w:r>
      <w:r>
        <w:rPr>
          <w:lang w:eastAsia="zh-CN"/>
        </w:rPr>
        <w:t>　　经过几个月的实习生活我深深的认识到，踏入社会不仅仅要认真努力的工作，最重要的还是要学会做人，记得前辈们说过要做事必须先学会做人。所以交流沟通十分重要，交流沟通是一种智慧，是一种为人处事的生活方式，我会慢慢改变自己，让自己拥有交流的智慧，养成一种为人处事的良好生活方式，这一切不仅是个人发展的需要，也是时代和社会发展的趋势。</w:t>
      </w:r>
      <w:r>
        <w:rPr>
          <w:lang w:eastAsia="zh-CN"/>
        </w:rPr>
        <w:br/>
      </w:r>
      <w:r>
        <w:rPr>
          <w:lang w:eastAsia="zh-CN"/>
        </w:rPr>
        <w:t>　　路漫漫其修远兮，吾将上下而求索。通过几个月的实践学习，我学到了许多在校园内无法学到的知识，这些宝贵的人生经历将激励我在以后的人生路上勇于实践，开拓创新，为人生的下一次辉煌奠定坚实的基础，成为我受益终生的宝贵财富。</w:t>
      </w:r>
      <w:r>
        <w:rPr>
          <w:lang w:eastAsia="zh-CN"/>
        </w:rPr>
        <w:br/>
      </w:r>
      <w:r>
        <w:rPr>
          <w:lang w:eastAsia="zh-CN"/>
        </w:rPr>
        <w:t xml:space="preserve">    优秀实习生总结 篇3 </w:t>
      </w:r>
      <w:r>
        <w:rPr>
          <w:lang w:eastAsia="zh-CN"/>
        </w:rPr>
        <w:br/>
      </w:r>
      <w:r>
        <w:rPr>
          <w:lang w:eastAsia="zh-CN"/>
        </w:rPr>
        <w:t>　　尊敬的老师、亲爱的同学们：</w:t>
      </w:r>
      <w:r>
        <w:rPr>
          <w:lang w:eastAsia="zh-CN"/>
        </w:rPr>
        <w:br/>
      </w:r>
      <w:r>
        <w:rPr>
          <w:lang w:eastAsia="zh-CN"/>
        </w:rPr>
        <w:t>　　大家下午好！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眉县金渠中学一个多月的实习虽是时间长河中的一瞬间，但对于我们来说却是千金难买的宝贵光阴。30多个难忘的清晨，我们迎接地平线上的第一抹晨曦，30多个难忘的夜晚，我们寻觅书山学海中的每一道清泉，借着灯火阑珊的宁静，把知识的琼浆和激情倾注在自己的教案中，激动而又紧张的地强忍着“砰砰砰”的心跳，我们第一次走上神圣的讲台，抑制住心灵的颤抖，我们第一次听到了“老师”这一光荣的称谓。</w:t>
      </w:r>
      <w:r>
        <w:rPr>
          <w:lang w:eastAsia="zh-CN"/>
        </w:rPr>
        <w:br/>
      </w:r>
      <w:r>
        <w:rPr>
          <w:lang w:eastAsia="zh-CN"/>
        </w:rPr>
        <w:t>　　在这三十多天的时间里，我们的主要工作是进行课堂教学以及班主任工作。在课堂教学方面，科任老师给了我们很多好的建议和指导，我们也会虚心向他们请教，精心备课。由于体育学科的特殊性，大多数学生在心理上不够重视此科目的学习。古人云：“知之者不如好知者，好知者不如乐知者。”兴趣对于一个学生的学习来说是一个至关重要的条件。因此，如何增强课堂的吸引力，如何提高学生的兴趣和积极性是体育教师最应引起重视的问题。在平时进行教学设计的时候，我经常先咨询老师和同学们的建议，集中大家的新思想、好的观点，用集体的力量争取每一堂课的成功。对于班主任工作，我们很认真也用心去对待，积极配合原班主任做好班级的日常管理工作，深入学生心理，了解学生，引导他们以正确的学习观、学习方法，组织开展“感恩，我们在行动”、“法治在身边”主题班会活动，从原班主任那里我们学到了如何用自己的人格魅力去感染学生，如何对班级进行管理，收获很多。同时实习学校的领导和指导老师也给我们创造了机会与展示自己的平台，在此表示深深的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金渠中学的每一天，我们都能亲切的感受到院系领导的关心，地环系各级领导的慰问和带队老师苟老师悉心的教导与鼓励，让我们这些拼搏在外的学生有一个坚强的后盾、一个温暖的港湾，借此机会我代表同学们对您们说声：谢谢，你们辛苦了！同时，感谢我的队员们，感谢你们的全力配合与乐于奉献的精神，相信我们的成绩没有让关心我们的领导老师们失望。</w:t>
      </w:r>
      <w:r>
        <w:rPr>
          <w:lang w:eastAsia="zh-CN"/>
        </w:rPr>
        <w:br/>
      </w:r>
      <w:r>
        <w:rPr>
          <w:lang w:eastAsia="zh-CN"/>
        </w:rPr>
        <w:t>　　从各位老师和学生们的身上我们也学到了很多东西，而且和他们成为朋友。“我们的体育课不仅是要完成教学进程还要在轻松娱乐的状态下完成，让学生积极的参与。”“对学生的要求要松弛有度，你要信任他们还要尊重他们。”现在张老师的话还在耳边缠绕。在实习期间老师将校田径队交予我训练，自己在一旁协助，交换了我们的位置，很庆幸我们训练的团队在宝鸡市运动员选拔和眉县中学生运动会中都取得了骄人的成绩，在校冬季球类运动会中将编制秩序册和场地划分交予我制作编排并投入使用，在上课的过程中张老师会对我提出更高的要求和积极地指导并将自己的宝贵经验传授与我。同时，我感觉到在校我们不仅要学好理论知识，还要积极的将它融入到实践中去，达到理论实践相结合，正所谓：“纸上谈来终觉浅，欲知此事须先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时间总是短暂的，实习已经结束，我们曾经徘徊过、失落过、也空虚过，但我们从不曾后退过，因为我们知道这对于我们来说是一种难得的历练，实习中我们学到了很多书本上学不到的知识，同时也更加深刻地感觉到了书本知识的重要性。“我们实习的时间如果更长一点，自己的知识面如果更宽一点，我们的教学经验再丰富一点”这些会再是我们的一种期待吗？实习中每一个人都有了自己的收获，收获了心中的那份经历、那份感受、那份回忆！</w:t>
      </w:r>
      <w:r>
        <w:rPr>
          <w:lang w:eastAsia="zh-CN"/>
        </w:rPr>
        <w:br/>
      </w:r>
      <w:r>
        <w:rPr>
          <w:lang w:eastAsia="zh-CN"/>
        </w:rPr>
        <w:t>　　在为人师的这条路上，我们迈出了第一步，接下来还有第二步、第三步但不管怎样，我们都会以人为本，把实习中学到的一切融汇到今后的工作中去。“路漫漫其修远兮，吾将上下而求索”我们会不断努力！挫折也罢，困难也罢。失败也罢，成功也罢，随着实习的结束，一切都已经成为过去，而我们正面临新的学习任务，正面临新的学习机遇，真正的工作会在不久的将来出现在我们的生活中，我们现在真正需要做的是总结经验，吸取教训，学好知识，迎接新的一天，迎接新的挑战。</w:t>
      </w:r>
      <w:r>
        <w:rPr>
          <w:lang w:eastAsia="zh-CN"/>
        </w:rPr>
        <w:br/>
      </w:r>
      <w:r>
        <w:rPr>
          <w:lang w:eastAsia="zh-CN"/>
        </w:rPr>
        <w:t>　　谢谢！</w:t>
      </w:r>
      <w:r>
        <w:rPr>
          <w:lang w:eastAsia="zh-CN"/>
        </w:rPr>
        <w:br/>
      </w:r>
      <w:r>
        <w:rPr>
          <w:lang w:eastAsia="zh-CN"/>
        </w:rPr>
        <w:t xml:space="preserve">    优秀实习生总结 篇4 </w:t>
      </w:r>
      <w:r>
        <w:rPr>
          <w:lang w:eastAsia="zh-CN"/>
        </w:rPr>
        <w:br/>
      </w:r>
      <w:r>
        <w:rPr>
          <w:lang w:eastAsia="zh-CN"/>
        </w:rPr>
        <w:t>　　在这个学习“飞”的旅程中，我遇到了很多大风，也遇到了很多逆风的旅程。这段旅程确实艰难，但在同伴的帮助下，我并不孤单。现在，我已经回到这座塔上拿走了我的“飞行证明”，然后我就可以真正离开这里了。</w:t>
      </w:r>
      <w:r>
        <w:rPr>
          <w:lang w:eastAsia="zh-CN"/>
        </w:rPr>
        <w:br/>
      </w:r>
      <w:r>
        <w:rPr>
          <w:lang w:eastAsia="zh-CN"/>
        </w:rPr>
        <w:t>　　在这次实习中，我学到了很多学校从来没有教过的东西，其中很多来自于自己的经历，也来自于身边的同事和领导。总之我受益匪浅。现在我来总结一下自己，看看自己成长了多少。我的实习总结如下：</w:t>
      </w:r>
      <w:r>
        <w:rPr>
          <w:lang w:eastAsia="zh-CN"/>
        </w:rPr>
        <w:br/>
      </w:r>
      <w:r>
        <w:rPr>
          <w:lang w:eastAsia="zh-CN"/>
        </w:rPr>
        <w:t>　　一、工作方面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开始实习后，我认真改变了学生时代的懒惰行为，认真对待每一份工作。在业余时间，我虚心向很多同事请教他们的优秀经验，根据自己的经验，我可以转化为实际经验。</w:t>
      </w:r>
      <w:r>
        <w:rPr>
          <w:lang w:eastAsia="zh-CN"/>
        </w:rPr>
        <w:br/>
      </w:r>
      <w:r>
        <w:rPr>
          <w:lang w:eastAsia="zh-CN"/>
        </w:rPr>
        <w:t>　　虽然有时候会因为听多了而迷失方向，但是经过练习，慢慢摸索出一条适合自己的前进之路。我不能完全接受别人的经验。只有我找到的技能才是真正适合自己的。</w:t>
      </w:r>
      <w:r>
        <w:rPr>
          <w:lang w:eastAsia="zh-CN"/>
        </w:rPr>
        <w:br/>
      </w:r>
      <w:r>
        <w:rPr>
          <w:lang w:eastAsia="zh-CN"/>
        </w:rPr>
        <w:t>　　第二，学习</w:t>
      </w:r>
      <w:r>
        <w:rPr>
          <w:lang w:eastAsia="zh-CN"/>
        </w:rPr>
        <w:br/>
      </w:r>
      <w:r>
        <w:rPr>
          <w:lang w:eastAsia="zh-CN"/>
        </w:rPr>
        <w:t>　　即使离开校园后，我也从未忘记学习。学习永无止境。我们在学习中积累“羽毛”，但是“羽毛”会变老，需要更新。在业余时间，我认真研究了自己工作的重点，从来没有放过一些关于提高能力的细节。只有不断提高，才能飞得更高。</w:t>
      </w:r>
      <w:r>
        <w:rPr>
          <w:lang w:eastAsia="zh-CN"/>
        </w:rPr>
        <w:br/>
      </w:r>
      <w:r>
        <w:rPr>
          <w:lang w:eastAsia="zh-CN"/>
        </w:rPr>
        <w:t>　　三.生活的方方面面</w:t>
      </w:r>
      <w:r>
        <w:rPr>
          <w:lang w:eastAsia="zh-CN"/>
        </w:rPr>
        <w:br/>
      </w:r>
      <w:r>
        <w:rPr>
          <w:lang w:eastAsia="zh-CN"/>
        </w:rPr>
        <w:t>　　生活中不敢有太多奢侈。我们的一切都来自父母的努力。我怎么敢在还他们之前尽情享受呢?</w:t>
      </w:r>
      <w:r>
        <w:rPr>
          <w:lang w:eastAsia="zh-CN"/>
        </w:rPr>
        <w:br/>
      </w:r>
      <w:r>
        <w:rPr>
          <w:lang w:eastAsia="zh-CN"/>
        </w:rPr>
        <w:t>　　在作息方面，从一开始就有点不舒服，现在每天都能在闹钟响之前自己起床，这是我以前从来没有想象过的。但是，通过这样的小事，我渐渐学会了一件事，——。我在慢慢长大。</w:t>
      </w:r>
      <w:r>
        <w:rPr>
          <w:lang w:eastAsia="zh-CN"/>
        </w:rPr>
        <w:br/>
      </w:r>
      <w:r>
        <w:rPr>
          <w:lang w:eastAsia="zh-CN"/>
        </w:rPr>
        <w:t>　　虽然实习期只有短短几个月，但感觉比我在学校学了几年的东西还要多。而且还有更多我还没见过的知识，要自己去探索。现在越来越期待未来。</w:t>
      </w:r>
      <w:r>
        <w:rPr>
          <w:lang w:eastAsia="zh-CN"/>
        </w:rPr>
        <w:br/>
      </w:r>
      <w:r>
        <w:rPr>
          <w:lang w:eastAsia="zh-CN"/>
        </w:rPr>
        <w:t xml:space="preserve">    优秀实习生总结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为了工程处生产目标和二矿可持续发展，20__年8月我们全队职工来到二矿北山第八项目部。施工-700米配套工程，先后建设井底绕道和井底水仓，现在施工管子道。以前干过巷道和暗立井，通过这两个项目的施工受益匪浅，也打开了视野，增长了见识，为我以后进一步走向工作岗位打下坚实的基础。</w:t>
      </w:r>
      <w:r>
        <w:rPr>
          <w:lang w:eastAsia="zh-CN"/>
        </w:rPr>
        <w:br/>
      </w:r>
      <w:r>
        <w:rPr>
          <w:lang w:eastAsia="zh-CN"/>
        </w:rPr>
        <w:t>　　一作为一名井下电工，浅先介绍一下供电系统</w:t>
      </w:r>
      <w:r>
        <w:rPr>
          <w:lang w:eastAsia="zh-CN"/>
        </w:rPr>
        <w:br/>
      </w:r>
      <w:r>
        <w:rPr>
          <w:lang w:eastAsia="zh-CN"/>
        </w:rPr>
        <w:t>　　二煤矿机电安全</w:t>
      </w:r>
      <w:r>
        <w:rPr>
          <w:lang w:eastAsia="zh-CN"/>
        </w:rPr>
        <w:br/>
      </w:r>
      <w:r>
        <w:rPr>
          <w:lang w:eastAsia="zh-CN"/>
        </w:rPr>
        <w:t>　　1矿用电气设备防爆的重要性</w:t>
      </w:r>
      <w:r>
        <w:rPr>
          <w:lang w:eastAsia="zh-CN"/>
        </w:rPr>
        <w:br/>
      </w:r>
      <w:r>
        <w:rPr>
          <w:lang w:eastAsia="zh-CN"/>
        </w:rPr>
        <w:t>　　电气设备在正常运行或故障状态下可能出现火花、电弧、热表面和灼热颗粒等，它们都具有一定能量，可以成为点燃矿井瓦斯和煤尘的点火源。大量统计资料表明，电火源是井下瓦斯爆炸的主要点火源，约占50%左右。而且随着煤矿井下电气化程度的提高及井下电气设备电压等级的提高，电气设备的事故更易发生，因此搞好电气设备的防爆，对防止瓦斯、煤尘爆炸具有十分重要的意义。</w:t>
      </w:r>
      <w:r>
        <w:rPr>
          <w:lang w:eastAsia="zh-CN"/>
        </w:rPr>
        <w:br/>
      </w:r>
      <w:r>
        <w:rPr>
          <w:lang w:eastAsia="zh-CN"/>
        </w:rPr>
        <w:t>　　2矿用电气设备防爆的基本措施</w:t>
      </w:r>
      <w:r>
        <w:rPr>
          <w:lang w:eastAsia="zh-CN"/>
        </w:rPr>
        <w:br/>
      </w:r>
      <w:r>
        <w:rPr>
          <w:lang w:eastAsia="zh-CN"/>
        </w:rPr>
        <w:t>　　3井下电器隔爆性能的保证</w:t>
      </w:r>
      <w:r>
        <w:rPr>
          <w:lang w:eastAsia="zh-CN"/>
        </w:rPr>
        <w:br/>
      </w:r>
      <w:r>
        <w:rPr>
          <w:lang w:eastAsia="zh-CN"/>
        </w:rPr>
        <w:t>　　4停送电要按《供电系统安装措施》。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所有工作人员必须听从指挥，服从领导;在变压器上工作时，必须断开高压配电箱;操作高压设备时，必须穿绝缘鞋，戴绝缘手套，站在绝缘台上，一人工作，一人监护;停送电工作，由井下安全责任人在井下变电所填写工作票;严格执行停送电制度和有关规定制度，高压配电箱断开后，必须将可动部分隔离插销全部拉出，抬起闭锁板，处于检修位置，并悬挂有人工作，禁止合闸的警示牌，只有执行此项工作的人员，才能取下此牌送电，操作送电时听从机电负责人指挥;所有停电结束后，必须进行验电，放电;拆除、安装结束，需要送电时，必须与工作面其他人员取得联系，确认所供范围内无其他人员工作时，方准送电;工作人员必须两人一组严禁单独工作;在检修、运输、移动电气设备和机械设备时，要保证设备和人身安全;工作结束后机电队负责对每一台设备悬挂铭牌，注明电压等级。</w:t>
      </w:r>
      <w:r>
        <w:rPr>
          <w:lang w:eastAsia="zh-CN"/>
        </w:rPr>
        <w:br/>
      </w:r>
      <w:r>
        <w:rPr>
          <w:lang w:eastAsia="zh-CN"/>
        </w:rPr>
        <w:t xml:space="preserve">    优秀实习生总结 篇6 </w:t>
      </w:r>
      <w:r>
        <w:rPr>
          <w:lang w:eastAsia="zh-CN"/>
        </w:rPr>
        <w:br/>
      </w:r>
      <w:r>
        <w:rPr>
          <w:lang w:eastAsia="zh-CN"/>
        </w:rPr>
        <w:t>　　对于这个很特殊的科室，第一次走进脑子里一片空白，一切都那么新鲜好奇，一切都那么兴奋又恐惧。刚踏进手术室护士长就严格要求我们更换鞋子工作服，戴好手术帽和口罩，我的第一反应就是手术室的无菌观念很强。之后护士长带我们熟悉了手术室的环境及工作流程，学习各项规章制度，由带教老师培训我们的无菌操作技术，让我们能够更快更好的熟悉工作流程!</w:t>
      </w:r>
      <w:r>
        <w:rPr>
          <w:lang w:eastAsia="zh-CN"/>
        </w:rPr>
        <w:br/>
      </w:r>
      <w:r>
        <w:rPr>
          <w:lang w:eastAsia="zh-CN"/>
        </w:rPr>
        <w:t>　　培训一天过后就跟着老师开始工作，刚开始由老师带着一起，教我们如何接送病人，如何查看病历，如何打印医嘱，如何上手术台，如何铺无菌盘和穿脱隔离衣，如何与医生进行配合等等。随后我就独自一人开始上台，记得第一次自己独自上台时有些紧张，有些朦，经过这次，以后的手术我都不那么紧张了。对于血肉模糊的手术台我也产生了抗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手术室的这一个月里我也看了和参与很多例手术，如腹腔境、剖宫产、开颅手术、骨科胸科手术、急诊手术等等。在这个过程中，我看到了术前、术中、术后器械护士、巡回护士、手术医生和麻醉医生的密切配合和他们的团队合作精神。这让我坚定了一个目标，好好努力，希望有一天我也能成为手术室的一员，能在手术台上挽救病人的生命!</w:t>
      </w:r>
      <w:r>
        <w:rPr>
          <w:lang w:eastAsia="zh-CN"/>
        </w:rPr>
        <w:br/>
      </w:r>
      <w:r>
        <w:rPr>
          <w:lang w:eastAsia="zh-CN"/>
        </w:rPr>
        <w:t>　　真的很幸运来到了手术室，让我学到很多很多，让我的无菌观念得以增强，让我的无菌技术更加规范。</w:t>
      </w:r>
      <w:r>
        <w:rPr>
          <w:lang w:eastAsia="zh-CN"/>
        </w:rPr>
        <w:br/>
      </w:r>
      <w:r>
        <w:rPr>
          <w:lang w:eastAsia="zh-CN"/>
        </w:rPr>
        <w:t>　　最后谢谢各位老师对我们的关心和培养，谢谢老师给我们锻炼的机会，相信在今后的工作中我们会更加努力!</w:t>
      </w:r>
      <w:r>
        <w:rPr>
          <w:lang w:eastAsia="zh-CN"/>
        </w:rPr>
        <w:br/>
      </w:r>
      <w:r>
        <w:rPr>
          <w:lang w:eastAsia="zh-CN"/>
        </w:rPr>
        <w:t xml:space="preserve">    优秀实习生总结 篇7 </w:t>
      </w:r>
      <w:r>
        <w:rPr>
          <w:lang w:eastAsia="zh-CN"/>
        </w:rPr>
        <w:br/>
      </w:r>
      <w:r>
        <w:rPr>
          <w:lang w:eastAsia="zh-CN"/>
        </w:rPr>
        <w:t>　　现在，实习快结束了。为了更好的了解自己在工作中的进步，我在这里对自己的工作进行如下自我认同，希望自己能提高更多!</w:t>
      </w:r>
      <w:r>
        <w:rPr>
          <w:lang w:eastAsia="zh-CN"/>
        </w:rPr>
        <w:br/>
      </w:r>
      <w:r>
        <w:rPr>
          <w:lang w:eastAsia="zh-CN"/>
        </w:rPr>
        <w:t>　　一、自我分析</w:t>
      </w:r>
      <w:r>
        <w:rPr>
          <w:lang w:eastAsia="zh-CN"/>
        </w:rPr>
        <w:br/>
      </w:r>
      <w:r>
        <w:rPr>
          <w:lang w:eastAsia="zh-CN"/>
        </w:rPr>
        <w:t>　　工作情况：实习结束后，我的工作情况还有很多不足，尤其是面对新的工作。随着工作时间的推进，我负责的工作也在不断变化。现在，我无法应付自己的工作。但是我很清楚造成这种情况的原因。上班前没有做好准备，导致上班匆忙，总是出错!</w:t>
      </w:r>
      <w:r>
        <w:rPr>
          <w:lang w:eastAsia="zh-CN"/>
        </w:rPr>
        <w:br/>
      </w:r>
      <w:r>
        <w:rPr>
          <w:lang w:eastAsia="zh-CN"/>
        </w:rPr>
        <w:t>　　但是，除此之外，我也在不断完善自己。虽然我现在不熟悉，但在未来，我的工作会更圆满地完成!</w:t>
      </w:r>
      <w:r>
        <w:rPr>
          <w:lang w:eastAsia="zh-CN"/>
        </w:rPr>
        <w:br/>
      </w:r>
      <w:r>
        <w:rPr>
          <w:lang w:eastAsia="zh-CN"/>
        </w:rPr>
        <w:t>　　人际情况：实习期间也感受到了和学校不一样的氛围。在这个庞大的群体中，每个人都在工作中努力完成任务，并对实习生给予了很好的照顾。多亏了大家的努力，我才能在工作中取得如此大的进步。期间还教了很多朋友，有些是工作上的前辈，给了我很多指导。有一些是同时期的同事，我们也很讨论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多与工作相关的事情。在和他们的接触中，我才真正的感受到，团结的集体拥有非常庞大的力量!在未来，我也会努力的提升自己，让这个集体更加的壮大!</w:t>
      </w:r>
      <w:r>
        <w:rPr>
          <w:lang w:eastAsia="zh-CN"/>
        </w:rPr>
        <w:br/>
      </w:r>
      <w:r>
        <w:rPr>
          <w:lang w:eastAsia="zh-CN"/>
        </w:rPr>
        <w:t>　　二、个人缺点</w:t>
      </w:r>
      <w:r>
        <w:rPr>
          <w:lang w:eastAsia="zh-CN"/>
        </w:rPr>
        <w:br/>
      </w:r>
      <w:r>
        <w:rPr>
          <w:lang w:eastAsia="zh-CN"/>
        </w:rPr>
        <w:t>　　在工作中喜欢丢三落四，对时间的观念不够严谨，这些都导致我在工作中出现过许许多多的的问题!甚至还遭到了不少的批评。在今后这些方面我还是要多加小心。</w:t>
      </w:r>
      <w:r>
        <w:rPr>
          <w:lang w:eastAsia="zh-CN"/>
        </w:rPr>
        <w:br/>
      </w:r>
      <w:r>
        <w:rPr>
          <w:lang w:eastAsia="zh-CN"/>
        </w:rPr>
        <w:t>　　三、结束语</w:t>
      </w:r>
      <w:r>
        <w:rPr>
          <w:lang w:eastAsia="zh-CN"/>
        </w:rPr>
        <w:br/>
      </w:r>
      <w:r>
        <w:rPr>
          <w:lang w:eastAsia="zh-CN"/>
        </w:rPr>
        <w:t>　　实习总会结束，但是自己现在已经有了不少的收获。相信在将来，这些收获会为我正式的踏上社会工作之路带来便利和优势!我会继续努力的!</w:t>
      </w:r>
      <w:r>
        <w:rPr>
          <w:lang w:eastAsia="zh-CN"/>
        </w:rPr>
        <w:br/>
      </w:r>
      <w:r>
        <w:rPr>
          <w:lang w:eastAsia="zh-CN"/>
        </w:rPr>
        <w:t xml:space="preserve">    优秀实习生总结 篇8 </w:t>
      </w:r>
      <w:r>
        <w:rPr>
          <w:lang w:eastAsia="zh-CN"/>
        </w:rPr>
        <w:br/>
      </w:r>
      <w:r>
        <w:rPr>
          <w:lang w:eastAsia="zh-CN"/>
        </w:rPr>
        <w:t>　　时间荏苒，转眼间我已离开了学校踏上了工作岗位，我到当湖中心幼儿园这个大家庭也有两个多月了。本学期我担任中五班的副班主任，这对我来说是一次新的考验，一切从头开始的我，路上必将充满荆棘。在这短短的时间内，我付出了很多，收获了不少，同时也成长了不少。在园领导和老师们的帮助和关怀下，我不断地成长着。</w:t>
      </w:r>
      <w:r>
        <w:rPr>
          <w:lang w:eastAsia="zh-CN"/>
        </w:rPr>
        <w:br/>
      </w:r>
      <w:r>
        <w:rPr>
          <w:lang w:eastAsia="zh-CN"/>
        </w:rPr>
        <w:t>　　作为一名幼儿教师我深知责任的重大，有工作的艰辛和新教师的压力，我将要体验的是这职业的酸甜苦辣，有收获的喜悦、有探究的痛苦、有成长的快乐、有努力后的欣慰这将都是我未来的宝贵财富。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在崭新的旅程中我将不断努力，让自己成为一名幼儿教育工作者。下面是我制定的个人成长计划，具体包括以下几分方面：</w:t>
      </w:r>
      <w:r>
        <w:rPr>
          <w:lang w:eastAsia="zh-CN"/>
        </w:rPr>
        <w:br/>
      </w:r>
      <w:r>
        <w:rPr>
          <w:lang w:eastAsia="zh-CN"/>
        </w:rPr>
        <w:t>　　一、 发展方向：</w:t>
      </w:r>
      <w:r>
        <w:rPr>
          <w:lang w:eastAsia="zh-CN"/>
        </w:rPr>
        <w:br/>
      </w:r>
      <w:r>
        <w:rPr>
          <w:lang w:eastAsia="zh-CN"/>
        </w:rPr>
        <w:t>　　1.政治思想方面</w:t>
      </w:r>
      <w:r>
        <w:rPr>
          <w:lang w:eastAsia="zh-CN"/>
        </w:rPr>
        <w:br/>
      </w:r>
      <w:r>
        <w:rPr>
          <w:lang w:eastAsia="zh-CN"/>
        </w:rPr>
        <w:t>　　热爱祖国，热爱家乡，提高自己的政治思想，积极要求上进，严格要求自己。热爱幼儿园，爱孩子们，遵守幼儿园的各项规章制度，每个星期我都会听从领导的安排，认真摘记。我深知，幼儿是学习的主人，作为幼儿教师应该科学、全面的组织幼儿的一日生活。还要拥有一颗高度的责任心和真诚的童心，和孩子们拉近彼此的距离，在幼儿园里把最美的笑容带给每一位家长和孩子。</w:t>
      </w:r>
      <w:r>
        <w:rPr>
          <w:lang w:eastAsia="zh-CN"/>
        </w:rPr>
        <w:br/>
      </w:r>
      <w:r>
        <w:rPr>
          <w:lang w:eastAsia="zh-CN"/>
        </w:rPr>
        <w:t>　　2.理论知识方面</w:t>
      </w:r>
      <w:r>
        <w:rPr>
          <w:lang w:eastAsia="zh-CN"/>
        </w:rPr>
        <w:br/>
      </w:r>
      <w:r>
        <w:rPr>
          <w:lang w:eastAsia="zh-CN"/>
        </w:rPr>
        <w:t>　　我将会一如既往的去提高自己的理论知识，认真学习，刻苦钻研。阅读的书</w:t>
      </w:r>
      <w:r>
        <w:rPr>
          <w:lang w:eastAsia="zh-CN"/>
        </w:rPr>
        <w:br/>
      </w:r>
      <w:r>
        <w:rPr>
          <w:lang w:eastAsia="zh-CN"/>
        </w:rPr>
        <w:t>　　籍，如进修学校提供的《幼儿园班理管理》、《幼儿教师六项教学技能指导》、《新教师应知应会》，认真学习阅读《教学用书》、《幼儿园教育指导纲要》、《保教指南》、《幼儿园工作规程》、《幼儿园管理条例》，还有有关幼儿教育的期刊。这些重要的书籍都是作为一名幼儿教师应学习的。</w:t>
      </w:r>
      <w:r>
        <w:rPr>
          <w:lang w:eastAsia="zh-CN"/>
        </w:rPr>
        <w:br/>
      </w:r>
      <w:r>
        <w:rPr>
          <w:lang w:eastAsia="zh-CN"/>
        </w:rPr>
        <w:t>　　3.教育教学方面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要勤听课，认真做好笔记，主动像师傅老师请教，多听园内、组内其他老师的课，积极吸取他们的长处，尝试运用到自己的教学领域中。认真准备好每一堂课，准备好教具，课后进行反思。和老师共同研讨难上的课，从探讨中不断进步。每天把教给孩子们的知道传到班级网页上，及时更新自己的博客，加强与家长的沟通。</w:t>
      </w:r>
      <w:r>
        <w:rPr>
          <w:lang w:eastAsia="zh-CN"/>
        </w:rPr>
        <w:br/>
      </w:r>
      <w:r>
        <w:rPr>
          <w:lang w:eastAsia="zh-CN"/>
        </w:rPr>
        <w:t>　　4.实践方面</w:t>
      </w:r>
      <w:r>
        <w:rPr>
          <w:lang w:eastAsia="zh-CN"/>
        </w:rPr>
        <w:br/>
      </w:r>
      <w:r>
        <w:rPr>
          <w:lang w:eastAsia="zh-CN"/>
        </w:rPr>
        <w:t>　　身为幼儿教师，主要具备的是要对孩子有爱心，了解每一位孩子的性格，走进他们的内心世界，一切以孩子的健康成长为出发点。在活动中要时时刻刻观察孩子的一举一动。了解到每一位孩子的发展趋向，如有发现问题，及时与家长沟通，揣测出解决的方法。</w:t>
      </w:r>
      <w:r>
        <w:rPr>
          <w:lang w:eastAsia="zh-CN"/>
        </w:rPr>
        <w:br/>
      </w:r>
      <w:r>
        <w:rPr>
          <w:lang w:eastAsia="zh-CN"/>
        </w:rPr>
        <w:t>　　5.专业素养方面</w:t>
      </w:r>
      <w:r>
        <w:rPr>
          <w:lang w:eastAsia="zh-CN"/>
        </w:rPr>
        <w:br/>
      </w:r>
      <w:r>
        <w:rPr>
          <w:lang w:eastAsia="zh-CN"/>
        </w:rPr>
        <w:t>　　幼儿教师要求掌握各方面的技能技巧。我在跳舞方面还是比较薄弱，要不断</w:t>
      </w:r>
      <w:r>
        <w:rPr>
          <w:lang w:eastAsia="zh-CN"/>
        </w:rPr>
        <w:br/>
      </w:r>
      <w:r>
        <w:rPr>
          <w:lang w:eastAsia="zh-CN"/>
        </w:rPr>
        <w:t>　　努力，多听，多跳，多实践。另外每天收取一部分时间进行练琴，是自己的伴奏水平提高。多讲故事，并且能生动形象的讲故事，拉近与孩子的距离。学会在电脑是哪个制作出漂亮的课件，提高自己的计算机水平。认真对待每一节课，在每一天的活动中提高自己的教学能力。</w:t>
      </w:r>
      <w:r>
        <w:rPr>
          <w:lang w:eastAsia="zh-CN"/>
        </w:rPr>
        <w:br/>
      </w:r>
      <w:r>
        <w:rPr>
          <w:lang w:eastAsia="zh-CN"/>
        </w:rPr>
        <w:t>　　6.保育方面</w:t>
      </w:r>
      <w:r>
        <w:rPr>
          <w:lang w:eastAsia="zh-CN"/>
        </w:rPr>
        <w:br/>
      </w:r>
      <w:r>
        <w:rPr>
          <w:lang w:eastAsia="zh-CN"/>
        </w:rPr>
        <w:t>　　对孩子要多一点爱心，多一点耐心，注重孩子的身心健康，对每一位孩子都要关注。对孩子好的行为进行肯定，给予赞赏和鼓励。出现问题，及时分析原因，该批评的批评，并给予适度教育，引导幼儿养成良好的行为习惯，加强对孩子的文明礼貌的教育。逐步进行幼儿常规教育，教幼儿在吃饭时不要大声说话要保持安静。</w:t>
      </w:r>
      <w:r>
        <w:rPr>
          <w:lang w:eastAsia="zh-CN"/>
        </w:rPr>
        <w:br/>
      </w:r>
      <w:r>
        <w:rPr>
          <w:lang w:eastAsia="zh-CN"/>
        </w:rPr>
        <w:t>　　7.师徒结对方面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本学期很幸运拜两位经验丰富的老师为师。多问，多看，多听，多向他们学习，做好听课记录的工作。把他们身上的闪光点运用到自己的教育教学上，不断地反思、摸索，改善自己的不足。在日常的班级管理中，仔细观察师傅老师的行为言谈，争取能胜任各方面的工作。</w:t>
      </w:r>
      <w:r>
        <w:rPr>
          <w:lang w:eastAsia="zh-CN"/>
        </w:rPr>
        <w:br/>
      </w:r>
      <w:r>
        <w:rPr>
          <w:lang w:eastAsia="zh-CN"/>
        </w:rPr>
        <w:t>　　二、具体规划：</w:t>
      </w:r>
      <w:r>
        <w:rPr>
          <w:lang w:eastAsia="zh-CN"/>
        </w:rPr>
        <w:br/>
      </w:r>
      <w:r>
        <w:rPr>
          <w:lang w:eastAsia="zh-CN"/>
        </w:rPr>
        <w:t>　　第一年：</w:t>
      </w:r>
      <w:r>
        <w:rPr>
          <w:lang w:eastAsia="zh-CN"/>
        </w:rPr>
        <w:br/>
      </w:r>
      <w:r>
        <w:rPr>
          <w:lang w:eastAsia="zh-CN"/>
        </w:rPr>
        <w:t>　　1.掌握组织幼儿一日活动及各种教学活动的技能，争取做一个技能扎实的亲年教师。</w:t>
      </w:r>
      <w:r>
        <w:rPr>
          <w:lang w:eastAsia="zh-CN"/>
        </w:rPr>
        <w:br/>
      </w:r>
      <w:r>
        <w:rPr>
          <w:lang w:eastAsia="zh-CN"/>
        </w:rPr>
        <w:t>　　2.扎实学习《幼儿园教师指导纲要》。学会说课、评课、分析教材的南重点。经常反思自己的教学实践。</w:t>
      </w:r>
      <w:r>
        <w:rPr>
          <w:lang w:eastAsia="zh-CN"/>
        </w:rPr>
        <w:br/>
      </w:r>
      <w:r>
        <w:rPr>
          <w:lang w:eastAsia="zh-CN"/>
        </w:rPr>
        <w:t>　　3.经常与经验丰富的教师交流、沟通，学习组织幼儿与家长沟通的有效方法。</w:t>
      </w:r>
      <w:r>
        <w:rPr>
          <w:lang w:eastAsia="zh-CN"/>
        </w:rPr>
        <w:br/>
      </w:r>
      <w:r>
        <w:rPr>
          <w:lang w:eastAsia="zh-CN"/>
        </w:rPr>
        <w:t>　　4.认真参加每一次教研活动，认真学习思考。</w:t>
      </w:r>
      <w:r>
        <w:rPr>
          <w:lang w:eastAsia="zh-CN"/>
        </w:rPr>
        <w:br/>
      </w:r>
      <w:r>
        <w:rPr>
          <w:lang w:eastAsia="zh-CN"/>
        </w:rPr>
        <w:t>　　5.努力提高自身的师德素养，成为一名师德高尚的教师。</w:t>
      </w:r>
      <w:r>
        <w:rPr>
          <w:lang w:eastAsia="zh-CN"/>
        </w:rPr>
        <w:br/>
      </w:r>
      <w:r>
        <w:rPr>
          <w:lang w:eastAsia="zh-CN"/>
        </w:rPr>
        <w:t>　　第二年：</w:t>
      </w:r>
      <w:r>
        <w:rPr>
          <w:lang w:eastAsia="zh-CN"/>
        </w:rPr>
        <w:br/>
      </w:r>
      <w:r>
        <w:rPr>
          <w:lang w:eastAsia="zh-CN"/>
        </w:rPr>
        <w:t>　　1.能为幼儿营造一个宽松、自由的精神环境。</w:t>
      </w:r>
      <w:r>
        <w:rPr>
          <w:lang w:eastAsia="zh-CN"/>
        </w:rPr>
        <w:br/>
      </w:r>
      <w:r>
        <w:rPr>
          <w:lang w:eastAsia="zh-CN"/>
        </w:rPr>
        <w:t>　　2.掌握寓教育与游戏相互渗透的原则，因人施教引导幼儿主动地学习。</w:t>
      </w:r>
      <w:r>
        <w:rPr>
          <w:lang w:eastAsia="zh-CN"/>
        </w:rPr>
        <w:br/>
      </w:r>
      <w:r>
        <w:rPr>
          <w:lang w:eastAsia="zh-CN"/>
        </w:rPr>
        <w:t>　　3.利用业余时间阅读幼教各方面的书，不断丰富自己的知识。</w:t>
      </w:r>
      <w:r>
        <w:rPr>
          <w:lang w:eastAsia="zh-CN"/>
        </w:rPr>
        <w:br/>
      </w:r>
      <w:r>
        <w:rPr>
          <w:lang w:eastAsia="zh-CN"/>
        </w:rPr>
        <w:t>　　4.在教学过程中，寻求自己的教育特色。</w:t>
      </w:r>
      <w:r>
        <w:rPr>
          <w:lang w:eastAsia="zh-CN"/>
        </w:rPr>
        <w:br/>
      </w:r>
      <w:r>
        <w:rPr>
          <w:lang w:eastAsia="zh-CN"/>
        </w:rPr>
        <w:t>　　5.提高自己的弹唱、绘画、舞蹈各方面的技能技巧。</w:t>
      </w:r>
      <w:r>
        <w:rPr>
          <w:lang w:eastAsia="zh-CN"/>
        </w:rPr>
        <w:br/>
      </w:r>
      <w:r>
        <w:rPr>
          <w:lang w:eastAsia="zh-CN"/>
        </w:rPr>
        <w:t xml:space="preserve">    优秀实习生总结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今天上午给赵工做整理合同的时候才发现自己的OFFICE软件很不熟练，该抓紧时间复习了。</w:t>
      </w:r>
      <w:r>
        <w:rPr>
          <w:lang w:eastAsia="zh-CN"/>
        </w:rPr>
        <w:br/>
      </w:r>
      <w:r>
        <w:rPr>
          <w:lang w:eastAsia="zh-CN"/>
        </w:rPr>
        <w:t>　　中午的时候刘经理给我一个活儿，就是要做我们单位一楼大厅的宣传海报，就是宣传港投的，我跟张姐每人出一套方案。这个海报之前找外围做过，但是领导没通过，然后刘经理又把机会留给我们了。对于我而言，我做的海报虽然速度快，但是质量一般。这次我很耐心的去素材中国上找素材，创意这个东西说来就来的很快，我的思想还是挣脱不开之前别人做的那几张，用了多半天的时间做了3搞，最后被我自己淘汰了2稿，但是一看我的图还是有种说不出来的感觉，不是一看就让人眼前一亮的感觉。张莉做的有整体感，很大气。最后李院选择了张莉那稿，当时李院定稿的时候我还是有些不服气，我认为我的比较好。但是过了几天又做别的工作的时候我回头在看我们这两张图的时候我才知道差距在哪里，渐渐的我发现了自己的很多不足。这个是做写真，而且底色是以红色为主，所以喷出来会有些色差，我们先用打印机打印出来，试了几遍终于好了。做完了这张图我明白了，做完了电子稿的海报并不是完成任务了，后期的打印，还有施工都要负责。这样能让我了解很多材质的同时也能明白很多施工工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严重感冒的情况下还要带病上班的感觉真痛苦，说不出来的苦。早晨很不想起床，但是最后还是软磨硬靠的到了公司，一天的工作只确定了前天做的一楼大厅的广告，领导的就是有震慑力啊，让我很敬仰，院长坐在那里问我们几个广告参与者：你们最喜欢哪个?刘经理说：这几个都行，让您选一下。然后院长说：你们选中了哪个?然后刘经理说：是这个.最后院长说：那就要这个了，定稿吧。院长走了几步回头跟我们所有人说：你给领导几个</w:t>
      </w:r>
      <w:r>
        <w:rPr>
          <w:lang w:eastAsia="zh-CN"/>
        </w:rPr>
        <w:t xml:space="preserve"> 样稿让领导选本身就是一个错误，原本就是一个错误，领导选完就是错上加错。</w:t>
      </w:r>
      <w:r>
        <w:rPr>
          <w:lang w:eastAsia="zh-CN"/>
        </w:rPr>
        <w:br/>
      </w:r>
      <w:r>
        <w:rPr>
          <w:lang w:eastAsia="zh-CN"/>
        </w:rPr>
        <w:t xml:space="preserve">    优秀实习生总结 篇10 </w:t>
      </w:r>
      <w:r>
        <w:rPr>
          <w:lang w:eastAsia="zh-CN"/>
        </w:rPr>
        <w:br/>
      </w:r>
      <w:r>
        <w:rPr>
          <w:lang w:eastAsia="zh-CN"/>
        </w:rPr>
        <w:t>　　作为一名即将毕业踏入社会的大学生，这次实习就像是上台前的最后一次彩排，当我走进公司时那种激动而又紧张的心情不言而喻。生怕会在工作中出现差错，然而现在看来所有在实习中出现的困难，都是一笔珍贵的财富，警示着我在今后的工作中做得更好。</w:t>
      </w:r>
      <w:r>
        <w:rPr>
          <w:lang w:eastAsia="zh-CN"/>
        </w:rPr>
        <w:br/>
      </w:r>
      <w:r>
        <w:rPr>
          <w:lang w:eastAsia="zh-CN"/>
        </w:rPr>
        <w:t>　　一、实习过程</w:t>
      </w:r>
      <w:r>
        <w:rPr>
          <w:lang w:eastAsia="zh-CN"/>
        </w:rPr>
        <w:br/>
      </w:r>
      <w:r>
        <w:rPr>
          <w:lang w:eastAsia="zh-CN"/>
        </w:rPr>
        <w:t>　　开始实习之前，我多少有些心虚。因为我的许多朋友都有过假期打工的经历。而作为一名英语专业的学生，这次的实习却是我的第一次工作经历。从工作那天开始，我过着与以往完全不一样的生活，每天在规定的时间上下班，上班期间要认真准时地完成自己的工作任务，不能草率敷衍了事，我们肩上扛着的责任，不再只是对自己了，而是对一个公司，所以凡是都要小心谨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学校换成了公司，同学换成了同事，不再有自由支配的时间，一切来得那么无情，但是去必须适应。其实我的工作就是、做些翻译、收发信函、报价、传真和邮件、绘制表格等。每天重复着这些烦琐的工作，时间久了容易厌倦，但是工作烦琐也不能马虎，一个小小的错误不但会给自己带来麻烦，更会给公司带来巨大的损失，而像公司的业务员每天都得到处奔波，他们必须具备坚韧不拔的个性，遭遇挫折时绝不能就此放弃，犯错时遭到领导责骂还不能赌气就此辞职，每次看到他们我就会充满干劲。</w:t>
      </w:r>
      <w:r>
        <w:rPr>
          <w:lang w:eastAsia="zh-CN"/>
        </w:rPr>
        <w:br/>
      </w:r>
      <w:r>
        <w:rPr>
          <w:lang w:eastAsia="zh-CN"/>
        </w:rPr>
        <w:t>　　踏上了社会我们开始与形形色色的人打交道，由于存在着利益关系，很多时刻同事不会像同学一样嘘寒问暖，有时候我会很矫情的想起安妮宝贝说过的，纯粹的东西总是死的很快，而现在所能做的，只有在怀念中适应变化的一切。</w:t>
      </w:r>
      <w:r>
        <w:rPr>
          <w:lang w:eastAsia="zh-CN"/>
        </w:rPr>
        <w:br/>
      </w:r>
      <w:r>
        <w:rPr>
          <w:lang w:eastAsia="zh-CN"/>
        </w:rPr>
        <w:t>　　二、实习感悟</w:t>
      </w:r>
      <w:r>
        <w:rPr>
          <w:lang w:eastAsia="zh-CN"/>
        </w:rPr>
        <w:br/>
      </w:r>
      <w:r>
        <w:rPr>
          <w:lang w:eastAsia="zh-CN"/>
        </w:rPr>
        <w:t>　　“在大学里学的不是知识而是一种叫自学的能力。”当我真正走上工作岗位时才深刻的体会到这句话的含义，除了英语和计算机操作外，课本上学的理论用的很少，我担任的助理一职平时做些接待客户、处理文件，有时觉得没有太多挑战性，而同公司的网站开发人员就大部一样了，计算机知识日新月异，他们不得不以自学尽快掌握新知识，迎接一个一个新的挑战，如果他们之靠在学校中学到的知识肯定是不行的。我们必须工作中勤于动手，不断学习新知识积累经验，没有自学能力的人迟早会被企业和社会淘汰。</w:t>
      </w:r>
      <w:r>
        <w:rPr>
          <w:lang w:eastAsia="zh-CN"/>
        </w:rPr>
        <w:br/>
      </w:r>
      <w:r>
        <w:rPr>
          <w:lang w:eastAsia="zh-CN"/>
        </w:rPr>
        <w:t>　　我的感悟就是真诚所至，金石为开。不管多难做，做好自己的那一份，总有一天会有收获，只是时间的问题。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另外，人际关系的处理也很关键，虽说在工作中能力必须有，但如果没有同事的合作与包容，你可能什么都做不了。以前可能是因为电视剧看的太多的原因，我总是感觉职场上充满了明争暗斗，要处事圆滑甚至耍些小聪明才能生存。但在与同事相处的过程中，我觉得更重要的是放大别人的优点，缩小别人的缺点。多站在别人的立场上想问题。</w:t>
      </w:r>
      <w:r>
        <w:rPr>
          <w:lang w:eastAsia="zh-CN"/>
        </w:rPr>
        <w:br/>
      </w:r>
      <w:r>
        <w:rPr>
          <w:lang w:eastAsia="zh-CN"/>
        </w:rPr>
        <w:t>　　针对助理的职业特点，具体遇到挫折时不妨从调整心态来疏解压力，并进行冷静复习，从客观、主观、目标、环境、条件等方面找出受挫的原因，总之，通过这些感悟，我不仅明了我会在以后的工作中做得更好，更会学会珍惜，珍惜父母的每一分辛苦转赚来的钱，珍惜每一次工作机会因为懂得了它们的重要性，以后我会更加珍惜。</w:t>
      </w:r>
      <w:r>
        <w:rPr>
          <w:lang w:eastAsia="zh-CN"/>
        </w:rPr>
        <w:br/>
      </w:r>
      <w:r>
        <w:rPr>
          <w:lang w:eastAsia="zh-CN"/>
        </w:rPr>
        <w:t>　　三、实习总结</w:t>
      </w:r>
      <w:r>
        <w:rPr>
          <w:lang w:eastAsia="zh-CN"/>
        </w:rPr>
        <w:br/>
      </w:r>
      <w:r>
        <w:rPr>
          <w:lang w:eastAsia="zh-CN"/>
        </w:rPr>
        <w:t>　　首先，是建议方面的。希望以后学校可以增加实践环节以增加学生们的工作能力，并以社会需求为导向调整课程设置，毕竟，我们改变不了招聘条件，职能使自己成为人才，这就要求学校加大教学改革力度以适应社会需求。</w:t>
      </w:r>
      <w:r>
        <w:rPr>
          <w:lang w:eastAsia="zh-CN"/>
        </w:rPr>
        <w:br/>
      </w:r>
      <w:r>
        <w:rPr>
          <w:lang w:eastAsia="zh-CN"/>
        </w:rPr>
        <w:t>　　其次，是我在本次实习表现的总结。通过这次实习，我收获了工作和为人处事方面的经验，但是也有一些遗憾，也许因为实习日子短的关系，我对助理工作的认识还仅仅停留在表面，未能具体处理全部工作，虽然有了一定的理论上的认识但仍缺乏实践。针对以上总结，在今后的学习和工作中我要做到下面五点：</w:t>
      </w:r>
      <w:r>
        <w:rPr>
          <w:lang w:eastAsia="zh-CN"/>
        </w:rPr>
        <w:br/>
      </w:r>
      <w:r>
        <w:rPr>
          <w:lang w:eastAsia="zh-CN"/>
        </w:rPr>
        <w:t>　　其一是加强英语的学习。对于助理这一职务虽然频繁的应用英语，但作为自己的专业却可以成为我的优势。可是，在实习的过程中这个优势却并不怎么突出，这是由于我对英语还处于会而不精的原因。所以，在以后的学习中我要通过扩大词汇量和增大阅读面来提高自己的英语水平，使自己的优势更加突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其二是加强沟通能力。通过实习，我发现，专业知识固然重要，但良好的沟通能力是让别人发现自己能力的前提，对于助理这个职位来说，沟通能力更是包括了一个人从穿衣打扮到言谈举止等一切行为的能力。通过在日后的交际中来提高我的沟通能力一定会在我以后找工作的过程中起到事半功倍的作用。</w:t>
      </w:r>
      <w:r>
        <w:rPr>
          <w:lang w:eastAsia="zh-CN"/>
        </w:rPr>
        <w:br/>
      </w:r>
      <w:r>
        <w:rPr>
          <w:lang w:eastAsia="zh-CN"/>
        </w:rPr>
        <w:t>　　其三增强前提是奉献的意识。因为是突出个性自我的关系，在这一方面我做得很不够。我们虽然一在日常的工作和生活中接受了团结合作的重要性，停留在这个大家都认同的概念中，可能会进一个误区，理论正确行动却没有效果，这就要求我们每个人增加奉献精神，一个人若不懂得在团队中主动奉献，能力再好也会变成可有可无的角色。应该把自己所拥有的知识能力奉献出来才能促进团队的进步，并使自己的能力得到认同。</w:t>
      </w:r>
      <w:r>
        <w:rPr>
          <w:lang w:eastAsia="zh-CN"/>
        </w:rPr>
        <w:br/>
      </w:r>
      <w:r>
        <w:rPr>
          <w:lang w:eastAsia="zh-CN"/>
        </w:rPr>
        <w:t>　　其四是学习忍耐，社会不像学校，它关系网错综复杂，没有人可以无条件的接受你的一切情绪，俗话说，忍一时风平浪静，退一步海阔天空，要保持宽容的心态，在风平浪静时海阔天空处才能更好的获得成功，处理好一切关系。</w:t>
      </w:r>
      <w:r>
        <w:rPr>
          <w:lang w:eastAsia="zh-CN"/>
        </w:rPr>
        <w:br/>
      </w:r>
      <w:r>
        <w:rPr>
          <w:lang w:eastAsia="zh-CN"/>
        </w:rPr>
        <w:t>　　其五是要做好身边的每一件事。现在我的人生观和过去有些不同，曾经年少轻狂，好高骛远，总觉得明天肯定会很美。现在，在我心中定义的美跟以前不同，得到的方式也不同。现在的美是一种踏实的感觉。而且是通过自己的坚持不懈的努力得来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实习是每一个大学毕业生必须拥有的一段宝贵经历，而这次实习的意义，对我来说已不再是完成学分、完成毕业实习的任务，而是我们真正在实践中开始接触社会、了解社会的一次重要机会，让我们学到了很多在课堂上根本就学不到的知识，增长了见识，开阔了视野，为我以后走上工作岗位打下了坚实的基础。</w:t>
      </w:r>
      <w:r>
        <w:rPr>
          <w:lang w:eastAsia="zh-CN"/>
        </w:rPr>
        <w:br/>
      </w:r>
      <w:r>
        <w:rPr>
          <w:lang w:eastAsia="zh-CN"/>
        </w:rPr>
        <w:t>　　虽然我们即将走向社会，但作为一个刚踏入社会的年轻人，几乎没有任何社会经验。可在实习期间的每一件小事中，我们能够体会到人际关系、机会、评价、竞争、成功、失败等各种我们在今后经常会遇到的事件，相信这些宝贵的经验会成为我今后成功的重要基石。而在这剩下的半年中，我们能再学些什么，再做些什么，这短短的实习经历能给我们很好的启示。</w:t>
      </w:r>
      <w:r>
        <w:rPr>
          <w:lang w:eastAsia="zh-CN"/>
        </w:rPr>
        <w:br/>
      </w:r>
      <w:r>
        <w:rPr>
          <w:lang w:eastAsia="zh-CN"/>
        </w:rPr>
        <w:t>　　在这短短的2个多月中，我除了学会了一些工作的基本技能外，也学到了做人做事的道理，更让自己浮躁的心平静了下来，看清了自己的能力，明白了自己究竟想要的是什么。这些都是在学校中所学不到的宝贵的东西，更让我看到了这个社会竞争的残酷，所以只有保持进取心才能使自己不被淘汰实习结束之后，当初对自己适合什么样的工作什么岗位的迷茫已渐渐消失，心理终于有了些轮廓，在现实生活中，走好人生第一步是重要性不言而喻，它会影响我们今后的道路，我会带着在实习中的收获，去争取去努力，把握好人生中的每一个机会，找到自己想要的生活。</w:t>
      </w:r>
      <w:r>
        <w:rPr>
          <w:lang w:eastAsia="zh-CN"/>
        </w:rPr>
        <w:br/>
      </w:r>
      <w:r>
        <w:rPr>
          <w:lang w:eastAsia="zh-CN"/>
        </w:rPr>
        <w:t xml:space="preserve">    优秀实习生总结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大学时光匆匆而过，转眼之间我们已迎来大四的生活。20__年10月份，我和同宿舍女孩姚迪做伴找了家实习单位&amp;&amp;焦作市博宇翻译有限公司。这样我们有幸进行了为期两个月的实习，实习单位总经理郭志亮，芳芳姐还有其他几位同事给了我们极大的鼓励。总的来说，此次实习是一次成功的顺利的实习。通过我们的努力，我们已最大可能的完成了实习大纲的要求，既充分巩固了大学前期两年的专业知识，又对今后两年的专业科目学习有了新的理解，这次专业认识实习增强了我们的职业意识，并激发我们在今后的学习和工作中根据实习的经验识时务的调整自己的学习方向和职业规划，以更好的适应社会在翻译领域，尤其是英语翻译方向的人才需求。下面我就具体介绍一下我们的实习经历与所想所感。</w:t>
      </w:r>
      <w:r>
        <w:rPr>
          <w:lang w:eastAsia="zh-CN"/>
        </w:rPr>
        <w:br/>
      </w:r>
      <w:r>
        <w:rPr>
          <w:lang w:eastAsia="zh-CN"/>
        </w:rPr>
        <w:t>　　一.实习目的：</w:t>
      </w:r>
      <w:r>
        <w:rPr>
          <w:lang w:eastAsia="zh-CN"/>
        </w:rPr>
        <w:br/>
      </w:r>
      <w:r>
        <w:rPr>
          <w:lang w:eastAsia="zh-CN"/>
        </w:rPr>
        <w:t>　　为了使自己更加深入了解英语在社会和实际工作中的应用，丰富已学过的专业课内容，培养理论联系实际的能力，提高在语言应用中分析问题及解决问题的实际能力。为了更好地为完成毕业论文打下基础，为了以后工作的顺利进行。通过实习，还应了解英语在外贸，及涉外和服务行业中的重要地位，了解和积累更多的实践经验，培养热爱专业，献身国家建设的思想。我们使用相关专业课教材，及实习单位提供的相关材料通过参与一个完整的笔译过程(资料,情报翻译)或口译过程(涉外接待,贸易谈判等), 使自己掌握和提高熟练使用英语的技能。</w:t>
      </w:r>
      <w:r>
        <w:rPr>
          <w:lang w:eastAsia="zh-CN"/>
        </w:rPr>
        <w:br/>
      </w:r>
      <w:r>
        <w:rPr>
          <w:lang w:eastAsia="zh-CN"/>
        </w:rPr>
        <w:t>　　实习单位的介绍：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河南省焦作市博宇翻译有限公司是本市唯一的一家经工商局审批注册的专为国内外各机构和个人提供专业翻译服务的企业。拥有各行业的专业翻译人员、高级审译顾问、外籍专家、审译人员、留学回国人员等组成的优秀工作团队。本公司坚持以人为本的指导思想，本着团结拼搏,勇创一流的精神，恪守追求卓越</w:t>
      </w:r>
      <w:r>
        <w:rPr>
          <w:lang w:eastAsia="zh-CN"/>
        </w:rPr>
        <w:t xml:space="preserve"> 挑战极限的原则，积极为焦作地区的经济、文化和对外交流与发展，作出我们应有的贡献。公司长期对外承接的翻译服务有：英、日、法、俄、德、韩、蒙、越南、阿拉伯、西班牙、意大利，等近40种语种与汉语不同形式的笔译，陪同口译，交替传译，同声传译等业务。涉及机械、化工、汽车、金融、文学等各个领域。我们实行的是翻译&amp;副译审&amp;总译审的三级质量管理体系。合理的翻译运作流程、严格的质量控制体系、独特的译员审核标准以及完善的跟踪回访服务是我们优质翻译的保证。我们始终信守诚实做人，踏实做事的原则。秉承竭诚为客户服务的宗旨，用我们的辛勤工作换来沟通无限和您的微笑。</w:t>
      </w:r>
      <w:r>
        <w:rPr>
          <w:lang w:eastAsia="zh-CN"/>
        </w:rPr>
        <w:br/>
      </w:r>
      <w:r>
        <w:rPr>
          <w:lang w:eastAsia="zh-CN"/>
        </w:rPr>
        <w:t>　　二.翻译过程的基本环节与具体要求</w:t>
      </w:r>
      <w:r>
        <w:rPr>
          <w:lang w:eastAsia="zh-CN"/>
        </w:rPr>
        <w:br/>
      </w:r>
      <w:r>
        <w:rPr>
          <w:lang w:eastAsia="zh-CN"/>
        </w:rPr>
        <w:t>　　(一)实际翻译程序可以归纳如下：</w:t>
      </w:r>
      <w:r>
        <w:rPr>
          <w:lang w:eastAsia="zh-CN"/>
        </w:rPr>
        <w:br/>
      </w:r>
      <w:r>
        <w:rPr>
          <w:lang w:eastAsia="zh-CN"/>
        </w:rPr>
        <w:t>　　1.快速翻译，侧重文体。有些译者认为口述的译文更新颖、更流畅。但无论译者是口述、打字、还是手写，重要的是要使译文节奏流畅;</w:t>
      </w:r>
      <w:r>
        <w:rPr>
          <w:lang w:eastAsia="zh-CN"/>
        </w:rPr>
        <w:br/>
      </w:r>
      <w:r>
        <w:rPr>
          <w:lang w:eastAsia="zh-CN"/>
        </w:rPr>
        <w:t>　　2.初稿应该保留约一周左右。这样，修订译稿时就可以获得全新的感受，排除翻译初稿时留在耳边的余音，更加客观地评估译文;</w:t>
      </w:r>
      <w:r>
        <w:rPr>
          <w:lang w:eastAsia="zh-CN"/>
        </w:rPr>
        <w:br/>
      </w:r>
      <w:r>
        <w:rPr>
          <w:lang w:eastAsia="zh-CN"/>
        </w:rPr>
        <w:t>　　3.认真检查译文内容，特别着重译文的准确性和连贯性。删除不必要的增补词语和补充初稿中的疏漏。特别要注意关键概念在翻译上的一致性，理顺拗口的词句;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4.从文体上检查译文。其实，这一步骤应该反复进行多次。朗读译文是一个非常重要的办法，因为听觉对连贯性和节奏感方面的问题比视觉要敏锐得多;</w:t>
      </w:r>
      <w:r>
        <w:rPr>
          <w:lang w:eastAsia="zh-CN"/>
        </w:rPr>
        <w:br/>
      </w:r>
      <w:r>
        <w:rPr>
          <w:lang w:eastAsia="zh-CN"/>
        </w:rPr>
        <w:t>　　5.检查译文拼写、标点符号和格式。有些译者错误地认为，对译文内容、文体和正字法这三方面的检查可以合并起来一次完成，这种看法是大错特错的。对译文上述三个方面的检查应该分别进行;</w:t>
      </w:r>
      <w:r>
        <w:rPr>
          <w:lang w:eastAsia="zh-CN"/>
        </w:rPr>
        <w:br/>
      </w:r>
      <w:r>
        <w:rPr>
          <w:lang w:eastAsia="zh-CN"/>
        </w:rPr>
        <w:t>　　6.译文送交三审审阅。</w:t>
      </w:r>
      <w:r>
        <w:rPr>
          <w:lang w:eastAsia="zh-CN"/>
        </w:rPr>
        <w:br/>
      </w:r>
      <w:r>
        <w:rPr>
          <w:lang w:eastAsia="zh-CN"/>
        </w:rPr>
        <w:t>　　(二)汉译英的具体要求：</w:t>
      </w:r>
      <w:r>
        <w:rPr>
          <w:lang w:eastAsia="zh-CN"/>
        </w:rPr>
        <w:br/>
      </w:r>
      <w:r>
        <w:rPr>
          <w:lang w:eastAsia="zh-CN"/>
        </w:rPr>
        <w:t>　　1. 符合写作的一切规则</w:t>
      </w:r>
      <w:r>
        <w:rPr>
          <w:lang w:eastAsia="zh-CN"/>
        </w:rPr>
        <w:br/>
      </w:r>
      <w:r>
        <w:rPr>
          <w:lang w:eastAsia="zh-CN"/>
        </w:rPr>
        <w:t>　　a) 格式要求</w:t>
      </w:r>
      <w:r>
        <w:rPr>
          <w:lang w:eastAsia="zh-CN"/>
        </w:rPr>
        <w:br/>
      </w:r>
      <w:r>
        <w:rPr>
          <w:lang w:eastAsia="zh-CN"/>
        </w:rPr>
        <w:t>　　i. 拼写正确</w:t>
      </w:r>
      <w:r>
        <w:rPr>
          <w:lang w:eastAsia="zh-CN"/>
        </w:rPr>
        <w:br/>
      </w:r>
      <w:r>
        <w:rPr>
          <w:lang w:eastAsia="zh-CN"/>
        </w:rPr>
        <w:t>　　ii. 标点正确(英语中不用汉语标点：英语无顿号、逗号是圆点，所有符号语汉语大小不同;逗号后面有空格，前面没有;英语标点和汉语没有必然对应关系)</w:t>
      </w:r>
      <w:r>
        <w:rPr>
          <w:lang w:eastAsia="zh-CN"/>
        </w:rPr>
        <w:br/>
      </w:r>
      <w:r>
        <w:rPr>
          <w:lang w:eastAsia="zh-CN"/>
        </w:rPr>
        <w:t>　　b) 语法要求</w:t>
      </w:r>
      <w:r>
        <w:rPr>
          <w:lang w:eastAsia="zh-CN"/>
        </w:rPr>
        <w:br/>
      </w:r>
      <w:r>
        <w:rPr>
          <w:lang w:eastAsia="zh-CN"/>
        </w:rPr>
        <w:t>　　i. 注意每个名词的单复数是否正确</w:t>
      </w:r>
      <w:r>
        <w:rPr>
          <w:lang w:eastAsia="zh-CN"/>
        </w:rPr>
        <w:br/>
      </w:r>
      <w:r>
        <w:rPr>
          <w:lang w:eastAsia="zh-CN"/>
        </w:rPr>
        <w:t>　　ii. 注意时态是否正确</w:t>
      </w:r>
      <w:r>
        <w:rPr>
          <w:lang w:eastAsia="zh-CN"/>
        </w:rPr>
        <w:br/>
      </w:r>
      <w:r>
        <w:rPr>
          <w:lang w:eastAsia="zh-CN"/>
        </w:rPr>
        <w:t>　　iii.人称和数是否照应</w:t>
      </w:r>
      <w:r>
        <w:rPr>
          <w:lang w:eastAsia="zh-CN"/>
        </w:rPr>
        <w:br/>
      </w:r>
      <w:r>
        <w:rPr>
          <w:lang w:eastAsia="zh-CN"/>
        </w:rPr>
        <w:t>　　c) 词和句子的要求</w:t>
      </w:r>
      <w:r>
        <w:rPr>
          <w:lang w:eastAsia="zh-CN"/>
        </w:rPr>
        <w:br/>
      </w:r>
      <w:r>
        <w:rPr>
          <w:lang w:eastAsia="zh-CN"/>
        </w:rPr>
        <w:t>　　i. 每个单词的意思准确、符合上下文需要</w:t>
      </w:r>
      <w:r>
        <w:rPr>
          <w:lang w:eastAsia="zh-CN"/>
        </w:rPr>
        <w:br/>
      </w:r>
      <w:r>
        <w:rPr>
          <w:lang w:eastAsia="zh-CN"/>
        </w:rPr>
        <w:t>　　ii. 每个单词的搭配符合英语习惯</w:t>
      </w:r>
      <w:r>
        <w:rPr>
          <w:lang w:eastAsia="zh-CN"/>
        </w:rPr>
        <w:br/>
      </w:r>
      <w:r>
        <w:rPr>
          <w:lang w:eastAsia="zh-CN"/>
        </w:rPr>
        <w:t>　　iii. 每个动词的句型符合英语习惯</w:t>
      </w:r>
      <w:r>
        <w:rPr>
          <w:lang w:eastAsia="zh-CN"/>
        </w:rPr>
        <w:br/>
      </w:r>
      <w:r>
        <w:rPr>
          <w:lang w:eastAsia="zh-CN"/>
        </w:rPr>
        <w:t>　　iv. 每个介词的用法符合英语习惯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翻译的三个基本要求是信、达、雅。信要求忠实原文的内容和每个句子的含义，用现代汉语字字落实、句句落实直译出来，不得随意地增减内容。达要求翻译出的现代文要表意明确、语言通顺、语气不走样。雅要求用简明、优美、富有文采的现代汉语把原文的内容、形式及风格准确地表达出来。</w:t>
      </w:r>
      <w:r>
        <w:rPr>
          <w:lang w:eastAsia="zh-CN"/>
        </w:rPr>
        <w:br/>
      </w:r>
      <w:r>
        <w:rPr>
          <w:lang w:eastAsia="zh-CN"/>
        </w:rPr>
        <w:t>　　(三)在翻译中遇到的困难及其分析：</w:t>
      </w:r>
      <w:r>
        <w:rPr>
          <w:lang w:eastAsia="zh-CN"/>
        </w:rPr>
        <w:br/>
      </w:r>
      <w:r>
        <w:rPr>
          <w:lang w:eastAsia="zh-CN"/>
        </w:rPr>
        <w:t>　　基于翻译的具体要求，我还不能完全达到这种水平，虽然可以句句落实直译出来，做到不随意增减内容，但却做不到达的要求，翻译出的材料表意不明确，译不出原材料的那种语气，雅的要求更是离的太远，还有涉及到专业性的材料就会觉得一头雾水，不知从何下手，此翻彼翻都觉得不太贴切。</w:t>
      </w:r>
      <w:r>
        <w:rPr>
          <w:lang w:eastAsia="zh-CN"/>
        </w:rPr>
        <w:br/>
      </w:r>
      <w:r>
        <w:rPr>
          <w:lang w:eastAsia="zh-CN"/>
        </w:rPr>
        <w:t>　　在中国青年报上看到这样一则消息：把保税仓库译为保证税收的仓库，五四运动成了五四体育运动译文中国人看不懂外国人不明白&amp;&amp;</w:t>
      </w:r>
      <w:r>
        <w:rPr>
          <w:lang w:eastAsia="zh-CN"/>
        </w:rPr>
        <w:br/>
      </w:r>
      <w:r>
        <w:rPr>
          <w:lang w:eastAsia="zh-CN"/>
        </w:rPr>
        <w:t>　　一个英语专业8级的大学毕业生，语法结构错误百出，认为小康&amp;就是富有&amp;，译文做成中英文字符的简单对应说起前两天来应聘翻译职位的一位大学毕业生的表现，北京一家翻译公司的负责人直摇头。其实，考试的题目并不是很难&amp;&amp;一段关于我国实行按劳分配制度，允许和支持一部分人通过诚实劳动先富起来的100字左右的中译英试题。这家翻译公司的负责人说，像这样拿着英语专业8级证书，却当不了合格翻译的大学毕业生，并非极端个别的例子。现在合格的翻译太少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伴随着中国加入世贸组织，对外交流的日益频繁，翻译人才的缺口越来越大。业内专家表示，翻译市场巨大，合格翻译人才紧缺，学了外语就能当翻译的老观念该改一改了。</w:t>
      </w:r>
      <w:r>
        <w:rPr>
          <w:lang w:eastAsia="zh-CN"/>
        </w:rPr>
        <w:br/>
      </w:r>
      <w:r>
        <w:rPr>
          <w:lang w:eastAsia="zh-CN"/>
        </w:rPr>
        <w:t>　　这则消息正说明了一个现实问题，我深有体会，我们在工作中翻译用词不准确，专业领域背景知识缺乏，写作水平又差，真觉得不能胜任翻译工作。把数控发电机译成数字化发电机，把保税仓库译为保证税收的仓库，这样的例子比比皆是。由于历史背景和专有名词的缺乏，单纯从字面意思出发，把五四运动中的运动直译为Sport(即体育运动)，这样的笑话也出了不少。由于自己的中文基础不扎实，词汇变化少，语言贫乏，翻译出来的东西语言不通顺。外语的学习则是从认知语言学起，我们掌握了大量的词汇、语法后，再串成句子连成段落。老师在讲述外语的过程中不可能一篇文章或一段话地讲解，学习效果很不地道。学完外语专业只能表示具备翻译行为，而并不具备职业翻译能力。换句话说，学完外语专业不是就能做翻译了。本科生在大学学习阶段，大多没有接触过系统的翻译课程训练，即使有翻译课程也是在大三下学期或大四才开课。没有平时的训练怎么能成为合格的翻译呢?由于高等教育的日益普及，本科教育已不是终端教育。学生在本科阶段主要打好语言基础，在研究生阶段进行集中翻译学习培训。专家普遍认为，要成为一名合格的翻译，需要在本科毕业后，用2至3年进行专门的翻译课程学习，在工作中磨练若干年，并学习相关的专业知识和术语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三.那么在以后的学习和工作中怎样才能做一名合格翻译呢，具体有一下几点需要注意：</w:t>
      </w:r>
      <w:r>
        <w:rPr>
          <w:lang w:eastAsia="zh-CN"/>
        </w:rPr>
        <w:br/>
      </w:r>
      <w:r>
        <w:rPr>
          <w:lang w:eastAsia="zh-CN"/>
        </w:rPr>
        <w:t>　　1.扎实的语言基本功。一名优秀的译员应具备良好的英语修养和扎实的汉语基本功，掌握英汉两种语言的特点和互译规律，拥有快速、准确地遣词造句的能力。译员要有良好的语音基本功，掌握英汉两种语言基础，敏锐的听力，超常的词汇量，良好的语感，灵活的表达能力以及广阔语言文化背景知识。需要特别强调的是译员的听力理解能力,他是口译成败的一个关键因素，也是一名译员的综合语言和知识水平的反映。</w:t>
      </w:r>
      <w:r>
        <w:rPr>
          <w:lang w:eastAsia="zh-CN"/>
        </w:rPr>
        <w:br/>
      </w:r>
      <w:r>
        <w:rPr>
          <w:lang w:eastAsia="zh-CN"/>
        </w:rPr>
        <w:t>　　2.广博的知识面。译员光有扎实的语言基本功是远远不够的。常常有译员因缺乏主题知识或百科知识而出现卡壳的现象。译员的接触面很广，接待的对象在职业、年龄、身份、阶层、志趣、爱好、生活习惯、民族性格、社会习俗、宗教信仰等方面都会有很大的差异，随时随地都有可能遇到各种话题。因此，译员必须掌握丰富全面的百科知识，例如专业常识、社会常识、法规政策常识、国际常识以及背景知识、国情地情、风土人情、名胜古迹、花草树木、昆虫动物等百科知识，拥有较高的文化修养，能上知天文、下通地理、博古通今，并熟悉各行各业，努力做一个杂家或万事通。</w:t>
      </w:r>
      <w:r>
        <w:rPr>
          <w:lang w:eastAsia="zh-CN"/>
        </w:rPr>
        <w:br/>
      </w:r>
      <w:r>
        <w:rPr>
          <w:lang w:eastAsia="zh-CN"/>
        </w:rPr>
        <w:t>　　3.出众的记忆力。译员需要有非凡的记忆力，这一点是由口译工作的特点所决定的。首先，译员在口译过程中不可能有机会查阅词典和工具书，或请教别人，因此，译员必须记住大量的词汇(包括专业词汇)、成语、典故和缩略词等。其次，译员要把讲话人所讲的内容准确详尽地用另一种语言表达出来，也必须有相当好的记忆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4.口齿要清楚。</w:t>
      </w:r>
      <w:r>
        <w:rPr>
          <w:lang w:eastAsia="zh-CN"/>
        </w:rPr>
        <w:br/>
      </w:r>
      <w:r>
        <w:rPr>
          <w:lang w:eastAsia="zh-CN"/>
        </w:rPr>
        <w:t>　　5.严谨的工作作风。</w:t>
      </w:r>
      <w:r>
        <w:rPr>
          <w:lang w:eastAsia="zh-CN"/>
        </w:rPr>
        <w:br/>
      </w:r>
      <w:r>
        <w:rPr>
          <w:lang w:eastAsia="zh-CN"/>
        </w:rPr>
        <w:t>　　6.良好的心理素质。</w:t>
      </w:r>
      <w:r>
        <w:rPr>
          <w:lang w:eastAsia="zh-CN"/>
        </w:rPr>
        <w:br/>
      </w:r>
      <w:r>
        <w:rPr>
          <w:lang w:eastAsia="zh-CN"/>
        </w:rPr>
        <w:t>　　四.实习收获及总结：</w:t>
      </w:r>
      <w:r>
        <w:rPr>
          <w:lang w:eastAsia="zh-CN"/>
        </w:rPr>
        <w:br/>
      </w:r>
      <w:r>
        <w:rPr>
          <w:lang w:eastAsia="zh-CN"/>
        </w:rPr>
        <w:t>　　经过为期两个月的实习，我学到很多东西知道了翻译的具体过程和基本要求，了解到自己不足的地方，清楚了自己应向哪个方面努力。在实习期间从事大量中英文文字翻译，例如各种出国证明书(出生证明，亲属证明，成绩单等)，合同，财务报表，公司章程及法律文件。以后，我在学习上应理论联系实际，从点到面的全面学习，避免拿以前应付考试的态度来学习;在工作中应该实事求是，细心认真的独立完成自己的工作，并要培养与人协作的精神;在生活中就我个人而言应学会更好的与人相处和沟通，即将离开学校走入社会，我必须更好的完善自己的性格。</w:t>
      </w:r>
      <w:r>
        <w:rPr>
          <w:lang w:eastAsia="zh-CN"/>
        </w:rPr>
        <w:br/>
      </w:r>
      <w:r>
        <w:rPr>
          <w:lang w:eastAsia="zh-CN"/>
        </w:rPr>
        <w:t xml:space="preserve">    优秀实习生总结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是淮北师范幼师的学生，在20__年毕业将至我被学校分到淮北市商业局幼儿园实习。在没到幼儿园实习之前我的心里很兴奋，想着不用在坐到教室里听那些枯燥乏味的内容，不用再每天面对老师们像催眠曲一样的碎碎念道了，可以去幼儿园和孩子们一起玩了。因为考虑到孩子大了难管而且现在的孩子还那么聪明古怪，为了能顺利的轻松的完成这一个多月的实习生活，所以当我来到商幼时我就主动向园长提出到小班实习，那时我觉得小班的孩子好带只要带他们玩就行了，可是在那一个多月的实习生活，我发现事情并不是我想的那样，这一个多月的实习也使我更深刻地了解到一名幼儿教师的工作;更深刻地了解和掌握了这一年龄阶段幼儿的身心发展特点;同时也认识到了作为一名幼儿教师，不管是大班的孩子还是小班的孩子除了做好幼儿的教育工作外，还要做好与保育员、其他教师及家长的合作、协调工作也具有同样重要的地位。</w:t>
      </w:r>
      <w:r>
        <w:rPr>
          <w:lang w:eastAsia="zh-CN"/>
        </w:rPr>
        <w:br/>
      </w:r>
      <w:r>
        <w:rPr>
          <w:lang w:eastAsia="zh-CN"/>
        </w:rPr>
        <w:t>　　以前我比较注重于对有关幼儿身心发展特点及幼儿教育研究理论的学习，常常忽略了对幼儿生活常规的关注。这次实习第一次完整地观察了幼儿的一日生活，发现其实训练幼儿的生活常规，培养他们的行为习惯及自理能力也是一项重要的任务，一门值得重视的学问。要会利用机会对幼儿进行随机教育，把有计划的教育和随机教育相结合。日常生活的突发事件都成为教师培养幼儿良好行为习惯的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淮北市商业局幼儿园是淮北市唯一一家早上管早饭的幼儿园，我们每天早上七点半要到幼儿园做好清洁的问题，再等孩子来吃早饭，每天总有几个孩子不愿意自己吃饭，总想让爸爸妈妈或爷爷奶奶喂，这时带班老师会鼓励幼儿让幼儿自己吃饭，并和其他的孩子比赛去吃饭。中午午睡时老师要协助幼儿自己学会脱衣服穿衣服，在幼儿午睡时老师也不敢有半点松懈，因为总有那么几个孩子好尿床，所以老师必须要隔半小时喊孩子们起来尿一次尿。这也是培养孩子们的习惯。每天中午也有那么几个孩子不愿意睡觉，其中就有两个孩子总要方老师抱着睡，方老师想想这样下去也不是办法，她用了一招苦肉计，面带痛苦之色对孩子说：你们爱方老师吗?幼儿不假思索的说：爱方老师又说：前两天方老师抱你们抱的，这两天胳膊好疼，如果我以后再抱着你们睡觉，那么老师以后再也不能抱你们了该怎么办啊?只见这时孩子面露怜悯之色对老师说：方老师你去休息吧，我自己睡觉，这样等我睡醒了方妈妈就可以抱抱我了方老师开心的对欣蕾笑笑说：真是方妈妈的乖宝宝，等你醒了方妈妈再抱你。就这样没一会她就睡着了，可见孩子是可以沟通的，有些道理她们还是懂的。</w:t>
      </w:r>
      <w:r>
        <w:rPr>
          <w:lang w:eastAsia="zh-CN"/>
        </w:rPr>
        <w:br/>
      </w:r>
      <w:r>
        <w:rPr>
          <w:lang w:eastAsia="zh-CN"/>
        </w:rPr>
        <w:t>　　在实习初期的时候，看到小朋友椅子放的不整齐，我就会帮他们放整齐。他们告诉我饭菜吃不完，我就会告诉他们不要吃了;他们要上厕所，不管当时在做什么活动，我都以为应该让他们去上厕所;他们不会脱衣服的时候，我会主动帮他们脱等等，我以为我是在帮助他们，可事实并非如此，后来有经验的老师告诉我不可以帮小朋友处理生活中的琐事，如果有小朋友遇到什么不会的，做不了的，只可以耐心引导他们去完成。如果帮他们做了，后果就是他们永远都不能学会自己的事情自己做，不能养成良好的行为习惯。我的行为的出发点是关爱幼儿，但结果却是溺爱他们。所以经过反省我觉得教师心中应有一把尺，这把尺其实就是教师坚守的原则，这些原则的出发点和终点都应是发展和提高幼儿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小朋友们都非常天真可爱，我很喜欢和他们玩。我会趁做操前的这个机会和他们玩成一片，和他们聊天。我试着让自己变成小朋友，融入他们的生活，但这样却并不代表小朋友会听我的命令做事。原因就是我没有真正以一个老师的身份和他们说话，命令他们做事。有一次，我答应他们，他们吃完午饭就让他们在操场自由活动。但因为那天突然有急事所以他们吃完午饭后就让保育老师带他们上去睡觉了。下午上班，有个小朋友说：老师你不是说我们吃完中午饭就让我们去操场玩的吗?我觉得很惭愧，我没有说到做到，失信于幼儿了，我想是不可能令幼儿信服的。我郑重地向他们道了歉，并告诫自己今后要做到真正地尊重幼儿，对幼儿要讲信用。</w:t>
      </w:r>
      <w:r>
        <w:rPr>
          <w:lang w:eastAsia="zh-CN"/>
        </w:rPr>
        <w:br/>
      </w:r>
      <w:r>
        <w:rPr>
          <w:lang w:eastAsia="zh-CN"/>
        </w:rPr>
        <w:t>　　在这一个月里，从老师们身上，我看到了为人师表散发出的耀眼光芒，给了我实习生活带很多启发性的思维。在校时总会以为当一位幼儿老师肯定很好玩，很轻松，但来到这里我改变了这个想法，每次上完一堂课我都有深的感触：想要当好一名好的幼师真的不是件容易的事!</w:t>
      </w:r>
      <w:r>
        <w:rPr>
          <w:lang w:eastAsia="zh-CN"/>
        </w:rPr>
        <w:br/>
      </w:r>
      <w:r>
        <w:rPr>
          <w:lang w:eastAsia="zh-CN"/>
        </w:rPr>
        <w:t>　　看着带课老师给孩子门上课，我认真的学习她的上课方式和管理课堂纪律的方法。即使这样，我还是遇到了很多在校期间没有学过的，毕竟试教和正式的时候的心态是不一样的。听课了之后我开始讲课，孩子们还是如我想象中一样，乱成一团，根本不听我讲课,后来我用小组比赛来管他们的纪律，这样不但可以培养他们的团队精神。还可以为课堂带来一些活力。慢慢发现，孩子们开始接受我喜欢我，这是让我最高兴的一件事了。我才发现，原来对待孩子真的是要非常的用心，给他们多一点的关爱，他们自然就会喜欢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很庆幸能与小一班的小朋友和几位优秀的老师共同度过了一个多月的时间，小朋友们给我带来了无尽的欢乐，而几位老师的知道和教悔则是一笔宝贵的财富，特别是方老师的语言课，她的嗓音总是那么柔美，总能让孩子们把注意力集中在她的身上，让我大开眼界，受益匪浅。在实习期间，她总是很认真的阅读我们的教案，听取我们的想法，并提出自己的意见。我们上完课后，她会主动找我们谈话，指出我们的不足，使我们不断的改进。</w:t>
      </w:r>
      <w:r>
        <w:rPr>
          <w:lang w:eastAsia="zh-CN"/>
        </w:rPr>
        <w:br/>
      </w:r>
      <w:r>
        <w:rPr>
          <w:lang w:eastAsia="zh-CN"/>
        </w:rPr>
        <w:t>　　在实习期间，最大的感受就是理想与现实的差距很大。当我写好一份教案，认真地在脑海模拟几次上课的流程和情景后，我以为那节课可以上的很好了，但事实却不是这样。上课时间的把握，各个步骤的衔接，幼儿情绪的调动，课堂秩序的维持等不确定的因素，对教师的组织能力和控制能力提出了比我想象中更高的要求。而这些也是我以后要注意和提高的。</w:t>
      </w:r>
      <w:r>
        <w:rPr>
          <w:lang w:eastAsia="zh-CN"/>
        </w:rPr>
        <w:br/>
      </w:r>
      <w:r>
        <w:rPr>
          <w:lang w:eastAsia="zh-CN"/>
        </w:rPr>
        <w:t>　　我把在实习期间的点点滴滴串联起来，在这一个多月的时间里，我的观念，我的心态，我的能力在逐渐地发生变化，从中也领悟到作为一名新老师，一定要戒骄戒躁，要时刻以一种学习的态度来对待自己的工作，注重经验的积累，注重观察有经验的老师是如何上课的，并借鉴她们好的方面，不断提升自己的能力。这是一个成长的过程，也是必经的过程，如果自己的态度谦虚，观察仔细，吸收得当，那么，就一定能够取得进步，得到提高和发展。</w:t>
      </w:r>
      <w:r>
        <w:rPr>
          <w:lang w:eastAsia="zh-CN"/>
        </w:rPr>
        <w:br/>
      </w:r>
    </w:p>
    <w:p w:rsidR="001B1F19" w14:textId="27C3F48A">
      <w:pPr>
        <w:rPr>
          <w:rFonts w:hint="eastAsia"/>
          <w:lang w:eastAsia="zh-CN"/>
        </w:rPr>
      </w:pPr>
      <w:r>
        <w:rPr>
          <w:lang w:eastAsia="zh-CN"/>
        </w:rPr>
        <w:t>　　而且，新教师还应该注意建立教师的个人魅力和树立一个良好的形象。这就必须从自己的技能技巧、人格等方面下工夫。与幼儿的距离，建立自己的个人魅力，技能技巧也是一个很好的途径。同时，还应该要做到言而有信。只有尊重幼儿才能令幼儿尊重自己，树立良好的形象。有一位有经验的幼儿教师说：教师树立形象要做到说一不二，对幼儿提出的要求要幼儿必须做到。当然这些要求不是过份的。例如，在活动中，有活动规则;在游戏中，有游戏规则，教师必须在细微处树立威信。如果在细微处不注意，那更不用说在别的地方了。树立威信不是让幼儿怕你，而是提出的要求必须遵守。可见，在建立个人魅力和树立良好形象方面，要注意的是生活中的点滴和细微之处，要讲求原则和耐心，而不是靠几节成功的课，因为这并不是短时间内可以做到的。</w:t>
      </w:r>
      <w:r>
        <w:rPr>
          <w:lang w:eastAsia="zh-CN"/>
        </w:rPr>
        <w:br/>
      </w:r>
      <w:r>
        <w:rPr>
          <w:lang w:eastAsia="zh-CN"/>
        </w:rPr>
        <w:t>　　这个月经历的每一天，都已在我心中留下了永久的印记，因为这是见证我这样一个全新的成长。使我认识到正确的人生观，价值观。时间就是这样无情，头也不回的流逝掉，是的，谁都不愿意被时间丢下.而我们也随着时间的流走一点一点的成长。而曾经的纯真也随着风雨的磨灭转变得成熟.也许这正是成长的代价。每经历过一次，收获就多一些，成长也就又迈进一步。</w:t>
      </w:r>
      <w:r>
        <w:rPr>
          <w:lang w:eastAsia="zh-CN"/>
        </w:rPr>
        <w:br/>
      </w:r>
      <w:r>
        <w:rPr>
          <w:lang w:eastAsia="zh-CN"/>
        </w:rPr>
        <w:t>　　这就是我一个多月的实习心得，在这一个月的时间里我学会了很多东西，我也度过了一个有意义，开心快乐的实习生活。</w:t>
      </w:r>
      <w:r>
        <w:rPr>
          <w:lang w:eastAsia="zh-CN"/>
        </w:rPr>
        <w:br/>
      </w:r>
      <w:r>
        <w:rPr>
          <w:lang w:eastAsia="zh-CN"/>
        </w:rPr>
        <w:t xml:space="preserve">    优秀实习生总结 篇13 </w:t>
      </w:r>
      <w:r>
        <w:rPr>
          <w:lang w:eastAsia="zh-CN"/>
        </w:rPr>
        <w:br/>
      </w:r>
      <w:r>
        <w:rPr>
          <w:lang w:eastAsia="zh-CN"/>
        </w:rPr>
        <w:t>　　刚从学校步入工作中，我深刻认识倒自己的实践经验少、操作技能差，但我有信心在20__年的工作中，不断充实自己的知识，提高自己的综合能力，在工作中取得优异的成绩。在此，我也对自己20__年的工作与20__年的工作计划做以汇报。</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https://d.book118.com/838007016116006042</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8007016116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