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2024年小学六年级语文教学总结（34篇）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2024年小学六年级语文教学总结（通用34篇）</w:t>
      </w:r>
      <w:r>
        <w:rPr>
          <w:lang w:eastAsia="zh-CN"/>
        </w:rPr>
        <w:br/>
      </w:r>
      <w:r>
        <w:rPr>
          <w:lang w:eastAsia="zh-CN"/>
        </w:rPr>
        <w:t xml:space="preserve">    2024年小学六年级语文教学总结 篇1 </w:t>
      </w:r>
      <w:r>
        <w:rPr>
          <w:lang w:eastAsia="zh-CN"/>
        </w:rPr>
        <w:br/>
      </w:r>
      <w:r>
        <w:rPr>
          <w:lang w:eastAsia="zh-CN"/>
        </w:rPr>
        <w:t>　　我在任教二年级数学教学时，还兼任五年级科学，这对于我来讲，既是机遇又是挑战。所以面对科学的教材，我积极、认真学习课程标准，认真研读教材，备课和授课将自己所知的.一切都传授给学生。在教学过程中，我始终将学生放在第一位，努力把学习的主动权留给学生。让学生懂得通过自主探究与交流合作来学习新知，进而提高学生的多种能力。在本学期教学的过程中有很多收获，也有一些自己并不满意的环节。现对科学学科的教学工作总结如下：</w:t>
      </w:r>
      <w:r>
        <w:rPr>
          <w:lang w:eastAsia="zh-CN"/>
        </w:rPr>
        <w:br/>
      </w:r>
      <w:r>
        <w:rPr>
          <w:lang w:eastAsia="zh-CN"/>
        </w:rPr>
        <w:t xml:space="preserve">    2024年小学六年级语文教学总结 篇2 </w:t>
      </w:r>
      <w:r>
        <w:rPr>
          <w:lang w:eastAsia="zh-CN"/>
        </w:rPr>
        <w:br/>
      </w:r>
      <w:r>
        <w:rPr>
          <w:lang w:eastAsia="zh-CN"/>
        </w:rPr>
        <w:t>　　一学期的时光转瞬即逝，为不断总结工作中的经验教训，推进教育工作的进展，下面我将本学期的教育教学状况作以总结。</w:t>
      </w:r>
      <w:r>
        <w:rPr>
          <w:lang w:eastAsia="zh-CN"/>
        </w:rPr>
        <w:br/>
      </w:r>
      <w:r>
        <w:rPr>
          <w:lang w:eastAsia="zh-CN"/>
        </w:rPr>
        <w:t>　　本学期我因重病请假两个月，五月份正式上班，续接六年级语文。因中途接班且初代语文，深感肩上的重担，但我并未因此泄气，我愿竭尽全力把好毕业班复习这最后一关。本学期工作状况主要从以下几个方面作以总结：</w:t>
      </w:r>
      <w:r>
        <w:rPr>
          <w:lang w:eastAsia="zh-CN"/>
        </w:rPr>
        <w:br/>
      </w:r>
      <w:r>
        <w:rPr>
          <w:lang w:eastAsia="zh-CN"/>
        </w:rPr>
        <w:t>　　一、加强政治学习，提高政治思想觉悟。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政治思想乃先导、乃方向，它使我们能时刻了解国家重大政策、方针、任务等，是我们始终与党的先进性持续一致，高瞻远瞩，激发我们的工作热情，以改革发展的眼光对待本职工作，推动工作蓬勃发展。</w:t>
      </w:r>
      <w:r>
        <w:rPr>
          <w:lang w:eastAsia="zh-CN"/>
        </w:rPr>
        <w:br/>
      </w:r>
      <w:r>
        <w:rPr>
          <w:lang w:eastAsia="zh-CN"/>
        </w:rPr>
        <w:t>　　本学期政治方面主要学习了：今年发展改革工作的六项任务、组织工作要抓的九项重点以及落实科学发展观，加快社会经济发展等方面的资料。透过以上方面资料的政治学习，使我明白了当前国家的一些重大工作任务及决策等，从而提高了思想认识，坚定了我作为一名共产党员的党性，促使我努力跟上时代步伐，尽我所能干好自己的本职工作，为我们社会主义建设事业尽自己微薄之力。</w:t>
      </w:r>
      <w:r>
        <w:rPr>
          <w:lang w:eastAsia="zh-CN"/>
        </w:rPr>
        <w:br/>
      </w:r>
      <w:r>
        <w:rPr>
          <w:lang w:eastAsia="zh-CN"/>
        </w:rPr>
        <w:t>　　二、加强业务学习，努力搞好教育教学工作。</w:t>
      </w:r>
      <w:r>
        <w:rPr>
          <w:lang w:eastAsia="zh-CN"/>
        </w:rPr>
        <w:br/>
      </w:r>
      <w:r>
        <w:rPr>
          <w:lang w:eastAsia="zh-CN"/>
        </w:rPr>
        <w:t>　　为搞好教育教学工作，我坚持订阅教学杂志，并时常翻阅，进行深入的学习。对于业务知识，我将努力学习与具体的工作实践相结合，将书本上学到的知识运用于具体的工作实践，再从实践中不断总结反思，摸索适合本班学生教学的切实可行的方法。</w:t>
      </w:r>
      <w:r>
        <w:rPr>
          <w:lang w:eastAsia="zh-CN"/>
        </w:rPr>
        <w:br/>
      </w:r>
      <w:r>
        <w:rPr>
          <w:lang w:eastAsia="zh-CN"/>
        </w:rPr>
        <w:t>　　本学期由于所代课时毕业班已进入复习阶段，所以我要谈谈这一学习阶段所做工作。为把好复习这一关，我主要做了:以下几点：</w:t>
      </w:r>
      <w:r>
        <w:rPr>
          <w:lang w:eastAsia="zh-CN"/>
        </w:rPr>
        <w:br/>
      </w:r>
      <w:r>
        <w:rPr>
          <w:lang w:eastAsia="zh-CN"/>
        </w:rPr>
        <w:t>　　1、钻研教学大纲，弄清六年级语文的教学要求。近十年来，教育改革突飞猛进，小学语文教学也摈弃了许多旧的教学方法，提出了适合素质教育的新的要求，教材也有了较大变化。为此，我首先认真阅读了《语文课程标准》及其如何解读的书，彻底弄清了新时期语文教学的要求。</w:t>
      </w:r>
      <w:r>
        <w:rPr>
          <w:lang w:eastAsia="zh-CN"/>
        </w:rPr>
        <w:br/>
      </w:r>
      <w:r>
        <w:rPr>
          <w:lang w:eastAsia="zh-CN"/>
        </w:rPr>
        <w:t>　　2、透过本册教材及参考书，弄清本册教材要求及重难点。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由于本学期我并未代六年级语文，对本册教材能够说知之甚少，要搞好复习工作，必然要对教材了如指掌。为弄清本册教材，我将教科书及参考书都进行了较为细致的阅读和了解。明确了本册教材的资料、重难点等，基本做到心中有数。</w:t>
      </w:r>
      <w:r>
        <w:rPr>
          <w:lang w:eastAsia="zh-CN"/>
        </w:rPr>
        <w:br/>
      </w:r>
      <w:r>
        <w:rPr>
          <w:lang w:eastAsia="zh-CN"/>
        </w:rPr>
        <w:t>　　3、进行归类复习。</w:t>
      </w:r>
      <w:r>
        <w:rPr>
          <w:lang w:eastAsia="zh-CN"/>
        </w:rPr>
        <w:br/>
      </w:r>
      <w:r>
        <w:rPr>
          <w:lang w:eastAsia="zh-CN"/>
        </w:rPr>
        <w:t>　　为使复习尽量做到全面、有条理。我按《语文课程》的要求，将知识进行了归类，哪些知识主要属于背诵、记忆，哪些知识主要指导练习等我都做了细致的安排。属于背诵记忆的知识我主要安排在早自习背诵，并且布置为家庭作业抄写强化记忆。对于指导练习的资料主要在课堂上讲解，对于这样的知识我也不是平均分配时间及气力，而是根据知识的难易程度及学生掌握的状况进行复习。对于复习题，我根据学生掌握状况精心设计，尽量做到典型、有效。在复习偏于潜力方面的题型时，我尽量鼓励学生自己动脑思考，提高学生独立分析问题和解决问题的潜力，开启学生思维，使学生的思维向广度和深度发展。</w:t>
      </w:r>
      <w:r>
        <w:rPr>
          <w:lang w:eastAsia="zh-CN"/>
        </w:rPr>
        <w:br/>
      </w:r>
      <w:r>
        <w:rPr>
          <w:lang w:eastAsia="zh-CN"/>
        </w:rPr>
        <w:t>　　4、对后进生进行耐心辅导。</w:t>
      </w:r>
      <w:r>
        <w:rPr>
          <w:lang w:eastAsia="zh-CN"/>
        </w:rPr>
        <w:br/>
      </w:r>
      <w:r>
        <w:rPr>
          <w:lang w:eastAsia="zh-CN"/>
        </w:rPr>
        <w:t>　　对于后进生，我将严格与慈爱相结合，我对他们严格要求，培养他们良好的学习习惯，多鼓励他们，扬起他们自信的风帆。对后进生，我除了在课堂上多让他们发言，还在课外进行辅导，强化他们的学习意识，提高他们的学习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透过我复习阶段的努力，最后成绩虽然不太理想，但比我刚代时所考的期中成绩仍有较大进步。我觉得复习阶段的付出还是有必须的成效。</w:t>
      </w:r>
      <w:r>
        <w:rPr>
          <w:lang w:eastAsia="zh-CN"/>
        </w:rPr>
        <w:br/>
      </w:r>
      <w:r>
        <w:rPr>
          <w:lang w:eastAsia="zh-CN"/>
        </w:rPr>
        <w:t>　　一学期的工作已结束，但摆在我们面前的是永无止境的教育工作的探索与追求，为使教育工作再上台阶，我将永保青春与活力，甘洒热血于教坛，愿奉青春于教育。</w:t>
      </w:r>
      <w:r>
        <w:rPr>
          <w:lang w:eastAsia="zh-CN"/>
        </w:rPr>
        <w:br/>
      </w:r>
      <w:r>
        <w:rPr>
          <w:lang w:eastAsia="zh-CN"/>
        </w:rPr>
        <w:t xml:space="preserve">    2024年小学六年级语文教学总结 篇3 </w:t>
      </w:r>
      <w:r>
        <w:rPr>
          <w:lang w:eastAsia="zh-CN"/>
        </w:rPr>
        <w:br/>
      </w:r>
      <w:r>
        <w:rPr>
          <w:lang w:eastAsia="zh-CN"/>
        </w:rPr>
        <w:t>　　本学期我担任了六年级语文教学工作。与低年级教学相比，六年级的教学有许多不同之处，值得好好反思。</w:t>
      </w:r>
      <w:r>
        <w:rPr>
          <w:lang w:eastAsia="zh-CN"/>
        </w:rPr>
        <w:br/>
      </w:r>
      <w:r>
        <w:rPr>
          <w:lang w:eastAsia="zh-CN"/>
        </w:rPr>
        <w:t>　　一、钻研教材、了解学生，一切从实际出发</w:t>
      </w:r>
      <w:r>
        <w:rPr>
          <w:lang w:eastAsia="zh-CN"/>
        </w:rPr>
        <w:br/>
      </w:r>
      <w:r>
        <w:rPr>
          <w:lang w:eastAsia="zh-CN"/>
        </w:rPr>
        <w:t>　　教材是学生学习、教师教学的依据，如何用好、用足教材，让学生喜欢教材、喜欢学习，是首先值得考虑的问题。在对教材、教参深入研究后我发现新教材更注重对学生学习习惯、学习能力的培养，对一些语文知识点要求不够清晰、明确。如，本册教材注意培养学生预习习惯、边阅读边思考的习惯、通过各种方法理解词语的能力，注重学生对课文独特的感受。但对一些知识点在练习中虽有所反映，要求却不够明确，如标点符号的使用、比喻句、疑问句、反问句、设问句的了解、句式的训练等。有了对教材较为正确、清晰的了解后，在教学的过程中我就能扬长避短、课内外互相补充，使教材更加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教材中的阅读课文，针对不同的教学目标、学习要求如何与学生的学习实际相一致，不至于挖得深、学得难，让学生觉得无话可说、无感可发。这又是另一个摆在面前的难题。我觉得这时教师就要对你的学生真正地有所了解，知道什么对他们来说是有难度的、什么是他们感兴趣的、怎样设计通过他们的思考、合作会有真正的提高。只有这样，在设计教学方案时教师才会有一个正确的教学预测，使教案更贴近学生、更合理。我想，这也是从学生的“学情”出发进行备课的一个方面吧。当然，在课堂教学过程中，还要从实际出发，根据学习情况不断调整。</w:t>
      </w:r>
      <w:r>
        <w:rPr>
          <w:lang w:eastAsia="zh-CN"/>
        </w:rPr>
        <w:br/>
      </w:r>
      <w:r>
        <w:rPr>
          <w:lang w:eastAsia="zh-CN"/>
        </w:rPr>
        <w:t>　　二、不断实践，不断完善，优化课堂教学</w:t>
      </w:r>
      <w:r>
        <w:rPr>
          <w:lang w:eastAsia="zh-CN"/>
        </w:rPr>
        <w:br/>
      </w:r>
      <w:r>
        <w:rPr>
          <w:lang w:eastAsia="zh-CN"/>
        </w:rPr>
        <w:t>　　课堂是教学改革的主阵地，在课堂上教师在教给学生知识的同时，更要注重学生学习习惯、学习能力的形成，真正学会学习，成为学习的主人。初一年级刚刚从小学过渡上来，教师的指导作用显得尤为重要，在课堂上的自主学习还是要通过老师的组织、引导进行。因此教师要对自己的教学行为不断小结、不断反思，提高自己的理论水平、不断更新教育观念，在实践中调整自己的教学行为，使自己的课堂教学得到最优化。针对教学中出现的一些问题，我在课后及时反思、小结，在后面的几篇课文学习时，我特别注意这些问题，不再为了课堂的“完美”而勉强学生，有效地避免这些问题的再次发生。</w:t>
      </w:r>
      <w:r>
        <w:rPr>
          <w:lang w:eastAsia="zh-CN"/>
        </w:rPr>
        <w:br/>
      </w:r>
      <w:r>
        <w:rPr>
          <w:lang w:eastAsia="zh-CN"/>
        </w:rPr>
        <w:t>　　三、挑战自我、充实自我，在否定中成长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课上到现在，真的觉得是和学生在一起成长，有得有失。但最近却不断地发现经常在教学中遇到“瓶颈”，已有的知识、经验已无法满足不断出现的新问题、新情况。课文如果只用那么几种教学模式去上，学生马上会感到枯燥、无味，甚至有时对你的教学思路一清二楚，这样的课还有什么味？作文的教学有时会感到“束手无策”，只是通过讲讲要求、读读例作、尝试写写、作后评价，学生怎会对作文感兴趣呢？……如何穿越“瓶颈”领略更宽广的教学天地，这又是我最近在不断反思的问题。如果仅仅禁锢在自己小小的教学天地里，对曾经的成绩沾沾自喜，那只会有一个结果——不进则退！我想是到了及时充电、补充的时候了。</w:t>
      </w:r>
      <w:r>
        <w:rPr>
          <w:lang w:eastAsia="zh-CN"/>
        </w:rPr>
        <w:br/>
      </w:r>
      <w:r>
        <w:rPr>
          <w:lang w:eastAsia="zh-CN"/>
        </w:rPr>
        <w:t>　　多读一些教育理论方面的书籍、增加自己的文化底蕴、向有经验的老师多学习、多请教，对自己的教学多反思，提高自己对教材的把握、对课堂的驾驭能力，希望能冲破瓶颈，的新天地。</w:t>
      </w:r>
      <w:r>
        <w:rPr>
          <w:lang w:eastAsia="zh-CN"/>
        </w:rPr>
        <w:br/>
      </w:r>
      <w:r>
        <w:rPr>
          <w:lang w:eastAsia="zh-CN"/>
        </w:rPr>
        <w:t xml:space="preserve">    2024年小学六年级语文教学总结 篇4 </w:t>
      </w:r>
      <w:r>
        <w:rPr>
          <w:lang w:eastAsia="zh-CN"/>
        </w:rPr>
        <w:br/>
      </w:r>
      <w:r>
        <w:rPr>
          <w:lang w:eastAsia="zh-CN"/>
        </w:rPr>
        <w:t>　　今学期我担任六年级语文教学。由于教学经验尚浅。因此，我对教学工作不敢怠慢，认真学习，深入研究教法，虚心向前辈学习。经过一个学期的努力，获取了很多宝贵的教学经验。以下是我在本学期的教学情况总结。</w:t>
      </w:r>
      <w:r>
        <w:rPr>
          <w:lang w:eastAsia="zh-CN"/>
        </w:rPr>
        <w:br/>
      </w:r>
      <w:r>
        <w:rPr>
          <w:lang w:eastAsia="zh-CN"/>
        </w:rPr>
        <w:t>　　一、基本情况概述</w:t>
      </w:r>
      <w:r>
        <w:rPr>
          <w:lang w:eastAsia="zh-CN"/>
        </w:rPr>
        <w:br/>
      </w:r>
      <w:r>
        <w:rPr>
          <w:lang w:eastAsia="zh-CN"/>
        </w:rPr>
        <w:t>　　教学就是教与学，两者是相互联系，不可分割的，有教者就必然有学者。学生是被教的主体。因此，了解和分析学生情况，有针对地教对教学成功与否至关重要。最初接触教学的时候，我还不懂得了解学生对教学的重要性，只是专心研究书本，教材，想方设法令课堂生动，学生易接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农村的学生听，说的能力相对较弱，授课采用较深的话教学，同学们还不能适应。另一方面，同学比较活跃，上课气氛积极，但中等生、差生占较大多数，尖子生相对较少。因此，讲得太深，没有照顾到整体，我备课时也没有注意到这点，因此教学效果不如理想。从此可以看出，了解及分析学生实际情况，实事求是，具体问题具体分析，做到因材施教，对授课效果有直接影响。这就是教育学中提到的“备教法的同时要备学生”。这一理论在我的教学实践中得到了验证。</w:t>
      </w:r>
      <w:r>
        <w:rPr>
          <w:lang w:eastAsia="zh-CN"/>
        </w:rPr>
        <w:br/>
      </w:r>
      <w:r>
        <w:rPr>
          <w:lang w:eastAsia="zh-CN"/>
        </w:rPr>
        <w:t>　　二、取得的成绩与经验</w:t>
      </w:r>
      <w:r>
        <w:rPr>
          <w:lang w:eastAsia="zh-CN"/>
        </w:rPr>
        <w:br/>
      </w:r>
      <w:r>
        <w:rPr>
          <w:lang w:eastAsia="zh-CN"/>
        </w:rPr>
        <w:t>　　教学中，备课是一个必不可少，十分重要的环节，备学生，又要备教法。备课不充分或者备得不好，会严重影响课堂气氛和积极性，曾有一位前辈对我说：“备课备不好，倒不如不上课，否则就是白费心机。”我明白到备课的重要性，因此，每天我都花费大量的时间在备课之上，认认真真钻研教材和教法，不满意就不收工。虽然辛苦，但事实证明是值得的。</w:t>
      </w:r>
      <w:r>
        <w:rPr>
          <w:lang w:eastAsia="zh-CN"/>
        </w:rPr>
        <w:br/>
      </w:r>
      <w:r>
        <w:rPr>
          <w:lang w:eastAsia="zh-CN"/>
        </w:rPr>
        <w:t>　　一堂准备充分的课，会令学生和老师都获益不浅。例如我在讲授『桂林山水』 的时候，这课的主题是“了解和感受桂林山水的景美”，教学难度比较大。如果照本宣科地讲授，学生会感到困难和沉闷。为了上好这堂课，我认真研究了课文，找出了重点，难点，准备有针对性地讲。为了令教学生动，不沉闷，我还为此准备了大量的教具，授课时就胸有成竹了。当讲到一半的时候，我拿出准备好的录象带，让学生观摩学习，学生特别用功，教学效果十分理想。相反，我没有认真备课的时候，课堂气氛沉闷，教学效果不好，与此相比可见，认真备课对教学十分重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备课充分，能调动学生的积极性，上课效果就好。但同时又要有驾驭课堂的能力，因为学生在课堂上的一举一动都会直接影响课堂教学。因此上课一定要设法令学生投入，不让其分心，这就很讲究方法了。上课内容丰富，现实。教态自然，讲课生动，难易适中照顾全部，就自然能够吸引住学生。所以，老师每天都要有充足的精神，让学生感受到一种自然气氛。这样，授课就事半功倍。回看自己的授课，我感到有点愧疚，因为有时我并不能很好地做到这点。当学生在课堂上无心向学，违反纪律时，我的情绪就受到影响，并且把这带到教学中，让原本正常的讲课受到冲击，发挥不到应有的水平，以致影响教学效果。我以后必须努力克服，研究方法，采取有利方法解决当中困难。</w:t>
      </w:r>
      <w:r>
        <w:rPr>
          <w:lang w:eastAsia="zh-CN"/>
        </w:rPr>
        <w:br/>
      </w:r>
      <w:r>
        <w:rPr>
          <w:lang w:eastAsia="zh-CN"/>
        </w:rPr>
        <w:t>　　三、采取的方法和措施</w:t>
      </w:r>
      <w:r>
        <w:rPr>
          <w:lang w:eastAsia="zh-CN"/>
        </w:rPr>
        <w:br/>
      </w:r>
      <w:r>
        <w:rPr>
          <w:lang w:eastAsia="zh-CN"/>
        </w:rPr>
        <w:t>　　语文是一门工具学科，对学生而言，既熟悉又困难，在这样一种大环境之下，要教好语文，就要让学生喜爱语文，让他们对语文产生兴趣。否则学生对这门学科产生畏难情绪，不愿学，也无法学下去。为此，我采取了一些方法，就是尽量多讲一些文化生活故事，让他们更了解语文，更喜欢学习语文。因为只有语文水平提高，他们才能提高同学们的语文写作能力，对成绩优秀的同学很有好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因为语文的特殊情况，学生在不断学习中，会出现好差分化现象，差生面扩大，会严重影响班内的学习风气。因此，绝对不能忽视。为此，我制定了具体的计划和目标。对这部分同学进行有计划的辅导。我把这批同学分为三个组。第一组是有能力提高，但平时懒动脑筋不学的同学，对这些同学，我采取集体辅导，给他们分配固定任务，不让他们有偷懒的机会，让他们发挥应有水平；</w:t>
      </w:r>
      <w:r>
        <w:rPr>
          <w:lang w:eastAsia="zh-CN"/>
        </w:rPr>
        <w:t xml:space="preserve"> 第二组是肯学，但由于能力不强的同学。对这部分同学要适当引导，耐心教导，慢慢提高他们的成绩，不能操之过急，且要多鼓励。只要他们肯努力，成绩有望搞提高；第三组是纪律松散，学习不认真，基础又不好的同学。对这部分人要进行课余时间个别辅导。因为这部分同学需要一个安静而又不受干扰的环境，才会立下心来学习。只要坚持辅导，这些同学基础重新建立起来，以后授课的效果就会更好。</w:t>
      </w:r>
      <w:r>
        <w:rPr>
          <w:lang w:eastAsia="zh-CN"/>
        </w:rPr>
        <w:br/>
      </w:r>
      <w:r>
        <w:rPr>
          <w:lang w:eastAsia="zh-CN"/>
        </w:rPr>
        <w:t>　　语文是语言。因此，除了课堂效果之外，还需要让学生多读，多讲，多练。为此，在早读时，我坚持下班了解早读情况，发现问题及时纠正。课后发现学生作业问题也及时解决，及时讲清楚，让学生即时消化。另外，对部分不自觉的同学还采取强硬背诵等方式，提高他们的能力。</w:t>
      </w:r>
      <w:r>
        <w:rPr>
          <w:lang w:eastAsia="zh-CN"/>
        </w:rPr>
        <w:br/>
      </w:r>
      <w:r>
        <w:rPr>
          <w:lang w:eastAsia="zh-CN"/>
        </w:rPr>
        <w:t>　　四、不足及今后努力的方向</w:t>
      </w:r>
      <w:r>
        <w:rPr>
          <w:lang w:eastAsia="zh-CN"/>
        </w:rPr>
        <w:br/>
      </w:r>
      <w:r>
        <w:rPr>
          <w:lang w:eastAsia="zh-CN"/>
        </w:rPr>
        <w:t>　　经过一个学期的努力，期末考就是一种考验。无论成绩高低，都体现了我在这学期的教学成果。我明白到这并不是最重要的，重要的是在本学期后如何自我提高，如何共同提高学生的语文水平。因此，无论怎样辛苦，我都会继续努力，多问，多想，多向前辈学习，争取进步。</w:t>
      </w:r>
      <w:r>
        <w:rPr>
          <w:lang w:eastAsia="zh-CN"/>
        </w:rPr>
        <w:br/>
      </w:r>
      <w:r>
        <w:rPr>
          <w:lang w:eastAsia="zh-CN"/>
        </w:rPr>
        <w:t>　　以上就是我在本学期的教学工作总结。由于经验颇浅，许多地方存在不足，希望在未来的日子里，能在各位领导老师，前辈的指导下，取得更好成绩。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2024年小学六年级语文教学总结 篇5 </w:t>
      </w:r>
      <w:r>
        <w:rPr>
          <w:lang w:eastAsia="zh-CN"/>
        </w:rPr>
        <w:br/>
      </w:r>
      <w:r>
        <w:rPr>
          <w:lang w:eastAsia="zh-CN"/>
        </w:rPr>
        <w:t>　　一、认真备课，制定详实可行的教学计划。</w:t>
      </w:r>
      <w:r>
        <w:rPr>
          <w:lang w:eastAsia="zh-CN"/>
        </w:rPr>
        <w:br/>
      </w:r>
      <w:r>
        <w:rPr>
          <w:lang w:eastAsia="zh-CN"/>
        </w:rPr>
        <w:t>　　有人觉得教学计划是花架子，是让学校领导看的，我还是不太同意。如果随随便便写一个计划，肯定不会有太大的价值。所以我认为切实可行的教学计划是非常重要的。在教学工作进行之前己对全册教材有了一个整体的了解，对重、难点比较清楚，对学生学习上存在的问题认识清晰，在教学中能把握先机，取得了比较好的教学效果。</w:t>
      </w:r>
      <w:r>
        <w:rPr>
          <w:lang w:eastAsia="zh-CN"/>
        </w:rPr>
        <w:br/>
      </w:r>
      <w:r>
        <w:rPr>
          <w:lang w:eastAsia="zh-CN"/>
        </w:rPr>
        <w:t>　　二、在教育教学工作中，教学形式多样化。</w:t>
      </w:r>
      <w:r>
        <w:rPr>
          <w:lang w:eastAsia="zh-CN"/>
        </w:rPr>
        <w:br/>
      </w:r>
      <w:r>
        <w:rPr>
          <w:lang w:eastAsia="zh-CN"/>
        </w:rPr>
        <w:t>　　对于科学这样的“副科”，我注意教学形式多种多样，有的课以老师讲授为主，比如说介绍科技发展给社会和环境带来的变化和影响等；有的课以动手操作为主，比如说让学生探究种子发芽的必要因素等课题等。形式的多种多样能引起学生对科学这门科的学习兴趣，通过动手较好地激发学生的积极性。这样一来，也能培养学生多方面的'能力，尤其是动手操作能力。</w:t>
      </w:r>
      <w:r>
        <w:rPr>
          <w:lang w:eastAsia="zh-CN"/>
        </w:rPr>
        <w:br/>
      </w:r>
      <w:r>
        <w:rPr>
          <w:lang w:eastAsia="zh-CN"/>
        </w:rPr>
        <w:t>　　三、充分利用学校、家庭和社会的各种资源，实现教学评价多元化。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们现处在信息的时代，引导学生关注世界科技发展和新成果给人们生产、生活带来的变化是非常重要的，引导学生学会利用网络资源来获得课本以外的知识，开拓学生视野这些都是迫不及待的。在获得丰富的生活知识的同时，也培养了学生学科学、爱科学、用科学的兴趣；利用学生已有的知识解决身边和生活中的一些问题，达到学以致用的目的。其次，评价有过程性评价，也要有结果性评价。既关注学生对知识的记忆情况，又要关注学生课上表现，如回答问题流利、简明，能用上自己生活中积累的科学知识解决生活的问题，课上听讲、做笔记情况等，特别关注学生自己生活的观察和思考，动手实验等。比如：我们班的几名不爱学科学的学生，经过多次的表扬喜欢上了科学。</w:t>
      </w:r>
      <w:r>
        <w:rPr>
          <w:lang w:eastAsia="zh-CN"/>
        </w:rPr>
        <w:br/>
      </w:r>
      <w:r>
        <w:rPr>
          <w:lang w:eastAsia="zh-CN"/>
        </w:rPr>
        <w:t>　　现在，学生喜欢上了科学，即使是复习课，看到我拿着试卷走进教室，也能够露出笑容。同时从他们的成绩也可以看到，教材中的科学知识都基本掌握了，但是问题也很明显。如学生对科学的探究还不能深入，如学生做完植物实验后，只有几个人进行了后期养护，大多数没有成活，我指导学生自己搜集有关桦尺蠖的资料，全班只有两个人搜集了资料。在今后的教学工作中我应该更加注意学生学习习惯的养成教育。有了良好的学习、生活习惯，相信我的教学成绩也会有更大的收获。</w:t>
      </w:r>
      <w:r>
        <w:rPr>
          <w:lang w:eastAsia="zh-CN"/>
        </w:rPr>
        <w:br/>
      </w:r>
      <w:r>
        <w:rPr>
          <w:lang w:eastAsia="zh-CN"/>
        </w:rPr>
        <w:t xml:space="preserve">    2024年小学六年级语文教学总结 篇6 </w:t>
      </w:r>
      <w:r>
        <w:rPr>
          <w:lang w:eastAsia="zh-CN"/>
        </w:rPr>
        <w:br/>
      </w:r>
      <w:r>
        <w:rPr>
          <w:lang w:eastAsia="zh-CN"/>
        </w:rPr>
        <w:t>　　让学生学得有趣、学得有味，致力于学生终生、全面发展，突出语文课程的多重功能和奠基作用是每个语文教师的责任。小学六年级的学生通过几年的阅读积累，已储备了一定的知识，也有着相应的阅读理解和写作能力。他们正处于生理发育的初期，心智正在发展，血脉正在形成，这些学生即将迈入中学的大门，如何进一步激发他们学习语文的兴趣，有效发展他们的语文能力呢？</w:t>
      </w:r>
      <w:r>
        <w:rPr>
          <w:lang w:eastAsia="zh-CN"/>
        </w:rPr>
        <w:br/>
      </w:r>
      <w:r>
        <w:rPr>
          <w:lang w:eastAsia="zh-CN"/>
        </w:rPr>
        <w:t>　　（一）因势利导迁移应用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六年级学生在校园里显得更为活跃，他们有热情，也显得任性、容易冲动。有时他们会在桌面上、厕所里涂写，几句小诗、一行话语，好象像以此表达对学校的留念，更多的学生早在第一学期就忙着写临别赠言。教师如何因势利导，抓住学生的情感契机，引导他们以恰当的方式表达出来呢？实践证明：积极疏导，把他们的心语得以外化，由此激发他们学语文、用语文的意识是有效的路径。</w:t>
      </w:r>
      <w:r>
        <w:rPr>
          <w:lang w:eastAsia="zh-CN"/>
        </w:rPr>
        <w:br/>
      </w:r>
      <w:r>
        <w:rPr>
          <w:lang w:eastAsia="zh-CN"/>
        </w:rPr>
        <w:t>　　（二）融会贯通，以一当十</w:t>
      </w:r>
      <w:r>
        <w:rPr>
          <w:lang w:eastAsia="zh-CN"/>
        </w:rPr>
        <w:br/>
      </w:r>
      <w:r>
        <w:rPr>
          <w:lang w:eastAsia="zh-CN"/>
        </w:rPr>
        <w:t>　　六年级语文教学如果仅凭几十篇课文的精讲深挖、设计无数的练习，由此来提高学生的阅读能力和习作水平，往往难以达到预期的效果，学生的学习兴趣难以提高。的确，课文只是个例子，应由一篇文章的阅读触及其余，启发学生把知识融会贯通，灵活、高效地学，有趣有味地学。</w:t>
      </w:r>
      <w:r>
        <w:rPr>
          <w:lang w:eastAsia="zh-CN"/>
        </w:rPr>
        <w:br/>
      </w:r>
      <w:r>
        <w:rPr>
          <w:lang w:eastAsia="zh-CN"/>
        </w:rPr>
        <w:t>　　（三）开发课程熏陶情感</w:t>
      </w:r>
      <w:r>
        <w:rPr>
          <w:lang w:eastAsia="zh-CN"/>
        </w:rPr>
        <w:br/>
      </w:r>
      <w:r>
        <w:rPr>
          <w:lang w:eastAsia="zh-CN"/>
        </w:rPr>
        <w:t>　　在实际课堂中，特别是六年级语文教学中，难以听到琅琅的读书声，如果我们基于以培养学生的读写兴趣为目的、以提高学生的语文素养为根本，必然会摒弃。所以我们应该利用一切机会激发他们学语文、用语文的意识，丰富学生的校园生活：同学们觉得毕业前的学校生活是紧张有序的，也是丰富多彩的，令人回味的。在他们的习作里、日记中有生动的记录；在他们的影集里、校园网里有珍贵的镜头；还有的以诗与画的形式、书信的方式告诉自己的亲朋好友，这是没有预设的、水到渠成的语文学习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想，这是在问老师，又不仅仅是，我们该认真反思反思教学中的一些行为了。《小学语文课程标准》的探讨实施决非上几节公开课、写几篇文章、出几份试卷所能含涵盖的，我想，它的积极实施是体现在每个教学进程中的，六年级的师生同在新课标的背景下，应共享一片艳阳天。</w:t>
      </w:r>
      <w:r>
        <w:rPr>
          <w:lang w:eastAsia="zh-CN"/>
        </w:rPr>
        <w:br/>
      </w:r>
      <w:r>
        <w:rPr>
          <w:lang w:eastAsia="zh-CN"/>
        </w:rPr>
        <w:t>　　实践证明，在生动活泼、师生互动的课堂里、在丰富有趣的活动中，六年级学生的知识、能力会喜获 “ 双赢 ” ，他们的情感会得到升华，语文学科的魅力才足以得到展现。玩具教学反思托班教学反思六年级教学反思</w:t>
      </w:r>
      <w:r>
        <w:rPr>
          <w:lang w:eastAsia="zh-CN"/>
        </w:rPr>
        <w:br/>
      </w:r>
      <w:r>
        <w:rPr>
          <w:lang w:eastAsia="zh-CN"/>
        </w:rPr>
        <w:t xml:space="preserve">    2024年小学六年级语文教学总结 篇7 </w:t>
      </w:r>
      <w:r>
        <w:rPr>
          <w:lang w:eastAsia="zh-CN"/>
        </w:rPr>
        <w:br/>
      </w:r>
      <w:r>
        <w:rPr>
          <w:lang w:eastAsia="zh-CN"/>
        </w:rPr>
        <w:t>　　转眼间一学期结束了，回顾本学期工作有喜有犹，现将本学期教学工作总结如下：</w:t>
      </w:r>
      <w:r>
        <w:rPr>
          <w:lang w:eastAsia="zh-CN"/>
        </w:rPr>
        <w:br/>
      </w:r>
      <w:r>
        <w:rPr>
          <w:lang w:eastAsia="zh-CN"/>
        </w:rPr>
        <w:t>　　一、学生的情况分析</w:t>
      </w:r>
      <w:r>
        <w:rPr>
          <w:lang w:eastAsia="zh-CN"/>
        </w:rPr>
        <w:br/>
      </w:r>
      <w:r>
        <w:rPr>
          <w:lang w:eastAsia="zh-CN"/>
        </w:rPr>
        <w:t>　　本班有24名学生，其中男女学生各12名。由于本人是接的新班，对学生的学情不了解，经过一学期的了解掌握，及认真细致的工作，掌握了学情。本班的学习气氛不浓，学风不正，学习目的'不明确，有8名学生对学习的目的不明确，经常不完成作业，说谎现象严重，经认真分析后，采取了与学生面对面谈心，走访家长，个别辅导和做政治思想工作，使他们对学习产生了兴趣。经本期终考（全镇统考），合格24人，合格率100%，AB人数22名，优良率91.7%，A等人数10名，优秀率41.7%，取得了令人满意的效果。</w:t>
      </w:r>
      <w:r>
        <w:rPr>
          <w:lang w:eastAsia="zh-CN"/>
        </w:rPr>
        <w:br/>
      </w:r>
      <w:r>
        <w:rPr>
          <w:lang w:eastAsia="zh-CN"/>
        </w:rPr>
        <w:t>　　二、教学中成功的经验与不足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做好学生的思想教育工作，良好的学习气氛，良好的学习心态，端正的学习态度，是提高教学成绩的前提，本期本人唯一的宗旨是爱护关心每一位学生，尊重他们的人格，对学习不专心的学生进行有效的政治思想教育和远大的理想教育。俗话说“磨刀不如砍柴功”，只有做好了学生的思想教育工作，才能使他学习有劲头。本期为了做好思想教育工作，采用了上门家访、开家长会、个别学生谈心教育，使他们端正了学习态度，保证了教学质量的提高。</w:t>
      </w:r>
      <w:r>
        <w:rPr>
          <w:lang w:eastAsia="zh-CN"/>
        </w:rPr>
        <w:br/>
      </w:r>
      <w:r>
        <w:rPr>
          <w:lang w:eastAsia="zh-CN"/>
        </w:rPr>
        <w:t>　　2、认真钻研教材，把掌知识点：由于本人多年带毕业班，也从中吸取了一些经验，这就是努力潜心挖教材，把握知识点。因为毕业班要掌握的知识面广，从上课到复习，把知识分类，引导学生从字、词、句、篇、章等步步深入，系统掌握，还要有耐心、恒心，做到了牺牲自己的时间，绝不误人子弟。</w:t>
      </w:r>
      <w:r>
        <w:rPr>
          <w:lang w:eastAsia="zh-CN"/>
        </w:rPr>
        <w:br/>
      </w:r>
      <w:r>
        <w:rPr>
          <w:lang w:eastAsia="zh-CN"/>
        </w:rPr>
        <w:t>　　3、对学生加强转化力度。由于本班学生的后进面大，自从接上这个班，就着手研究每个学生，发现有六名学生基础太差，所以本人就想方设法给予辅导，让他们能尽快赶上来，自己采用了分层布置作业，少而精布置作业，从而激发他们的学习积极性，同时还改变了对他们的态度，不是一味的批评，而是经常表扬、鼓励，从而获取了知识，提高了学习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4、认真改进教学方法，让学生乐学。“兴趣是最好的老师”，“兴趣是最好的动力”。本学期为了让学生乐学，本人首先是对学生进行兴趣激发。上课时认真设计有关问题，好从故事引入，从悬念引入，从兴趣引入等以激发他们对知识的求知欲望，利用语文课这种人文教材，谈理想，谈人生、谈价值、谈未来，激发兴趣，让他们主动接受知识，成为学习的主人。</w:t>
      </w:r>
      <w:r>
        <w:rPr>
          <w:lang w:eastAsia="zh-CN"/>
        </w:rPr>
        <w:br/>
      </w:r>
      <w:r>
        <w:rPr>
          <w:lang w:eastAsia="zh-CN"/>
        </w:rPr>
        <w:t>　　5、存在的不足：尽管本期对学生的学习成绩有较大的提高，但是还存在不少问题，表现为：优等生不突出，全班没有一个成绩显著的高材生，尽管有10名A等生，但成绩都较平。教学中存在急躁毛病，有“恨铁不成钢”的情绪，对个别学生还缺乏一定的耐心。学生的写字不认真，平时只抓教学质量，而疏忽学生的书写。</w:t>
      </w:r>
      <w:r>
        <w:rPr>
          <w:lang w:eastAsia="zh-CN"/>
        </w:rPr>
        <w:br/>
      </w:r>
      <w:r>
        <w:rPr>
          <w:lang w:eastAsia="zh-CN"/>
        </w:rPr>
        <w:t>　　三、今后努力的方向：</w:t>
      </w:r>
      <w:r>
        <w:rPr>
          <w:lang w:eastAsia="zh-CN"/>
        </w:rPr>
        <w:br/>
      </w:r>
      <w:r>
        <w:rPr>
          <w:lang w:eastAsia="zh-CN"/>
        </w:rPr>
        <w:t>　　由于所带的是毕业班，今后要继续努力，更加潜心钻研教材，关爱学生，和全体学生交朋友，依他们的性格及生理特点，开展有效的思想教育，力争在毕业时成绩为A等提高10个百分点，B等提高9个百分点，也就是说A等率达51%，B等率达100%。</w:t>
      </w:r>
      <w:r>
        <w:rPr>
          <w:lang w:eastAsia="zh-CN"/>
        </w:rPr>
        <w:br/>
      </w:r>
      <w:r>
        <w:rPr>
          <w:lang w:eastAsia="zh-CN"/>
        </w:rPr>
        <w:t xml:space="preserve">    2024年小学六年级语文教学总结 篇8 </w:t>
      </w:r>
      <w:r>
        <w:rPr>
          <w:lang w:eastAsia="zh-CN"/>
        </w:rPr>
        <w:br/>
      </w:r>
      <w:r>
        <w:rPr>
          <w:lang w:eastAsia="zh-CN"/>
        </w:rPr>
        <w:t>　　又结束了。回顾这学期的工作，我以《新课程标准》为依据，以学校提出的“减负高效”为指导思想，联系学生实际设计课堂，以及与同年级三位语文老师的配合协作，顺利地完成了学期初制订的教学计划。现对自己一学期的教学工作总结如下：</w:t>
      </w:r>
      <w:r>
        <w:rPr>
          <w:lang w:eastAsia="zh-CN"/>
        </w:rPr>
        <w:br/>
      </w:r>
      <w:r>
        <w:rPr>
          <w:lang w:eastAsia="zh-CN"/>
        </w:rPr>
        <w:t>　　一、努力提高课堂教学效果</w:t>
      </w:r>
      <w:r>
        <w:rPr>
          <w:lang w:eastAsia="zh-CN"/>
        </w:rPr>
        <w:br/>
      </w:r>
      <w:r>
        <w:rPr>
          <w:lang w:eastAsia="zh-CN"/>
        </w:rPr>
        <w:t>　　1、课程标准入心，入课堂。这学期，我又重读、背诵《课标》，常读常新，这样，每一节课又会有新的设想，新的构思，新的教法，会以新的眼光去看待学生的每一点成长，以新的评价方式衡量不同程度的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认真备好每一节课。这是我在美舍带的第六个小学毕业班，同样的课文我已经上了六遍，但我还是始终坚持了课前认真钻研教材，把握教材的关键；根据本班学生的特点，了解学生原有的知识掌握情况，了解他们的兴趣、需要、方法、习惯，了解他们学习新知识可能会有哪些困难。针对学生实际认真备课，采取相应的教学手段进行教学，包括如何组织教材、如何安排每节课的活动，如何安排每一个教学环节，注重每一个教学重点的突出和每一个难点的突破，精心地进行备课，保证了课堂教学的正常、有序的进行。</w:t>
      </w:r>
      <w:r>
        <w:rPr>
          <w:lang w:eastAsia="zh-CN"/>
        </w:rPr>
        <w:br/>
      </w:r>
      <w:r>
        <w:rPr>
          <w:lang w:eastAsia="zh-CN"/>
        </w:rPr>
        <w:t>　　3、我们班的学生不是特别活跃，因此，在课堂教学中，我努力通过简炼的语句，抓住关键，运用生动有趣的语言突破难点，讲清重点，调动他们积极思考、讨论和发表意见。</w:t>
      </w:r>
      <w:r>
        <w:rPr>
          <w:lang w:eastAsia="zh-CN"/>
        </w:rPr>
        <w:br/>
      </w:r>
      <w:r>
        <w:rPr>
          <w:lang w:eastAsia="zh-CN"/>
        </w:rPr>
        <w:t>　　4、每个人都有成功的欲望。课堂教学过程中，我多方面为学生创造条件，提供尽可能多的尝试成功的机会，充分寻找他们的闪光点。学生答题正确时，加以鼓励；出现错误时，没有批评与指责，有的是指导；思维受阻时，我就启发诱导。对于那些语文基础薄弱、学习有些掉队、存在着不同程度自卑心理的学生，课堂上我把一些简单的问题留给他们，让他们品尝到成功的喜悦，产生学习的积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5、有效练习，深化课堂。要构建有效的课堂语文教学，必须要落实知识点，抓准精练点，促成调动学生听、说、读、写、思能动性，形成技能、技巧，达到对知识的理解、掌握及应用，实现从感性认识到理性认识的升华。比如《我们爱你啊，中国》，设计了片段仿写，既增强学生的民族自豪感，又训练了语言文字；讲杜甫的《闻官军收河南河北》前，让学生先背诵他的《春望》，了解其创作背景，这样既有助于理解《闻官军收河南河北》这首诗，又积累了新的古诗，这样的练习一举两得。</w:t>
      </w:r>
      <w:r>
        <w:rPr>
          <w:lang w:eastAsia="zh-CN"/>
        </w:rPr>
        <w:br/>
      </w:r>
      <w:r>
        <w:rPr>
          <w:lang w:eastAsia="zh-CN"/>
        </w:rPr>
        <w:t>　　二、重视各环节的落实。</w:t>
      </w:r>
      <w:r>
        <w:rPr>
          <w:lang w:eastAsia="zh-CN"/>
        </w:rPr>
        <w:br/>
      </w:r>
      <w:r>
        <w:rPr>
          <w:lang w:eastAsia="zh-CN"/>
        </w:rPr>
        <w:t>　　提高语文教学质量是我们奋斗的目标，而狠抓落实却是不可或缺的必要手段。只有通过平时坚持不懈地抓落实，才能最终达成提高教学质量的目标。</w:t>
      </w:r>
      <w:r>
        <w:rPr>
          <w:lang w:eastAsia="zh-CN"/>
        </w:rPr>
        <w:br/>
      </w:r>
      <w:r>
        <w:rPr>
          <w:lang w:eastAsia="zh-CN"/>
        </w:rPr>
        <w:t>　　1、抓课堂听课效果的落实。</w:t>
      </w:r>
      <w:r>
        <w:rPr>
          <w:lang w:eastAsia="zh-CN"/>
        </w:rPr>
        <w:br/>
      </w:r>
      <w:r>
        <w:rPr>
          <w:lang w:eastAsia="zh-CN"/>
        </w:rPr>
        <w:t>　　老师们常说，向课堂40分钟要质量。一个很重要的方面就是要落实学生听课的效果。但不是每个学生课堂上都会认真倾听。因此，我上课时除了抓听课状态，更重要的是，我的课堂语言尽量风趣幽默，力求生动活泼，以充分调动学生的学习情绪，使他们精神高度集中投入，并在课堂上通过提问（含集体提问、个别提问），或通过当堂小测试等手段，经常检查学生的听课效果，检查学生对课堂上所讲知识点的掌握情况，以及时调整教学策略及教学步骤。</w:t>
      </w:r>
      <w:r>
        <w:rPr>
          <w:lang w:eastAsia="zh-CN"/>
        </w:rPr>
        <w:br/>
      </w:r>
      <w:r>
        <w:rPr>
          <w:lang w:eastAsia="zh-CN"/>
        </w:rPr>
        <w:t>　　2、抓课后的落实。</w:t>
      </w:r>
      <w:r>
        <w:rPr>
          <w:lang w:eastAsia="zh-CN"/>
        </w:rPr>
        <w:br/>
      </w:r>
      <w:r>
        <w:rPr>
          <w:lang w:eastAsia="zh-CN"/>
        </w:rPr>
        <w:t>　　语文科有很多方面的知识都是必须在课后狠抓落实，如背诵、默写、生字词、作业纠错、作文面批等等，都必须在课后人人过关，这样才能真正落到实处，绝大多数学生才能较好地掌握。一遍不行，来两遍，两遍不行，来三遍。对于广大中后进生，“反复”是非常有效的“落实”手段。于是，我充分利用早晚自习、下午第三节下课后、晚修前等空余时间落实巩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三、做好辅差工作</w:t>
      </w:r>
      <w:r>
        <w:rPr>
          <w:lang w:eastAsia="zh-CN"/>
        </w:rPr>
        <w:br/>
      </w:r>
      <w:r>
        <w:rPr>
          <w:lang w:eastAsia="zh-CN"/>
        </w:rPr>
        <w:t>　　面对表现各异、成绩差参不齐的学生，及时细致地做好培优辅差工作就是非常重要的一个环节。</w:t>
      </w:r>
      <w:r>
        <w:rPr>
          <w:lang w:eastAsia="zh-CN"/>
        </w:rPr>
        <w:br/>
      </w:r>
      <w:r>
        <w:rPr>
          <w:lang w:eastAsia="zh-CN"/>
        </w:rPr>
        <w:t>　　我们班的后进生落后比较严重，有些知识点反复讲、一对一讲，他们就是掌握不了，我决定对后进生采取低起点，小步子，一点点引导，一步步向前，积小胜为大胜的策略。对他们的每一点进步及时赏识，提高他们的学习兴趣。此外，我还根据学生实际，确定能达到的实际目标，把教学的步子放小，教学内容结合实际由易到难，由简到繁，及时发现学生存在的问题，及时矫正，调节教学进度，从而提高教学效益。另外，针对他们基础薄弱的情况，从基础入手，除了抽出时间为他们补缺补漏外，还在班中成立“互助”小组，利用结对子形式，以优生来带动差生。</w:t>
      </w:r>
      <w:r>
        <w:rPr>
          <w:lang w:eastAsia="zh-CN"/>
        </w:rPr>
        <w:br/>
      </w:r>
      <w:r>
        <w:rPr>
          <w:lang w:eastAsia="zh-CN"/>
        </w:rPr>
        <w:t>　　辅差工作不是只凭一时心血来潮，指望仅仅个别辅导两三次就能见成效的。要使学生的成绩提高，还须把辅差工作当成经常性的工作来抓，坚持不懈地去做。</w:t>
      </w:r>
      <w:r>
        <w:rPr>
          <w:lang w:eastAsia="zh-CN"/>
        </w:rPr>
        <w:br/>
      </w:r>
      <w:r>
        <w:rPr>
          <w:lang w:eastAsia="zh-CN"/>
        </w:rPr>
        <w:t>　　此外，我们班的语文教学还有很多工作要做，比如：部分学生的书写还很潦草；个别学生依然懒惰、缺乏学习动力和学习热情；有几个学生的语文基础不理想……这都需要我把工作做精、做细，做周全，唯有这样，我们才会不负众望，明年七月收获累累硕果！</w:t>
      </w:r>
      <w:r>
        <w:rPr>
          <w:lang w:eastAsia="zh-CN"/>
        </w:rPr>
        <w:br/>
      </w:r>
      <w:r>
        <w:rPr>
          <w:lang w:eastAsia="zh-CN"/>
        </w:rPr>
        <w:t xml:space="preserve">    2024年小学六年级语文教学总结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时光飞逝，半个学期一转眼过去了，期中考试也顺利结束了。看着学生们的考试成绩，不尽如人意，坐下来仔细翻看学生们的试卷，纵观学生们的答题情况，确实发现一些问题，值得反思。</w:t>
      </w:r>
      <w:r>
        <w:rPr>
          <w:lang w:eastAsia="zh-CN"/>
        </w:rPr>
        <w:br/>
      </w:r>
      <w:r>
        <w:rPr>
          <w:lang w:eastAsia="zh-CN"/>
        </w:rPr>
        <w:t>　　试卷上存在如下问题：字词是最基础的，很多学生不能答全对，原因在于平时不用心，记忆不准确。学生着重记忆《开国大典》多个场面描写的内容，而忽略了“场面描写”这个概念，导致失分。转述句多数学生都写错了，本册书没有讲解转述句，平时也疏于练习，学生改写不好。个别学生平时书写习惯不好，导致考试时也在卷面分上失分较多。还有个别学生在作文上，审题不清，导致跑题，失分较多。</w:t>
      </w:r>
      <w:r>
        <w:rPr>
          <w:lang w:eastAsia="zh-CN"/>
        </w:rPr>
        <w:br/>
      </w:r>
      <w:r>
        <w:rPr>
          <w:lang w:eastAsia="zh-CN"/>
        </w:rPr>
        <w:t>　　针对这次考试，在今后的教学过程中，我要指导学生多讲普通话，有助于拼音的把握，加强基础字词的练习与检测，教会学生总结分析形近字，使其记忆准确。要穿插各种描写的讲解，使学生清晰掌握各类概念，讲解作文时，也可加入分析。应总结各类改写句子题，教会学生分析句子，掌握方法，并多做练习。写作涉及各类作文，教会学生分析作文题目，掌握各类作文的概念。</w:t>
      </w:r>
      <w:r>
        <w:rPr>
          <w:lang w:eastAsia="zh-CN"/>
        </w:rPr>
        <w:br/>
      </w:r>
      <w:r>
        <w:rPr>
          <w:lang w:eastAsia="zh-CN"/>
        </w:rPr>
        <w:t>　　除此之外，我要继续加强课堂教学改革的研究，不断反思和改进课堂教学，采取多种形式进行教学，在实践中不断研究如何培养学生阅读兴趣，提高其阅读能力和写作水平；在练习中培养学生审题能力和答题方法，同时也培养学生仔细答题的好习惯。要注意重视学生的学习态度的培养，培养学生良好的书写习惯，从而促使其形成严谨认真的人生态度。对于学习有困难的学生，学习能力有待开发的学生，要多单独辅导，与家长密切联系，获得家长的重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语文知识在于点滴积累，成绩也不可一蹴而就，“一分耕耘，一分收获。”相信在我和同学们的共同努力下，我们一定会有更多的收获。</w:t>
      </w:r>
      <w:r>
        <w:rPr>
          <w:lang w:eastAsia="zh-CN"/>
        </w:rPr>
        <w:br/>
      </w:r>
      <w:r>
        <w:rPr>
          <w:lang w:eastAsia="zh-CN"/>
        </w:rPr>
        <w:t xml:space="preserve">    2024年小学六年级语文教学总结 篇10 </w:t>
      </w:r>
      <w:r>
        <w:rPr>
          <w:lang w:eastAsia="zh-CN"/>
        </w:rPr>
        <w:br/>
      </w:r>
      <w:r>
        <w:rPr>
          <w:lang w:eastAsia="zh-CN"/>
        </w:rPr>
        <w:t>　　回顾这学期的教学工作，小结如下。</w:t>
      </w:r>
      <w:r>
        <w:rPr>
          <w:lang w:eastAsia="zh-CN"/>
        </w:rPr>
        <w:br/>
      </w:r>
      <w:r>
        <w:rPr>
          <w:lang w:eastAsia="zh-CN"/>
        </w:rPr>
        <w:t>　　一、夯实基础知识，抓实基本技能</w:t>
      </w:r>
      <w:r>
        <w:rPr>
          <w:lang w:eastAsia="zh-CN"/>
        </w:rPr>
        <w:br/>
      </w:r>
      <w:r>
        <w:rPr>
          <w:lang w:eastAsia="zh-CN"/>
        </w:rPr>
        <w:t>　　“教学质量是学校教育的出发点和归宿”。只有夯实基础，学生的语文成绩才能得到充分的体现。虽然已经是六年级的学生了，语文的基础知识和基本技能依旧不能忽视。这个学期，我要求学生明确学习目的，端正学习态度。其次，分阶段、分内容注重了对语文基础的回顾和复习，如：结构相同找词语，修辞手法、改病句、缩句的操练，名言警句的积累、重点句的理解、把握课内外阅读、加强了写日记和听记作文等。此外，对于语文的作业，要求上课专心，不懂多问，力求掌握于课内。在充分了解、分析学生的基础上，因材施教，精讲精练不断提高学生的基础知识和基本技能。</w:t>
      </w:r>
      <w:r>
        <w:rPr>
          <w:lang w:eastAsia="zh-CN"/>
        </w:rPr>
        <w:br/>
      </w:r>
      <w:r>
        <w:rPr>
          <w:lang w:eastAsia="zh-CN"/>
        </w:rPr>
        <w:t>　　二、探索互动型课堂教学模式，提高教学效果</w:t>
      </w:r>
      <w:r>
        <w:rPr>
          <w:lang w:eastAsia="zh-CN"/>
        </w:rPr>
        <w:br/>
      </w:r>
      <w:r>
        <w:rPr>
          <w:lang w:eastAsia="zh-CN"/>
        </w:rPr>
        <w:t>　　新课程要求体现自主、探究、合作。因此我在教学中尝试互动型课堂教学模式，尽量让学生动起来，以求学生始终保持学习兴趣，在教学中，我时而以读代讲，读文自悟；时而鼓励学生各抒已见，滔滔不绝；时而以欣赏、倾听来调动学生的学习积极性……同时，把握好课堂调控，努力克服课堂纪律涣散的局面，使课堂教学焕发出勃勃生机。</w:t>
      </w:r>
      <w:r>
        <w:rPr>
          <w:lang w:eastAsia="zh-CN"/>
        </w:rPr>
        <w:br/>
      </w:r>
      <w:r>
        <w:rPr>
          <w:lang w:eastAsia="zh-CN"/>
        </w:rPr>
        <w:t>　　三、“抓两头，顾中间”，强化过关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为了继续巩固语文成绩，本学期仍然在做好优生的培养，提高优秀率和抓好学困生，努力提高合格率的同时兼顾中间生。让优生“吃好、吃饱”，让差生学习有兴趣，能变被动为主动学习。每个单元都进行了考试，抓好各单元的过关，从字词、段落到篇章，要求学生逐个过关。</w:t>
      </w:r>
      <w:r>
        <w:rPr>
          <w:lang w:eastAsia="zh-CN"/>
        </w:rPr>
        <w:br/>
      </w:r>
      <w:r>
        <w:rPr>
          <w:lang w:eastAsia="zh-CN"/>
        </w:rPr>
        <w:t>　　四、重视学法指导，提高学习效率</w:t>
      </w:r>
      <w:r>
        <w:rPr>
          <w:lang w:eastAsia="zh-CN"/>
        </w:rPr>
        <w:br/>
      </w:r>
      <w:r>
        <w:rPr>
          <w:lang w:eastAsia="zh-CN"/>
        </w:rPr>
        <w:t>　　学习最重要的莫过于是学习方法的革命。俗话说：“磨刀不误砍柴功”。教师注重了学法指导，学习效率将会大面积提高。首先，我要求优生小结一下自己的学习方法，在班队课中介绍给大家，其次，学生要做好课前预习，专心听课，及时作业，认真复习，平时要学会思考找规律学习。最后临睡前好好回顾当天所学，到礼拜天再重新温固知识。老师只有经常督促，学生才能坚持，一旦学生养成了好的学习方法，这将终身受益。</w:t>
      </w:r>
      <w:r>
        <w:rPr>
          <w:lang w:eastAsia="zh-CN"/>
        </w:rPr>
        <w:br/>
      </w:r>
      <w:r>
        <w:rPr>
          <w:lang w:eastAsia="zh-CN"/>
        </w:rPr>
        <w:t>　　五、多渠道拓展学生的知识视野</w:t>
      </w:r>
      <w:r>
        <w:rPr>
          <w:lang w:eastAsia="zh-CN"/>
        </w:rPr>
        <w:br/>
      </w:r>
      <w:r>
        <w:rPr>
          <w:lang w:eastAsia="zh-CN"/>
        </w:rPr>
        <w:t>　　语文学习必须重视积累和运用，只有拓展了学生的知识视野，语文学习才能更上一层楼。本学期，我要求学生每周看一本书，努力做好读书笔记，可以是摘抄佳词妙语，精彩语段，也可以是心得体会等，此外，通过多听新闻，积累广告语，看报刊杂志，向村民学习俚语、俗语，开展百科知识竞赛等多渠道拓展学生的课外知识。</w:t>
      </w:r>
      <w:r>
        <w:rPr>
          <w:lang w:eastAsia="zh-CN"/>
        </w:rPr>
        <w:br/>
      </w:r>
      <w:r>
        <w:rPr>
          <w:lang w:eastAsia="zh-CN"/>
        </w:rPr>
        <w:t>　　总之，为了在毕业考试中打下坚实的基础，我和学生们一起努力，并将继续求索，不断创新。</w:t>
      </w:r>
      <w:r>
        <w:rPr>
          <w:lang w:eastAsia="zh-CN"/>
        </w:rPr>
        <w:br/>
      </w:r>
      <w:r>
        <w:rPr>
          <w:lang w:eastAsia="zh-CN"/>
        </w:rPr>
        <w:t xml:space="preserve">    2024年小学六年级语文教学总结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时光转瞬即逝，一学期的工作即将结束。本学期我继续担任六年级(2)班语文教学。接受本班学生感觉劳神费心，学生基础太差，学习习惯差。面对这样现状。本人坚持认真备课、上课，及时批改作业、讲评作业，做好课后学困生辅导工作，广泛涉猎各种知识，形成比较完整的知识体系，在教学中严格要求学生，尊重学生，发扬教学民主，创设轻松的学习氛围。极力打造高效课堂。使学生学有所得，从而不断提高自己的教学水平和思想觉悟，并顺利完成教育教学任务。本班的同学学习比较被动，上课不会专心听讲，回答问题也不积极，上课气氛不活跃。中等生、差生占较大多数，尖子生相对较少。因此，在讲课时讲课内容讲的不是太深尽量用通俗的语言，明确的表达及时照顾到整体，我备课时也是精心钻研教材，设计教法，设计的过程尽量符合学生的实际，尤其创设明确教学目标，抓住教学重点，想法设法突破难点，简明扼要的教学过程，在课堂上不罗哩罗嗦耽误学生的学习时间。力争在有效的时间获得最佳的教学效果。我做以下工作</w:t>
      </w:r>
      <w:r>
        <w:rPr>
          <w:lang w:eastAsia="zh-CN"/>
        </w:rPr>
        <w:br/>
      </w:r>
      <w:r>
        <w:rPr>
          <w:lang w:eastAsia="zh-CN"/>
        </w:rPr>
        <w:t>　　一、教给学生读懂不同类型文章的方法</w:t>
      </w:r>
      <w:r>
        <w:rPr>
          <w:lang w:eastAsia="zh-CN"/>
        </w:rPr>
        <w:br/>
      </w:r>
      <w:r>
        <w:rPr>
          <w:lang w:eastAsia="zh-CN"/>
        </w:rPr>
        <w:t>　　从体裁上看，课本中写人、叙事、写景状物的文章数量较多。每一类文章我都先下功夫，花时间“扶”着学生学习一、两篇，让学生在理解知识的同时，掌握学习方法，然后引导学生运用已掌握的学习方法自学其它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如：以写人为主的文章，一般都是通过人物的语言、动作、神态、心理活动等的描写来表现其思想品质。教学中我就引导学生抓住这些描写来学习。在理解课文内容的基础上，再让学生回忆学习过程，体会、总结学习方法。如教《哈尔威船长》一课时，我先让学生找出人物的语言、动作，然后让学生画句、读句，从中体会哈尔威舍己为人、履行职责的高贵品质。在此基础上，启发学生说说人物的品质是从什么是用什么方法体会到的。</w:t>
      </w:r>
      <w:r>
        <w:rPr>
          <w:lang w:eastAsia="zh-CN"/>
        </w:rPr>
        <w:br/>
      </w:r>
      <w:r>
        <w:rPr>
          <w:lang w:eastAsia="zh-CN"/>
        </w:rPr>
        <w:t>　　再教类似的课文，首先引导学生回忆学习前面抓住人物动作及动作状态的词语体会人物品质的学习方法，再让学生用这种方法自学，既提高了阅读效率，又巩固了以写人为主的文章的学习方法。以写景、状物为主的文章，大部分有总起句和总结句。教学中，我就帮助学生掌握抓总起句、总结句读懂课文的方法。使学生意识到可以用抓总起句、总结句的学习方法，并运用这种方法去自学。</w:t>
      </w:r>
      <w:r>
        <w:rPr>
          <w:lang w:eastAsia="zh-CN"/>
        </w:rPr>
        <w:br/>
      </w:r>
      <w:r>
        <w:rPr>
          <w:lang w:eastAsia="zh-CN"/>
        </w:rPr>
        <w:t>　　二、教给学生读懂文章的具体方法</w:t>
      </w:r>
      <w:r>
        <w:rPr>
          <w:lang w:eastAsia="zh-CN"/>
        </w:rPr>
        <w:br/>
      </w:r>
      <w:r>
        <w:rPr>
          <w:lang w:eastAsia="zh-CN"/>
        </w:rPr>
        <w:t>　　要培养学生的自学能力，仅仅教给他们读懂各类文章的基本方法是不够的。只有教给他们读懂文章的具体方法，才能达到“用不着教”的目的。</w:t>
      </w:r>
      <w:r>
        <w:rPr>
          <w:lang w:eastAsia="zh-CN"/>
        </w:rPr>
        <w:br/>
      </w:r>
      <w:r>
        <w:rPr>
          <w:lang w:eastAsia="zh-CN"/>
        </w:rPr>
        <w:t>　　(一)教给学生哪些方法?</w:t>
      </w:r>
      <w:r>
        <w:rPr>
          <w:lang w:eastAsia="zh-CN"/>
        </w:rPr>
        <w:br/>
      </w:r>
      <w:r>
        <w:rPr>
          <w:lang w:eastAsia="zh-CN"/>
        </w:rPr>
        <w:t>　　从识字、解词、释句，到给文章划分段落，归纳段意，中心思想;从理解文章题目，理解、思考老师提出的问题到自己能围绕课题、围绕课文的某一词句提出问题，思考问题，从理解文章的语言文字，到体会其内涵，品味作者遣词造句、布局谋篇的方法都需要教。</w:t>
      </w:r>
      <w:r>
        <w:rPr>
          <w:lang w:eastAsia="zh-CN"/>
        </w:rPr>
        <w:br/>
      </w:r>
      <w:r>
        <w:rPr>
          <w:lang w:eastAsia="zh-CN"/>
        </w:rPr>
        <w:t>　　(二)怎样教给学生学习方法?</w:t>
      </w:r>
      <w:r>
        <w:rPr>
          <w:lang w:eastAsia="zh-CN"/>
        </w:rPr>
        <w:br/>
      </w:r>
      <w:r>
        <w:rPr>
          <w:lang w:eastAsia="zh-CN"/>
        </w:rPr>
        <w:t>　　1、示范引导，举一反三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有的课文结构鲜明，写法类似，我就以某一段为例，在具体的教学活动中，引导学生“悟”出学习方法，然后让学生“反三”用同样的方法自学其它段落。</w:t>
      </w:r>
      <w:r>
        <w:rPr>
          <w:lang w:eastAsia="zh-CN"/>
        </w:rPr>
        <w:br/>
      </w:r>
      <w:r>
        <w:rPr>
          <w:lang w:eastAsia="zh-CN"/>
        </w:rPr>
        <w:t>　　2、借机渗透，适时点拨</w:t>
      </w:r>
      <w:r>
        <w:rPr>
          <w:lang w:eastAsia="zh-CN"/>
        </w:rPr>
        <w:br/>
      </w:r>
      <w:r>
        <w:rPr>
          <w:lang w:eastAsia="zh-CN"/>
        </w:rPr>
        <w:t>　　学生在学习的过程中，有时会不自觉地运用一些较好的，甚至是科学的学习方法。若教师能抓住这些时机借机渗透，适时点拨，帮助学生掌握这些学习方法，久而久之，自学能力必然得到提高。</w:t>
      </w:r>
      <w:r>
        <w:rPr>
          <w:lang w:eastAsia="zh-CN"/>
        </w:rPr>
        <w:br/>
      </w:r>
      <w:r>
        <w:rPr>
          <w:lang w:eastAsia="zh-CN"/>
        </w:rPr>
        <w:t>　　3、总结积累，鼓励运用</w:t>
      </w:r>
      <w:r>
        <w:rPr>
          <w:lang w:eastAsia="zh-CN"/>
        </w:rPr>
        <w:br/>
      </w:r>
      <w:r>
        <w:rPr>
          <w:lang w:eastAsia="zh-CN"/>
        </w:rPr>
        <w:t>　　我们都知道，学习有法，但学无定法。学习方法有一般的规律性，也有其特殊性。由于学生的气质、智力、基础存在差异，在学法的适应性上也有差异性，所以在总结课文时，我总要引导学生回顾学习过程，说说自己采用了哪些学习方法，其中什么方法效果好，并把这些方法分类积累起来，以便运用时信手拈来。以理解句子的方法为例，经过一个阶段的训练，大部分学生就能比较熟练地运用“一抓、二联、三问、四想、五体会”的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一抓”，指抓重点词语、关联词、表达方法等;“二联”，指联系课题，联系上下文，联系实际，联系总起句、总结句、中心句，联系段、篇主要内容，联系作者的写作意图等;’三问”，指理解每个句子时都可以问写的什么，怎么写的以及为什么要这样写;“四想”，主要指展开想象;“五体会”，主要指体会句子所表达的思想感情。当学生掌握了一些学习方法之后，我一方面在语文课上启发引导他们运用，另一方面在课外活动中鼓励他们运用。每学期我都选择一部分小学生优秀习作，让每一个学生都选择最佳的学习方法自学，然后汇报自己的学习方法和收获，再组织全班学生讲评谁的学习方法最佳，谁的收获最大。这种比赛，不仅扩大了学生的知识面，而且提高了学生的自学能力。</w:t>
      </w:r>
      <w:r>
        <w:rPr>
          <w:lang w:eastAsia="zh-CN"/>
        </w:rPr>
        <w:br/>
      </w:r>
      <w:r>
        <w:rPr>
          <w:lang w:eastAsia="zh-CN"/>
        </w:rPr>
        <w:t>　　语文是一门工具学科，对学生而言，既熟悉又困难，在这样一种大环境之下，要教好语文，就要让学生喜爱语文，让他们对语文产生兴趣。否则学生对这门学科产生畏难情绪，不愿学，也无法学下去。经过一个学期的努力，实现了我在这学期的教学成果。我明白到这并不是最重要的，重要的是在本学期后如何自我提高，如何共同提高学生的语文水平。因此，无论怎样辛苦，我都会继续努力，多问，多想，多向同事学习，争取更大的进步。</w:t>
      </w:r>
      <w:r>
        <w:rPr>
          <w:lang w:eastAsia="zh-CN"/>
        </w:rPr>
        <w:br/>
      </w:r>
      <w:r>
        <w:rPr>
          <w:lang w:eastAsia="zh-CN"/>
        </w:rPr>
        <w:t xml:space="preserve">    2024年小学六年级语文教学总结 篇12 </w:t>
      </w:r>
      <w:r>
        <w:rPr>
          <w:lang w:eastAsia="zh-CN"/>
        </w:rPr>
        <w:br/>
      </w:r>
      <w:r>
        <w:rPr>
          <w:lang w:eastAsia="zh-CN"/>
        </w:rPr>
        <w:t>　　一、学生基本情况：</w:t>
      </w:r>
      <w:r>
        <w:rPr>
          <w:lang w:eastAsia="zh-CN"/>
        </w:rPr>
        <w:br/>
      </w:r>
      <w:r>
        <w:rPr>
          <w:lang w:eastAsia="zh-CN"/>
        </w:rPr>
        <w:t>　　学生人数：全班45人，其中男生18人，女生27人；知识状况：优5人，良37人，中2人，差1人；思想状况：优32人，良7人，中5人，差1人；能力状况：优10人，良24人，中7人，差4人。</w:t>
      </w:r>
      <w:r>
        <w:rPr>
          <w:lang w:eastAsia="zh-CN"/>
        </w:rPr>
        <w:br/>
      </w:r>
      <w:r>
        <w:rPr>
          <w:lang w:eastAsia="zh-CN"/>
        </w:rPr>
        <w:t>　　二、总结成绩：</w:t>
      </w:r>
      <w:r>
        <w:rPr>
          <w:lang w:eastAsia="zh-CN"/>
        </w:rPr>
        <w:br/>
      </w:r>
      <w:r>
        <w:rPr>
          <w:lang w:eastAsia="zh-CN"/>
        </w:rPr>
        <w:t>　　本期一年级语文教育教学工作顺利完成，有喜有忧。喜的是在教育教学中取得了可喜的教学成绩，忧的是自己在教学中还存在着一些不足。下面我对本期教育教学工作做如下总结。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首先，我在平时的教育教学中，做到了严格要求自己，按照《中小学教师职业道德》要求去做。坚持个人利益服从集体利益，以教学为中。工作中，勤勤恳恳，任劳任怨，尽职尽责，踏实肯干，不分分内分外，严格遵守学校的各项规章制度，按时完成领导交付的各项任务。</w:t>
      </w:r>
      <w:r>
        <w:rPr>
          <w:lang w:eastAsia="zh-CN"/>
        </w:rPr>
        <w:br/>
      </w:r>
      <w:r>
        <w:rPr>
          <w:lang w:eastAsia="zh-CN"/>
        </w:rPr>
        <w:t>　　关心爱护每一位学生，尤其是差生。作为班主任的我，为了提高本班的教育教学质量，达到家庭学校教师三位一体抓的教学目的，家纺工作尤为重要。本期我家纺了全班学生中的20多个家庭，做到了家长老师信息通畅，以人为本，管好管严学生，这就是班主任老师的魅力所在。这也是提高教育教学质量的有力保证之一。教学中，我认真对待每一位学生、每一节课。做到认真备课，精心设计每一节课的教学内容，深钻教材，认真分析中点和难点，向课堂40分钟要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平时充分利用课余时间阅读《新课程标准》，翻阅大量的语文教学案例，借鉴好的教学方法，不断充实自己，提高自己的专业知识和教学能力。与此同时，本人还积极参加本组的教研活动，认真完成本组内的各项活动任务，立足于自己的实践，谈了自己的感受和体会，这样才使得这学期教学工作开展得丰富而又扎实，学生的语文学习成绩在不同程度上都有了大幅度提高。其中优生4人，约占8.89%，及格人数44人，约占97.7%，差生1人，约占2.22%。当然，这些成绩来之不易，付出了我多少心血和汗水，在以后的教学中我会更加努力，决不骄傲自满。俗话说：“五个指头伸出都不会一样齐，”的确，一个班的学生的学习成绩也是这样参差不齐，针对这一点，我的教学宗旨是平等对待每一位学生。大家都知道学习较差的学生很容易引起老师的憎恶，这是一种普遍现象。然而，我的做法是课堂上给予学生的是鼓励、自信，因为鼓励和自信对于每一位学生的成长都十分重要。教学中，我无条件的关爱和赞赏每一位学生，唤醒他们的自信心，鼓励他们上进。与他们建立平等、民主和充满温馨的师生关系，用心灵和智慧发现每一位学生身上的闪光点。</w:t>
      </w:r>
      <w:r>
        <w:rPr>
          <w:lang w:eastAsia="zh-CN"/>
        </w:rPr>
        <w:br/>
      </w:r>
      <w:r>
        <w:rPr>
          <w:lang w:eastAsia="zh-CN"/>
        </w:rPr>
        <w:t>　　在我的眼里，后进生的坚强毅力和承受力是常人没有的。他们明知听不懂老师讲课的内容，却每堂课要坚持听；他们面对考试明知要失败，但能坚持屡败屡考。针对这一点，我的做法是只要老师给予他们深深的理解，就会发现他们值得你去爱，你才会发自内心的去关爱他们。由此，教育的实践告诉我：后进生的心灵创伤只能用心灵的温暖来医治抚平，精神的污染只能用精神的甘露来洗涤；多给后进生一点爱护和关心，把爱的教育融入他们的心田，他们就会感到老师真正的关心他们，帮助他们，就会接受老师的教诲和劝告，产生追求进步的动机和行动。</w:t>
      </w:r>
      <w:r>
        <w:rPr>
          <w:lang w:eastAsia="zh-CN"/>
        </w:rPr>
        <w:br/>
      </w:r>
      <w:r>
        <w:rPr>
          <w:lang w:eastAsia="zh-CN"/>
        </w:rPr>
        <w:t>　　三、存在不足：</w:t>
      </w:r>
      <w:r>
        <w:rPr>
          <w:lang w:eastAsia="zh-CN"/>
        </w:rPr>
        <w:br/>
      </w:r>
      <w:r>
        <w:rPr>
          <w:lang w:eastAsia="zh-CN"/>
        </w:rPr>
        <w:t>　　作为生活、工作在新世纪的我，还需不断加强自身素质修养，积极并努力采用新的教学方法和新的教学模式抓基础、突中等、攻尖子。在以后的教育教学过程中，我要踏踏实实的学习、工作，把身心系在教育事业上，不断开拓、进取，为教书育人做出新的贡献！</w:t>
      </w:r>
      <w:r>
        <w:rPr>
          <w:lang w:eastAsia="zh-CN"/>
        </w:rPr>
        <w:br/>
      </w:r>
      <w:r>
        <w:rPr>
          <w:lang w:eastAsia="zh-CN"/>
        </w:rPr>
        <w:t xml:space="preserve">    2024年小学六年级语文教学总结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六年了，在孩子的整个生命历程中它不算长，但他却是孩子生命历程中极为重要的一段旅程。他们从胆小变得勇敢，从幼稚变得成熟，从无知变得懂事。在这六年里，我究竟给了孩子什么。当我一次又一次的想这个问题时，我的大脑一片茫然，似乎没有给孩子留下多少有价值的东西。如果一定要写，我勉强从三方面谈谈。</w:t>
      </w:r>
      <w:r>
        <w:rPr>
          <w:lang w:eastAsia="zh-CN"/>
        </w:rPr>
        <w:br/>
      </w:r>
      <w:r>
        <w:rPr>
          <w:lang w:eastAsia="zh-CN"/>
        </w:rPr>
        <w:t>　　第一，培养了孩子良好的读书习惯。</w:t>
      </w:r>
      <w:r>
        <w:rPr>
          <w:lang w:eastAsia="zh-CN"/>
        </w:rPr>
        <w:br/>
      </w:r>
      <w:r>
        <w:rPr>
          <w:lang w:eastAsia="zh-CN"/>
        </w:rPr>
        <w:t>　　“阅读滋养底气，思考带来灵气”可能是我对这句话的无限相信，所以我一直认为语文学习如果脱离了大量的课外阅读，那只能是无本之木无源之水。于是，在我刚接手这个班时就制定了详细的课外阅读计划。</w:t>
      </w:r>
      <w:r>
        <w:rPr>
          <w:lang w:eastAsia="zh-CN"/>
        </w:rPr>
        <w:br/>
      </w:r>
      <w:r>
        <w:rPr>
          <w:lang w:eastAsia="zh-CN"/>
        </w:rPr>
        <w:t>　　二年级时我要求孩子每天回家读一个童话故事，为了便于检查，第二天的晨诵课占用五六分钟，要求孩子将昨天读的故事讲给同伴听。如果孩子读了两个或更多个，那就利用课余时间讲给我听，每天听后都给孩子小小的奖励，当然我的要求很低，只要孩子能用一两句话简单说说故事情节即可。这样一来既落实了读这个作业，又锻炼了孩子的语言表述能力，同时也激励了那部分学有余力的孩子能更多的涉猎课外阅读。</w:t>
      </w:r>
      <w:r>
        <w:rPr>
          <w:lang w:eastAsia="zh-CN"/>
        </w:rPr>
        <w:br/>
      </w:r>
      <w:r>
        <w:rPr>
          <w:lang w:eastAsia="zh-CN"/>
        </w:rPr>
        <w:t>　　三年级时，我还是要求孩子每天回家继续阅读童话故事，第二天早上继续检查。除此之外，我还将课堂上的大量时间节约出来作为奖励让孩子进行阅读。比如孩子完成作业的质量高，上课积极回答问题，遵守课堂纪律等等都可以换取阅读故事的时间。在这种激励措施下，我发现孩子渐渐的不认为读书是一种作业与负担了，甚至将它当成了一种荣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四年级时，我们主要以阅读整本书为主。在阅读整本书的过程中，刚开始孩子们不是很乐意，总感觉有一定的难度，记得在这个时候有很多孩子如果你一不留神就要偷懒。于是我每天布置读书作业时就要求孩子在所读内容上进行圈点批画，读完一个章节就在后面写简单的感受。一年下来，阅读量最少的同学也达到了16本的量，在我看来这是个很了不起的数字了。</w:t>
      </w:r>
      <w:r>
        <w:rPr>
          <w:lang w:eastAsia="zh-CN"/>
        </w:rPr>
        <w:br/>
      </w:r>
      <w:r>
        <w:rPr>
          <w:lang w:eastAsia="zh-CN"/>
        </w:rPr>
        <w:t>　　五年级时，我们继续读整本书，刚开始检查的办法还是同四年级一样，这样的检查大概持续到五年级上学期结束。五年级下学期到六年级的现在我们没有了任何监控措施，因为孩子们已经彻底喜欢上读书了，你布不布置孩子们都能够自觉主动的去看。每天早上当我走进教室看到的是孩子们静悄悄的读书身影，中午早到校的孩子更是将这段时间当成了宝，生怕上课铃响破坏了他们如痴如醉的美好境界。现在他们读的都是大部头的小说，有时读着读着就忘记完成家庭作业了，因为这也没少遭家长的训斥。但是，读书确实给孩子们带来了精神上的愉悦与成绩上的提高，绝大部分的孩子面对作文没有畏难情绪，在有限的时间内能洋洋洒洒写出很有品味的作文。所以在每次测试时在同年级中总是有一定的优势。在这种良性循环的过程中更进一步的将孩子推向了阅读的高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写在纸上的这个过程看上似乎进行的很顺畅，但是在整个实践的过程中是很艰辛的，这里需要老师有极大的耐心，同时还应充满对学生肯定能喜欢上阅读的极大信心。只有这样你才能坚定的走下去，直到尝到阅读的甜头。我不敢肯定所有的孩子今后的语文路能走的很顺利，但是我坚信大部分孩子以后会与书为伴，让读书成为一种习惯，像呼吸一样自然。</w:t>
      </w:r>
      <w:r>
        <w:rPr>
          <w:lang w:eastAsia="zh-CN"/>
        </w:rPr>
        <w:br/>
      </w:r>
      <w:r>
        <w:rPr>
          <w:lang w:eastAsia="zh-CN"/>
        </w:rPr>
        <w:t>　　第二，培养了孩子良好的书写习惯</w:t>
      </w:r>
      <w:r>
        <w:rPr>
          <w:lang w:eastAsia="zh-CN"/>
        </w:rPr>
        <w:br/>
      </w:r>
      <w:r>
        <w:rPr>
          <w:lang w:eastAsia="zh-CN"/>
        </w:rPr>
        <w:t>　　我们班的孩子不敢说个个能写漂亮字，但敢说个个能写规范字。一直以来我与孩子常说的一句话就是“提笔即练字”。不管是课堂作业还是家庭作业在书写上我总是严格的要求，写不到我认为的从他自身来看最好就不能算完成作业。还有就是我将书写的作业大部分放在课堂上进行，久而久之孩子们养成了好的书写习惯。慢慢的不是说老师要求我才写好，而是写不好自己也过不去。</w:t>
      </w:r>
      <w:r>
        <w:rPr>
          <w:lang w:eastAsia="zh-CN"/>
        </w:rPr>
        <w:br/>
      </w:r>
      <w:r>
        <w:rPr>
          <w:lang w:eastAsia="zh-CN"/>
        </w:rPr>
        <w:t>　　第三、我没有放弃每一个学生</w:t>
      </w:r>
      <w:r>
        <w:rPr>
          <w:lang w:eastAsia="zh-CN"/>
        </w:rPr>
        <w:br/>
      </w:r>
      <w:r>
        <w:rPr>
          <w:lang w:eastAsia="zh-CN"/>
        </w:rPr>
        <w:t>　　我的教学原则是，班里的孩子能飞的就让他们飞起来，能跑得就让他们跑起来，不能跑得就要他们走起来，即使连走也有困难那就让他们慢慢的爬。从始至终我尊重每个孩子，每个孩子在与昨天的自己对比时都会有不同程度的进步，所以我们班的所谓差生每天都是很乐观的，从他们的身上看不到“自卑”两个字。可以说我从来不横向比较孩子，而是纵向看他个人的发展，只要今天的自己胜过昨天的自己那就是进步，就能得到肯定。</w:t>
      </w:r>
      <w:r>
        <w:rPr>
          <w:lang w:eastAsia="zh-CN"/>
        </w:rPr>
        <w:br/>
      </w:r>
      <w:r>
        <w:rPr>
          <w:lang w:eastAsia="zh-CN"/>
        </w:rPr>
        <w:t xml:space="preserve">    2024年小学六年级语文教学总结 篇14 </w:t>
      </w:r>
      <w:r>
        <w:rPr>
          <w:lang w:eastAsia="zh-CN"/>
        </w:rPr>
        <w:br/>
      </w:r>
      <w:r>
        <w:rPr>
          <w:lang w:eastAsia="zh-CN"/>
        </w:rPr>
        <w:t>　　一个学期的教育教学工作已经结束了，回顾这一学期以来，我们班全体师生在学校领导的关心领导下，在各科任老师和家长的积极配合和耐心帮助下，共同努力，圆满地完成了教育教学工作任务，并取得了一定的成绩。现将本学期语文教学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一、激发学生学习兴趣，提高学生语文素养</w:t>
      </w:r>
      <w:r>
        <w:rPr>
          <w:lang w:eastAsia="zh-CN"/>
        </w:rPr>
        <w:br/>
      </w:r>
      <w:r>
        <w:rPr>
          <w:lang w:eastAsia="zh-CN"/>
        </w:rPr>
        <w:t>　　语文是一门充满思想、充满人文精神、充满智慧的学科。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w:t>
      </w:r>
      <w:r>
        <w:rPr>
          <w:lang w:eastAsia="zh-CN"/>
        </w:rPr>
        <w:br/>
      </w:r>
      <w:r>
        <w:rPr>
          <w:lang w:eastAsia="zh-CN"/>
        </w:rPr>
        <w:t>　　（一）注意新课导入新颖。</w:t>
      </w:r>
      <w:r>
        <w:rPr>
          <w:lang w:eastAsia="zh-CN"/>
        </w:rPr>
        <w:br/>
      </w:r>
      <w:r>
        <w:rPr>
          <w:lang w:eastAsia="zh-CN"/>
        </w:rPr>
        <w:t>　　“兴趣是最好的老师”。在教学中，我十分注重培养和激发学生的学习兴趣。譬如，在导入新课，让学生一上课就能置身于一种轻松和谐的环境氛围中，而又不知不觉地学语文。我们要根据不同的课型，设计不同的导入方式。可以用多媒体展示课文的画面让学生进入情景；也可用讲述故事的方式导入，采用激发兴趣、设计悬念，引发设计，比起简单的讲述更能激发学生的灵性，开启学生学习之门。</w:t>
      </w:r>
      <w:r>
        <w:rPr>
          <w:lang w:eastAsia="zh-CN"/>
        </w:rPr>
        <w:br/>
      </w:r>
      <w:r>
        <w:rPr>
          <w:lang w:eastAsia="zh-CN"/>
        </w:rPr>
        <w:t>　　（二）培养积极探究习惯，发展求异思维能力。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在语文教学中，阅读者对语言意义、语言情感、语言技巧的感悟，在很大程度上与学生的生活经历、知识积累、认识能力、理解水平有关。为此，在语文教学中，构建语义的理解、体会，要引导学生仁者见仁，智者见智，大胆交流，各抒己见。在思考辩论中，教师穿针引线，巧妙点拨，以促进学生在激烈的争辩中，在思维的碰撞中，得到语言的升华和灵性的开发。教师应因势利导，让学生对问题充分思考后，学生根据已有的经验，知识的积累等发表不同的见解，对有分歧的问题进行辩论。</w:t>
      </w:r>
      <w:r>
        <w:rPr>
          <w:lang w:eastAsia="zh-CN"/>
        </w:rPr>
        <w:br/>
      </w:r>
      <w:r>
        <w:rPr>
          <w:lang w:eastAsia="zh-CN"/>
        </w:rPr>
        <w:t>　　通过辩论，让学生进一步认识了自然，懂得了知识无穷的，再博学的人也会有所不知，体会学习是无止境的道理。这样的课，课堂气氛很活跃，其间，开放的课堂教学给了学生更多的自主学习空间，教师也毫不吝惜地让学生去思考，争辩，真正让学生在学习中体验到了自我价值。这一环节的设计，充分让学生表述自己对课文的理解和感悟，使学生理解和表达，输入和输出相辅相成，真正为学生的学习提供了广阔的舞台。</w:t>
      </w:r>
      <w:r>
        <w:rPr>
          <w:lang w:eastAsia="zh-CN"/>
        </w:rPr>
        <w:br/>
      </w:r>
      <w:r>
        <w:rPr>
          <w:lang w:eastAsia="zh-CN"/>
        </w:rPr>
        <w:t>　　二、重视朗读品评感悟，让课堂教学“活”起来。</w:t>
      </w:r>
      <w:r>
        <w:rPr>
          <w:lang w:eastAsia="zh-CN"/>
        </w:rPr>
        <w:br/>
      </w:r>
      <w:r>
        <w:rPr>
          <w:lang w:eastAsia="zh-CN"/>
        </w:rPr>
        <w:t>　　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给学生留下整体印象，我们可以在阅读中抓重点，引导学生对语言文字反复诵读，以悟出语言丰富的形象内涵，意义内涵，情感内涵。同时，让学生在感悟的基础上，引导学生居高临下地对课文进行品评，在品评中深化理解，升华认识，填补空白。引导学生选择自己阅读感悟的精华，进行具体表述，让他们在各自品评中进一步升华认识。</w:t>
      </w:r>
      <w:r>
        <w:rPr>
          <w:lang w:eastAsia="zh-CN"/>
        </w:rPr>
        <w:br/>
      </w:r>
      <w:r>
        <w:rPr>
          <w:lang w:eastAsia="zh-CN"/>
        </w:rPr>
        <w:t>　　三、注重课内外结合，指导学生开展课外阅读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美国的一位教育家指出：“课堂的外延与课外的外延相等。以课堂学习为核心，能动地向学生的学校生活、家庭生活、社会生活等各个生活领域自然延伸和拓展，使课堂训练与课外行为训练形成有序、有趣、有力、有效的'结合，取得语文教学的整体效益。”在课程改革实践中，我们已把语文教学的触角伸向了广阔的天地。我引导学生开展了“一主双翼”读书活动，把课文学习和两本同步阅读教材《倾听鸟语》《语文课文阅读》结合起来，达到了互为补充、相得益彰的效果。利用班级书柜和学生们自愿提供的图书，建立起了班级图书角，并鼓励学生到学校图书馆借阅读书，开展了班级“书香少年”的评比，极大地拓宽了学生的阅读面，激发了学生课外阅读的兴趣，班级读书氛围空前浓厚，连以前不爱看课外书的孩子也渐渐爱上阅读了。</w:t>
      </w:r>
      <w:r>
        <w:rPr>
          <w:lang w:eastAsia="zh-CN"/>
        </w:rPr>
        <w:br/>
      </w:r>
      <w:r>
        <w:rPr>
          <w:lang w:eastAsia="zh-CN"/>
        </w:rPr>
        <w:t>　　四、重视丰富多彩的语文实践活动。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语文的课程资源无处不在，我在语文教学中注意引导学生开展语文实践活动，在生活中学语文，用语文。在“祖国在我心中”活动中，学生通过搜集资料、调查访问、展示汇报等多种形式开展实践活动。有的同学还当起了小记者，就前段时间热点的钓鱼岛问题来到广场和邻居家中进行采访，并将访谈录像在班上播放，能力和胆量都得到了极大地锻炼。在“与诗同行”活动中，学生读诗、诵诗、写诗的热情特别高涨，诗歌诵读会高潮迭起，自创诗歌精彩纷呈。我们还在在班级布置了诗歌展，汇编了《诗韵童年》班级诗集。学校经典美文诵读大赛，我班自愿报名的24名同学全部参赛，精心准备了两个节目，在比赛中发挥出色，其中24个同学全体参演的节目《我骄傲，我是中国人》荣获高年级组第一名。在丰富多彩的语文活动中，学生的语文素养不断提高，也更爱语文了！</w:t>
      </w:r>
      <w:r>
        <w:rPr>
          <w:lang w:eastAsia="zh-CN"/>
        </w:rPr>
        <w:br/>
      </w:r>
      <w:r>
        <w:rPr>
          <w:lang w:eastAsia="zh-CN"/>
        </w:rPr>
        <w:t>　　本学期我虽然尽了自己的责任和能力去完成教学工作任务，也取得了一定的成绩，但仍有许多亟待改进的地方。今后我将不断总结、反思、提高，继续认真工作，为全面提高学生的语文素养而努力！</w:t>
      </w:r>
      <w:r>
        <w:rPr>
          <w:lang w:eastAsia="zh-CN"/>
        </w:rPr>
        <w:br/>
      </w:r>
      <w:r>
        <w:rPr>
          <w:lang w:eastAsia="zh-CN"/>
        </w:rPr>
        <w:t xml:space="preserve">    2024年小学六年级语文教学总结 篇15 </w:t>
      </w:r>
      <w:r>
        <w:rPr>
          <w:lang w:eastAsia="zh-CN"/>
        </w:rPr>
        <w:br/>
      </w:r>
      <w:r>
        <w:rPr>
          <w:lang w:eastAsia="zh-CN"/>
        </w:rPr>
        <w:t>　　时光飞逝，日月如梭，蓦然回首，一学期的语文教学又告结束。回顾这学期的教学工作，我们感慨颇多，特小结如此。</w:t>
      </w:r>
      <w:r>
        <w:rPr>
          <w:lang w:eastAsia="zh-CN"/>
        </w:rPr>
        <w:br/>
      </w:r>
      <w:r>
        <w:rPr>
          <w:lang w:eastAsia="zh-CN"/>
        </w:rPr>
        <w:t>　　一、夯实基础知识，抓实基本技能。</w:t>
      </w:r>
      <w:r>
        <w:rPr>
          <w:lang w:eastAsia="zh-CN"/>
        </w:rPr>
        <w:br/>
      </w:r>
      <w:r>
        <w:rPr>
          <w:lang w:eastAsia="zh-CN"/>
        </w:rPr>
        <w:t>　　“教学质量是学校教育的出发点和归宿”。只有夯实基础，学生的语文成绩才能得到充分的体现。虽然已经是六年级的学生了，语文的基础知识和基本技能依旧不能忽视。这个学期，我们要求学生从把字写认真、清楚开始做起，明确了学生学习目的，端正了学习态度，平时加强了生字和新词的默写，从源头上堵住了出错的概率。其次，分阶段、分内容注重了对语文基础的回顾和复习，如：找词语，修辞手法、改病句、缩句的操练，名言警句的积累、重点句的理解、把握课内外阅读、加强了写日记和作文等。此外，对于语文的作业，要求上课专心，不懂多问，力求掌握于课内。在充分了解、分析学生的基础上，因材施教，精讲精练不断提高学生的基础知识和基本技能。</w:t>
      </w:r>
      <w:r>
        <w:rPr>
          <w:lang w:eastAsia="zh-CN"/>
        </w:rPr>
        <w:br/>
      </w:r>
      <w:r>
        <w:rPr>
          <w:lang w:eastAsia="zh-CN"/>
        </w:rPr>
        <w:t>　　二、探索互动型课堂教学模式，提高40分钟教学效果。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新课程要求体现自主、探究、合作。因此我们在教学中尝试互动型课堂教学模式，精心设计每一堂课，如果能通过“画一画，演一演，赛一赛”的课，尽量让学生动起来，以求学生始终保持学习兴趣，在教学中，我们时而以读代讲，读文自悟；时而鼓励学生各抒已见，滔滔不绝；时而以欣赏、倾听来调动学生的学习积极性……同时，把握好课堂调控，努力克服课堂纪律涣散的局面，使课堂教学焕发出勃勃生机。</w:t>
      </w:r>
      <w:r>
        <w:rPr>
          <w:lang w:eastAsia="zh-CN"/>
        </w:rPr>
        <w:br/>
      </w:r>
      <w:r>
        <w:rPr>
          <w:lang w:eastAsia="zh-CN"/>
        </w:rPr>
        <w:t>　　三、“抓两头，顾中间”，强化过关。</w:t>
      </w:r>
      <w:r>
        <w:rPr>
          <w:lang w:eastAsia="zh-CN"/>
        </w:rPr>
        <w:br/>
      </w:r>
      <w:r>
        <w:rPr>
          <w:lang w:eastAsia="zh-CN"/>
        </w:rPr>
        <w:t>　　为了继续巩固语文成绩，本学期仍然在做好优生的培养，提高优秀率和抓好学困生，努力提高合格率的同时兼顾中间生。让优生“吃好、吃饱”，让差生学习有兴趣，能变被动为主动学习。每个单元都进行了测试，抓好各单元的过关，从字词、段落到篇章，要求学生逐个过关。</w:t>
      </w:r>
      <w:r>
        <w:rPr>
          <w:lang w:eastAsia="zh-CN"/>
        </w:rPr>
        <w:br/>
      </w:r>
      <w:r>
        <w:rPr>
          <w:lang w:eastAsia="zh-CN"/>
        </w:rPr>
        <w:t>　　四、重视学法指导，提高学习效率。</w:t>
      </w:r>
      <w:r>
        <w:rPr>
          <w:lang w:eastAsia="zh-CN"/>
        </w:rPr>
        <w:br/>
      </w:r>
      <w:r>
        <w:rPr>
          <w:lang w:eastAsia="zh-CN"/>
        </w:rPr>
        <w:t>　　优生为什么经常有玩的时间，可成绩却不错，这是为什么呢？我们想：学习最重要的莫过于是学习方法的革命。俗话说：“磨刀不误砍柴功”。老师重视了学法指导，学习效率将会大面积提高。首先，我们要求优生小结一下自己的学习方法，在班队课中介绍给大家，其次，学生要做好课前预习，专心听课，及时作业，认真复习，平时要学会思考找规律学习。最后临睡前好好回顾当天所学，到星期天再重新温固知识。老师只有经常督促，学生才能坚持，一旦学生养成了好的学习方法，这将终身受益。</w:t>
      </w:r>
      <w:r>
        <w:rPr>
          <w:lang w:eastAsia="zh-CN"/>
        </w:rPr>
        <w:br/>
      </w:r>
      <w:r>
        <w:rPr>
          <w:lang w:eastAsia="zh-CN"/>
        </w:rPr>
        <w:t>　　五、多渠道拓展学生的知识视野。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语文学习必须重视积累和运用，只有拓展了学生的知识视野，语文学习才能更上一层楼。本学期，我们要求学生经常看书，努力做好读书笔记，可以是摘抄佳词妙语，精彩语段，也可以是心得体会等，此外，通过多听新闻，积累广告语，看报刊杂志，学习俗语，开展知识竞赛等多渠道拓展学生的课外知识。</w:t>
      </w:r>
      <w:r>
        <w:rPr>
          <w:lang w:eastAsia="zh-CN"/>
        </w:rPr>
        <w:br/>
      </w:r>
      <w:r>
        <w:rPr>
          <w:lang w:eastAsia="zh-CN"/>
        </w:rPr>
        <w:t>　　总之，一学期来，我们尽了最大的努力，今后将继续求索，不断创新。</w:t>
      </w:r>
      <w:r>
        <w:rPr>
          <w:lang w:eastAsia="zh-CN"/>
        </w:rPr>
        <w:br/>
      </w:r>
      <w:r>
        <w:rPr>
          <w:lang w:eastAsia="zh-CN"/>
        </w:rPr>
        <w:t xml:space="preserve">    2024年小学六年级语文教学总结 篇16 </w:t>
      </w:r>
      <w:r>
        <w:rPr>
          <w:lang w:eastAsia="zh-CN"/>
        </w:rPr>
        <w:br/>
      </w:r>
      <w:r>
        <w:rPr>
          <w:lang w:eastAsia="zh-CN"/>
        </w:rPr>
        <w:t>　　本学年我担任六年级语文教学。因此，我对教学工作不敢怠慢，认真学习，深入研究教法。经过一个学期的努力，获取了很多宝贵的教学经验。以下是我在本学期的教学情况总结：</w:t>
      </w:r>
      <w:r>
        <w:rPr>
          <w:lang w:eastAsia="zh-CN"/>
        </w:rPr>
        <w:br/>
      </w:r>
      <w:r>
        <w:rPr>
          <w:lang w:eastAsia="zh-CN"/>
        </w:rPr>
        <w:t>　　一、基本情况概述</w:t>
      </w:r>
      <w:r>
        <w:rPr>
          <w:lang w:eastAsia="zh-CN"/>
        </w:rPr>
        <w:br/>
      </w:r>
      <w:r>
        <w:rPr>
          <w:lang w:eastAsia="zh-CN"/>
        </w:rPr>
        <w:t>　　教学就是教与学，两者是相互联系，不可分割的，有教者就必然有学者。学生是被教的主体。因此，了解和分析学生情况，有针对地教对教学成功与否至关重要。</w:t>
      </w:r>
      <w:r>
        <w:rPr>
          <w:lang w:eastAsia="zh-CN"/>
        </w:rPr>
        <w:br/>
      </w:r>
      <w:r>
        <w:rPr>
          <w:lang w:eastAsia="zh-CN"/>
        </w:rPr>
        <w:t>　　农村的学生听，说的能力相对较弱，授课采用较深的话教学，同学们还不能适应。了解及分析学生实际情况，实事求是，具体问题具体分析，做到因材施教，对授课效果有直接影响。这就是教育学中提到的“备教法的同时要备学生”。这一理论在我的教学实践中得到了验证。</w:t>
      </w:r>
      <w:r>
        <w:rPr>
          <w:lang w:eastAsia="zh-CN"/>
        </w:rPr>
        <w:br/>
      </w:r>
      <w:r>
        <w:rPr>
          <w:lang w:eastAsia="zh-CN"/>
        </w:rPr>
        <w:t>　　二、取得的成绩与经验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教学中，备课是一个必不可少，十分重要的环节，备学生，又要备教法。备课不充分或者备得不好，会严重影响课堂气氛和积极性，我明白到备课的重要性，因此，每天我都花费大量的时间在备课之上，认认真真钻研教材和教法，不满意就不收工。虽然辛苦，但事实证明是值得的。</w:t>
      </w:r>
      <w:r>
        <w:rPr>
          <w:lang w:eastAsia="zh-CN"/>
        </w:rPr>
        <w:br/>
      </w:r>
      <w:r>
        <w:rPr>
          <w:lang w:eastAsia="zh-CN"/>
        </w:rPr>
        <w:t>　　一堂准备充分的课，会令学生和老师都获益不浅。如果照本宣科地讲授，学生会感到困难和沉闷。我认真研究课文，找出重点，难点，准备有针对性地讲。为了令教学生动，不沉闷，我还为此准备了大量的教具，授课时就胸有成竹了。相反，我没有认真备课的时候，课堂气氛沉闷，教学效果不好，与此相比可见，认真备课对教学十分重要。</w:t>
      </w:r>
      <w:r>
        <w:rPr>
          <w:lang w:eastAsia="zh-CN"/>
        </w:rPr>
        <w:br/>
      </w:r>
      <w:r>
        <w:rPr>
          <w:lang w:eastAsia="zh-CN"/>
        </w:rPr>
        <w:t>　　备课充分，能调动学生的积极性，上课效果就好。但同时又要有驾驭课堂的能力，因为学生在课堂上的一举一动都会直接影响课堂教学。因此上课一定要设法令学生投入，不让其分心，这就很讲究方法了。上课内容丰富，现实。教态自然，讲课生动，难易适中照顾全部，就自然能够吸引住学生。所以，老师每天都要有充足的精神，让学生感受到一种自然气氛。这样，授课就事半功倍。</w:t>
      </w:r>
      <w:r>
        <w:rPr>
          <w:lang w:eastAsia="zh-CN"/>
        </w:rPr>
        <w:br/>
      </w:r>
      <w:r>
        <w:rPr>
          <w:lang w:eastAsia="zh-CN"/>
        </w:rPr>
        <w:t>　　三、采取的方法和措施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语文是一门工具学科，对学生而言，既熟悉又困难，在这样一种大环境之下，要教好语文，就要让学生喜爱语文，让他们对语文产生兴趣。否则学生对这门学科产生畏难情绪，不愿学，也无法学下去。为此，我采取了一些方法，就是尽量多讲一些文化生活故事，让他们更了解语文，更喜欢学习语文。因为只有语文水平提高，他们才能提高同学们的语文写作能力，对成绩优秀的同学很有好处。</w:t>
      </w:r>
      <w:r>
        <w:rPr>
          <w:lang w:eastAsia="zh-CN"/>
        </w:rPr>
        <w:br/>
      </w:r>
      <w:r>
        <w:rPr>
          <w:lang w:eastAsia="zh-CN"/>
        </w:rPr>
        <w:t>　　语文是语言。因此，除了课堂效果之外，还需要让学生多读，多讲，多练。为此，在早读时，我坚持下班了解早读情况，发现问题及时纠正。课后发现学生作业问题也及时解决，及时讲清楚，让学生即时消化。另外，对部分不自觉的同学还采取强硬背诵等方式，提高他们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在新课堂教学中，我始终坚持学生先学后教、探究性学习、参与式学习、合作学习、自主学习这几种学习方式，建立适合学生自主发展、发挥学生主动、互助的教学模式，对出现的问题积极应对。比如对在课堂上存在的“假互动”现象、如何把握“学生自主思考的时间”、对学生“质疑“的处理、小组合作学习什么时候合作，什么问题需要合作，怎样合作等问题进行了研讨，并明确对自己提出教学应注意的“十点”：作业少一点，轻松多一点；作业少一点，轻松多一点；同学交流点，课后活动点；学得深一点，扩得广一点；纪律好一点，学得多一点。在教学中热爱每一个学生，建立自主互助学习型课堂，让学生在民主、和谐的课堂环境中健康成长。在就是课后积极进行反思，一是进行节后反思：一节课结束后，回顾教学过程，体会在小组合作学习中的成功之处，得到什么启发，总结成功的经验，并分析在合作互动中存在哪些“假互动”、“假问题”，什么地方遏止了学生的思维？什么地方出现“低效现象”；二是对某一阶段的教学工作是否达到了预期的效果进行反思。对于从作业、辅导、讲评中反馈回来的信息，都要进行全面分析，认真思考自学的实际效果，积累成功经验，找出有待改进的地方。</w:t>
      </w:r>
      <w:r>
        <w:rPr>
          <w:lang w:eastAsia="zh-CN"/>
        </w:rPr>
        <w:br/>
      </w:r>
      <w:r>
        <w:rPr>
          <w:lang w:eastAsia="zh-CN"/>
        </w:rPr>
        <w:t>　　本班学生活泼好动、贪玩，但有较强的责任心，集体观念性强。从学习成绩来看，优生占的比例少，中游生和学习困难的学生占的比数较大，课堂上能举手回答问题的学生只有几个人，课堂气氛不活跃，有部分学生存在思维能力较差，记忆力差，不肯动脑筋思考问题，上课不举手回答问题。个别学生如秦瀛、班沛尽管完成作业，但学习应付、自制能力差，记忆力差，有个别同学上课好动、随便、精力不集中等。大多数同学的阅读和习作是弱项，测验时就这两项失分多，其中有四名同学不会作文。有部分学生的学习目的不明确，态度不端正，对学习报无所谓的态度。从整体看女同学学习认真、上课听讲、做作业细心等，而男同学比不上她们。总之，要想搞好本学期的教学工作、提高教学成绩还得从各方面下一番功夫。</w:t>
      </w:r>
      <w:r>
        <w:rPr>
          <w:lang w:eastAsia="zh-CN"/>
        </w:rPr>
        <w:br/>
      </w:r>
      <w:r>
        <w:rPr>
          <w:lang w:eastAsia="zh-CN"/>
        </w:rPr>
        <w:t>　　首先，指导学生把字写好，写对笔画、笔顺，提高写字的速度，并养成良好的写字习惯。培养学生正确、流利有感情地朗读课文，加快默读速度。在阅读教学中揣摩文章的叙述顺序，体会作者的思想感情；学习诗歌以及叙事性、说明性等不同的文章的阅读。其次通过课后的思考练习题，引导学生理解内容，领会作者基本的表达方法。在交流平台中总结某些规律性的东西；把握每个单元丰富的人文内涵，把情感、态度、价值观的目标落实实处。培养学生倾听和应对的能力，在学生口语表达中随机训练和规范，循序渐进的提高口语表达水平。加强习作形式的指导，把练笔辐射到阅读课上，把练笔延伸到日常生活之中。重视作文多元性评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本学期将继续开展好课堂教学改革活动，充分发挥各小组长的作用，互帮互学，共同探讨，共同讨论，使每个学生共同发展，共同提高。教师要把课堂还给学生，让学生起主导作用，充分发挥、展示自己的才能，力争提高课题效率。我要认真领会教材的编写意图，吃透教材，深入钻研教材，结合本班学生的实际认真备课，精心批改作业，把握教材的重、难点，做到课堂上有的放矢。根据教材的不同内容，结合学生的实际情况，因材施教、因人施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在教学过程中，从拓宽学生的知识面入手，教给学生学习方法，在阅读方面下功夫，弥补以往存在的不足。在教学过程中，充分发挥多媒体的有效作用，根据教材的需要，利用“农村资源网站”这一教学优势，搜集有关相应的课件服务于教学，使学生通过观察，更生动有趣地理解课文内容，提高学习效率，使教学更具有直观惯性。在大阅读活动中，按照要求扎扎实实的开展好背诵古诗和课外阅读活动，利用晨读时间，本学期内要完成五十首古诗的背诵任务，广泛开展阅读活动，激发学生的阅读兴趣，丰富学生的知识，更有利于提高阅读和写作能力，为提高语文教学成绩打下基础。教育学生明确学习目的，端正学习态度。充分调动起学生的学习积极性，为他们创设浓厚的学习氛围，让他们在愉快、和谐的气氛中学习。努力学习先进的教学理念，认清当前教育改革的形势，虚心学习先进的教学经验，努力改进课堂教学方法，不断提高自己的授课能力，努力向课堂要质量。本学期加强对学生的管理，加强对优等生的培养和后进生的辅导，彻底改正教育观念，从不同角度锻炼、培养、开拓他们的视野，拓宽知识面。在教学过程中，采取各种有利的措施，力求逐步缩小后进面，努力提高本班的优秀率。对那些纪律松懈，学习松弛、课堂上精力不集中的同学，要加强教育，认真管教，让学生学有所得，成绩有很大的提高。</w:t>
      </w:r>
      <w:r>
        <w:rPr>
          <w:lang w:eastAsia="zh-CN"/>
        </w:rPr>
        <w:br/>
      </w:r>
      <w:r>
        <w:rPr>
          <w:lang w:eastAsia="zh-CN"/>
        </w:rPr>
        <w:t xml:space="preserve">    2024年小学六年级语文教学总结 篇17 </w:t>
      </w:r>
      <w:r>
        <w:rPr>
          <w:lang w:eastAsia="zh-CN"/>
        </w:rPr>
        <w:br/>
      </w:r>
      <w:r>
        <w:rPr>
          <w:lang w:eastAsia="zh-CN"/>
        </w:rPr>
        <w:t>　　20__年，在学校、董事会的正确领导下，在同学们的共同努力下，20__年春季六年级语文教学工作圆满完成。现将本学期教学工作简单总结于下。</w:t>
      </w:r>
      <w:r>
        <w:rPr>
          <w:lang w:eastAsia="zh-CN"/>
        </w:rPr>
        <w:br/>
      </w:r>
      <w:r>
        <w:rPr>
          <w:lang w:eastAsia="zh-CN"/>
        </w:rPr>
        <w:t>　　一、积极学习新课程教学理念，优化语文课堂教学。</w:t>
      </w:r>
      <w:r>
        <w:rPr>
          <w:lang w:eastAsia="zh-CN"/>
        </w:rPr>
        <w:br/>
      </w:r>
      <w:r>
        <w:rPr>
          <w:lang w:eastAsia="zh-CN"/>
        </w:rPr>
        <w:t>　　我注意广泛阅读《教师之友》、《小学语文教学》、《小学语文教学设计》等优秀教育杂志，不断学习新的理论知识，分析语文教育教学规律，借鉴优秀教学设计;并结合自己的工作实际，改进常规的教育教学方法，努力提高自己的教学水平。</w:t>
      </w:r>
      <w:r>
        <w:rPr>
          <w:lang w:eastAsia="zh-CN"/>
        </w:rPr>
        <w:br/>
      </w:r>
      <w:r>
        <w:rPr>
          <w:lang w:eastAsia="zh-CN"/>
        </w:rPr>
        <w:t>　　二、注重语文教学的人文性。</w:t>
      </w:r>
      <w:r>
        <w:rPr>
          <w:lang w:eastAsia="zh-CN"/>
        </w:rPr>
        <w:br/>
      </w:r>
      <w:r>
        <w:rPr>
          <w:lang w:eastAsia="zh-CN"/>
        </w:rPr>
        <w:t>　　语文学科的人文性是指学生在语文学习过程中实现自我成长的`过程，是在特定的时间、空间中，教师与学生双向体验生命运动的过程。尊重人，尊重人的生命价值，尊重具体人的文化及其多样性，也是人文性的应有定义。</w:t>
      </w:r>
      <w:r>
        <w:rPr>
          <w:lang w:eastAsia="zh-CN"/>
        </w:rPr>
        <w:br/>
      </w:r>
      <w:r>
        <w:rPr>
          <w:lang w:eastAsia="zh-CN"/>
        </w:rPr>
        <w:t>　　1、关注学生情感世界。</w:t>
      </w:r>
      <w:r>
        <w:rPr>
          <w:lang w:eastAsia="zh-CN"/>
        </w:rPr>
        <w:br/>
      </w:r>
    </w:p>
    <w:p w:rsidR="001B1F19" w14:textId="27C3F48A">
      <w:pPr>
        <w:rPr>
          <w:rFonts w:hint="eastAsia"/>
          <w:lang w:eastAsia="zh-CN"/>
        </w:rPr>
      </w:pPr>
      <w:r>
        <w:rPr>
          <w:lang w:eastAsia="zh-CN"/>
        </w:rPr>
        <w:t>　　在语文课堂教学中，我利用美、利用形象，使教学触及到学生的情感世界，让学生的情感伴随着他们的认知活动，让学生的情感在对文本的不断熟悉中发展，随着文本的不断发展得到新的情感体验，并把自己的情感体验倾注于文本的阅读中，让学生与文本产生互动的效果。这样通过情感，通过长期的积淀和浸染，培养起学生的人文素养。</w:t>
      </w:r>
      <w:r>
        <w:rPr>
          <w:lang w:eastAsia="zh-CN"/>
        </w:rPr>
        <w:br/>
      </w:r>
      <w:r>
        <w:rPr>
          <w:lang w:eastAsia="zh-CN"/>
        </w:rPr>
        <w:t>　　2、关注学生的精神世界。</w:t>
      </w:r>
      <w:r>
        <w:rPr>
          <w:lang w:eastAsia="zh-CN"/>
        </w:rPr>
        <w:br/>
      </w:r>
      <w:r>
        <w:rPr>
          <w:lang w:eastAsia="zh-CN"/>
        </w:rPr>
        <w:t>　　精神的丰富需要精神的灌溉。我们面对着学生，给予他们微笑，拍拍他们肩膀，或抚摸一下他们的脑袋，亲近每一个学生，关心每一个学生，但是在语文课堂上，这还远远不够。</w:t>
      </w:r>
      <w:r>
        <w:rPr>
          <w:lang w:eastAsia="zh-CN"/>
        </w:rPr>
        <w:br/>
      </w:r>
      <w:r>
        <w:rPr>
          <w:lang w:eastAsia="zh-CN"/>
        </w:rPr>
        <w:t>　　我们要触及学生的精神世界，用宽容和感动来聆听他们内心深处的声音。在课堂上，我尽量设身处地站在学生角度，以他们的眼睛看这个世界，用他们的认知衡量这个世界，并以此为入口引导学生、组织学生，使课堂氛围更融洽，让学生的学习更有效。</w:t>
      </w:r>
      <w:r>
        <w:rPr>
          <w:lang w:eastAsia="zh-CN"/>
        </w:rPr>
        <w:br/>
      </w:r>
      <w:r>
        <w:rPr>
          <w:lang w:eastAsia="zh-CN"/>
        </w:rPr>
        <w:t>　　3、关注学生的人格发展。</w:t>
      </w:r>
      <w:r>
        <w:rPr>
          <w:lang w:eastAsia="zh-CN"/>
        </w:rPr>
        <w:br/>
      </w:r>
      <w:r>
        <w:rPr>
          <w:lang w:eastAsia="zh-CN"/>
        </w:rPr>
        <w:t>　　语文绝不是一般意义上的基础知识与基本技能训练的学科。语文教育要通过一篇篇凝聚着作者灵感和激情，代表着人类精神财富的文章，去潜移默化影响一个人的气质、修养、道德、品格、个性以及人生观。在课堂教学中，我常常引导学生由文本联想开去，比照自己的生活实际，谈自己的收获与困惑，从而让他们产生一些关于人生的感悟。</w:t>
      </w:r>
      <w:r>
        <w:rPr>
          <w:lang w:eastAsia="zh-CN"/>
        </w:rPr>
        <w:br/>
      </w:r>
      <w:r>
        <w:rPr>
          <w:lang w:eastAsia="zh-CN"/>
        </w:rPr>
        <w:t>　　三、遵从实际改进教学方法。</w:t>
      </w:r>
      <w:r>
        <w:rPr>
          <w:lang w:eastAsia="zh-CN"/>
        </w:rPr>
        <w:br/>
      </w:r>
      <w:r>
        <w:rPr>
          <w:lang w:eastAsia="zh-CN"/>
        </w:rPr>
        <w:t>　　知识是智力和能力的基础，发展智力、培养能力的过程，又能使学生加深对知识的理解。在语文教学中，我重视发展学生的思维，促进语言与思维的统一发展。</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https://d.book118.com/838017100055006033</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8017100055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