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关于五年级上册数学教学计划模板合集（31篇）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一、课程目标</w:t>
      </w:r>
      <w:r>
        <w:rPr>
          <w:lang w:eastAsia="zh-CN"/>
        </w:rPr>
        <w:br/>
      </w:r>
      <w:r>
        <w:rPr>
          <w:lang w:eastAsia="zh-CN"/>
        </w:rPr>
        <w:t>　　1.比较熟练地进行小数乘法和除法的笔算。</w:t>
      </w:r>
      <w:r>
        <w:rPr>
          <w:lang w:eastAsia="zh-CN"/>
        </w:rPr>
        <w:br/>
      </w:r>
      <w:r>
        <w:rPr>
          <w:lang w:eastAsia="zh-CN"/>
        </w:rPr>
        <w:t>　　2.在具体情境中会用字母表示数，理解等式的性质，会用等式的性质解 简单的方程，用方程表示简单情境中的等量关系并解决问题。</w:t>
      </w:r>
      <w:r>
        <w:rPr>
          <w:lang w:eastAsia="zh-CN"/>
        </w:rPr>
        <w:br/>
      </w:r>
      <w:r>
        <w:rPr>
          <w:lang w:eastAsia="zh-CN"/>
        </w:rPr>
        <w:t>　　3.探索并掌握平行四边形、三角形、梯形的面积公式。</w:t>
      </w:r>
      <w:r>
        <w:rPr>
          <w:lang w:eastAsia="zh-CN"/>
        </w:rPr>
        <w:br/>
      </w:r>
      <w:r>
        <w:rPr>
          <w:lang w:eastAsia="zh-CN"/>
        </w:rPr>
        <w:t>　　4.能辨认从不同方位看到的物体的形状和相对位置。</w:t>
      </w:r>
      <w:r>
        <w:rPr>
          <w:lang w:eastAsia="zh-CN"/>
        </w:rPr>
        <w:br/>
      </w:r>
      <w:r>
        <w:rPr>
          <w:lang w:eastAsia="zh-CN"/>
        </w:rPr>
        <w:t>　　5.理解中位数的意义，会求数据的中位数。</w:t>
      </w:r>
      <w:r>
        <w:rPr>
          <w:lang w:eastAsia="zh-CN"/>
        </w:rPr>
        <w:br/>
      </w:r>
      <w:r>
        <w:rPr>
          <w:lang w:eastAsia="zh-CN"/>
        </w:rPr>
        <w:t>　　6.体验事件发生的等可能性以及游戏规则的公平性，会求一些事件发生的可能性;能对简单事件发生的可能性作出预测，进一步体会概率在现实生活中的作用。</w:t>
      </w:r>
      <w:r>
        <w:rPr>
          <w:lang w:eastAsia="zh-CN"/>
        </w:rPr>
        <w:br/>
      </w:r>
      <w:r>
        <w:rPr>
          <w:lang w:eastAsia="zh-CN"/>
        </w:rPr>
        <w:t>　　7.经历从实际生活中发现问题、提出问题、解决问题的过程，体会数学在日常生活中的作用，初步形成综合运用数学知识解决问题的能力。</w:t>
      </w:r>
      <w:r>
        <w:rPr>
          <w:lang w:eastAsia="zh-CN"/>
        </w:rPr>
        <w:br/>
      </w:r>
      <w:r>
        <w:rPr>
          <w:lang w:eastAsia="zh-CN"/>
        </w:rPr>
        <w:t>　　8.初步了解数字编码的思想方法，培养发现生活中的数学的意识，初步形成观察、分析及推理的能力。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9.体会学习数学的乐趣，提高学习数学的兴趣，建立学好数学的信心。</w:t>
      </w:r>
      <w:r>
        <w:rPr>
          <w:lang w:eastAsia="zh-CN"/>
        </w:rPr>
        <w:br/>
      </w:r>
      <w:r>
        <w:rPr>
          <w:lang w:eastAsia="zh-CN"/>
        </w:rPr>
        <w:t>　　10.养成认真作业、书写整洁的良好习惯。</w:t>
      </w:r>
      <w:r>
        <w:rPr>
          <w:lang w:eastAsia="zh-CN"/>
        </w:rPr>
        <w:br/>
      </w:r>
      <w:r>
        <w:rPr>
          <w:lang w:eastAsia="zh-CN"/>
        </w:rPr>
        <w:t>　　二、教材分析</w:t>
      </w:r>
      <w:r>
        <w:rPr>
          <w:lang w:eastAsia="zh-CN"/>
        </w:rPr>
        <w:br/>
      </w:r>
      <w:r>
        <w:rPr>
          <w:lang w:eastAsia="zh-CN"/>
        </w:rPr>
        <w:t>　　这一册教材包括下面一些内容：小数乘法，小数除法，简易方程，观察物体，多边形的面积，统计与可能性，数学广角和数学综合运用等。</w:t>
      </w:r>
      <w:r>
        <w:rPr>
          <w:lang w:eastAsia="zh-CN"/>
        </w:rPr>
        <w:br/>
      </w:r>
      <w:r>
        <w:rPr>
          <w:lang w:eastAsia="zh-CN"/>
        </w:rPr>
        <w:t>　　小数乘法，小数除法，简易方程，多边形的面积，统计与可能性等是本册教材的重点教学内容。</w:t>
      </w:r>
      <w:r>
        <w:rPr>
          <w:lang w:eastAsia="zh-CN"/>
        </w:rPr>
        <w:br/>
      </w:r>
      <w:r>
        <w:rPr>
          <w:lang w:eastAsia="zh-CN"/>
        </w:rPr>
        <w:t>　　在数与代数方面，这一册教材安排了小数乘法、小数除法和简易方程。小数的乘法和除法在实际生活中和数学学习中都有着广泛的应用，是小学生应该掌握和形成的基础知识和基本技能。这部分内容是在前面学习整数四则运算和小数加、减法的基础上进行教学，继续培养学生小数的四则运算能力。简易方程是小学阶段集中教学代数初步知识的单元，在这一单元里安排了用字母表示数、等式的性质、解简单的方程、用方程表示等量关系进而解决简单的实际问题等内容，进一步发展学生的抽象思维能力，提高解决问题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空间与图形方面，这一册教材安排了观察物体和多边形的面积两个单元。在已有知识和经验的基础上，通过丰富的现实的数学活动，让学生获得探究学习的经历，能辨认从不同方位看到的物体的形状和相对位置;探索并体会各种图形的特征、图形之间的关系，及图形之间的转化，掌握平行四边形、三角形、梯形的面积公式及公式之间的关系，渗透平移、旋转、转化的数学思想方法，促进学生空间观念的进一步发展。</w:t>
      </w:r>
      <w:r>
        <w:rPr>
          <w:lang w:eastAsia="zh-CN"/>
        </w:rPr>
        <w:br/>
      </w:r>
      <w:r>
        <w:rPr>
          <w:lang w:eastAsia="zh-CN"/>
        </w:rPr>
        <w:t>　　在统计与概率方面，本册教材让学生学习有关可能性和中位数的知识。通过操作与实验，让学生体验事件发生的等可能性以及游戏规则的公平性，学会求一些事件发生的可能性;在平均数的基础上教学中位数，使学生理解平均数和中位数各自的统计意义、各自的特征和适用范围;进一步体会统计和概率在现实生活中的作用。</w:t>
      </w:r>
      <w:r>
        <w:rPr>
          <w:lang w:eastAsia="zh-CN"/>
        </w:rPr>
        <w:br/>
      </w:r>
      <w:r>
        <w:rPr>
          <w:lang w:eastAsia="zh-CN"/>
        </w:rPr>
        <w:t>　　在用数学解决问题方面，教材一方面结合小数乘法和除法两个单元，教学用所学的乘除法计算知识解决生活中的简单问题;另一方面，安排了“数学广角”的教学内容，通过观察、猜测、实验、推理等活动向学生渗透初步的数字编码的数学思想方法，体会运用数字的有规律排列可以使人与人之间的信息交换变得安全、有序、快捷，给人们的生活和工作带来便利，感受数学的魅力。培养学生的符号感，及观察、分析、推理的能力，培养他们探索数学问题的兴趣和发现、欣赏数学美的意识。</w:t>
      </w:r>
      <w:r>
        <w:rPr>
          <w:lang w:eastAsia="zh-CN"/>
        </w:rPr>
        <w:br/>
      </w:r>
      <w:r>
        <w:rPr>
          <w:lang w:eastAsia="zh-CN"/>
        </w:rPr>
        <w:t>　　三、教材课时安排</w:t>
      </w:r>
      <w:r>
        <w:rPr>
          <w:lang w:eastAsia="zh-CN"/>
        </w:rPr>
        <w:br/>
      </w:r>
      <w:r>
        <w:rPr>
          <w:lang w:eastAsia="zh-CN"/>
        </w:rPr>
        <w:t>　　1、 小数乘法(10课时)</w:t>
      </w:r>
      <w:r>
        <w:rPr>
          <w:lang w:eastAsia="zh-CN"/>
        </w:rPr>
        <w:br/>
      </w:r>
      <w:r>
        <w:rPr>
          <w:lang w:eastAsia="zh-CN"/>
        </w:rPr>
        <w:t>　　2、小数除法(11课时)</w:t>
      </w:r>
      <w:r>
        <w:rPr>
          <w:lang w:eastAsia="zh-CN"/>
        </w:rPr>
        <w:br/>
      </w:r>
      <w:r>
        <w:rPr>
          <w:lang w:eastAsia="zh-CN"/>
        </w:rPr>
        <w:t>　　3、观察物体(4课时)</w:t>
      </w:r>
      <w:r>
        <w:rPr>
          <w:lang w:eastAsia="zh-CN"/>
        </w:rPr>
        <w:br/>
      </w:r>
      <w:r>
        <w:rPr>
          <w:lang w:eastAsia="zh-CN"/>
        </w:rPr>
        <w:t>　　16、简易方程(14课时)</w:t>
      </w:r>
      <w:r>
        <w:rPr>
          <w:lang w:eastAsia="zh-CN"/>
        </w:rPr>
        <w:br/>
      </w:r>
      <w:r>
        <w:rPr>
          <w:lang w:eastAsia="zh-CN"/>
        </w:rPr>
        <w:t>　　5、多边形的面积 (9课时)</w:t>
      </w:r>
      <w:r>
        <w:rPr>
          <w:lang w:eastAsia="zh-CN"/>
        </w:rPr>
        <w:br/>
      </w:r>
      <w:r>
        <w:rPr>
          <w:lang w:eastAsia="zh-CN"/>
        </w:rPr>
        <w:t>　　6、统计与可能性(9课时)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7、数学广角(6课时)</w:t>
      </w:r>
      <w:r>
        <w:rPr>
          <w:lang w:eastAsia="zh-CN"/>
        </w:rPr>
        <w:br/>
      </w:r>
      <w:r>
        <w:rPr>
          <w:lang w:eastAsia="zh-CN"/>
        </w:rPr>
        <w:t>　　8、总复习(18课时)</w:t>
      </w:r>
      <w:r>
        <w:rPr>
          <w:lang w:eastAsia="zh-CN"/>
        </w:rPr>
        <w:br/>
      </w:r>
      <w:r>
        <w:rPr>
          <w:lang w:eastAsia="zh-CN"/>
        </w:rPr>
        <w:t>　　四、教学重难点</w:t>
      </w:r>
      <w:r>
        <w:rPr>
          <w:lang w:eastAsia="zh-CN"/>
        </w:rPr>
        <w:br/>
      </w:r>
      <w:r>
        <w:rPr>
          <w:lang w:eastAsia="zh-CN"/>
        </w:rPr>
        <w:t>　　1.比较熟练地进行小数乘法和除法的'笔算。</w:t>
      </w:r>
      <w:r>
        <w:rPr>
          <w:lang w:eastAsia="zh-CN"/>
        </w:rPr>
        <w:br/>
      </w:r>
      <w:r>
        <w:rPr>
          <w:lang w:eastAsia="zh-CN"/>
        </w:rPr>
        <w:t>　　2.在具体情境中会用字母表示数，理解等式的性质，会用等式的性质解简单的方程，用方程表示简单情境中的等量关系并解决问题。</w:t>
      </w:r>
      <w:r>
        <w:rPr>
          <w:lang w:eastAsia="zh-CN"/>
        </w:rPr>
        <w:br/>
      </w:r>
      <w:r>
        <w:rPr>
          <w:lang w:eastAsia="zh-CN"/>
        </w:rPr>
        <w:t>　　五、单元重难点</w:t>
      </w:r>
      <w:r>
        <w:rPr>
          <w:lang w:eastAsia="zh-CN"/>
        </w:rPr>
        <w:br/>
      </w:r>
      <w:r>
        <w:rPr>
          <w:lang w:eastAsia="zh-CN"/>
        </w:rPr>
        <w:t>　　第一单元：</w:t>
      </w:r>
      <w:r>
        <w:rPr>
          <w:lang w:eastAsia="zh-CN"/>
        </w:rPr>
        <w:br/>
      </w:r>
      <w:r>
        <w:rPr>
          <w:lang w:eastAsia="zh-CN"/>
        </w:rPr>
        <w:t>　　1.使学生经历将小数乘整数转化为整数乘整数的过程，体会转化的方法是学习新知的工具。</w:t>
      </w:r>
      <w:r>
        <w:rPr>
          <w:lang w:eastAsia="zh-CN"/>
        </w:rPr>
        <w:br/>
      </w:r>
      <w:r>
        <w:rPr>
          <w:lang w:eastAsia="zh-CN"/>
        </w:rPr>
        <w:t>　　2.使学生理解小数乘整数的算理，掌握小数乘整数的一般方法，会比较熟练地进行笔算。</w:t>
      </w:r>
      <w:r>
        <w:rPr>
          <w:lang w:eastAsia="zh-CN"/>
        </w:rPr>
        <w:br/>
      </w:r>
      <w:r>
        <w:rPr>
          <w:lang w:eastAsia="zh-CN"/>
        </w:rPr>
        <w:t>　　第二单元：</w:t>
      </w:r>
      <w:r>
        <w:rPr>
          <w:lang w:eastAsia="zh-CN"/>
        </w:rPr>
        <w:br/>
      </w:r>
      <w:r>
        <w:rPr>
          <w:lang w:eastAsia="zh-CN"/>
        </w:rPr>
        <w:t>　　1.使学生掌握小数除法的计算方法，能正确地进行计算。</w:t>
      </w:r>
      <w:r>
        <w:rPr>
          <w:lang w:eastAsia="zh-CN"/>
        </w:rPr>
        <w:br/>
      </w:r>
      <w:r>
        <w:rPr>
          <w:lang w:eastAsia="zh-CN"/>
        </w:rPr>
        <w:t>　　2.使学生会用“四舍五入法”截取商是小数的近似值，能结合实际情况用“进一法”和“去尾法” 截取商的近似值。初步认识循环小数、有限小数和无限小数。</w:t>
      </w:r>
      <w:r>
        <w:rPr>
          <w:lang w:eastAsia="zh-CN"/>
        </w:rPr>
        <w:br/>
      </w:r>
      <w:r>
        <w:rPr>
          <w:lang w:eastAsia="zh-CN"/>
        </w:rPr>
        <w:t>　　第三单元：</w:t>
      </w:r>
      <w:r>
        <w:rPr>
          <w:lang w:eastAsia="zh-CN"/>
        </w:rPr>
        <w:br/>
      </w:r>
      <w:r>
        <w:rPr>
          <w:lang w:eastAsia="zh-CN"/>
        </w:rPr>
        <w:t>　　1.使学生经历观察的过程，让学生认识到从不同的位置观察物体，所看到的形状是不同的。</w:t>
      </w:r>
      <w:r>
        <w:rPr>
          <w:lang w:eastAsia="zh-CN"/>
        </w:rPr>
        <w:br/>
      </w:r>
      <w:r>
        <w:rPr>
          <w:lang w:eastAsia="zh-CN"/>
        </w:rPr>
        <w:t>　　2.</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通过观察实物，能正确辨认从正面、侧面、上面观察到的两个物体或一组立体图形的位置关系和形状。</w:t>
      </w:r>
      <w:r>
        <w:rPr>
          <w:lang w:eastAsia="zh-CN"/>
        </w:rPr>
        <w:br/>
      </w:r>
      <w:r>
        <w:rPr>
          <w:lang w:eastAsia="zh-CN"/>
        </w:rPr>
        <w:t>　　第四单元：</w:t>
      </w:r>
      <w:r>
        <w:rPr>
          <w:lang w:eastAsia="zh-CN"/>
        </w:rPr>
        <w:br/>
      </w:r>
      <w:r>
        <w:rPr>
          <w:lang w:eastAsia="zh-CN"/>
        </w:rPr>
        <w:t>　　1.使学生初步认识用字母表示数的意义和作用，能够用字母表示学过的运算定律和计算公式，能够在具体的情境中用字母表示常见的数量关系。初步学会根据字母所取的值，求含有字母式子的值。</w:t>
      </w:r>
      <w:r>
        <w:rPr>
          <w:lang w:eastAsia="zh-CN"/>
        </w:rPr>
        <w:br/>
      </w:r>
      <w:r>
        <w:rPr>
          <w:lang w:eastAsia="zh-CN"/>
        </w:rPr>
        <w:t>　　2.使学生初步了解方程的意义，初步理解等式的基本性质，能用等式的性质解简易方程。</w:t>
      </w:r>
      <w:r>
        <w:rPr>
          <w:lang w:eastAsia="zh-CN"/>
        </w:rPr>
        <w:br/>
      </w:r>
      <w:r>
        <w:rPr>
          <w:lang w:eastAsia="zh-CN"/>
        </w:rPr>
        <w:t>　　第五单元：</w:t>
      </w:r>
      <w:r>
        <w:rPr>
          <w:lang w:eastAsia="zh-CN"/>
        </w:rPr>
        <w:br/>
      </w:r>
      <w:r>
        <w:rPr>
          <w:lang w:eastAsia="zh-CN"/>
        </w:rPr>
        <w:t>　　1.利用方格纸和割补、拼摆等方法 ，探索并掌握平行四边形、三角形和梯形的面积计算公式。会计算平行四边形、三角形和梯形的面积。</w:t>
      </w:r>
      <w:r>
        <w:rPr>
          <w:lang w:eastAsia="zh-CN"/>
        </w:rPr>
        <w:br/>
      </w:r>
      <w:r>
        <w:rPr>
          <w:lang w:eastAsia="zh-CN"/>
        </w:rPr>
        <w:t>　　2.认识简单的组合图形，会把组合图形分解成已学过的平面图形并计算出它的面积。</w:t>
      </w:r>
      <w:r>
        <w:rPr>
          <w:lang w:eastAsia="zh-CN"/>
        </w:rPr>
        <w:br/>
      </w:r>
      <w:r>
        <w:rPr>
          <w:lang w:eastAsia="zh-CN"/>
        </w:rPr>
        <w:t>　　第六单元</w:t>
      </w:r>
      <w:r>
        <w:rPr>
          <w:lang w:eastAsia="zh-CN"/>
        </w:rPr>
        <w:br/>
      </w:r>
      <w:r>
        <w:rPr>
          <w:lang w:eastAsia="zh-CN"/>
        </w:rPr>
        <w:t>　　体验事件发生的等可能性以及游戏规则的公平性，会求简单事件发生的可能性。</w:t>
      </w:r>
      <w:r>
        <w:rPr>
          <w:lang w:eastAsia="zh-CN"/>
        </w:rPr>
        <w:br/>
      </w:r>
      <w:r>
        <w:rPr>
          <w:lang w:eastAsia="zh-CN"/>
        </w:rPr>
        <w:t>　　2.能按照指定的要求设计简单的游戏方案。</w:t>
      </w:r>
      <w:r>
        <w:rPr>
          <w:lang w:eastAsia="zh-CN"/>
        </w:rPr>
        <w:br/>
      </w:r>
      <w:r>
        <w:rPr>
          <w:lang w:eastAsia="zh-CN"/>
        </w:rPr>
        <w:t>　　3.理解中位数在统计学上的意义，学会求中位数的方法。</w:t>
      </w:r>
      <w:r>
        <w:rPr>
          <w:lang w:eastAsia="zh-CN"/>
        </w:rPr>
        <w:br/>
      </w:r>
      <w:r>
        <w:rPr>
          <w:lang w:eastAsia="zh-CN"/>
        </w:rPr>
        <w:t>　　4.根据数据的具体情况，体会“平均数”“中位数”各自的特点。</w:t>
      </w:r>
      <w:r>
        <w:rPr>
          <w:lang w:eastAsia="zh-CN"/>
        </w:rPr>
        <w:br/>
      </w:r>
      <w:r>
        <w:rPr>
          <w:lang w:eastAsia="zh-CN"/>
        </w:rPr>
        <w:t>　　第七单元：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通过生活中的事例，使学生初步体会数字编码思想在解决实际问题中的应用。</w:t>
      </w:r>
      <w:r>
        <w:rPr>
          <w:lang w:eastAsia="zh-CN"/>
        </w:rPr>
        <w:br/>
      </w:r>
      <w:r>
        <w:rPr>
          <w:lang w:eastAsia="zh-CN"/>
        </w:rPr>
        <w:t>　　2.让学生通过观察、比较、猜测来探索数字编码的简单方法，学会用数进行编码，初步培养抽象、概括能力。</w:t>
      </w:r>
      <w:r>
        <w:rPr>
          <w:lang w:eastAsia="zh-CN"/>
        </w:rPr>
        <w:br/>
      </w:r>
      <w:r>
        <w:rPr>
          <w:lang w:eastAsia="zh-CN"/>
        </w:rPr>
        <w:t>　　第八单元：</w:t>
      </w:r>
      <w:r>
        <w:rPr>
          <w:lang w:eastAsia="zh-CN"/>
        </w:rPr>
        <w:br/>
      </w:r>
      <w:r>
        <w:rPr>
          <w:lang w:eastAsia="zh-CN"/>
        </w:rPr>
        <w:t>　　通过总复习，把本学期所学的知识进一步系统化，使学生对所学的概念、计算法则、规律性知识得到进一步巩固，计算能力和解决问题的能力得到进一步提高，代数思想、空间观念、统计观念得以进一步发展，获得自身数学能力提高的成功体验，全面达到本学期规定的教学目标。</w:t>
      </w:r>
      <w:r>
        <w:rPr>
          <w:lang w:eastAsia="zh-CN"/>
        </w:rPr>
        <w:br/>
      </w:r>
      <w:r>
        <w:rPr>
          <w:lang w:eastAsia="zh-CN"/>
        </w:rPr>
        <w:t xml:space="preserve">    关于五年级上册数学教学计划模板合集 篇12 </w:t>
      </w:r>
      <w:r>
        <w:rPr>
          <w:lang w:eastAsia="zh-CN"/>
        </w:rPr>
        <w:br/>
      </w:r>
      <w:r>
        <w:rPr>
          <w:lang w:eastAsia="zh-CN"/>
        </w:rPr>
        <w:t>　　一、指导思想:</w:t>
      </w:r>
      <w:r>
        <w:rPr>
          <w:lang w:eastAsia="zh-CN"/>
        </w:rPr>
        <w:br/>
      </w:r>
      <w:r>
        <w:rPr>
          <w:lang w:eastAsia="zh-CN"/>
        </w:rPr>
        <w:t>　　新学期，我将在新课程提供的新理念指导下，根据教研组的工作计划，以及教学部门的安排，围绕课堂教学和教学科研的中心任务，把培养学生创新精神和实践能力的探索贯穿于教育教学的全过程，把培养学生自主学习的实践贯穿于教育教学的全过程。开展合作学习，全面提高学生综合能力。</w:t>
      </w:r>
      <w:r>
        <w:rPr>
          <w:lang w:eastAsia="zh-CN"/>
        </w:rPr>
        <w:br/>
      </w:r>
      <w:r>
        <w:rPr>
          <w:lang w:eastAsia="zh-CN"/>
        </w:rPr>
        <w:t>　　二、学生情况分析: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大部分五年级学生对数学学习的热情很高，能够从已有的知识和经验中获取知识。抽象思维水平发展到一定程度，基础知识掌握牢固，具备一定的数学学习能力。能在课堂上积极参与学习过程，具备观察、分析、自学、表达和操作的能力。有些学生基础知识差，上课不认真听讲，不能自觉完成学习任务，需要老师的监督和指导。这学期重点是学习有困难的学生。在教学中，我们将面向所有学生，创造愉快的情境教学，激发他们的学习动机，进入学习动态。</w:t>
      </w:r>
      <w:r>
        <w:rPr>
          <w:lang w:eastAsia="zh-CN"/>
        </w:rPr>
        <w:br/>
      </w:r>
      <w:r>
        <w:rPr>
          <w:lang w:eastAsia="zh-CN"/>
        </w:rPr>
        <w:t>　　三、全卷教材分析</w:t>
      </w:r>
      <w:r>
        <w:rPr>
          <w:lang w:eastAsia="zh-CN"/>
        </w:rPr>
        <w:br/>
      </w:r>
      <w:r>
        <w:rPr>
          <w:lang w:eastAsia="zh-CN"/>
        </w:rPr>
        <w:t>　　(1)整卷教学内容:</w:t>
      </w:r>
      <w:r>
        <w:rPr>
          <w:lang w:eastAsia="zh-CN"/>
        </w:rPr>
        <w:br/>
      </w:r>
      <w:r>
        <w:rPr>
          <w:lang w:eastAsia="zh-CN"/>
        </w:rPr>
        <w:t>　　本教材包括以下内容:方程、位置的确定、公倍数和公因数、分数的识别、寻找规律、分数的基本性质、统计、分数的加减、解题策略、圆和数学的综合应用等。</w:t>
      </w:r>
      <w:r>
        <w:rPr>
          <w:lang w:eastAsia="zh-CN"/>
        </w:rPr>
        <w:br/>
      </w:r>
      <w:r>
        <w:rPr>
          <w:lang w:eastAsia="zh-CN"/>
        </w:rPr>
        <w:t>　　方程、理解分数、分数的基本性质、分数的加减、解题策略是本教材的重点教学内容。</w:t>
      </w:r>
      <w:r>
        <w:rPr>
          <w:lang w:eastAsia="zh-CN"/>
        </w:rPr>
        <w:br/>
      </w:r>
      <w:r>
        <w:rPr>
          <w:lang w:eastAsia="zh-CN"/>
        </w:rPr>
        <w:t>　　(2)教学目标:</w:t>
      </w:r>
      <w:r>
        <w:rPr>
          <w:lang w:eastAsia="zh-CN"/>
        </w:rPr>
        <w:br/>
      </w:r>
      <w:r>
        <w:rPr>
          <w:lang w:eastAsia="zh-CN"/>
        </w:rPr>
        <w:t>　　知识和技能:</w:t>
      </w:r>
      <w:r>
        <w:rPr>
          <w:lang w:eastAsia="zh-CN"/>
        </w:rPr>
        <w:br/>
      </w:r>
      <w:r>
        <w:rPr>
          <w:lang w:eastAsia="zh-CN"/>
        </w:rPr>
        <w:t>　　1.让学生接触已有的知识和经验，体验将实际问题抽象成公式和方程的过程；体验探索和理解分数的含义和性质以及分数加减的计算方法的过程，形成必要的计算技巧。</w:t>
      </w:r>
      <w:r>
        <w:rPr>
          <w:lang w:eastAsia="zh-CN"/>
        </w:rPr>
        <w:br/>
      </w:r>
      <w:r>
        <w:rPr>
          <w:lang w:eastAsia="zh-CN"/>
        </w:rPr>
        <w:t>　　2.让学生在用数对确定位置、了解圆的特性、探索和掌握圆的周长和面积公式的过程中，获得相关的基础知识和相应的基本技能。</w:t>
      </w:r>
      <w:r>
        <w:rPr>
          <w:lang w:eastAsia="zh-CN"/>
        </w:rPr>
        <w:br/>
      </w:r>
      <w:r>
        <w:rPr>
          <w:lang w:eastAsia="zh-CN"/>
        </w:rPr>
        <w:t>　　3.在经历了用多个折线统计图表达相关数据的过程后，可以进行简单的分析和沟通；能够按要求完成相关的折线统计图。</w:t>
      </w:r>
      <w:r>
        <w:rPr>
          <w:lang w:eastAsia="zh-CN"/>
        </w:rPr>
        <w:br/>
      </w:r>
      <w:r>
        <w:rPr>
          <w:lang w:eastAsia="zh-CN"/>
        </w:rPr>
        <w:t>　　数学思维:</w:t>
      </w:r>
      <w:r>
        <w:rPr>
          <w:lang w:eastAsia="zh-CN"/>
        </w:rPr>
        <w:br/>
      </w:r>
      <w:r>
        <w:rPr>
          <w:lang w:eastAsia="zh-CN"/>
        </w:rPr>
        <w:t>　　1.在理解等式、方程式、探索等过程中。发展抽象思维，增强符号感。</w:t>
      </w:r>
      <w:r>
        <w:rPr>
          <w:lang w:eastAsia="zh-CN"/>
        </w:rPr>
        <w:br/>
      </w:r>
      <w:r>
        <w:rPr>
          <w:lang w:eastAsia="zh-CN"/>
        </w:rPr>
        <w:t>　　2.在理解公倍数和公因数的过程中培养良好的思维品质。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3.在理解分数含义的过程中，培养合理推理和初步演绎推理的能力，不断增强数字感。</w:t>
      </w:r>
      <w:r>
        <w:rPr>
          <w:lang w:eastAsia="zh-CN"/>
        </w:rPr>
        <w:br/>
      </w:r>
      <w:r>
        <w:rPr>
          <w:lang w:eastAsia="zh-CN"/>
        </w:rPr>
        <w:t>　　4.在学习使用数对确定位置和认识圆的过程中，锻炼形象思维，发展空间概念。</w:t>
      </w:r>
      <w:r>
        <w:rPr>
          <w:lang w:eastAsia="zh-CN"/>
        </w:rPr>
        <w:br/>
      </w:r>
      <w:r>
        <w:rPr>
          <w:lang w:eastAsia="zh-CN"/>
        </w:rPr>
        <w:t>　　5.在学习统计的过程中，要进一步增强统计观念，培养统计能力。</w:t>
      </w:r>
      <w:r>
        <w:rPr>
          <w:lang w:eastAsia="zh-CN"/>
        </w:rPr>
        <w:br/>
      </w:r>
      <w:r>
        <w:rPr>
          <w:lang w:eastAsia="zh-CN"/>
        </w:rPr>
        <w:t>　　库解决问题:</w:t>
      </w:r>
      <w:r>
        <w:rPr>
          <w:lang w:eastAsia="zh-CN"/>
        </w:rPr>
        <w:br/>
      </w:r>
      <w:r>
        <w:rPr>
          <w:lang w:eastAsia="zh-CN"/>
        </w:rPr>
        <w:t>　　1.从实际情况中发现并提出一些数学问题，用方程、分数、数字等数学知识和方法解决问题。</w:t>
      </w:r>
      <w:r>
        <w:rPr>
          <w:lang w:eastAsia="zh-CN"/>
        </w:rPr>
        <w:br/>
      </w:r>
      <w:r>
        <w:rPr>
          <w:lang w:eastAsia="zh-CN"/>
        </w:rPr>
        <w:t>　　2.在解决实际问题的过程中，掌握基本思路和方法，体会其特点和价值。</w:t>
      </w:r>
      <w:r>
        <w:rPr>
          <w:lang w:eastAsia="zh-CN"/>
        </w:rPr>
        <w:br/>
      </w:r>
      <w:r>
        <w:rPr>
          <w:lang w:eastAsia="zh-CN"/>
        </w:rPr>
        <w:t>　　3.在用数字对描述简单行走路线和简单图形变换的活动中，提高合作交流能力。</w:t>
      </w:r>
      <w:r>
        <w:rPr>
          <w:lang w:eastAsia="zh-CN"/>
        </w:rPr>
        <w:br/>
      </w:r>
      <w:r>
        <w:rPr>
          <w:lang w:eastAsia="zh-CN"/>
        </w:rPr>
        <w:t>　　4.能运用“逆向假设”的策略解决一些简单的实际问题。</w:t>
      </w:r>
      <w:r>
        <w:rPr>
          <w:lang w:eastAsia="zh-CN"/>
        </w:rPr>
        <w:br/>
      </w:r>
      <w:r>
        <w:rPr>
          <w:lang w:eastAsia="zh-CN"/>
        </w:rPr>
        <w:t>　　情绪和态度:</w:t>
      </w:r>
      <w:r>
        <w:rPr>
          <w:lang w:eastAsia="zh-CN"/>
        </w:rPr>
        <w:br/>
      </w:r>
      <w:r>
        <w:rPr>
          <w:lang w:eastAsia="zh-CN"/>
        </w:rPr>
        <w:t>　　1.可以积极参加各种数学活动，感受自己在数学知识和方法上的收获和进步，提高学习数学的兴趣。</w:t>
      </w:r>
      <w:r>
        <w:rPr>
          <w:lang w:eastAsia="zh-CN"/>
        </w:rPr>
        <w:br/>
      </w:r>
      <w:r>
        <w:rPr>
          <w:lang w:eastAsia="zh-CN"/>
        </w:rPr>
        <w:t>　　2.在探索数学知识和发现数学规律的过程中，要进一步感受数学思维的规律性和严密性，不断增强自主探索的意识。</w:t>
      </w:r>
      <w:r>
        <w:rPr>
          <w:lang w:eastAsia="zh-CN"/>
        </w:rPr>
        <w:br/>
      </w:r>
      <w:r>
        <w:rPr>
          <w:lang w:eastAsia="zh-CN"/>
        </w:rPr>
        <w:t>　　3.在运用数学知识和方法解决简单实际问题的过程中，要进一步感受到数学的价值和数学与生活的密切关系。</w:t>
      </w:r>
      <w:r>
        <w:rPr>
          <w:lang w:eastAsia="zh-CN"/>
        </w:rPr>
        <w:br/>
      </w:r>
      <w:r>
        <w:rPr>
          <w:lang w:eastAsia="zh-CN"/>
        </w:rPr>
        <w:t>　　四、教学方法: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(1)创设愉快的教学情境，激发学生的学习兴趣。</w:t>
      </w:r>
      <w:r>
        <w:rPr>
          <w:lang w:eastAsia="zh-CN"/>
        </w:rPr>
        <w:br/>
      </w:r>
      <w:r>
        <w:rPr>
          <w:lang w:eastAsia="zh-CN"/>
        </w:rPr>
        <w:t>　　(2)提倡学习方法的多样化，注重学生的亲身体验。</w:t>
      </w:r>
      <w:r>
        <w:rPr>
          <w:lang w:eastAsia="zh-CN"/>
        </w:rPr>
        <w:br/>
      </w:r>
      <w:r>
        <w:rPr>
          <w:lang w:eastAsia="zh-CN"/>
        </w:rPr>
        <w:t>　　(3)课堂训练形式多样化，注重一题多解，多角度解决问题。</w:t>
      </w:r>
      <w:r>
        <w:rPr>
          <w:lang w:eastAsia="zh-CN"/>
        </w:rPr>
        <w:br/>
      </w:r>
      <w:r>
        <w:rPr>
          <w:lang w:eastAsia="zh-CN"/>
        </w:rPr>
        <w:t>　　(4)加强基础知识的教学，让学生有效掌握这些基础知识。</w:t>
      </w:r>
      <w:r>
        <w:rPr>
          <w:lang w:eastAsia="zh-CN"/>
        </w:rPr>
        <w:br/>
      </w:r>
      <w:r>
        <w:rPr>
          <w:lang w:eastAsia="zh-CN"/>
        </w:rPr>
        <w:t>　　这学期，以新的教学理念，为学生的可持续发展提供丰富的教学资源和空间。要充分发挥教材的优势，在教学过程中保持数学与生活的紧密联系，确立学生在学习中的主体地位，营造愉快、开放的教学情境，让学生在愉快、开放的教学情境中满足个性化的学习需求，从而掌握基础知识和技能，培养学生的创新意识和实践能力。</w:t>
      </w:r>
      <w:r>
        <w:rPr>
          <w:lang w:eastAsia="zh-CN"/>
        </w:rPr>
        <w:br/>
      </w:r>
      <w:r>
        <w:rPr>
          <w:lang w:eastAsia="zh-CN"/>
        </w:rPr>
        <w:t>　　五、学习方法:</w:t>
      </w:r>
      <w:r>
        <w:rPr>
          <w:lang w:eastAsia="zh-CN"/>
        </w:rPr>
        <w:br/>
      </w:r>
      <w:r>
        <w:rPr>
          <w:lang w:eastAsia="zh-CN"/>
        </w:rPr>
        <w:t>　　1.预习教材，提出知识要点，通过什么渠道了解，提出什么问题。</w:t>
      </w:r>
      <w:r>
        <w:rPr>
          <w:lang w:eastAsia="zh-CN"/>
        </w:rPr>
        <w:br/>
      </w:r>
      <w:r>
        <w:rPr>
          <w:lang w:eastAsia="zh-CN"/>
        </w:rPr>
        <w:t>　　2.通过查阅数据找出问题的解决方法。</w:t>
      </w:r>
      <w:r>
        <w:rPr>
          <w:lang w:eastAsia="zh-CN"/>
        </w:rPr>
        <w:br/>
      </w:r>
      <w:r>
        <w:rPr>
          <w:lang w:eastAsia="zh-CN"/>
        </w:rPr>
        <w:t>　　3.教师作为课堂教学的指导者，注重学生的自主学习，倡导探究和体验式学习方法，培养学生的动手操作能力和发散思维能力。</w:t>
      </w:r>
      <w:r>
        <w:rPr>
          <w:lang w:eastAsia="zh-CN"/>
        </w:rPr>
        <w:br/>
      </w:r>
      <w:r>
        <w:rPr>
          <w:lang w:eastAsia="zh-CN"/>
        </w:rPr>
        <w:t xml:space="preserve">    关于五年级上册数学教学计划模板合集 篇13 </w:t>
      </w:r>
      <w:r>
        <w:rPr>
          <w:lang w:eastAsia="zh-CN"/>
        </w:rPr>
        <w:br/>
      </w:r>
      <w:r>
        <w:rPr>
          <w:lang w:eastAsia="zh-CN"/>
        </w:rPr>
        <w:t>　　一、教材分析</w:t>
      </w:r>
      <w:r>
        <w:rPr>
          <w:lang w:eastAsia="zh-CN"/>
        </w:rPr>
        <w:br/>
      </w:r>
      <w:r>
        <w:rPr>
          <w:lang w:eastAsia="zh-CN"/>
        </w:rPr>
        <w:t>　　1.“简单的统计（一）”</w:t>
      </w:r>
      <w:r>
        <w:rPr>
          <w:lang w:eastAsia="zh-CN"/>
        </w:rPr>
        <w:br/>
      </w:r>
      <w:r>
        <w:rPr>
          <w:lang w:eastAsia="zh-CN"/>
        </w:rPr>
        <w:t>　　2.“约数和倍数”部分的调整。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由于目前在实际教学中短除法的运用并不是很广泛，根据教学反馈的情况来看，用图解的方式也完全可以使学生理解分解质因数的原理，短除法在此的作用并不十分显著。因此，此次修订把利用短除法来分解质因数的有关内容删去了。但是在讲约数、倍数、最大公约数等内容时，仍保留短除法的形式，帮助学生借助直观进行理解。</w:t>
      </w:r>
      <w:r>
        <w:rPr>
          <w:lang w:eastAsia="zh-CN"/>
        </w:rPr>
        <w:br/>
      </w:r>
      <w:r>
        <w:rPr>
          <w:lang w:eastAsia="zh-CN"/>
        </w:rPr>
        <w:t>　　3.“分数的意义和性质”部分的调整。</w:t>
      </w:r>
      <w:r>
        <w:rPr>
          <w:lang w:eastAsia="zh-CN"/>
        </w:rPr>
        <w:br/>
      </w:r>
      <w:r>
        <w:rPr>
          <w:lang w:eastAsia="zh-CN"/>
        </w:rPr>
        <w:t>　　根据《大纲（试用修订版）》的要求，删去“分数的加法和减法”单元中的“分数、小数加减混合运算”。但是，我们认为分数和小数的互化仍是一个很重要的内容，需要让学生掌握，故把这部分内容移至本单元。</w:t>
      </w:r>
      <w:r>
        <w:rPr>
          <w:lang w:eastAsia="zh-CN"/>
        </w:rPr>
        <w:br/>
      </w:r>
      <w:r>
        <w:rPr>
          <w:lang w:eastAsia="zh-CN"/>
        </w:rPr>
        <w:t>　　4.“分数的加法和减法”部分的调整。</w:t>
      </w:r>
      <w:r>
        <w:rPr>
          <w:lang w:eastAsia="zh-CN"/>
        </w:rPr>
        <w:br/>
      </w:r>
      <w:r>
        <w:rPr>
          <w:lang w:eastAsia="zh-CN"/>
        </w:rPr>
        <w:t>　　（1）根据《大纲（试用修订版）》的要求，删去“同分母的带分数加、减法”、“异分母的带分数加、减法”、“分数、小数加减混合运算”三部分内容（“分数和小数的互化”移至上一单元），并对有关例题和练习题中的数据进行修改。</w:t>
      </w:r>
      <w:r>
        <w:rPr>
          <w:lang w:eastAsia="zh-CN"/>
        </w:rPr>
        <w:br/>
      </w:r>
      <w:r>
        <w:rPr>
          <w:lang w:eastAsia="zh-CN"/>
        </w:rPr>
        <w:t>　　（2）删去“异分母分数加、减法”中的“连加、连减”内容及相关练习题。</w:t>
      </w:r>
      <w:r>
        <w:rPr>
          <w:lang w:eastAsia="zh-CN"/>
        </w:rPr>
        <w:br/>
      </w:r>
      <w:r>
        <w:rPr>
          <w:lang w:eastAsia="zh-CN"/>
        </w:rPr>
        <w:t>　　5.增加“数学实践活动”。</w:t>
      </w:r>
      <w:r>
        <w:rPr>
          <w:lang w:eastAsia="zh-CN"/>
        </w:rPr>
        <w:br/>
      </w:r>
      <w:r>
        <w:rPr>
          <w:lang w:eastAsia="zh-CN"/>
        </w:rPr>
        <w:t>　　高年级的数学实践活动逐步转向培养学生初步的课题研究能力。本册教材中的两个数学实践活动就很好地体现了这一点。</w:t>
      </w:r>
      <w:r>
        <w:rPr>
          <w:lang w:eastAsia="zh-CN"/>
        </w:rPr>
        <w:br/>
      </w:r>
      <w:r>
        <w:rPr>
          <w:lang w:eastAsia="zh-CN"/>
        </w:rPr>
        <w:t>　　（1）你喜欢什么电视节目？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这个活动通过让学生了解周围的人喜欢什么电视节目，初步体会到用收集、整理信息的方式可以帮助我们了解某些具有倾向性的现象，例如，男生比女生更喜欢体育节目，家长比学生更喜欢新闻节目，等等。</w:t>
      </w:r>
      <w:r>
        <w:rPr>
          <w:lang w:eastAsia="zh-CN"/>
        </w:rPr>
        <w:br/>
      </w:r>
      <w:r>
        <w:rPr>
          <w:lang w:eastAsia="zh-CN"/>
        </w:rPr>
        <w:t>　　在这个活动中，首先要使学生通过调查，提高收集信息的能力。其次，要让学生学会对收集到的信息进行整理，并从统计的结果中获得尽可能多的信息。第三，要让学生在讨论过程中提高数学交流的能力。</w:t>
      </w:r>
      <w:r>
        <w:rPr>
          <w:lang w:eastAsia="zh-CN"/>
        </w:rPr>
        <w:br/>
      </w:r>
      <w:r>
        <w:rPr>
          <w:lang w:eastAsia="zh-CN"/>
        </w:rPr>
        <w:t>　　（2）数字与编码</w:t>
      </w:r>
      <w:r>
        <w:rPr>
          <w:lang w:eastAsia="zh-CN"/>
        </w:rPr>
        <w:br/>
      </w:r>
      <w:r>
        <w:rPr>
          <w:lang w:eastAsia="zh-CN"/>
        </w:rPr>
        <w:t>　　这个活动主要由三部分组成。首先，让学生通过调查了解邮政编码的有关信息。其次，共同交流了解到的邮政编码及生活中其他数字编码的知识。最后，以小组合作的方式探讨给学校的每个学生编号的方法。</w:t>
      </w:r>
      <w:r>
        <w:rPr>
          <w:lang w:eastAsia="zh-CN"/>
        </w:rPr>
        <w:br/>
      </w:r>
      <w:r>
        <w:rPr>
          <w:lang w:eastAsia="zh-CN"/>
        </w:rPr>
        <w:t>　　通过以上活动，学生可以进一步认识数学在生活中的广泛应用，提高收集、分析信息的能力。通过让学生探讨一种全新的编码规则，可以培养学生的实践能力、探索精神，以及简单的课题研究能力。</w:t>
      </w:r>
      <w:r>
        <w:rPr>
          <w:lang w:eastAsia="zh-CN"/>
        </w:rPr>
        <w:br/>
      </w:r>
      <w:r>
        <w:rPr>
          <w:lang w:eastAsia="zh-CN"/>
        </w:rPr>
        <w:t>　　二、课程目标：</w:t>
      </w:r>
      <w:r>
        <w:rPr>
          <w:lang w:eastAsia="zh-CN"/>
        </w:rPr>
        <w:br/>
      </w:r>
      <w:r>
        <w:rPr>
          <w:lang w:eastAsia="zh-CN"/>
        </w:rPr>
        <w:t>　　全册教学要求</w:t>
      </w:r>
      <w:r>
        <w:rPr>
          <w:lang w:eastAsia="zh-CN"/>
        </w:rPr>
        <w:br/>
      </w:r>
      <w:r>
        <w:rPr>
          <w:lang w:eastAsia="zh-CN"/>
        </w:rPr>
        <w:t>　　1.结合本册教学内容进一步提高学生整数、小数四则运算的熟练程度。</w:t>
      </w:r>
      <w:r>
        <w:rPr>
          <w:lang w:eastAsia="zh-CN"/>
        </w:rPr>
        <w:br/>
      </w:r>
      <w:r>
        <w:rPr>
          <w:lang w:eastAsia="zh-CN"/>
        </w:rPr>
        <w:t>　　2.使学生掌握约数和倍数、质数和合数等概念，以及能被2、5、3整除的数的特征；会分解质因数；会求最大公约数和最小公倍数。</w:t>
      </w:r>
      <w:r>
        <w:rPr>
          <w:lang w:eastAsia="zh-CN"/>
        </w:rPr>
        <w:br/>
      </w:r>
      <w:r>
        <w:rPr>
          <w:lang w:eastAsia="zh-CN"/>
        </w:rPr>
        <w:t>　　3.使学生理解分数的意义和基本性质，会比较分数的大小，会进行假分数、带分数、整数的互化，能够比较熟练地进行约分和通分。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4.使学生理解分数加减法的意义，掌握分数加减法的计算法则，比较熟练地计算分数加、减法。</w:t>
      </w:r>
      <w:r>
        <w:rPr>
          <w:lang w:eastAsia="zh-CN"/>
        </w:rPr>
        <w:br/>
      </w:r>
      <w:r>
        <w:rPr>
          <w:lang w:eastAsia="zh-CN"/>
        </w:rPr>
        <w:t>　　5.使学生认识常用体积和容积单位（立方米、立方分数、立方厘米、升、毫升），能够进行简单的名数改定。</w:t>
      </w:r>
      <w:r>
        <w:rPr>
          <w:lang w:eastAsia="zh-CN"/>
        </w:rPr>
        <w:br/>
      </w:r>
      <w:r>
        <w:rPr>
          <w:lang w:eastAsia="zh-CN"/>
        </w:rPr>
        <w:t>　　6.使学生知道体积的含义；掌握长方体和正方体的特征，会计算它们的表面积和体积。</w:t>
      </w:r>
      <w:r>
        <w:rPr>
          <w:lang w:eastAsia="zh-CN"/>
        </w:rPr>
        <w:br/>
      </w:r>
      <w:r>
        <w:rPr>
          <w:lang w:eastAsia="zh-CN"/>
        </w:rPr>
        <w:t>　　7.使学生学会数据的收集和整理的方法，会看和制作简单的统计表，通过有说服力的数据和统计材料，使学生受到爱祖国、爱社会主义、爱科学的教育，学会较复杂的求平均数的方法。</w:t>
      </w:r>
      <w:r>
        <w:rPr>
          <w:lang w:eastAsia="zh-CN"/>
        </w:rPr>
        <w:br/>
      </w:r>
      <w:r>
        <w:rPr>
          <w:lang w:eastAsia="zh-CN"/>
        </w:rPr>
        <w:t>　　8.通过实践活动，使学生体验数学与日常生活的密切联系，培养学生的数学应用意识和动手操作能力。</w:t>
      </w:r>
      <w:r>
        <w:rPr>
          <w:lang w:eastAsia="zh-CN"/>
        </w:rPr>
        <w:br/>
      </w:r>
      <w:r>
        <w:rPr>
          <w:lang w:eastAsia="zh-CN"/>
        </w:rPr>
        <w:t>　　全册教学要点</w:t>
      </w:r>
      <w:r>
        <w:rPr>
          <w:lang w:eastAsia="zh-CN"/>
        </w:rPr>
        <w:br/>
      </w:r>
      <w:r>
        <w:rPr>
          <w:lang w:eastAsia="zh-CN"/>
        </w:rPr>
        <w:t>　　1.较复杂平均数的求法。</w:t>
      </w:r>
      <w:r>
        <w:rPr>
          <w:lang w:eastAsia="zh-CN"/>
        </w:rPr>
        <w:br/>
      </w:r>
      <w:r>
        <w:rPr>
          <w:lang w:eastAsia="zh-CN"/>
        </w:rPr>
        <w:t>　　2.常用的体积单位间的互化。</w:t>
      </w:r>
      <w:r>
        <w:rPr>
          <w:lang w:eastAsia="zh-CN"/>
        </w:rPr>
        <w:br/>
      </w:r>
      <w:r>
        <w:rPr>
          <w:lang w:eastAsia="zh-CN"/>
        </w:rPr>
        <w:t>　　3.长方体和正方体表面积与体积的计算。</w:t>
      </w:r>
      <w:r>
        <w:rPr>
          <w:lang w:eastAsia="zh-CN"/>
        </w:rPr>
        <w:br/>
      </w:r>
      <w:r>
        <w:rPr>
          <w:lang w:eastAsia="zh-CN"/>
        </w:rPr>
        <w:t>　　4.最大公约数和最小公倍数的求法。</w:t>
      </w:r>
      <w:r>
        <w:rPr>
          <w:lang w:eastAsia="zh-CN"/>
        </w:rPr>
        <w:br/>
      </w:r>
      <w:r>
        <w:rPr>
          <w:lang w:eastAsia="zh-CN"/>
        </w:rPr>
        <w:t>　　5.分数的意义和基本性质。</w:t>
      </w:r>
      <w:r>
        <w:rPr>
          <w:lang w:eastAsia="zh-CN"/>
        </w:rPr>
        <w:br/>
      </w:r>
      <w:r>
        <w:rPr>
          <w:lang w:eastAsia="zh-CN"/>
        </w:rPr>
        <w:t>　　6.约分和通分。</w:t>
      </w:r>
      <w:r>
        <w:rPr>
          <w:lang w:eastAsia="zh-CN"/>
        </w:rPr>
        <w:br/>
      </w:r>
      <w:r>
        <w:rPr>
          <w:lang w:eastAsia="zh-CN"/>
        </w:rPr>
        <w:t>　　7.分数大小的比较。</w:t>
      </w:r>
      <w:r>
        <w:rPr>
          <w:lang w:eastAsia="zh-CN"/>
        </w:rPr>
        <w:br/>
      </w:r>
      <w:r>
        <w:rPr>
          <w:lang w:eastAsia="zh-CN"/>
        </w:rPr>
        <w:t>　　8.分数的加法与减法。</w:t>
      </w:r>
      <w:r>
        <w:rPr>
          <w:lang w:eastAsia="zh-CN"/>
        </w:rPr>
        <w:br/>
      </w:r>
      <w:r>
        <w:rPr>
          <w:lang w:eastAsia="zh-CN"/>
        </w:rPr>
        <w:t>　　三、学情分析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本班学生活泼可爱，多数学生思维活跃，学习数学的兴趣较浓，有良好的学习习惯。但也有极少数学生反应较慢，思维迟钝，注意力容易分散，但是他们有强烈的求知欲望。这个班是从三年级带起的，上学期期末被抽到区里调研，虽然取得全镇第一，但几个后进生还需努力抓一把，所以教师要有层次，有耐心的进行辅导，要使每个学生都能顺利地完成本学期的学习任务。</w:t>
      </w:r>
      <w:r>
        <w:rPr>
          <w:lang w:eastAsia="zh-CN"/>
        </w:rPr>
        <w:br/>
      </w:r>
      <w:r>
        <w:rPr>
          <w:lang w:eastAsia="zh-CN"/>
        </w:rPr>
        <w:t>　　四、全册教学进度及活动安排（以单元为单位）</w:t>
      </w:r>
      <w:r>
        <w:rPr>
          <w:lang w:eastAsia="zh-CN"/>
        </w:rPr>
        <w:br/>
      </w:r>
      <w:r>
        <w:rPr>
          <w:lang w:eastAsia="zh-CN"/>
        </w:rPr>
        <w:t>　　（一）简单的统计（一）8课时</w:t>
      </w:r>
      <w:r>
        <w:rPr>
          <w:lang w:eastAsia="zh-CN"/>
        </w:rPr>
        <w:br/>
      </w:r>
      <w:r>
        <w:rPr>
          <w:lang w:eastAsia="zh-CN"/>
        </w:rPr>
        <w:t>　　1.数据的收集和整理5课时左右</w:t>
      </w:r>
      <w:r>
        <w:rPr>
          <w:lang w:eastAsia="zh-CN"/>
        </w:rPr>
        <w:br/>
      </w:r>
      <w:r>
        <w:rPr>
          <w:lang w:eastAsia="zh-CN"/>
        </w:rPr>
        <w:t>　　2.求平均数2课时左右</w:t>
      </w:r>
      <w:r>
        <w:rPr>
          <w:lang w:eastAsia="zh-CN"/>
        </w:rPr>
        <w:br/>
      </w:r>
      <w:r>
        <w:rPr>
          <w:lang w:eastAsia="zh-CN"/>
        </w:rPr>
        <w:t>　　整理和复习1课时</w:t>
      </w:r>
      <w:r>
        <w:rPr>
          <w:lang w:eastAsia="zh-CN"/>
        </w:rPr>
        <w:br/>
      </w:r>
      <w:r>
        <w:rPr>
          <w:lang w:eastAsia="zh-CN"/>
        </w:rPr>
        <w:t>　　实践活动：你喜欢什么电视节目？机动1课时</w:t>
      </w:r>
      <w:r>
        <w:rPr>
          <w:lang w:eastAsia="zh-CN"/>
        </w:rPr>
        <w:br/>
      </w:r>
      <w:r>
        <w:rPr>
          <w:lang w:eastAsia="zh-CN"/>
        </w:rPr>
        <w:t>　　（二）长方体和正方体15课时左右</w:t>
      </w:r>
      <w:r>
        <w:rPr>
          <w:lang w:eastAsia="zh-CN"/>
        </w:rPr>
        <w:br/>
      </w:r>
      <w:r>
        <w:rPr>
          <w:lang w:eastAsia="zh-CN"/>
        </w:rPr>
        <w:t>　　1.长方体和正方体的认识2课时左右</w:t>
      </w:r>
      <w:r>
        <w:rPr>
          <w:lang w:eastAsia="zh-CN"/>
        </w:rPr>
        <w:br/>
      </w:r>
      <w:r>
        <w:rPr>
          <w:lang w:eastAsia="zh-CN"/>
        </w:rPr>
        <w:t>　　2.长方体和正方体的表面积3课时左右</w:t>
      </w:r>
      <w:r>
        <w:rPr>
          <w:lang w:eastAsia="zh-CN"/>
        </w:rPr>
        <w:br/>
      </w:r>
      <w:r>
        <w:rPr>
          <w:lang w:eastAsia="zh-CN"/>
        </w:rPr>
        <w:t>　　3.长方体和正方体的体积8课时左右</w:t>
      </w:r>
      <w:r>
        <w:rPr>
          <w:lang w:eastAsia="zh-CN"/>
        </w:rPr>
        <w:br/>
      </w:r>
      <w:r>
        <w:rPr>
          <w:lang w:eastAsia="zh-CN"/>
        </w:rPr>
        <w:t>　　整理和复习2课时左右</w:t>
      </w:r>
      <w:r>
        <w:rPr>
          <w:lang w:eastAsia="zh-CN"/>
        </w:rPr>
        <w:br/>
      </w:r>
      <w:r>
        <w:rPr>
          <w:lang w:eastAsia="zh-CN"/>
        </w:rPr>
        <w:t>　　（三）约数和倍数17课时左右</w:t>
      </w:r>
      <w:r>
        <w:rPr>
          <w:lang w:eastAsia="zh-CN"/>
        </w:rPr>
        <w:br/>
      </w:r>
      <w:r>
        <w:rPr>
          <w:lang w:eastAsia="zh-CN"/>
        </w:rPr>
        <w:t>　　1.约数和倍数的意义2课时</w:t>
      </w:r>
      <w:r>
        <w:rPr>
          <w:lang w:eastAsia="zh-CN"/>
        </w:rPr>
        <w:br/>
      </w:r>
      <w:r>
        <w:rPr>
          <w:lang w:eastAsia="zh-CN"/>
        </w:rPr>
        <w:t>　　2.能被2、3、5整除的数3课时左右</w:t>
      </w:r>
      <w:r>
        <w:rPr>
          <w:lang w:eastAsia="zh-CN"/>
        </w:rPr>
        <w:br/>
      </w:r>
      <w:r>
        <w:rPr>
          <w:lang w:eastAsia="zh-CN"/>
        </w:rPr>
        <w:t>　　3.质数和合数，分解质因数3课时左右</w:t>
      </w:r>
      <w:r>
        <w:rPr>
          <w:lang w:eastAsia="zh-CN"/>
        </w:rPr>
        <w:br/>
      </w:r>
      <w:r>
        <w:rPr>
          <w:lang w:eastAsia="zh-CN"/>
        </w:rPr>
        <w:t>　　4.最大公约数5课时左右</w:t>
      </w:r>
      <w:r>
        <w:rPr>
          <w:lang w:eastAsia="zh-CN"/>
        </w:rPr>
        <w:br/>
      </w:r>
      <w:r>
        <w:rPr>
          <w:lang w:eastAsia="zh-CN"/>
        </w:rPr>
        <w:t>　　5.最小公倍数2课时左右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整理和复习2课时左右</w:t>
      </w:r>
      <w:r>
        <w:rPr>
          <w:lang w:eastAsia="zh-CN"/>
        </w:rPr>
        <w:br/>
      </w:r>
      <w:r>
        <w:rPr>
          <w:lang w:eastAsia="zh-CN"/>
        </w:rPr>
        <w:t>　　（四）分数的意义和性质20课时左右</w:t>
      </w:r>
      <w:r>
        <w:rPr>
          <w:lang w:eastAsia="zh-CN"/>
        </w:rPr>
        <w:br/>
      </w:r>
      <w:r>
        <w:rPr>
          <w:lang w:eastAsia="zh-CN"/>
        </w:rPr>
        <w:t>　　1.分数的意义6课时左右</w:t>
      </w:r>
      <w:r>
        <w:rPr>
          <w:lang w:eastAsia="zh-CN"/>
        </w:rPr>
        <w:br/>
      </w:r>
      <w:r>
        <w:rPr>
          <w:lang w:eastAsia="zh-CN"/>
        </w:rPr>
        <w:t>　　2.真分数和假分数4课时左右</w:t>
      </w:r>
      <w:r>
        <w:rPr>
          <w:lang w:eastAsia="zh-CN"/>
        </w:rPr>
        <w:br/>
      </w:r>
      <w:r>
        <w:rPr>
          <w:lang w:eastAsia="zh-CN"/>
        </w:rPr>
        <w:t>　　3.分数的基本性质2课时左右</w:t>
      </w:r>
      <w:r>
        <w:rPr>
          <w:lang w:eastAsia="zh-CN"/>
        </w:rPr>
        <w:br/>
      </w:r>
      <w:r>
        <w:rPr>
          <w:lang w:eastAsia="zh-CN"/>
        </w:rPr>
        <w:t>　　4.约分和通分6课时左右</w:t>
      </w:r>
      <w:r>
        <w:rPr>
          <w:lang w:eastAsia="zh-CN"/>
        </w:rPr>
        <w:br/>
      </w:r>
      <w:r>
        <w:rPr>
          <w:lang w:eastAsia="zh-CN"/>
        </w:rPr>
        <w:t>　　整理和复习2课时左右</w:t>
      </w:r>
      <w:r>
        <w:rPr>
          <w:lang w:eastAsia="zh-CN"/>
        </w:rPr>
        <w:br/>
      </w:r>
      <w:r>
        <w:rPr>
          <w:lang w:eastAsia="zh-CN"/>
        </w:rPr>
        <w:t>　　实践活动：数字与编码1课时</w:t>
      </w:r>
      <w:r>
        <w:rPr>
          <w:lang w:eastAsia="zh-CN"/>
        </w:rPr>
        <w:br/>
      </w:r>
      <w:r>
        <w:rPr>
          <w:lang w:eastAsia="zh-CN"/>
        </w:rPr>
        <w:t>　　（五）分数的加法和减法10课时左右</w:t>
      </w:r>
      <w:r>
        <w:rPr>
          <w:lang w:eastAsia="zh-CN"/>
        </w:rPr>
        <w:br/>
      </w:r>
      <w:r>
        <w:rPr>
          <w:lang w:eastAsia="zh-CN"/>
        </w:rPr>
        <w:t>　　1.同分母分数加减法2课时左右</w:t>
      </w:r>
      <w:r>
        <w:rPr>
          <w:lang w:eastAsia="zh-CN"/>
        </w:rPr>
        <w:br/>
      </w:r>
      <w:r>
        <w:rPr>
          <w:lang w:eastAsia="zh-CN"/>
        </w:rPr>
        <w:t>　　2.异分母分数加减法3课时左右</w:t>
      </w:r>
      <w:r>
        <w:rPr>
          <w:lang w:eastAsia="zh-CN"/>
        </w:rPr>
        <w:br/>
      </w:r>
      <w:r>
        <w:rPr>
          <w:lang w:eastAsia="zh-CN"/>
        </w:rPr>
        <w:t>　　3.分数加减混合运算3课时左右</w:t>
      </w:r>
      <w:r>
        <w:rPr>
          <w:lang w:eastAsia="zh-CN"/>
        </w:rPr>
        <w:br/>
      </w:r>
      <w:r>
        <w:rPr>
          <w:lang w:eastAsia="zh-CN"/>
        </w:rPr>
        <w:t>　　整理复习2课时左右</w:t>
      </w:r>
      <w:r>
        <w:rPr>
          <w:lang w:eastAsia="zh-CN"/>
        </w:rPr>
        <w:br/>
      </w:r>
      <w:r>
        <w:rPr>
          <w:lang w:eastAsia="zh-CN"/>
        </w:rPr>
        <w:t>　　（六）总复习5课时左右</w:t>
      </w:r>
      <w:r>
        <w:rPr>
          <w:lang w:eastAsia="zh-CN"/>
        </w:rPr>
        <w:br/>
      </w:r>
      <w:r>
        <w:rPr>
          <w:lang w:eastAsia="zh-CN"/>
        </w:rPr>
        <w:t>　　合计大约80课时左右</w:t>
      </w:r>
      <w:r>
        <w:rPr>
          <w:lang w:eastAsia="zh-CN"/>
        </w:rPr>
        <w:br/>
      </w:r>
      <w:r>
        <w:rPr>
          <w:lang w:eastAsia="zh-CN"/>
        </w:rPr>
        <w:t>　　五、减负提质措施</w:t>
      </w:r>
      <w:r>
        <w:rPr>
          <w:lang w:eastAsia="zh-CN"/>
        </w:rPr>
        <w:br/>
      </w:r>
      <w:r>
        <w:rPr>
          <w:lang w:eastAsia="zh-CN"/>
        </w:rPr>
        <w:t>　　1、加强对比训练和迁移能力的培养。</w:t>
      </w:r>
      <w:r>
        <w:rPr>
          <w:lang w:eastAsia="zh-CN"/>
        </w:rPr>
        <w:br/>
      </w:r>
      <w:r>
        <w:rPr>
          <w:lang w:eastAsia="zh-CN"/>
        </w:rPr>
        <w:t>　　2、加大研究型学习的力度，让学生通过自己的探索获得知识经验和能力。</w:t>
      </w:r>
      <w:r>
        <w:rPr>
          <w:lang w:eastAsia="zh-CN"/>
        </w:rPr>
        <w:br/>
      </w:r>
      <w:r>
        <w:rPr>
          <w:lang w:eastAsia="zh-CN"/>
        </w:rPr>
        <w:t>　　4、加强基本知识和基本技能的教学。</w:t>
      </w:r>
      <w:r>
        <w:rPr>
          <w:lang w:eastAsia="zh-CN"/>
        </w:rPr>
        <w:br/>
      </w:r>
      <w:r>
        <w:rPr>
          <w:lang w:eastAsia="zh-CN"/>
        </w:rPr>
        <w:t>　　5、加强对学生能力、良好思想品德和学习习惯的培养，激发学生学习数学的兴趣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6、在教学中注重基础知识的教学和基本技能的培养</w:t>
      </w:r>
      <w:r>
        <w:rPr>
          <w:lang w:eastAsia="zh-CN"/>
        </w:rPr>
        <w:br/>
      </w:r>
      <w:r>
        <w:rPr>
          <w:lang w:eastAsia="zh-CN"/>
        </w:rPr>
        <w:t>　　7、重视实际测量，进一步发展学生的空间观念</w:t>
      </w:r>
      <w:r>
        <w:rPr>
          <w:lang w:eastAsia="zh-CN"/>
        </w:rPr>
        <w:br/>
      </w:r>
      <w:r>
        <w:rPr>
          <w:lang w:eastAsia="zh-CN"/>
        </w:rPr>
        <w:t>　　8、重视数学与生活的联系，并加强实践能力的培养</w:t>
      </w:r>
      <w:r>
        <w:rPr>
          <w:lang w:eastAsia="zh-CN"/>
        </w:rPr>
        <w:br/>
      </w:r>
      <w:r>
        <w:rPr>
          <w:lang w:eastAsia="zh-CN"/>
        </w:rPr>
        <w:t>　　9、改进练习设计，促进学生的学习</w:t>
      </w:r>
      <w:r>
        <w:rPr>
          <w:lang w:eastAsia="zh-CN"/>
        </w:rPr>
        <w:br/>
      </w:r>
      <w:r>
        <w:rPr>
          <w:lang w:eastAsia="zh-CN"/>
        </w:rPr>
        <w:t>　　10、注重教学方法的最优化，关心了解每一个学生，注意提优补差。</w:t>
      </w:r>
      <w:r>
        <w:rPr>
          <w:lang w:eastAsia="zh-CN"/>
        </w:rPr>
        <w:br/>
      </w:r>
      <w:r>
        <w:rPr>
          <w:lang w:eastAsia="zh-CN"/>
        </w:rPr>
        <w:t>　　六、教学检测及评价</w:t>
      </w:r>
      <w:r>
        <w:rPr>
          <w:lang w:eastAsia="zh-CN"/>
        </w:rPr>
        <w:br/>
      </w:r>
      <w:r>
        <w:rPr>
          <w:lang w:eastAsia="zh-CN"/>
        </w:rPr>
        <w:t>　　每单元检测一次，期中期末各检测一次。</w:t>
      </w:r>
      <w:r>
        <w:rPr>
          <w:lang w:eastAsia="zh-CN"/>
        </w:rPr>
        <w:br/>
      </w:r>
      <w:r>
        <w:rPr>
          <w:lang w:eastAsia="zh-CN"/>
        </w:rPr>
        <w:t>　　平时课堂表现，课堂作业，家庭作业采用评星办法进行评比。</w:t>
      </w:r>
      <w:r>
        <w:rPr>
          <w:lang w:eastAsia="zh-CN"/>
        </w:rPr>
        <w:br/>
      </w:r>
      <w:r>
        <w:rPr>
          <w:lang w:eastAsia="zh-CN"/>
        </w:rPr>
        <w:t>　　七、学生辅导</w:t>
      </w:r>
      <w:r>
        <w:rPr>
          <w:lang w:eastAsia="zh-CN"/>
        </w:rPr>
        <w:br/>
      </w:r>
      <w:r>
        <w:rPr>
          <w:lang w:eastAsia="zh-CN"/>
        </w:rPr>
        <w:t>　　一帮一结对子单独辅导</w:t>
      </w:r>
      <w:r>
        <w:rPr>
          <w:lang w:eastAsia="zh-CN"/>
        </w:rPr>
        <w:br/>
      </w:r>
      <w:r>
        <w:rPr>
          <w:lang w:eastAsia="zh-CN"/>
        </w:rPr>
        <w:t xml:space="preserve">    关于五年级上册数学教学计划模板合集 篇14 </w:t>
      </w:r>
      <w:r>
        <w:rPr>
          <w:lang w:eastAsia="zh-CN"/>
        </w:rPr>
        <w:br/>
      </w:r>
      <w:r>
        <w:rPr>
          <w:lang w:eastAsia="zh-CN"/>
        </w:rPr>
        <w:t>　　一、基本情况分析：</w:t>
      </w:r>
      <w:r>
        <w:rPr>
          <w:lang w:eastAsia="zh-CN"/>
        </w:rPr>
        <w:br/>
      </w:r>
      <w:r>
        <w:rPr>
          <w:lang w:eastAsia="zh-CN"/>
        </w:rPr>
        <w:t>　　本班现有学生47人，其中男生25人，女人22人，这群学生学习底子不够扎实，纪律性差，课堂思维懒惰，回答问题的积极性不高，反而课下能够疯打闹，课上不能专心听讲，作业书写不够认真。</w:t>
      </w:r>
      <w:r>
        <w:rPr>
          <w:lang w:eastAsia="zh-CN"/>
        </w:rPr>
        <w:br/>
      </w:r>
      <w:r>
        <w:rPr>
          <w:lang w:eastAsia="zh-CN"/>
        </w:rPr>
        <w:t>　　二、本学期达到的教学目标：</w:t>
      </w:r>
      <w:r>
        <w:rPr>
          <w:lang w:eastAsia="zh-CN"/>
        </w:rPr>
        <w:br/>
      </w:r>
      <w:r>
        <w:rPr>
          <w:lang w:eastAsia="zh-CN"/>
        </w:rPr>
        <w:t>　　1、使学生理解分数加、减法的意义，掌握分数加、减法的计算规则，比较熟练地计算分数加、减法（简单的能够口算）。</w:t>
      </w:r>
      <w:r>
        <w:rPr>
          <w:lang w:eastAsia="zh-CN"/>
        </w:rPr>
        <w:br/>
      </w:r>
      <w:r>
        <w:rPr>
          <w:lang w:eastAsia="zh-CN"/>
        </w:rPr>
        <w:t>　　2、使学生掌握长方体和正方体的特征，会计算它们的表面积和体积。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3、使学生理解分数乘法、除法的意义，掌握分数乘法除法的计算法则，比较熟练的计算分数乘除法（简单的能够口算）</w:t>
      </w:r>
      <w:r>
        <w:rPr>
          <w:lang w:eastAsia="zh-CN"/>
        </w:rPr>
        <w:br/>
      </w:r>
      <w:r>
        <w:rPr>
          <w:lang w:eastAsia="zh-CN"/>
        </w:rPr>
        <w:t>　　4、学生会根据指定要求，设计游戏方案；游戏方案要公平、便于操作。</w:t>
      </w:r>
      <w:r>
        <w:rPr>
          <w:lang w:eastAsia="zh-CN"/>
        </w:rPr>
        <w:br/>
      </w:r>
      <w:r>
        <w:rPr>
          <w:lang w:eastAsia="zh-CN"/>
        </w:rPr>
        <w:t>　　5、使学生会进行分数四则混合运算。</w:t>
      </w:r>
      <w:r>
        <w:rPr>
          <w:lang w:eastAsia="zh-CN"/>
        </w:rPr>
        <w:br/>
      </w:r>
      <w:r>
        <w:rPr>
          <w:lang w:eastAsia="zh-CN"/>
        </w:rPr>
        <w:t>　　6、使学生理解比的意义和性质，会求比值和化简比。</w:t>
      </w:r>
      <w:r>
        <w:rPr>
          <w:lang w:eastAsia="zh-CN"/>
        </w:rPr>
        <w:br/>
      </w:r>
      <w:r>
        <w:rPr>
          <w:lang w:eastAsia="zh-CN"/>
        </w:rPr>
        <w:t>　　7、能准确又简明地表示出物体的位置，能用“数对”表示位置。</w:t>
      </w:r>
      <w:r>
        <w:rPr>
          <w:lang w:eastAsia="zh-CN"/>
        </w:rPr>
        <w:br/>
      </w:r>
      <w:r>
        <w:rPr>
          <w:lang w:eastAsia="zh-CN"/>
        </w:rPr>
        <w:t>　　8、使学生能够解答求一个数的几分之几是多少的简单和复杂的分数应有题，学会用方程解答应用题；能根据应有题的具体情况，灵活解答。</w:t>
      </w:r>
      <w:r>
        <w:rPr>
          <w:lang w:eastAsia="zh-CN"/>
        </w:rPr>
        <w:br/>
      </w:r>
      <w:r>
        <w:rPr>
          <w:lang w:eastAsia="zh-CN"/>
        </w:rPr>
        <w:t>　　9、让学生自主调查整理数据，会制作复式条形统计图和复式折线统计图。</w:t>
      </w:r>
      <w:r>
        <w:rPr>
          <w:lang w:eastAsia="zh-CN"/>
        </w:rPr>
        <w:br/>
      </w:r>
      <w:r>
        <w:rPr>
          <w:lang w:eastAsia="zh-CN"/>
        </w:rPr>
        <w:t>　　三、教学进度：</w:t>
      </w:r>
      <w:r>
        <w:rPr>
          <w:lang w:eastAsia="zh-CN"/>
        </w:rPr>
        <w:br/>
      </w:r>
      <w:r>
        <w:rPr>
          <w:lang w:eastAsia="zh-CN"/>
        </w:rPr>
        <w:t>　　第一单元：分数的加法和减法8课时左右</w:t>
      </w:r>
      <w:r>
        <w:rPr>
          <w:lang w:eastAsia="zh-CN"/>
        </w:rPr>
        <w:br/>
      </w:r>
      <w:r>
        <w:rPr>
          <w:lang w:eastAsia="zh-CN"/>
        </w:rPr>
        <w:t>　　第二单元：长方体和正方体10课时左右</w:t>
      </w:r>
      <w:r>
        <w:rPr>
          <w:lang w:eastAsia="zh-CN"/>
        </w:rPr>
        <w:br/>
      </w:r>
      <w:r>
        <w:rPr>
          <w:lang w:eastAsia="zh-CN"/>
        </w:rPr>
        <w:t>　　综合应用：有趣的溶解现象1课时</w:t>
      </w:r>
      <w:r>
        <w:rPr>
          <w:lang w:eastAsia="zh-CN"/>
        </w:rPr>
        <w:br/>
      </w:r>
      <w:r>
        <w:rPr>
          <w:lang w:eastAsia="zh-CN"/>
        </w:rPr>
        <w:t>　　第三单元：分数乘法11课时左右</w:t>
      </w:r>
      <w:r>
        <w:rPr>
          <w:lang w:eastAsia="zh-CN"/>
        </w:rPr>
        <w:br/>
      </w:r>
      <w:r>
        <w:rPr>
          <w:lang w:eastAsia="zh-CN"/>
        </w:rPr>
        <w:t>　　第四单元：可能性2课时</w:t>
      </w:r>
      <w:r>
        <w:rPr>
          <w:lang w:eastAsia="zh-CN"/>
        </w:rPr>
        <w:br/>
      </w:r>
      <w:r>
        <w:rPr>
          <w:lang w:eastAsia="zh-CN"/>
        </w:rPr>
        <w:t>　　第五单元：分数除法10课时左右</w:t>
      </w:r>
      <w:r>
        <w:rPr>
          <w:lang w:eastAsia="zh-CN"/>
        </w:rPr>
        <w:br/>
      </w:r>
      <w:r>
        <w:rPr>
          <w:lang w:eastAsia="zh-CN"/>
        </w:rPr>
        <w:t>　　第六单元：人体的奥妙——比6课时</w:t>
      </w:r>
      <w:r>
        <w:rPr>
          <w:lang w:eastAsia="zh-CN"/>
        </w:rPr>
        <w:br/>
      </w:r>
      <w:r>
        <w:rPr>
          <w:lang w:eastAsia="zh-CN"/>
        </w:rPr>
        <w:t>　　第七单元：方向和位置6课时</w:t>
      </w:r>
      <w:r>
        <w:rPr>
          <w:lang w:eastAsia="zh-CN"/>
        </w:rPr>
        <w:br/>
      </w:r>
      <w:r>
        <w:rPr>
          <w:lang w:eastAsia="zh-CN"/>
        </w:rPr>
        <w:t>　　第八单元：分数四则混合运算和应用题8课时</w:t>
      </w:r>
      <w:r>
        <w:rPr>
          <w:lang w:eastAsia="zh-CN"/>
        </w:rPr>
        <w:br/>
      </w:r>
      <w:r>
        <w:rPr>
          <w:lang w:eastAsia="zh-CN"/>
        </w:rPr>
        <w:t>　　第九单元：爱护眼睛——统计4课时左右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数学与生活1课时左右</w:t>
      </w:r>
      <w:r>
        <w:rPr>
          <w:lang w:eastAsia="zh-CN"/>
        </w:rPr>
        <w:br/>
      </w:r>
      <w:r>
        <w:rPr>
          <w:lang w:eastAsia="zh-CN"/>
        </w:rPr>
        <w:t>　　总复习机动</w:t>
      </w:r>
      <w:r>
        <w:rPr>
          <w:lang w:eastAsia="zh-CN"/>
        </w:rPr>
        <w:br/>
      </w:r>
      <w:r>
        <w:rPr>
          <w:lang w:eastAsia="zh-CN"/>
        </w:rPr>
        <w:t>　　四、改进教学措施及教学中应注意的问题：</w:t>
      </w:r>
      <w:r>
        <w:rPr>
          <w:lang w:eastAsia="zh-CN"/>
        </w:rPr>
        <w:br/>
      </w:r>
      <w:r>
        <w:rPr>
          <w:lang w:eastAsia="zh-CN"/>
        </w:rPr>
        <w:t>　　1、讲究教学方法，我认为教学是一门艺术，精心设计适合本课的教学方法，让每一堂课都深深吸引学生，调动他们的积极性，形成一种乐学好问的学习氛围。并改掉以往教学满堂灌的方法，通过创设情景环境，让学生逐步参与教学过程，改变学生被动学习，被动接受知识的习惯。每一堂课都要实行课堂改革，把自主权放给学生，让学生成为课堂教学中的主人，教师只是课堂教学的组织者、引导者和合作者，让学生在“主动、探究、合作”的氛围中学习成长。</w:t>
      </w:r>
      <w:r>
        <w:rPr>
          <w:lang w:eastAsia="zh-CN"/>
        </w:rPr>
        <w:br/>
      </w:r>
      <w:r>
        <w:rPr>
          <w:lang w:eastAsia="zh-CN"/>
        </w:rPr>
        <w:t>　　2、转变教学观念，顺应改革潮流。教学中，注意书本知识与实际生活紧密联系，让学生明白数学来源于生活，而又服务于生活，在课堂上，创设一些生活情景让学生把学习数学知识与生活实际联系在一起，让学生体验到学习数学在现实生活中的价值，贯彻“人人学有价值的数学；人人都能获得必需的数学；不同的人在数学上都能得到不同的发展”的教学方针。培养学生灵活敏捷的思维和严谨的学习态度，让学生会提出问题，分析问题，解决问题，从而达到会学习，促进学生的全面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以发展的眼光爱戴后进生。有这样一句广告语：不要以为平静的不懂得激情；渺小的不懂得伟大……理解、信任能融化心灵的冰川。世界上没有一层不变的东西，何况是每一个有思想有血肉的人。所以我会努力挖掘每一位后进生的潜力，让他们不掉队。</w:t>
      </w:r>
      <w:r>
        <w:rPr>
          <w:lang w:eastAsia="zh-CN"/>
        </w:rPr>
        <w:br/>
      </w:r>
      <w:r>
        <w:rPr>
          <w:lang w:eastAsia="zh-CN"/>
        </w:rPr>
        <w:t xml:space="preserve">    关于五年级上册数学教学计划模板合集 篇15 </w:t>
      </w:r>
      <w:r>
        <w:rPr>
          <w:lang w:eastAsia="zh-CN"/>
        </w:rPr>
        <w:br/>
      </w:r>
      <w:r>
        <w:rPr>
          <w:lang w:eastAsia="zh-CN"/>
        </w:rPr>
        <w:t>　　本学期我接任五年级的数学教学任务。在经过一段时间的接触后，发现大部分的学生对数学比较感兴趣，学习态度端正，有着良好的学习习惯，上课时基本上能积极思考，举手发言，少数学生能主动、创造性的进行学习。但也有一部分男同学学习自觉性差，不能及时完成作业，对学习数学有一定困难。所以在新的学期里，在重点抓好基础知识教学的同时，加强后进生的辅导和优等生的指导工作，全面提高合格率和优秀率。</w:t>
      </w:r>
      <w:r>
        <w:rPr>
          <w:lang w:eastAsia="zh-CN"/>
        </w:rPr>
        <w:br/>
      </w:r>
      <w:r>
        <w:rPr>
          <w:lang w:eastAsia="zh-CN"/>
        </w:rPr>
        <w:t>　　一、教材分析：</w:t>
      </w:r>
      <w:r>
        <w:rPr>
          <w:lang w:eastAsia="zh-CN"/>
        </w:rPr>
        <w:br/>
      </w:r>
      <w:r>
        <w:rPr>
          <w:lang w:eastAsia="zh-CN"/>
        </w:rPr>
        <w:t>　　本册教材内容包括：小数乘法、小数除法、观察物体,简易方程、多边形的面积、统计与可能性、数学广角等。</w:t>
      </w:r>
      <w:r>
        <w:rPr>
          <w:lang w:eastAsia="zh-CN"/>
        </w:rPr>
        <w:br/>
      </w:r>
      <w:r>
        <w:rPr>
          <w:lang w:eastAsia="zh-CN"/>
        </w:rPr>
        <w:t>　　（一）数与代数方面,安排了小数乘法，小数除法和简易方程。使学生在理解小数的意义和性质的基础上，在已有知识基础上，自己探索出小数乘法和除法的计算方法。使学生会用“四舍五入法”截取积、商是小数的近似值。使学生理解整数乘法运算定律对于小数同样适用，并会运用这些定律进行一些小数的简便计算.</w:t>
      </w:r>
      <w:r>
        <w:rPr>
          <w:lang w:eastAsia="zh-CN"/>
        </w:rPr>
        <w:br/>
      </w:r>
      <w:r>
        <w:rPr>
          <w:lang w:eastAsia="zh-CN"/>
        </w:rPr>
        <w:t>　　（二）在空间与图形方面，安排了观察物体和多边形的面积两个单元。在已有知识和经验的基础上，探索并体会各种图形的特征、图形之间的关系，及图形之间的转化，掌握平行四边形、三角形、梯形的面积公式及公式之间的关系，渗透平移、旋转、转化的数学思想方法，促进学生空间观念的进一步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（三）在统计与概率方面，让学生学习有关可能性和中位数的知识。了解什么叫“中位数”，并会找出“中位数”，会区分“平均数”与“中位数”。</w:t>
      </w:r>
      <w:r>
        <w:rPr>
          <w:lang w:eastAsia="zh-CN"/>
        </w:rPr>
        <w:br/>
      </w:r>
      <w:r>
        <w:rPr>
          <w:lang w:eastAsia="zh-CN"/>
        </w:rPr>
        <w:t>　　（四）在用数学解决问题方面，安排了“数学广角”的教学内容，通过观察、猜测、实验、推理等活动，培养他们探索数学问题的兴趣和发现、欣赏数学美的意识。</w:t>
      </w:r>
      <w:r>
        <w:rPr>
          <w:lang w:eastAsia="zh-CN"/>
        </w:rPr>
        <w:br/>
      </w:r>
      <w:r>
        <w:rPr>
          <w:lang w:eastAsia="zh-CN"/>
        </w:rPr>
        <w:t>　　（五）本册教材根据学生所学习的数学知识和生活经验，还安排了两个数学综合应用的实践活动，让学生通过小组合作的探索活动，运用所学知识解决问题，体会探索的乐趣和数学的实际应用，感受用数学的愉悦，培养数学意识和实践能力。</w:t>
      </w:r>
      <w:r>
        <w:rPr>
          <w:lang w:eastAsia="zh-CN"/>
        </w:rPr>
        <w:br/>
      </w:r>
      <w:r>
        <w:rPr>
          <w:lang w:eastAsia="zh-CN"/>
        </w:rPr>
        <w:t>　　二、教学重点</w:t>
      </w:r>
      <w:r>
        <w:rPr>
          <w:lang w:eastAsia="zh-CN"/>
        </w:rPr>
        <w:br/>
      </w:r>
      <w:r>
        <w:rPr>
          <w:lang w:eastAsia="zh-CN"/>
        </w:rPr>
        <w:t>　　小数乘法、除法，简易方程，多边形的面积，统计与可能性等是本册教材的重点教学内容。</w:t>
      </w:r>
      <w:r>
        <w:rPr>
          <w:lang w:eastAsia="zh-CN"/>
        </w:rPr>
        <w:br/>
      </w:r>
      <w:r>
        <w:rPr>
          <w:lang w:eastAsia="zh-CN"/>
        </w:rPr>
        <w:t>　　三、教学难点</w:t>
      </w:r>
      <w:r>
        <w:rPr>
          <w:lang w:eastAsia="zh-CN"/>
        </w:rPr>
        <w:br/>
      </w:r>
      <w:r>
        <w:rPr>
          <w:lang w:eastAsia="zh-CN"/>
        </w:rPr>
        <w:t>　　理解小数乘、除法的算理，理解用字母表示数的意义，理解用字母表示数的公式，理解方程的意义及等式的基本性质，根据题意分析数量间的相等关系，理解多边行面积公式的推导过程。</w:t>
      </w:r>
      <w:r>
        <w:rPr>
          <w:lang w:eastAsia="zh-CN"/>
        </w:rPr>
        <w:br/>
      </w:r>
      <w:r>
        <w:rPr>
          <w:lang w:eastAsia="zh-CN"/>
        </w:rPr>
        <w:t>　　四、教学目标</w:t>
      </w:r>
      <w:r>
        <w:rPr>
          <w:lang w:eastAsia="zh-CN"/>
        </w:rPr>
        <w:br/>
      </w:r>
      <w:r>
        <w:rPr>
          <w:lang w:eastAsia="zh-CN"/>
        </w:rPr>
        <w:t>　　1、使学生在理解小数的意义和性质的基础上。比较熟练地进行小数乘法和小数除法的笔算和简算。</w:t>
      </w:r>
      <w:r>
        <w:rPr>
          <w:lang w:eastAsia="zh-CN"/>
        </w:rPr>
        <w:br/>
      </w:r>
      <w:r>
        <w:rPr>
          <w:lang w:eastAsia="zh-CN"/>
        </w:rPr>
        <w:t>　　2、使学生学会用字母表示数，表示常见的数量关系，初步理解方程的含义，会解简易方程。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3、探索并掌握平行四边形、三角形和梯形面积的计算公式，会计算它们的面积。</w:t>
      </w:r>
      <w:r>
        <w:rPr>
          <w:lang w:eastAsia="zh-CN"/>
        </w:rPr>
        <w:br/>
      </w:r>
      <w:r>
        <w:rPr>
          <w:lang w:eastAsia="zh-CN"/>
        </w:rPr>
        <w:t>　　4、能辨认从不同方位看到的物体的形状和相对公式。</w:t>
      </w:r>
      <w:r>
        <w:rPr>
          <w:lang w:eastAsia="zh-CN"/>
        </w:rPr>
        <w:br/>
      </w:r>
      <w:r>
        <w:rPr>
          <w:lang w:eastAsia="zh-CN"/>
        </w:rPr>
        <w:t>　　5、理解中位数的意义，会求数据的中位数。</w:t>
      </w:r>
      <w:r>
        <w:rPr>
          <w:lang w:eastAsia="zh-CN"/>
        </w:rPr>
        <w:br/>
      </w:r>
      <w:r>
        <w:rPr>
          <w:lang w:eastAsia="zh-CN"/>
        </w:rPr>
        <w:t>　　6、体验事件发生的等可能性以及游戏规则的公平，会求一些事件发生的可能性；能对简单事件发生的可能性作出预测，进一步体会概率在现实生活中的作用。</w:t>
      </w:r>
      <w:r>
        <w:rPr>
          <w:lang w:eastAsia="zh-CN"/>
        </w:rPr>
        <w:br/>
      </w:r>
      <w:r>
        <w:rPr>
          <w:lang w:eastAsia="zh-CN"/>
        </w:rPr>
        <w:t>　　7、经历从实际生活中发现问题、提出问题、解决问题的过程。体会数学在日常生活中的作用，初步形成综合运用数学知识解决问题的能力。</w:t>
      </w:r>
      <w:r>
        <w:rPr>
          <w:lang w:eastAsia="zh-CN"/>
        </w:rPr>
        <w:br/>
      </w:r>
      <w:r>
        <w:rPr>
          <w:lang w:eastAsia="zh-CN"/>
        </w:rPr>
        <w:t>　　8、初步了解数字编码的思想方法，培养发现生活中数学的意识，初步形成观察、分析及推理的能力。</w:t>
      </w:r>
      <w:r>
        <w:rPr>
          <w:lang w:eastAsia="zh-CN"/>
        </w:rPr>
        <w:br/>
      </w:r>
      <w:r>
        <w:rPr>
          <w:lang w:eastAsia="zh-CN"/>
        </w:rPr>
        <w:t>　　9、体会学习数学的乐趣，提高学习的兴趣，建立学好数学的信心。</w:t>
      </w:r>
      <w:r>
        <w:rPr>
          <w:lang w:eastAsia="zh-CN"/>
        </w:rPr>
        <w:br/>
      </w:r>
      <w:r>
        <w:rPr>
          <w:lang w:eastAsia="zh-CN"/>
        </w:rPr>
        <w:t>　　10、养成认真作业、书写整洁的良好习惯。</w:t>
      </w:r>
      <w:r>
        <w:rPr>
          <w:lang w:eastAsia="zh-CN"/>
        </w:rPr>
        <w:br/>
      </w:r>
      <w:r>
        <w:rPr>
          <w:lang w:eastAsia="zh-CN"/>
        </w:rPr>
        <w:t>　　五、教学措施</w:t>
      </w:r>
      <w:r>
        <w:rPr>
          <w:lang w:eastAsia="zh-CN"/>
        </w:rPr>
        <w:br/>
      </w:r>
      <w:r>
        <w:rPr>
          <w:lang w:eastAsia="zh-CN"/>
        </w:rPr>
        <w:t>　　1、课堂教学，师生之间学生之间交往互动，共同发展。</w:t>
      </w:r>
      <w:r>
        <w:rPr>
          <w:lang w:eastAsia="zh-CN"/>
        </w:rPr>
        <w:br/>
      </w:r>
      <w:r>
        <w:rPr>
          <w:lang w:eastAsia="zh-CN"/>
        </w:rPr>
        <w:t>　　2、加强个别辅导，提高学困生的学习成绩。</w:t>
      </w:r>
      <w:r>
        <w:rPr>
          <w:lang w:eastAsia="zh-CN"/>
        </w:rPr>
        <w:br/>
      </w:r>
      <w:r>
        <w:rPr>
          <w:lang w:eastAsia="zh-CN"/>
        </w:rPr>
        <w:t>　　3、培养学生的合作意识，创造精神。</w:t>
      </w:r>
      <w:r>
        <w:rPr>
          <w:lang w:eastAsia="zh-CN"/>
        </w:rPr>
        <w:br/>
      </w:r>
      <w:r>
        <w:rPr>
          <w:lang w:eastAsia="zh-CN"/>
        </w:rPr>
        <w:t>　　4、注意加强数学与实际生活联系，让学生在活动中解决数学问题，感受、体验理解数学。</w:t>
      </w:r>
      <w:r>
        <w:rPr>
          <w:lang w:eastAsia="zh-CN"/>
        </w:rPr>
        <w:br/>
      </w:r>
      <w:r>
        <w:rPr>
          <w:lang w:eastAsia="zh-CN"/>
        </w:rPr>
        <w:t>　　5、创新评价，激励促进学生全面发展。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6、渗透数学思想方法，培养数学就能力。</w:t>
      </w:r>
      <w:r>
        <w:rPr>
          <w:lang w:eastAsia="zh-CN"/>
        </w:rPr>
        <w:br/>
      </w:r>
      <w:r>
        <w:rPr>
          <w:lang w:eastAsia="zh-CN"/>
        </w:rPr>
        <w:t>　　六、课时安排</w:t>
      </w:r>
      <w:r>
        <w:rPr>
          <w:lang w:eastAsia="zh-CN"/>
        </w:rPr>
        <w:br/>
      </w:r>
      <w:r>
        <w:rPr>
          <w:lang w:eastAsia="zh-CN"/>
        </w:rPr>
        <w:t>　　1、小数乘法———————————————（8课时）</w:t>
      </w:r>
      <w:r>
        <w:rPr>
          <w:lang w:eastAsia="zh-CN"/>
        </w:rPr>
        <w:br/>
      </w:r>
      <w:r>
        <w:rPr>
          <w:lang w:eastAsia="zh-CN"/>
        </w:rPr>
        <w:t>　　2、小数除法————————————————（11课时）</w:t>
      </w:r>
      <w:r>
        <w:rPr>
          <w:lang w:eastAsia="zh-CN"/>
        </w:rPr>
        <w:br/>
      </w:r>
      <w:r>
        <w:rPr>
          <w:lang w:eastAsia="zh-CN"/>
        </w:rPr>
        <w:t>　　3、观察物体————————————————（3课时）</w:t>
      </w:r>
      <w:r>
        <w:rPr>
          <w:lang w:eastAsia="zh-CN"/>
        </w:rPr>
        <w:br/>
      </w:r>
      <w:r>
        <w:rPr>
          <w:lang w:eastAsia="zh-CN"/>
        </w:rPr>
        <w:t>　　4、简易方程（16课时）</w:t>
      </w:r>
      <w:r>
        <w:rPr>
          <w:lang w:eastAsia="zh-CN"/>
        </w:rPr>
        <w:br/>
      </w:r>
      <w:r>
        <w:rPr>
          <w:lang w:eastAsia="zh-CN"/>
        </w:rPr>
        <w:t>　　（1）用字母表示数（3课时）</w:t>
      </w:r>
      <w:r>
        <w:rPr>
          <w:lang w:eastAsia="zh-CN"/>
        </w:rPr>
        <w:br/>
      </w:r>
      <w:r>
        <w:rPr>
          <w:lang w:eastAsia="zh-CN"/>
        </w:rPr>
        <w:t>　　（2）解简易方程（12课时）</w:t>
      </w:r>
      <w:r>
        <w:rPr>
          <w:lang w:eastAsia="zh-CN"/>
        </w:rPr>
        <w:br/>
      </w:r>
      <w:r>
        <w:rPr>
          <w:lang w:eastAsia="zh-CN"/>
        </w:rPr>
        <w:t>　　整理和复习（1课时）</w:t>
      </w:r>
      <w:r>
        <w:rPr>
          <w:lang w:eastAsia="zh-CN"/>
        </w:rPr>
        <w:br/>
      </w:r>
      <w:r>
        <w:rPr>
          <w:lang w:eastAsia="zh-CN"/>
        </w:rPr>
        <w:t>　　量一量找规律（2课时）</w:t>
      </w:r>
      <w:r>
        <w:rPr>
          <w:lang w:eastAsia="zh-CN"/>
        </w:rPr>
        <w:br/>
      </w:r>
      <w:r>
        <w:rPr>
          <w:lang w:eastAsia="zh-CN"/>
        </w:rPr>
        <w:t>　　5、多边形的面积——————————————（9课时）</w:t>
      </w:r>
      <w:r>
        <w:rPr>
          <w:lang w:eastAsia="zh-CN"/>
        </w:rPr>
        <w:br/>
      </w:r>
      <w:r>
        <w:rPr>
          <w:lang w:eastAsia="zh-CN"/>
        </w:rPr>
        <w:t>　　量一量——————————————————（1课时）</w:t>
      </w:r>
      <w:r>
        <w:rPr>
          <w:lang w:eastAsia="zh-CN"/>
        </w:rPr>
        <w:br/>
      </w:r>
      <w:r>
        <w:rPr>
          <w:lang w:eastAsia="zh-CN"/>
        </w:rPr>
        <w:t>　　6、统计与可能性——————————————（4课时）</w:t>
      </w:r>
      <w:r>
        <w:rPr>
          <w:lang w:eastAsia="zh-CN"/>
        </w:rPr>
        <w:br/>
      </w:r>
      <w:r>
        <w:rPr>
          <w:lang w:eastAsia="zh-CN"/>
        </w:rPr>
        <w:t>　　铺一铺——————————————————（1课时）</w:t>
      </w:r>
      <w:r>
        <w:rPr>
          <w:lang w:eastAsia="zh-CN"/>
        </w:rPr>
        <w:br/>
      </w:r>
      <w:r>
        <w:rPr>
          <w:lang w:eastAsia="zh-CN"/>
        </w:rPr>
        <w:t>　　7、数学广角————————————————（3课时）</w:t>
      </w:r>
      <w:r>
        <w:rPr>
          <w:lang w:eastAsia="zh-CN"/>
        </w:rPr>
        <w:br/>
      </w:r>
      <w:r>
        <w:rPr>
          <w:lang w:eastAsia="zh-CN"/>
        </w:rPr>
        <w:t>　　8、总复习—————————————————（4课时）</w:t>
      </w:r>
      <w:r>
        <w:rPr>
          <w:lang w:eastAsia="zh-CN"/>
        </w:rPr>
        <w:br/>
      </w:r>
      <w:r>
        <w:rPr>
          <w:lang w:eastAsia="zh-CN"/>
        </w:rPr>
        <w:t xml:space="preserve">    关于五年级上册数学教学计划模板合集 篇16 </w:t>
      </w:r>
      <w:r>
        <w:rPr>
          <w:lang w:eastAsia="zh-CN"/>
        </w:rPr>
        <w:br/>
      </w:r>
      <w:r>
        <w:rPr>
          <w:lang w:eastAsia="zh-CN"/>
        </w:rPr>
        <w:t>　　一、教材分析 本册教材内容包括：小数乘法、小数除法、简易方程、观察物体、多边形的面积、统计与可能性、数学广角和数学综合运用等。</w:t>
      </w:r>
      <w:r>
        <w:rPr>
          <w:lang w:eastAsia="zh-CN"/>
        </w:rPr>
        <w:br/>
      </w:r>
      <w:r>
        <w:rPr>
          <w:lang w:eastAsia="zh-CN"/>
        </w:rPr>
        <w:t>　　(一) 数与代数方面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本册教材安排了小数乘法，小数除法和简易方程。小数乘法和除法是在学生掌握了整数的四则运算、小数的意义和性质以及小数加减法的基础上进行教学，继续培养学生小数的四则运算能力。简易方程中有用字母表示数、等式的性质、解简单的方程、用方程表示等量关系进而解决简单的实际问题等内容，进一步发展学生的抽象思维能力，提高解决问题的能力。</w:t>
      </w:r>
      <w:r>
        <w:rPr>
          <w:lang w:eastAsia="zh-CN"/>
        </w:rPr>
        <w:br/>
      </w:r>
      <w:r>
        <w:rPr>
          <w:lang w:eastAsia="zh-CN"/>
        </w:rPr>
        <w:t>　　(二)在空间与图形方面，安排了观察物体和多边形的面积两个单元。在已有知识和经验的基础上，探索并体会各种图形的特征、图形之间的关系，及图形之间的转化，掌握平行四边形、三角形、梯形的面积公式及公式之间的关系，渗透平移、旋转、转化的数学思想方法，促进学生空间观念的进一步发展。</w:t>
      </w:r>
      <w:r>
        <w:rPr>
          <w:lang w:eastAsia="zh-CN"/>
        </w:rPr>
        <w:br/>
      </w:r>
      <w:r>
        <w:rPr>
          <w:lang w:eastAsia="zh-CN"/>
        </w:rPr>
        <w:t>　　(三)在统计与概率方面，本册教材让学生学习有关可能性和中位数的知识。通过操作与实验，让学生体验事件发生的等可能性以及游戏规则的公平性，学会求一些事件发生的可能性;在平均数的基础上教学中位数。</w:t>
      </w:r>
      <w:r>
        <w:rPr>
          <w:lang w:eastAsia="zh-CN"/>
        </w:rPr>
        <w:br/>
      </w:r>
      <w:r>
        <w:rPr>
          <w:lang w:eastAsia="zh-CN"/>
        </w:rPr>
        <w:t>　　(四)在用数学解决问题方面，教材一方面结合小数乘法和除法两个单元，教学用所学的乘除法计算知识解决生活中的简单问题;另一方面，安排了“数学广角”的教学内容，通过观察、猜测、实验、推理等活动，培养他们探索数学问题的兴趣和发现、欣赏数学美的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(五)本册教材还安排了两个数学综合应用的实践活动，让学生通过小组合作的探索活动，运用所学知识解决问题，体会探索的乐趣和数学的实际应用，感受用数学的愉悦，培养数学意识和实践能力。</w:t>
      </w:r>
      <w:r>
        <w:rPr>
          <w:lang w:eastAsia="zh-CN"/>
        </w:rPr>
        <w:br/>
      </w:r>
      <w:r>
        <w:rPr>
          <w:lang w:eastAsia="zh-CN"/>
        </w:rPr>
        <w:t>　　二、教学重点</w:t>
      </w:r>
      <w:r>
        <w:rPr>
          <w:lang w:eastAsia="zh-CN"/>
        </w:rPr>
        <w:br/>
      </w:r>
      <w:r>
        <w:rPr>
          <w:lang w:eastAsia="zh-CN"/>
        </w:rPr>
        <w:t>　　小数乘法、除法，简易方程，多边形的面积，统计与可能性等是本册教材的重点教学内容。</w:t>
      </w:r>
      <w:r>
        <w:rPr>
          <w:lang w:eastAsia="zh-CN"/>
        </w:rPr>
        <w:br/>
      </w:r>
      <w:r>
        <w:rPr>
          <w:lang w:eastAsia="zh-CN"/>
        </w:rPr>
        <w:t>　　三、教学难点</w:t>
      </w:r>
      <w:r>
        <w:rPr>
          <w:lang w:eastAsia="zh-CN"/>
        </w:rPr>
        <w:br/>
      </w:r>
      <w:r>
        <w:rPr>
          <w:lang w:eastAsia="zh-CN"/>
        </w:rPr>
        <w:t>　　理解小数乘、除法的算理，理解用字母表示数的意义，理解用字母表示数的公式，理解方程的意义及等式的基本性质，根据题意分析数量间的相等关系，理解多边行面积公式的推导过程。</w:t>
      </w:r>
      <w:r>
        <w:rPr>
          <w:lang w:eastAsia="zh-CN"/>
        </w:rPr>
        <w:br/>
      </w:r>
      <w:r>
        <w:rPr>
          <w:lang w:eastAsia="zh-CN"/>
        </w:rPr>
        <w:t>　　四、教学目标</w:t>
      </w:r>
      <w:r>
        <w:rPr>
          <w:lang w:eastAsia="zh-CN"/>
        </w:rPr>
        <w:br/>
      </w:r>
      <w:r>
        <w:rPr>
          <w:lang w:eastAsia="zh-CN"/>
        </w:rPr>
        <w:t>　　1、使学生在理解小数的意义和性质的基础上。比较熟练地进行小数乘法和小数除法的笔算和简算。</w:t>
      </w:r>
      <w:r>
        <w:rPr>
          <w:lang w:eastAsia="zh-CN"/>
        </w:rPr>
        <w:br/>
      </w:r>
      <w:r>
        <w:rPr>
          <w:lang w:eastAsia="zh-CN"/>
        </w:rPr>
        <w:t>　　2、使学生学会用字母表示数，表示常见的数量关系，初步理解方程的含义，会解简易方程。3、探索并掌握平行四边形、三角形和梯形面积的计算公式，会计算它们的面积。</w:t>
      </w:r>
      <w:r>
        <w:rPr>
          <w:lang w:eastAsia="zh-CN"/>
        </w:rPr>
        <w:br/>
      </w:r>
      <w:r>
        <w:rPr>
          <w:lang w:eastAsia="zh-CN"/>
        </w:rPr>
        <w:t>　　4、能辨认从不同方位看到的物体的形状和相对公式。</w:t>
      </w:r>
      <w:r>
        <w:rPr>
          <w:lang w:eastAsia="zh-CN"/>
        </w:rPr>
        <w:br/>
      </w:r>
      <w:r>
        <w:rPr>
          <w:lang w:eastAsia="zh-CN"/>
        </w:rPr>
        <w:t>　　5、理解中位数的意义，会求数据的中位数。</w:t>
      </w:r>
      <w:r>
        <w:rPr>
          <w:lang w:eastAsia="zh-CN"/>
        </w:rPr>
        <w:br/>
      </w:r>
      <w:r>
        <w:rPr>
          <w:lang w:eastAsia="zh-CN"/>
        </w:rPr>
        <w:t>　　6、体验事件发生的等可能性以及游戏规则的公平，会求一些事件发生的可能性;能对简单事件发生的可能性作出预测，进一步体会概率在现实生活中的作用。培养学生的环保意识，争做环保小卫士，向周边的居民宣传有关禁毒知识，做禁毒宣传的小能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7、经历从实际生活中发现问题、提出问题、解决问题的过程。体会数学在日常生活中的作用，初步形成综合运用数学知识解决问题的能力。</w:t>
      </w:r>
      <w:r>
        <w:rPr>
          <w:lang w:eastAsia="zh-CN"/>
        </w:rPr>
        <w:br/>
      </w:r>
      <w:r>
        <w:rPr>
          <w:lang w:eastAsia="zh-CN"/>
        </w:rPr>
        <w:t>　　8、初步了解数字编码的思想方法，培养发现生活中数学的意识，初步形成观察、分析及推理的能力。</w:t>
      </w:r>
      <w:r>
        <w:rPr>
          <w:lang w:eastAsia="zh-CN"/>
        </w:rPr>
        <w:br/>
      </w:r>
      <w:r>
        <w:rPr>
          <w:lang w:eastAsia="zh-CN"/>
        </w:rPr>
        <w:t>　　9、体会学习数学的乐趣，提高学习的兴趣，建立学好数学的信心。</w:t>
      </w:r>
      <w:r>
        <w:rPr>
          <w:lang w:eastAsia="zh-CN"/>
        </w:rPr>
        <w:br/>
      </w:r>
      <w:r>
        <w:rPr>
          <w:lang w:eastAsia="zh-CN"/>
        </w:rPr>
        <w:t>　　10、养成认真作业、书写整洁的良好习惯。</w:t>
      </w:r>
      <w:r>
        <w:rPr>
          <w:lang w:eastAsia="zh-CN"/>
        </w:rPr>
        <w:br/>
      </w:r>
      <w:r>
        <w:rPr>
          <w:lang w:eastAsia="zh-CN"/>
        </w:rPr>
        <w:t xml:space="preserve">    关于五年级上册数学教学计划模板合集 篇17 </w:t>
      </w:r>
      <w:r>
        <w:rPr>
          <w:lang w:eastAsia="zh-CN"/>
        </w:rPr>
        <w:br/>
      </w:r>
      <w:r>
        <w:rPr>
          <w:lang w:eastAsia="zh-CN"/>
        </w:rPr>
        <w:t>　　一、基本状况分析：</w:t>
      </w:r>
      <w:r>
        <w:rPr>
          <w:lang w:eastAsia="zh-CN"/>
        </w:rPr>
        <w:br/>
      </w:r>
      <w:r>
        <w:rPr>
          <w:lang w:eastAsia="zh-CN"/>
        </w:rPr>
        <w:t>　　本期教五年级，共有学生__人。从去年的学习成绩看，该班学生大部分学生平时在数学学习上态度较好，上课能认真听讲，能自觉按时完成作业，但有个别学生数学基础较差，加上学习方法有待改善，导致与班级整体脱节。针对本班的数学教学现状，本学期的工作重点是在抓好基础知识和基本技能教学的同时，采取以优带差促中等赶优等的办法，同时不忽视优生的培养，提高学生的学习兴趣和课堂效率，使学生养成自觉学习的好习惯。</w:t>
      </w:r>
      <w:r>
        <w:rPr>
          <w:lang w:eastAsia="zh-CN"/>
        </w:rPr>
        <w:br/>
      </w:r>
      <w:r>
        <w:rPr>
          <w:lang w:eastAsia="zh-CN"/>
        </w:rPr>
        <w:t>　　二、指导思想：</w:t>
      </w:r>
      <w:r>
        <w:rPr>
          <w:lang w:eastAsia="zh-CN"/>
        </w:rPr>
        <w:br/>
      </w:r>
      <w:r>
        <w:rPr>
          <w:lang w:eastAsia="zh-CN"/>
        </w:rPr>
        <w:t>　　以《科学课程标准》为指导，培养小学生科学素养为宗旨。</w:t>
      </w:r>
      <w:r>
        <w:rPr>
          <w:lang w:eastAsia="zh-CN"/>
        </w:rPr>
        <w:br/>
      </w:r>
      <w:r>
        <w:rPr>
          <w:lang w:eastAsia="zh-CN"/>
        </w:rPr>
        <w:t>　　三、教学目标：</w:t>
      </w:r>
      <w:r>
        <w:rPr>
          <w:lang w:eastAsia="zh-CN"/>
        </w:rPr>
        <w:br/>
      </w:r>
      <w:r>
        <w:rPr>
          <w:lang w:eastAsia="zh-CN"/>
        </w:rPr>
        <w:t>　　1、培养学生科学的思维方法;</w:t>
      </w:r>
      <w:r>
        <w:rPr>
          <w:lang w:eastAsia="zh-CN"/>
        </w:rPr>
        <w:br/>
      </w:r>
      <w:r>
        <w:rPr>
          <w:lang w:eastAsia="zh-CN"/>
        </w:rPr>
        <w:t>　　2、了解科学探究的过程和方法，让学生亲身经历科学探究的全过程;</w:t>
      </w:r>
      <w:r>
        <w:rPr>
          <w:lang w:eastAsia="zh-CN"/>
        </w:rPr>
        <w:br/>
      </w:r>
      <w:r>
        <w:rPr>
          <w:lang w:eastAsia="zh-CN"/>
        </w:rPr>
        <w:t>　　3、学习建立解释模型，以验证自己的假设。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4、敢于质疑的科学态度和爱科学、爱家乡、爱祖国的情感;</w:t>
      </w:r>
      <w:r>
        <w:rPr>
          <w:lang w:eastAsia="zh-CN"/>
        </w:rPr>
        <w:br/>
      </w:r>
      <w:r>
        <w:rPr>
          <w:lang w:eastAsia="zh-CN"/>
        </w:rPr>
        <w:t>　　5、亲近自然、珍爱生命，关心现代科技的发展。</w:t>
      </w:r>
      <w:r>
        <w:rPr>
          <w:lang w:eastAsia="zh-CN"/>
        </w:rPr>
        <w:br/>
      </w:r>
      <w:r>
        <w:rPr>
          <w:lang w:eastAsia="zh-CN"/>
        </w:rPr>
        <w:t>　　四、学生状况分析：</w:t>
      </w:r>
      <w:r>
        <w:rPr>
          <w:lang w:eastAsia="zh-CN"/>
        </w:rPr>
        <w:br/>
      </w:r>
      <w:r>
        <w:rPr>
          <w:lang w:eastAsia="zh-CN"/>
        </w:rPr>
        <w:t>　　1、整体学习状况：学生整体学习比较认真，对科学实验比较感兴趣，不喜欢死记硬背的知识，理解不甚深刻，运用潜力差。</w:t>
      </w:r>
      <w:r>
        <w:rPr>
          <w:lang w:eastAsia="zh-CN"/>
        </w:rPr>
        <w:br/>
      </w:r>
      <w:r>
        <w:rPr>
          <w:lang w:eastAsia="zh-CN"/>
        </w:rPr>
        <w:t>　　2、已有知识、经验：独立探究潜力和主动探究意识不强。家长和学校偏重于语、数、英教学，使学生没能很好地在观察、实验、调查等实践活动中获取知识、发展潜力、培养思想情感。</w:t>
      </w:r>
      <w:r>
        <w:rPr>
          <w:lang w:eastAsia="zh-CN"/>
        </w:rPr>
        <w:br/>
      </w:r>
      <w:r>
        <w:rPr>
          <w:lang w:eastAsia="zh-CN"/>
        </w:rPr>
        <w:t>　　3、儿童心理分析：儿童对周围世界有着强烈的好奇心和探究欲 望，而我们的科学课程资料贴近小学生的的生活，强调用贴合小学生年龄特点的方式学习科学，学生必将对科学学科表现出浓厚的兴趣。</w:t>
      </w:r>
      <w:r>
        <w:rPr>
          <w:lang w:eastAsia="zh-CN"/>
        </w:rPr>
        <w:br/>
      </w:r>
      <w:r>
        <w:rPr>
          <w:lang w:eastAsia="zh-CN"/>
        </w:rPr>
        <w:t>　　五、教材分析：</w:t>
      </w:r>
      <w:r>
        <w:rPr>
          <w:lang w:eastAsia="zh-CN"/>
        </w:rPr>
        <w:br/>
      </w:r>
      <w:r>
        <w:rPr>
          <w:lang w:eastAsia="zh-CN"/>
        </w:rPr>
        <w:t>　　本册教科书以主题单元的形式编排了"人的生长发育过程"、"生物的遗传和变异"、"地表的变化及保护"、"能量的表现形式及相互转换"、"宇宙天体的构成及探索"、"科学探索历程及科技未来展望"等研究资料，以学生发展为本，以相关主题及学生的生活经验为主要线索构建单元，做到了"生活经验"引领下的资料综合化，将"科学探究、科学知识和情感态度价值观"有机地整合，引领学生认识事物内部的变化特征及事物变化的相互联系，进行以"逻辑推理"为主的思维技能训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本册教科书注意学生知识经验的积累和整理，注重用联系的观点构建教科书整体结构。随着学生科学学习的不断深入，学生直接生活经验在教科书中的呈现越来越淡化，相反，在科学学习的过程中，学生知识经验的积累逐渐丰富，这些知识经验为进一步开展科学探究活动带给了条件，并在教科书中越来越明显地呈现出来。从每单元的结构分析，呈现多样化的特点，并且相互关联得更加紧密，表现出学生知识经验纵横交错的"网络化"结构特点。</w:t>
      </w:r>
      <w:r>
        <w:rPr>
          <w:lang w:eastAsia="zh-CN"/>
        </w:rPr>
        <w:br/>
      </w:r>
      <w:r>
        <w:rPr>
          <w:lang w:eastAsia="zh-CN"/>
        </w:rPr>
        <w:t>　　六、基本措施：</w:t>
      </w:r>
      <w:r>
        <w:rPr>
          <w:lang w:eastAsia="zh-CN"/>
        </w:rPr>
        <w:br/>
      </w:r>
      <w:r>
        <w:rPr>
          <w:lang w:eastAsia="zh-CN"/>
        </w:rPr>
        <w:t>　　1、把科学课程的总目标落实到每一节课;</w:t>
      </w:r>
      <w:r>
        <w:rPr>
          <w:lang w:eastAsia="zh-CN"/>
        </w:rPr>
        <w:br/>
      </w:r>
      <w:r>
        <w:rPr>
          <w:lang w:eastAsia="zh-CN"/>
        </w:rPr>
        <w:t>　　2、用丰富多彩的亲历活动充实教学过程;</w:t>
      </w:r>
      <w:r>
        <w:rPr>
          <w:lang w:eastAsia="zh-CN"/>
        </w:rPr>
        <w:br/>
      </w:r>
      <w:r>
        <w:rPr>
          <w:lang w:eastAsia="zh-CN"/>
        </w:rPr>
        <w:t>　　3、让探究成为科学学习的主要方式;</w:t>
      </w:r>
      <w:r>
        <w:rPr>
          <w:lang w:eastAsia="zh-CN"/>
        </w:rPr>
        <w:br/>
      </w:r>
      <w:r>
        <w:rPr>
          <w:lang w:eastAsia="zh-CN"/>
        </w:rPr>
        <w:t>　　4、悉心地引导学生的科学学习活动;</w:t>
      </w:r>
      <w:r>
        <w:rPr>
          <w:lang w:eastAsia="zh-CN"/>
        </w:rPr>
        <w:br/>
      </w:r>
      <w:r>
        <w:rPr>
          <w:lang w:eastAsia="zh-CN"/>
        </w:rPr>
        <w:t>　　5、各班建立科学小博士协会，让学生在相互交流、合作、帮忙、研讨中学习;</w:t>
      </w:r>
      <w:r>
        <w:rPr>
          <w:lang w:eastAsia="zh-CN"/>
        </w:rPr>
        <w:br/>
      </w:r>
      <w:r>
        <w:rPr>
          <w:lang w:eastAsia="zh-CN"/>
        </w:rPr>
        <w:t>　　6、给学生提问和假设机会，并指导学生自己动手寻找证据进行验证，经过思维加工，自己得出结论，并把自己的认识用于解决问题的实践;</w:t>
      </w:r>
      <w:r>
        <w:rPr>
          <w:lang w:eastAsia="zh-CN"/>
        </w:rPr>
        <w:br/>
      </w:r>
      <w:r>
        <w:rPr>
          <w:lang w:eastAsia="zh-CN"/>
        </w:rPr>
        <w:t>　　7、充分运用各类课程资源和现代教育技术;</w:t>
      </w:r>
      <w:r>
        <w:rPr>
          <w:lang w:eastAsia="zh-CN"/>
        </w:rPr>
        <w:br/>
      </w:r>
      <w:r>
        <w:rPr>
          <w:lang w:eastAsia="zh-CN"/>
        </w:rPr>
        <w:t>　　8、引导学生参加各类有关竞赛以赛促学。</w:t>
      </w:r>
      <w:r>
        <w:rPr>
          <w:lang w:eastAsia="zh-CN"/>
        </w:rPr>
        <w:br/>
      </w:r>
      <w:r>
        <w:rPr>
          <w:lang w:eastAsia="zh-CN"/>
        </w:rPr>
        <w:t xml:space="preserve">    关于五年级上册数学教学计划模板合集 篇18 </w:t>
      </w:r>
      <w:r>
        <w:rPr>
          <w:lang w:eastAsia="zh-CN"/>
        </w:rPr>
        <w:br/>
      </w:r>
      <w:r>
        <w:rPr>
          <w:lang w:eastAsia="zh-CN"/>
        </w:rPr>
        <w:t>　　一、基本情况分析：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本期五年级共有学生29人。从上学期学习情况来看，总体上说比较爱学、会学，对一些基础的知识大部分学生能扎实的掌握，并且能灵活地运用，特别是班内几个同学基础扎实思维活跃，数学基础知识、计算能力，逻辑思维能力，空间想象能力比较强，掌握了一定的数学学习的方法。但是，学生的组织纪律较差，班集体没有形成一定的凝聚力，不能为数学教学创造有利的内部环境和良好的学习氛围。学生两极分化较大，有个别学生接受知识的能力相对较弱，学习基础又不扎实，从而导致学习成绩不理想，如黄文敏、郭家城等同学成绩太偏低，比较粗心，马虎，而且学习态度较差，对提高全班整体成绩有比较大的难度。</w:t>
      </w:r>
      <w:r>
        <w:rPr>
          <w:lang w:eastAsia="zh-CN"/>
        </w:rPr>
        <w:br/>
      </w:r>
      <w:r>
        <w:rPr>
          <w:lang w:eastAsia="zh-CN"/>
        </w:rPr>
        <w:t>　　下面针对本班实际情况，作具体分析。</w:t>
      </w:r>
      <w:r>
        <w:rPr>
          <w:lang w:eastAsia="zh-CN"/>
        </w:rPr>
        <w:br/>
      </w:r>
      <w:r>
        <w:rPr>
          <w:lang w:eastAsia="zh-CN"/>
        </w:rPr>
        <w:t>　　1、从学生的学习基础来看，本期开学质量检测，综合成绩达优的就有5人，不及格有18人，其余的是中等生。培优辅差的任务比较艰巨。</w:t>
      </w:r>
      <w:r>
        <w:rPr>
          <w:lang w:eastAsia="zh-CN"/>
        </w:rPr>
        <w:br/>
      </w:r>
      <w:r>
        <w:rPr>
          <w:lang w:eastAsia="zh-CN"/>
        </w:rPr>
        <w:t>　　2、从学生的学习品质来看。学生的组织纪律性强，课堂作业家庭作业都能按时完成，课堂气氛也较为活跃。但学生缺少一种锐意进取的精神，独立思考、刻苦钻研的精神不够，小组合作学习意识有待进一步加强。因此，本学期教学，应进一步加强“自主、合作、探究”教学方式的推广，培养学生自主探究的能力。团结协作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总的来说，学生的基本情况有利因素居多，不利因素也不少，关键在于教师如何灵活、正确地利用各种因素，变不利为有利。教师是学生知识的引导者，是学生行为的指引者。学生学习成绩的优劣、学习能力的高低、品质的好坏，需要教师耐心细致地教育、正面的诱导、不断的培养。我一定要全面去了解每一位学生。深入细致地开展教学工作，多方调动学生的积极性，园满完成本学期教学任务。</w:t>
      </w:r>
      <w:r>
        <w:rPr>
          <w:lang w:eastAsia="zh-CN"/>
        </w:rPr>
        <w:br/>
      </w:r>
      <w:r>
        <w:rPr>
          <w:lang w:eastAsia="zh-CN"/>
        </w:rPr>
        <w:t>　　二、本册教材分析：</w:t>
      </w:r>
      <w:r>
        <w:rPr>
          <w:lang w:eastAsia="zh-CN"/>
        </w:rPr>
        <w:br/>
      </w:r>
      <w:r>
        <w:rPr>
          <w:lang w:eastAsia="zh-CN"/>
        </w:rPr>
        <w:t>　　(一)、本册教材内容及编写特点。</w:t>
      </w:r>
      <w:r>
        <w:rPr>
          <w:lang w:eastAsia="zh-CN"/>
        </w:rPr>
        <w:br/>
      </w:r>
      <w:r>
        <w:rPr>
          <w:lang w:eastAsia="zh-CN"/>
        </w:rPr>
        <w:t>　　修订后的六年制第十册教材包括以下内容：简单的统计(一)，长方体和正方体，约数和倍数，分数的意义和性质，分数的加法和减法。与原九年义务教育教科书相比，主要做了以下几方面的调整。</w:t>
      </w:r>
      <w:r>
        <w:rPr>
          <w:lang w:eastAsia="zh-CN"/>
        </w:rPr>
        <w:br/>
      </w:r>
      <w:r>
        <w:rPr>
          <w:lang w:eastAsia="zh-CN"/>
        </w:rPr>
        <w:t>　　1.“简单的统计(一)”部分的调整。</w:t>
      </w:r>
      <w:r>
        <w:rPr>
          <w:lang w:eastAsia="zh-CN"/>
        </w:rPr>
        <w:br/>
      </w:r>
      <w:r>
        <w:rPr>
          <w:lang w:eastAsia="zh-CN"/>
        </w:rPr>
        <w:t>　　根据审查意见，改编涉及到百分制分数的习题(如，第4页“做一做”)。</w:t>
      </w:r>
      <w:r>
        <w:rPr>
          <w:lang w:eastAsia="zh-CN"/>
        </w:rPr>
        <w:br/>
      </w:r>
      <w:r>
        <w:rPr>
          <w:lang w:eastAsia="zh-CN"/>
        </w:rPr>
        <w:t>　　2.“约数和倍数”部分的调整。</w:t>
      </w:r>
      <w:r>
        <w:rPr>
          <w:lang w:eastAsia="zh-CN"/>
        </w:rPr>
        <w:br/>
      </w:r>
      <w:r>
        <w:rPr>
          <w:lang w:eastAsia="zh-CN"/>
        </w:rPr>
        <w:t>　　由于目前在实际教学中奎逊耐彩条的运用并不是很广泛，根据教学反馈的情况来看，用图解的方式也完全可以使学生理解分解质因数的原理，奎逊耐彩条在此的作用并不十分显著。因此，此次修订把利用奎逊耐彩条来分解质因数的有关内容删去了。但是在讲约数、倍数、最大公约数等内容时，仍保留奎逊耐彩条的形式，帮助学生借助直观进行理解。</w:t>
      </w:r>
      <w:r>
        <w:rPr>
          <w:lang w:eastAsia="zh-CN"/>
        </w:rPr>
        <w:br/>
      </w:r>
      <w:r>
        <w:rPr>
          <w:lang w:eastAsia="zh-CN"/>
        </w:rPr>
        <w:t>　　3.“分数的意义和性质”部分的调整。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根据《大纲(试用修订版)》的要求，删去“分数的加法和减法”单元中的“分数、小数加减混合运算”。但是，我们认为分数和小数的互化仍是一个很重要的内容，需要让学生掌握，故把这部分内容移至本单元。</w:t>
      </w:r>
      <w:r>
        <w:rPr>
          <w:lang w:eastAsia="zh-CN"/>
        </w:rPr>
        <w:br/>
      </w:r>
      <w:r>
        <w:rPr>
          <w:lang w:eastAsia="zh-CN"/>
        </w:rPr>
        <w:t>　　4.“分数的加法和减法”部分的调整。</w:t>
      </w:r>
      <w:r>
        <w:rPr>
          <w:lang w:eastAsia="zh-CN"/>
        </w:rPr>
        <w:br/>
      </w:r>
      <w:r>
        <w:rPr>
          <w:lang w:eastAsia="zh-CN"/>
        </w:rPr>
        <w:t>　　(1)根据《大纲(试用修订版)》的要求，删去“同分母的带分数加、减法”、“异分母的带分数加、减法”、“分数、小数加减混合运算”三部分内容(“分数和小数的互化”移至上一单元)，并对有关例题和练习题中的数据进行修改。</w:t>
      </w:r>
      <w:r>
        <w:rPr>
          <w:lang w:eastAsia="zh-CN"/>
        </w:rPr>
        <w:br/>
      </w:r>
      <w:r>
        <w:rPr>
          <w:lang w:eastAsia="zh-CN"/>
        </w:rPr>
        <w:t>　　(2)删去“异分母分数加、减法”中的“连加、连减”内容及相关练习题。</w:t>
      </w:r>
      <w:r>
        <w:rPr>
          <w:lang w:eastAsia="zh-CN"/>
        </w:rPr>
        <w:br/>
      </w:r>
      <w:r>
        <w:rPr>
          <w:lang w:eastAsia="zh-CN"/>
        </w:rPr>
        <w:t>　　5.增加“数学实践活动”。</w:t>
      </w:r>
      <w:r>
        <w:rPr>
          <w:lang w:eastAsia="zh-CN"/>
        </w:rPr>
        <w:br/>
      </w:r>
      <w:r>
        <w:rPr>
          <w:lang w:eastAsia="zh-CN"/>
        </w:rPr>
        <w:t xml:space="preserve">    关于五年级上册数学教学计划模板合集 篇19 </w:t>
      </w:r>
      <w:r>
        <w:rPr>
          <w:lang w:eastAsia="zh-CN"/>
        </w:rPr>
        <w:br/>
      </w:r>
      <w:r>
        <w:rPr>
          <w:lang w:eastAsia="zh-CN"/>
        </w:rPr>
        <w:t>　　（一）分数加减法（6课时）</w:t>
      </w:r>
      <w:r>
        <w:rPr>
          <w:lang w:eastAsia="zh-CN"/>
        </w:rPr>
        <w:br/>
      </w:r>
      <w:r>
        <w:rPr>
          <w:lang w:eastAsia="zh-CN"/>
        </w:rPr>
        <w:t>　　1、通分（2课时）</w:t>
      </w:r>
      <w:r>
        <w:rPr>
          <w:lang w:eastAsia="zh-CN"/>
        </w:rPr>
        <w:br/>
      </w:r>
      <w:r>
        <w:rPr>
          <w:lang w:eastAsia="zh-CN"/>
        </w:rPr>
        <w:t>　　2、异分母分数加减法（2课时）</w:t>
      </w:r>
      <w:r>
        <w:rPr>
          <w:lang w:eastAsia="zh-CN"/>
        </w:rPr>
        <w:br/>
      </w:r>
      <w:r>
        <w:rPr>
          <w:lang w:eastAsia="zh-CN"/>
        </w:rPr>
        <w:t>　　3、分数加减混合运算（2课时）</w:t>
      </w:r>
      <w:r>
        <w:rPr>
          <w:lang w:eastAsia="zh-CN"/>
        </w:rPr>
        <w:br/>
      </w:r>
      <w:r>
        <w:rPr>
          <w:lang w:eastAsia="zh-CN"/>
        </w:rPr>
        <w:t>　　4、整理和复习</w:t>
      </w:r>
      <w:r>
        <w:rPr>
          <w:lang w:eastAsia="zh-CN"/>
        </w:rPr>
        <w:br/>
      </w:r>
      <w:r>
        <w:rPr>
          <w:lang w:eastAsia="zh-CN"/>
        </w:rPr>
        <w:t>　　（二）长方体和正方体（12课时）</w:t>
      </w:r>
      <w:r>
        <w:rPr>
          <w:lang w:eastAsia="zh-CN"/>
        </w:rPr>
        <w:br/>
      </w:r>
      <w:r>
        <w:rPr>
          <w:lang w:eastAsia="zh-CN"/>
        </w:rPr>
        <w:t>　　1、长方体和正方体的特征（2课时）</w:t>
      </w:r>
      <w:r>
        <w:rPr>
          <w:lang w:eastAsia="zh-CN"/>
        </w:rPr>
        <w:br/>
      </w:r>
      <w:r>
        <w:rPr>
          <w:lang w:eastAsia="zh-CN"/>
        </w:rPr>
        <w:t>　　2、长方体和正方体的表面积（3课时）</w:t>
      </w:r>
      <w:r>
        <w:rPr>
          <w:lang w:eastAsia="zh-CN"/>
        </w:rPr>
        <w:br/>
      </w:r>
      <w:r>
        <w:rPr>
          <w:lang w:eastAsia="zh-CN"/>
        </w:rPr>
        <w:t>　　3、常用体积单位及换算（2课时）</w:t>
      </w:r>
      <w:r>
        <w:rPr>
          <w:lang w:eastAsia="zh-CN"/>
        </w:rPr>
        <w:br/>
      </w:r>
      <w:r>
        <w:rPr>
          <w:lang w:eastAsia="zh-CN"/>
        </w:rPr>
        <w:t>　　4、长方体和正方体的体积（5课时）</w:t>
      </w:r>
      <w:r>
        <w:rPr>
          <w:lang w:eastAsia="zh-CN"/>
        </w:rPr>
        <w:br/>
      </w:r>
      <w:r>
        <w:rPr>
          <w:lang w:eastAsia="zh-CN"/>
        </w:rPr>
        <w:t>　　5、整理和复习</w:t>
      </w:r>
      <w:r>
        <w:rPr>
          <w:lang w:eastAsia="zh-CN"/>
        </w:rPr>
        <w:br/>
      </w:r>
      <w:r>
        <w:rPr>
          <w:lang w:eastAsia="zh-CN"/>
        </w:rPr>
        <w:t>　　（三）分数乘法（11课时）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1、分数乘整数（2课时）</w:t>
      </w:r>
      <w:r>
        <w:rPr>
          <w:lang w:eastAsia="zh-CN"/>
        </w:rPr>
        <w:br/>
      </w:r>
      <w:r>
        <w:rPr>
          <w:lang w:eastAsia="zh-CN"/>
        </w:rPr>
        <w:t>　　2、分数乘分数（2课时）</w:t>
      </w:r>
      <w:r>
        <w:rPr>
          <w:lang w:eastAsia="zh-CN"/>
        </w:rPr>
        <w:br/>
      </w:r>
      <w:r>
        <w:rPr>
          <w:lang w:eastAsia="zh-CN"/>
        </w:rPr>
        <w:t>　　3、解决“求一个数的几分之几是多少”的'实际问题（3课时）</w:t>
      </w:r>
      <w:r>
        <w:rPr>
          <w:lang w:eastAsia="zh-CN"/>
        </w:rPr>
        <w:br/>
      </w:r>
      <w:r>
        <w:rPr>
          <w:lang w:eastAsia="zh-CN"/>
        </w:rPr>
        <w:t>　　4、分数连乘（2课时）</w:t>
      </w:r>
      <w:r>
        <w:rPr>
          <w:lang w:eastAsia="zh-CN"/>
        </w:rPr>
        <w:br/>
      </w:r>
      <w:r>
        <w:rPr>
          <w:lang w:eastAsia="zh-CN"/>
        </w:rPr>
        <w:t>　　5、倒数的认识（2课时）</w:t>
      </w:r>
      <w:r>
        <w:rPr>
          <w:lang w:eastAsia="zh-CN"/>
        </w:rPr>
        <w:br/>
      </w:r>
      <w:r>
        <w:rPr>
          <w:lang w:eastAsia="zh-CN"/>
        </w:rPr>
        <w:t>　　6、整理和复习</w:t>
      </w:r>
      <w:r>
        <w:rPr>
          <w:lang w:eastAsia="zh-CN"/>
        </w:rPr>
        <w:br/>
      </w:r>
      <w:r>
        <w:rPr>
          <w:lang w:eastAsia="zh-CN"/>
        </w:rPr>
        <w:t>　　（四）可能性（2课时）</w:t>
      </w:r>
      <w:r>
        <w:rPr>
          <w:lang w:eastAsia="zh-CN"/>
        </w:rPr>
        <w:br/>
      </w:r>
      <w:r>
        <w:rPr>
          <w:lang w:eastAsia="zh-CN"/>
        </w:rPr>
        <w:t>　　（五）分数除法（10课时）</w:t>
      </w:r>
      <w:r>
        <w:rPr>
          <w:lang w:eastAsia="zh-CN"/>
        </w:rPr>
        <w:br/>
      </w:r>
      <w:r>
        <w:rPr>
          <w:lang w:eastAsia="zh-CN"/>
        </w:rPr>
        <w:t>　　1、分数除以整数（2课时）</w:t>
      </w:r>
      <w:r>
        <w:rPr>
          <w:lang w:eastAsia="zh-CN"/>
        </w:rPr>
        <w:br/>
      </w:r>
      <w:r>
        <w:rPr>
          <w:lang w:eastAsia="zh-CN"/>
        </w:rPr>
        <w:t>　　2、一个数除以分数（2课时）</w:t>
      </w:r>
      <w:r>
        <w:rPr>
          <w:lang w:eastAsia="zh-CN"/>
        </w:rPr>
        <w:br/>
      </w:r>
      <w:r>
        <w:rPr>
          <w:lang w:eastAsia="zh-CN"/>
        </w:rPr>
        <w:t>　　3、解决“已知一个数的几分之几是多少，求这个数”的实际问题（2课时）</w:t>
      </w:r>
      <w:r>
        <w:rPr>
          <w:lang w:eastAsia="zh-CN"/>
        </w:rPr>
        <w:br/>
      </w:r>
      <w:r>
        <w:rPr>
          <w:lang w:eastAsia="zh-CN"/>
        </w:rPr>
        <w:t>　　4、分数乘除混合运算（2课时）</w:t>
      </w:r>
      <w:r>
        <w:rPr>
          <w:lang w:eastAsia="zh-CN"/>
        </w:rPr>
        <w:br/>
      </w:r>
      <w:r>
        <w:rPr>
          <w:lang w:eastAsia="zh-CN"/>
        </w:rPr>
        <w:t>　　5、整理和复习（2课时）</w:t>
      </w:r>
      <w:r>
        <w:rPr>
          <w:lang w:eastAsia="zh-CN"/>
        </w:rPr>
        <w:br/>
      </w:r>
      <w:r>
        <w:rPr>
          <w:lang w:eastAsia="zh-CN"/>
        </w:rPr>
        <w:t>　　（六）比（6课时）</w:t>
      </w:r>
      <w:r>
        <w:rPr>
          <w:lang w:eastAsia="zh-CN"/>
        </w:rPr>
        <w:br/>
      </w:r>
      <w:r>
        <w:rPr>
          <w:lang w:eastAsia="zh-CN"/>
        </w:rPr>
        <w:t>　　1、比的意义和基本性质（3课时）</w:t>
      </w:r>
      <w:r>
        <w:rPr>
          <w:lang w:eastAsia="zh-CN"/>
        </w:rPr>
        <w:br/>
      </w:r>
      <w:r>
        <w:rPr>
          <w:lang w:eastAsia="zh-CN"/>
        </w:rPr>
        <w:t>　　2、按比例分配（3课时）</w:t>
      </w:r>
      <w:r>
        <w:rPr>
          <w:lang w:eastAsia="zh-CN"/>
        </w:rPr>
        <w:br/>
      </w:r>
      <w:r>
        <w:rPr>
          <w:lang w:eastAsia="zh-CN"/>
        </w:rPr>
        <w:t>　　3、整理和复习</w:t>
      </w:r>
      <w:r>
        <w:rPr>
          <w:lang w:eastAsia="zh-CN"/>
        </w:rPr>
        <w:br/>
      </w:r>
      <w:r>
        <w:rPr>
          <w:lang w:eastAsia="zh-CN"/>
        </w:rPr>
        <w:t>　　（七）方向与位置（6课时）</w:t>
      </w:r>
      <w:r>
        <w:rPr>
          <w:lang w:eastAsia="zh-CN"/>
        </w:rPr>
        <w:br/>
      </w:r>
      <w:r>
        <w:rPr>
          <w:lang w:eastAsia="zh-CN"/>
        </w:rPr>
        <w:t>　　1、用数对表示位置（2课时）</w:t>
      </w:r>
      <w:r>
        <w:rPr>
          <w:lang w:eastAsia="zh-CN"/>
        </w:rPr>
        <w:br/>
      </w:r>
      <w:r>
        <w:rPr>
          <w:lang w:eastAsia="zh-CN"/>
        </w:rPr>
        <w:t>　　2、根据方向与距离确定物体的位置（2课时）</w:t>
      </w:r>
      <w:r>
        <w:rPr>
          <w:lang w:eastAsia="zh-CN"/>
        </w:rPr>
        <w:br/>
      </w:r>
      <w:r>
        <w:rPr>
          <w:lang w:eastAsia="zh-CN"/>
        </w:rPr>
        <w:t>　　3、用方向和距离描述简单的线路图（2课时）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4、整理和复习</w:t>
      </w:r>
      <w:r>
        <w:rPr>
          <w:lang w:eastAsia="zh-CN"/>
        </w:rPr>
        <w:br/>
      </w:r>
      <w:r>
        <w:rPr>
          <w:lang w:eastAsia="zh-CN"/>
        </w:rPr>
        <w:t>　　（八）分数四则混合运算（8课时）</w:t>
      </w:r>
      <w:r>
        <w:rPr>
          <w:lang w:eastAsia="zh-CN"/>
        </w:rPr>
        <w:br/>
      </w:r>
      <w:r>
        <w:rPr>
          <w:lang w:eastAsia="zh-CN"/>
        </w:rPr>
        <w:t>　　1、分数四则混合运算的运算顺序及运算定律的推广和应用（4课时）</w:t>
      </w:r>
      <w:r>
        <w:rPr>
          <w:lang w:eastAsia="zh-CN"/>
        </w:rPr>
        <w:br/>
      </w:r>
      <w:r>
        <w:rPr>
          <w:lang w:eastAsia="zh-CN"/>
        </w:rPr>
        <w:t>　　2、解决稍复杂的有关分数的实际问题（4课时）</w:t>
      </w:r>
      <w:r>
        <w:rPr>
          <w:lang w:eastAsia="zh-CN"/>
        </w:rPr>
        <w:br/>
      </w:r>
      <w:r>
        <w:rPr>
          <w:lang w:eastAsia="zh-CN"/>
        </w:rPr>
        <w:t>　　3、整理和复习</w:t>
      </w:r>
      <w:r>
        <w:rPr>
          <w:lang w:eastAsia="zh-CN"/>
        </w:rPr>
        <w:br/>
      </w:r>
      <w:r>
        <w:rPr>
          <w:lang w:eastAsia="zh-CN"/>
        </w:rPr>
        <w:t>　　（九）统计（5课时）</w:t>
      </w:r>
      <w:r>
        <w:rPr>
          <w:lang w:eastAsia="zh-CN"/>
        </w:rPr>
        <w:br/>
      </w:r>
      <w:r>
        <w:rPr>
          <w:lang w:eastAsia="zh-CN"/>
        </w:rPr>
        <w:t>　　1、设计调查表（1课时）</w:t>
      </w:r>
      <w:r>
        <w:rPr>
          <w:lang w:eastAsia="zh-CN"/>
        </w:rPr>
        <w:br/>
      </w:r>
      <w:r>
        <w:rPr>
          <w:lang w:eastAsia="zh-CN"/>
        </w:rPr>
        <w:t>　　2、复式条形统计图（2课时）</w:t>
      </w:r>
      <w:r>
        <w:rPr>
          <w:lang w:eastAsia="zh-CN"/>
        </w:rPr>
        <w:br/>
      </w:r>
      <w:r>
        <w:rPr>
          <w:lang w:eastAsia="zh-CN"/>
        </w:rPr>
        <w:t>　　3、复式折线统计图（1课时）</w:t>
      </w:r>
      <w:r>
        <w:rPr>
          <w:lang w:eastAsia="zh-CN"/>
        </w:rPr>
        <w:br/>
      </w:r>
      <w:r>
        <w:rPr>
          <w:lang w:eastAsia="zh-CN"/>
        </w:rPr>
        <w:t>　　4、数据描述可能产生的误导（1课时）</w:t>
      </w:r>
      <w:r>
        <w:rPr>
          <w:lang w:eastAsia="zh-CN"/>
        </w:rPr>
        <w:br/>
      </w:r>
      <w:r>
        <w:rPr>
          <w:lang w:eastAsia="zh-CN"/>
        </w:rPr>
        <w:t>　　5、整理和复习</w:t>
      </w:r>
      <w:r>
        <w:rPr>
          <w:lang w:eastAsia="zh-CN"/>
        </w:rPr>
        <w:br/>
      </w:r>
      <w:r>
        <w:rPr>
          <w:lang w:eastAsia="zh-CN"/>
        </w:rPr>
        <w:t>　　（十）数学与生活（2课时）</w:t>
      </w:r>
      <w:r>
        <w:rPr>
          <w:lang w:eastAsia="zh-CN"/>
        </w:rPr>
        <w:br/>
      </w:r>
      <w:r>
        <w:rPr>
          <w:lang w:eastAsia="zh-CN"/>
        </w:rPr>
        <w:t>　　（十一）总复习（5课时）</w:t>
      </w:r>
      <w:r>
        <w:rPr>
          <w:lang w:eastAsia="zh-CN"/>
        </w:rPr>
        <w:br/>
      </w:r>
      <w:r>
        <w:rPr>
          <w:lang w:eastAsia="zh-CN"/>
        </w:rPr>
        <w:t xml:space="preserve">    关于五年级上册数学教学计划模板合集 篇20 </w:t>
      </w:r>
      <w:r>
        <w:rPr>
          <w:lang w:eastAsia="zh-CN"/>
        </w:rPr>
        <w:br/>
      </w:r>
      <w:r>
        <w:rPr>
          <w:lang w:eastAsia="zh-CN"/>
        </w:rPr>
        <w:t>　　一、学生数学学习情况分析：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本班共有学生39人，从整体上来看，本班学生的学习习惯良好，据大多数学生能按时完成作业，上课能积极回答问题，敢于充分发表自己的不同见解。对数学学科有较浓厚的学习兴趣；有一定的分析问题，解决问题的能力，爱钻研，敢于探索，爱提问和质疑。上学期期末统考及格率是73%，相对四年级进步明显，成绩过低的学生（30分以下）减少了许多。但仍有近10多名成绩过差，几乎不能达到四年级水平，主要表现在知识欠账过大，接受能力差，学习不够积极主动，有时有照抄作业和不写作业的现象。</w:t>
      </w:r>
      <w:r>
        <w:rPr>
          <w:lang w:eastAsia="zh-CN"/>
        </w:rPr>
        <w:br/>
      </w:r>
      <w:r>
        <w:rPr>
          <w:lang w:eastAsia="zh-CN"/>
        </w:rPr>
        <w:t>　　二、教材分析：</w:t>
      </w:r>
      <w:r>
        <w:rPr>
          <w:lang w:eastAsia="zh-CN"/>
        </w:rPr>
        <w:br/>
      </w:r>
      <w:r>
        <w:rPr>
          <w:lang w:eastAsia="zh-CN"/>
        </w:rPr>
        <w:t>　　这册教材包括下面地些内容：倍数和因数，图形的面积，分数，分数加减法和可能性的大小（其中图形的面积安排了基本图形和组合图形两个单元）共计6个单元。另外还安排了“数学与交通”、“尝试与猜想”和“数学与生活”3个专题学习内容。</w:t>
      </w:r>
      <w:r>
        <w:rPr>
          <w:lang w:eastAsia="zh-CN"/>
        </w:rPr>
        <w:br/>
      </w:r>
      <w:r>
        <w:rPr>
          <w:lang w:eastAsia="zh-CN"/>
        </w:rPr>
        <w:t>　　本册教材中的分数和分数加减法、图形的面积都是小学数学的重要内容。为了学好分数，倍数与因数的学习内容也显得尤为重要，而且将稍难的求最大公因数和最小公倍数部分穿插在分数部分学习，相对于过去教材做出了很的突破。</w:t>
      </w:r>
      <w:r>
        <w:rPr>
          <w:lang w:eastAsia="zh-CN"/>
        </w:rPr>
        <w:br/>
      </w:r>
      <w:r>
        <w:rPr>
          <w:lang w:eastAsia="zh-CN"/>
        </w:rPr>
        <w:t>　　三、本学期主要教学任务</w:t>
      </w:r>
      <w:r>
        <w:rPr>
          <w:lang w:eastAsia="zh-CN"/>
        </w:rPr>
        <w:br/>
      </w:r>
      <w:r>
        <w:rPr>
          <w:lang w:eastAsia="zh-CN"/>
        </w:rPr>
        <w:t>　　1、掌握自然数和整数、倍数和因数、质数与合数、奇数与偶数的概念；掌握2,3,5的倍数、质数与合数的特征;会找倍数与因数;能分辨质数与合数，使知识进一步系统化.</w:t>
      </w:r>
      <w:r>
        <w:rPr>
          <w:lang w:eastAsia="zh-CN"/>
        </w:rPr>
        <w:br/>
      </w:r>
      <w:r>
        <w:rPr>
          <w:lang w:eastAsia="zh-CN"/>
        </w:rPr>
        <w:t>　　2、使学生认识平行四边形、三角形、梯形的特征，会计算平行四边形、三角形、梯形的面积，以及简单的组合图形分析和面积计算。</w:t>
      </w:r>
      <w:r>
        <w:rPr>
          <w:lang w:eastAsia="zh-CN"/>
        </w:rPr>
        <w:br/>
      </w:r>
      <w:r>
        <w:rPr>
          <w:lang w:eastAsia="zh-CN"/>
        </w:rPr>
        <w:t>　　3、在具体情境中进一步理解分数，体会分数的相对性，在观察比较中发现分数与除法的关系，探索假分数与带分数的互化方法，经历知识的形成过程，探索分数的基本性质，理解公因数与公倍数的含义，掌握约分与通分的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4、通过实际操作，探索如何计算异分母分数的加减，发现分数与小数相互转化的方法。</w:t>
      </w:r>
      <w:r>
        <w:rPr>
          <w:lang w:eastAsia="zh-CN"/>
        </w:rPr>
        <w:br/>
      </w:r>
      <w:r>
        <w:rPr>
          <w:lang w:eastAsia="zh-CN"/>
        </w:rPr>
        <w:t>　　5、认识可能性大小用分数表示的必要性，能运用所学的知识解决现实生活中的问题，在有趣的活动过程中学习可能性的知识。</w:t>
      </w:r>
      <w:r>
        <w:rPr>
          <w:lang w:eastAsia="zh-CN"/>
        </w:rPr>
        <w:br/>
      </w:r>
      <w:r>
        <w:rPr>
          <w:lang w:eastAsia="zh-CN"/>
        </w:rPr>
        <w:t>　　四、本学期的教学奋斗目标：</w:t>
      </w:r>
      <w:r>
        <w:rPr>
          <w:lang w:eastAsia="zh-CN"/>
        </w:rPr>
        <w:br/>
      </w:r>
      <w:r>
        <w:rPr>
          <w:lang w:eastAsia="zh-CN"/>
        </w:rPr>
        <w:t>　　通过一学期的教学，使学生都能掌握本学期的教学任务，使学生期末在数学概念方面的平均错误率控制在10%以内，整数、小数、分数四则计算的平均正确率达到80%以上；度量、画图平均正确率达到95%以上；综合运用知识解答问题的正确率达到70%以上。使学生的分析、概括、判断推理、解决问题的能力和自主合作获取知识的本领有较大的提高。力争期末统考及格率达到80%，均分达到60分以上，综合成绩保持在全县同年级中等水平。</w:t>
      </w:r>
      <w:r>
        <w:rPr>
          <w:lang w:eastAsia="zh-CN"/>
        </w:rPr>
        <w:br/>
      </w:r>
      <w:r>
        <w:rPr>
          <w:lang w:eastAsia="zh-CN"/>
        </w:rPr>
        <w:t>　　五、主要教学措施：</w:t>
      </w:r>
      <w:r>
        <w:rPr>
          <w:lang w:eastAsia="zh-CN"/>
        </w:rPr>
        <w:br/>
      </w:r>
      <w:r>
        <w:rPr>
          <w:lang w:eastAsia="zh-CN"/>
        </w:rPr>
        <w:t>　　1、教师要从自身做起，严格要求自己，认真备好课、上好课，批改好作业，以积极认真的态度来影响学生，提高学生对数学这门学科的兴趣，使学生愿学、乐学。</w:t>
      </w:r>
      <w:r>
        <w:rPr>
          <w:lang w:eastAsia="zh-CN"/>
        </w:rPr>
        <w:br/>
      </w:r>
      <w:r>
        <w:rPr>
          <w:lang w:eastAsia="zh-CN"/>
        </w:rPr>
        <w:t>　　2、积极学习新课程改革的理论和经验，进一步培养学生自主、合作、探究的学习能力，使他们学的轻松快乐，使学生有学会向会学转变，有要我学向我要学的转变，提高学生学习自主性和学习的效率。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3、充分把远程教育和网络教育等现代化教育资源引进课堂为教学服务，提高课堂教学的直观性、形象性，为提高教学质量打下基础。</w:t>
      </w:r>
      <w:r>
        <w:rPr>
          <w:lang w:eastAsia="zh-CN"/>
        </w:rPr>
        <w:br/>
      </w:r>
      <w:r>
        <w:rPr>
          <w:lang w:eastAsia="zh-CN"/>
        </w:rPr>
        <w:t xml:space="preserve">    关于五年级上册数学教学计划模板合集 篇21 </w:t>
      </w:r>
      <w:r>
        <w:rPr>
          <w:lang w:eastAsia="zh-CN"/>
        </w:rPr>
        <w:br/>
      </w:r>
      <w:r>
        <w:rPr>
          <w:lang w:eastAsia="zh-CN"/>
        </w:rPr>
        <w:t>　　一、学生情况分析</w:t>
      </w:r>
      <w:r>
        <w:rPr>
          <w:lang w:eastAsia="zh-CN"/>
        </w:rPr>
        <w:br/>
      </w:r>
      <w:r>
        <w:rPr>
          <w:lang w:eastAsia="zh-CN"/>
        </w:rPr>
        <w:t>　　五年级共有学生375人，大部分学生对数学学习的积极性比较高，能从已有的知识和经验出发获取知识，抽象思维水平有了一定的发展。 基础知识掌握比较牢固，有一定的学习数学的能力。在课堂上大部分学生能积极主动地参与学习过程，具有一定的观察、分析、自学、表达、操作、与人合作等一般能力，在小组合作中，同学之间会交流合作，但自主探讨能力不高。有相当一部分的学生基础知识差， 上课不认真听讲，不能自觉的完成学习任务，需要老师督促并辅导。本学期重点抓好学习上有困难的学生教学，在教学中，面向全体学生，创设愉快情境教学，激发他们的学习动机，进入最佳学习的动态。</w:t>
      </w:r>
      <w:r>
        <w:rPr>
          <w:lang w:eastAsia="zh-CN"/>
        </w:rPr>
        <w:br/>
      </w:r>
      <w:r>
        <w:rPr>
          <w:lang w:eastAsia="zh-CN"/>
        </w:rPr>
        <w:t>　　二、教学内容</w:t>
      </w:r>
      <w:r>
        <w:rPr>
          <w:lang w:eastAsia="zh-CN"/>
        </w:rPr>
        <w:br/>
      </w:r>
      <w:r>
        <w:rPr>
          <w:lang w:eastAsia="zh-CN"/>
        </w:rPr>
        <w:t>　　这一册教材包括下面一些内容：小数乘法，位置，小数除法，可能性，掷一掷，简易方程，多边形的面积，数学广角和数学综合运用等。</w:t>
      </w:r>
      <w:r>
        <w:rPr>
          <w:lang w:eastAsia="zh-CN"/>
        </w:rPr>
        <w:br/>
      </w:r>
      <w:r>
        <w:rPr>
          <w:lang w:eastAsia="zh-CN"/>
        </w:rPr>
        <w:t>　　小数乘法，小数除法，简易方程，多边形的面积，统计与可能性等是本册教材的重点教学内容。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数与代数方面，这一册教材安排了小数乘法、小数除法和简易方程。小数的乘法和除法在实际生活中和数学学习中都有着广泛的应用，是小学生应该掌握和形成的基础知识和基本技能。这部分内容是在前面学习整数四则运算和小数加、减法的基础上进行教学，继续培养学生小数的四则运算能力。简易方程是小学阶段集中教学代数初步知识的单元，在这一单元里安排了用字母表示数、等式的性质、解简单的方程、用方程表示等量关系进而解决简单的实际问题等内容，进一步发展学生的抽象思维能力，提高解决问题的能力。</w:t>
      </w:r>
      <w:r>
        <w:rPr>
          <w:lang w:eastAsia="zh-CN"/>
        </w:rPr>
        <w:br/>
      </w:r>
      <w:r>
        <w:rPr>
          <w:lang w:eastAsia="zh-CN"/>
        </w:rPr>
        <w:t>　　在空间与图形方面，这一册教材安排了观察物体和多边形的面积两个单元。在已有知识和经验的基础上，通过丰富的现实的数学活动，让学生获得探究学习的经历，能辨认从不同方位看到的物体的形状和相对位置；探索并体会各种图形的特征、图形之间的关系，及图形之间的转化，掌握平行四边形、三角形、梯形的面积公式及公式之间的关系，渗透平移、旋转、转化的数学思想方法，促进学生空间观念的进一步发展。</w:t>
      </w:r>
      <w:r>
        <w:rPr>
          <w:lang w:eastAsia="zh-CN"/>
        </w:rPr>
        <w:br/>
      </w:r>
      <w:r>
        <w:rPr>
          <w:lang w:eastAsia="zh-CN"/>
        </w:rPr>
        <w:t>　　在统计与概率方面，本册教材让学生学习有关可能性和中位数的知识。通过操作与实验，让学生体验事件发生的等可能性以及游戏规则的公平性，学会求一些事件发生的可能性；在平均数的基础上教学中位数，使学生理解平均数和中位数各自的统计意义、各自的特征和适用范围；进一步体会统计和概率在现实生活中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在用数学解决问题方面，教材一方面结合小数乘法和除法两个单元，教学用所学的乘除法计算知识解决生活中的简单问题；另一方面，安排了“数学广角”的教学内容，通过观察、猜测、实验、推理等活动向学生渗透初步的数字编码的数学思想方法，体会运用数字的有规律排列可以使人与人之间的信息交换变得安全、有序、快捷，给人们的生活和工作带来便利，感受数学的魅力。培养学生的符号感，及观察、分析、推理的能力，培养他们探索数学问题的兴趣和发现、欣赏数学美的意识。</w:t>
      </w:r>
      <w:r>
        <w:rPr>
          <w:lang w:eastAsia="zh-CN"/>
        </w:rPr>
        <w:br/>
      </w:r>
      <w:r>
        <w:rPr>
          <w:lang w:eastAsia="zh-CN"/>
        </w:rPr>
        <w:t>　　本册教材根据学生所学习的数学知识和生活经验，安排了两个数学综合应用的实践活动，让学生通过小组合作的探究活动，运用所学知识解决问题，体会探索的乐趣和数学的实际应用，感受用数学的愉悦，培养数学意识和实践能力。</w:t>
      </w:r>
      <w:r>
        <w:rPr>
          <w:lang w:eastAsia="zh-CN"/>
        </w:rPr>
        <w:br/>
      </w:r>
      <w:r>
        <w:rPr>
          <w:lang w:eastAsia="zh-CN"/>
        </w:rPr>
        <w:t>　　三、教学要求</w:t>
      </w:r>
      <w:r>
        <w:rPr>
          <w:lang w:eastAsia="zh-CN"/>
        </w:rPr>
        <w:br/>
      </w:r>
      <w:r>
        <w:rPr>
          <w:lang w:eastAsia="zh-CN"/>
        </w:rPr>
        <w:t>　　1.较熟练地进行小数乘法和除法的笔算。</w:t>
      </w:r>
      <w:r>
        <w:rPr>
          <w:lang w:eastAsia="zh-CN"/>
        </w:rPr>
        <w:br/>
      </w:r>
      <w:r>
        <w:rPr>
          <w:lang w:eastAsia="zh-CN"/>
        </w:rPr>
        <w:t>　　2.在具体情境中会用字母表示数，理解等式的性质，会用等式的性质解简易的方程，用方程表示简单情境中的等量关系并解决问题。</w:t>
      </w:r>
      <w:r>
        <w:rPr>
          <w:lang w:eastAsia="zh-CN"/>
        </w:rPr>
        <w:br/>
      </w:r>
      <w:r>
        <w:rPr>
          <w:lang w:eastAsia="zh-CN"/>
        </w:rPr>
        <w:t>　　3.探索并掌握平行四边形、三角形、梯形的面积公式。</w:t>
      </w:r>
      <w:r>
        <w:rPr>
          <w:lang w:eastAsia="zh-CN"/>
        </w:rPr>
        <w:br/>
      </w:r>
      <w:r>
        <w:rPr>
          <w:lang w:eastAsia="zh-CN"/>
        </w:rPr>
        <w:t>　　4.能辨认从不同方位看到的物体的形状和相对位置。</w:t>
      </w:r>
      <w:r>
        <w:rPr>
          <w:lang w:eastAsia="zh-CN"/>
        </w:rPr>
        <w:br/>
      </w:r>
      <w:r>
        <w:rPr>
          <w:lang w:eastAsia="zh-CN"/>
        </w:rPr>
        <w:t>　　5.理解中位数的意义，会求数据的中位数。</w:t>
      </w:r>
      <w:r>
        <w:rPr>
          <w:lang w:eastAsia="zh-CN"/>
        </w:rPr>
        <w:br/>
      </w:r>
      <w:r>
        <w:rPr>
          <w:lang w:eastAsia="zh-CN"/>
        </w:rPr>
        <w:t>　　6.体验事件发生的等可能性以及游戏规则的公平性，会求一些事件引起的可能性；能对简单事件发生的可能性性作出预测，进一步体会概率在现实生活中的作用。</w:t>
      </w:r>
      <w:r>
        <w:rPr>
          <w:lang w:eastAsia="zh-CN"/>
        </w:rPr>
        <w:br/>
      </w:r>
      <w:r>
        <w:rPr>
          <w:lang w:eastAsia="zh-CN"/>
        </w:rPr>
        <w:t>　　7.经历从实际生活中发现问题、提出问题、解决问题的过程，体会数学在日常生活中的作用，初步形成综合运用数学知识解决问题的能力。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8.初步了解数字编码的思想方法，培养发现生活中的数学的意识，初步形成观察、分析及推理的能力。</w:t>
      </w:r>
      <w:r>
        <w:rPr>
          <w:lang w:eastAsia="zh-CN"/>
        </w:rPr>
        <w:br/>
      </w:r>
      <w:r>
        <w:rPr>
          <w:lang w:eastAsia="zh-CN"/>
        </w:rPr>
        <w:t>　　9.体会学习数学的乐趣，提高学习数学的'兴趣，</w:t>
      </w:r>
      <w:r>
        <w:rPr>
          <w:lang w:eastAsia="zh-CN"/>
        </w:rPr>
        <w:br/>
      </w:r>
      <w:r>
        <w:rPr>
          <w:lang w:eastAsia="zh-CN"/>
        </w:rPr>
        <w:t>　　建立学好数学的信心。</w:t>
      </w:r>
      <w:r>
        <w:rPr>
          <w:lang w:eastAsia="zh-CN"/>
        </w:rPr>
        <w:br/>
      </w:r>
      <w:r>
        <w:rPr>
          <w:lang w:eastAsia="zh-CN"/>
        </w:rPr>
        <w:t>　　10.养成认真作业、书写整洁的良好习惯。</w:t>
      </w:r>
      <w:r>
        <w:rPr>
          <w:lang w:eastAsia="zh-CN"/>
        </w:rPr>
        <w:br/>
      </w:r>
      <w:r>
        <w:rPr>
          <w:lang w:eastAsia="zh-CN"/>
        </w:rPr>
        <w:t>　　四、教学措施</w:t>
      </w:r>
      <w:r>
        <w:rPr>
          <w:lang w:eastAsia="zh-CN"/>
        </w:rPr>
        <w:br/>
      </w:r>
      <w:r>
        <w:rPr>
          <w:lang w:eastAsia="zh-CN"/>
        </w:rPr>
        <w:t>　　1.加强学习目的性教育，充分挖掘学生的潜能，发挥学生的主体作用。</w:t>
      </w:r>
      <w:r>
        <w:rPr>
          <w:lang w:eastAsia="zh-CN"/>
        </w:rPr>
        <w:br/>
      </w:r>
      <w:r>
        <w:rPr>
          <w:lang w:eastAsia="zh-CN"/>
        </w:rPr>
        <w:t>　　2.增强学生的动手实践活动，培养学生的空间观念。</w:t>
      </w:r>
      <w:r>
        <w:rPr>
          <w:lang w:eastAsia="zh-CN"/>
        </w:rPr>
        <w:br/>
      </w:r>
      <w:r>
        <w:rPr>
          <w:lang w:eastAsia="zh-CN"/>
        </w:rPr>
        <w:t>　　3.加强个别辅导，提高学困生的学习成绩。</w:t>
      </w:r>
      <w:r>
        <w:rPr>
          <w:lang w:eastAsia="zh-CN"/>
        </w:rPr>
        <w:br/>
      </w:r>
      <w:r>
        <w:rPr>
          <w:lang w:eastAsia="zh-CN"/>
        </w:rPr>
        <w:t>　　4.多创设学习情景，大胆放手让学生自学，解疑问难，发展学生的个性特长。</w:t>
      </w:r>
      <w:r>
        <w:rPr>
          <w:lang w:eastAsia="zh-CN"/>
        </w:rPr>
        <w:br/>
      </w:r>
      <w:r>
        <w:rPr>
          <w:lang w:eastAsia="zh-CN"/>
        </w:rPr>
        <w:t>　　5.注意加强数学与实际生活联系，让学生在活动中解决数学问题，感受、体验理解数学。</w:t>
      </w:r>
      <w:r>
        <w:rPr>
          <w:lang w:eastAsia="zh-CN"/>
        </w:rPr>
        <w:br/>
      </w:r>
      <w:r>
        <w:rPr>
          <w:lang w:eastAsia="zh-CN"/>
        </w:rPr>
        <w:t>　　6.合作探究，拓展引申。</w:t>
      </w:r>
      <w:r>
        <w:rPr>
          <w:lang w:eastAsia="zh-CN"/>
        </w:rPr>
        <w:br/>
      </w:r>
      <w:r>
        <w:rPr>
          <w:lang w:eastAsia="zh-CN"/>
        </w:rPr>
        <w:t>　　7.给特殊群体更多的关心与爱心，因材施教，分层次作业，适当降低要求。</w:t>
      </w:r>
      <w:r>
        <w:rPr>
          <w:lang w:eastAsia="zh-CN"/>
        </w:rPr>
        <w:br/>
      </w:r>
      <w:r>
        <w:rPr>
          <w:lang w:eastAsia="zh-CN"/>
        </w:rPr>
        <w:t xml:space="preserve">    关于五年级上册数学教学计划模板合集 篇22 </w:t>
      </w:r>
      <w:r>
        <w:rPr>
          <w:lang w:eastAsia="zh-CN"/>
        </w:rPr>
        <w:br/>
      </w:r>
      <w:r>
        <w:rPr>
          <w:lang w:eastAsia="zh-CN"/>
        </w:rPr>
        <w:t>　　一、教材分析</w:t>
      </w:r>
      <w:r>
        <w:rPr>
          <w:lang w:eastAsia="zh-CN"/>
        </w:rPr>
        <w:br/>
      </w:r>
      <w:r>
        <w:rPr>
          <w:lang w:eastAsia="zh-CN"/>
        </w:rPr>
        <w:t>　　这一册教材包括下面一些内容：认识正、负数、分数的意义和性质、分数的加法和减法、长方体和正方体、统计、方向与位置、可能性等。其中，长方体和正方体，分数的意义和性质，分数的加法和减法等是本册教材的重点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二、学生分析</w:t>
      </w:r>
      <w:r>
        <w:rPr>
          <w:lang w:eastAsia="zh-CN"/>
        </w:rPr>
        <w:br/>
      </w:r>
      <w:r>
        <w:rPr>
          <w:lang w:eastAsia="zh-CN"/>
        </w:rPr>
        <w:t>　　五年级二班有学生46人，学生基本具有一定的自我管理能力和自学能力，在教学中充分发挥学生的主动性，通过自主、合作学习掌握数学的基本技能和数学思想，提高数学的能力。有个别学生自觉性不够，学习态度还需不断端正，不能及时完成作业等，对于学习数学有一定困难。所以在新的学期里，在端正学生学习态度的同时，应加强培养他们的学习习惯，各种学习数学的能力，以提高成绩。</w:t>
      </w:r>
      <w:r>
        <w:rPr>
          <w:lang w:eastAsia="zh-CN"/>
        </w:rPr>
        <w:br/>
      </w:r>
      <w:r>
        <w:rPr>
          <w:lang w:eastAsia="zh-CN"/>
        </w:rPr>
        <w:t>　　三、教学目标</w:t>
      </w:r>
      <w:r>
        <w:rPr>
          <w:lang w:eastAsia="zh-CN"/>
        </w:rPr>
        <w:br/>
      </w:r>
      <w:r>
        <w:rPr>
          <w:lang w:eastAsia="zh-CN"/>
        </w:rPr>
        <w:t>　　1、理解分数的意义和基本性质，会比较分数的大小，会把假分数化成带分数或整数，会进行整数、小数的互化，能够比较熟练地进行约分和通分。</w:t>
      </w:r>
      <w:r>
        <w:rPr>
          <w:lang w:eastAsia="zh-CN"/>
        </w:rPr>
        <w:br/>
      </w:r>
      <w:r>
        <w:rPr>
          <w:lang w:eastAsia="zh-CN"/>
        </w:rPr>
        <w:t>　　2、了解正、负数的意义；会用正、负数表示一些日常生活中具有相反意义的量，能借助温度计比较正、负数的大小。</w:t>
      </w:r>
      <w:r>
        <w:rPr>
          <w:lang w:eastAsia="zh-CN"/>
        </w:rPr>
        <w:br/>
      </w:r>
      <w:r>
        <w:rPr>
          <w:lang w:eastAsia="zh-CN"/>
        </w:rPr>
        <w:t>　　3、理解分数加、减法的意义，掌握分数加、减法的计算方法，会解决有关分数加、减法简单实际问题。</w:t>
      </w:r>
      <w:r>
        <w:rPr>
          <w:lang w:eastAsia="zh-CN"/>
        </w:rPr>
        <w:br/>
      </w:r>
      <w:r>
        <w:rPr>
          <w:lang w:eastAsia="zh-CN"/>
        </w:rPr>
        <w:t>　　4、结合具体情境，探索并掌握长方体和正方体的特征、体积和表面积的计算方法，探索某些实物体积的测量方法。</w:t>
      </w:r>
      <w:r>
        <w:rPr>
          <w:lang w:eastAsia="zh-CN"/>
        </w:rPr>
        <w:br/>
      </w:r>
      <w:r>
        <w:rPr>
          <w:lang w:eastAsia="zh-CN"/>
        </w:rPr>
        <w:t>　　5、掌握求两个数的最大公因数和公倍数、最小公倍数的方法。</w:t>
      </w:r>
      <w:r>
        <w:rPr>
          <w:lang w:eastAsia="zh-CN"/>
        </w:rPr>
        <w:br/>
      </w:r>
      <w:r>
        <w:rPr>
          <w:lang w:eastAsia="zh-CN"/>
        </w:rPr>
        <w:t>　　6、结合现实事例，初步学会求简单事件发生的可能性的大小。在游戏活动中，体验事件发生的可能性以及游戏规则的公平性。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7、初步理解数对的含义，能用数对表示位置，在方格纸上根据数对确定位置。</w:t>
      </w:r>
      <w:r>
        <w:rPr>
          <w:lang w:eastAsia="zh-CN"/>
        </w:rPr>
        <w:br/>
      </w:r>
      <w:r>
        <w:rPr>
          <w:lang w:eastAsia="zh-CN"/>
        </w:rPr>
        <w:t>　　8、认识复式条形和折线统计图，会用简单的复式条形统计图和折线统计图来描述数据。</w:t>
      </w:r>
      <w:r>
        <w:rPr>
          <w:lang w:eastAsia="zh-CN"/>
        </w:rPr>
        <w:br/>
      </w:r>
      <w:r>
        <w:rPr>
          <w:lang w:eastAsia="zh-CN"/>
        </w:rPr>
        <w:t>　　9、经历从实际生活中发现问题、提出问题、解决问题的过程，体会数学在日常生活中的作用，初步形成综合运用数学知识解决问题的能力。</w:t>
      </w:r>
      <w:r>
        <w:rPr>
          <w:lang w:eastAsia="zh-CN"/>
        </w:rPr>
        <w:br/>
      </w:r>
      <w:r>
        <w:rPr>
          <w:lang w:eastAsia="zh-CN"/>
        </w:rPr>
        <w:t>　　10、体会解决问题策略的多样性及运用优化的数学思想方法解决问题的有效性，感受数学的魅力。形成发现生活中的数学的意识，初步形成观察、分析推理的能力。</w:t>
      </w:r>
      <w:r>
        <w:rPr>
          <w:lang w:eastAsia="zh-CN"/>
        </w:rPr>
        <w:br/>
      </w:r>
      <w:r>
        <w:rPr>
          <w:lang w:eastAsia="zh-CN"/>
        </w:rPr>
        <w:t>　　11、体会学习数学的乐趣，提高学习数学的兴趣，建立学好数学的信心。</w:t>
      </w:r>
      <w:r>
        <w:rPr>
          <w:lang w:eastAsia="zh-CN"/>
        </w:rPr>
        <w:br/>
      </w:r>
      <w:r>
        <w:rPr>
          <w:lang w:eastAsia="zh-CN"/>
        </w:rPr>
        <w:t>　　四、教学措施</w:t>
      </w:r>
      <w:r>
        <w:rPr>
          <w:lang w:eastAsia="zh-CN"/>
        </w:rPr>
        <w:br/>
      </w:r>
      <w:r>
        <w:rPr>
          <w:lang w:eastAsia="zh-CN"/>
        </w:rPr>
        <w:t>　　1、让学生在现实情境中体验和理解数学。</w:t>
      </w:r>
      <w:r>
        <w:rPr>
          <w:lang w:eastAsia="zh-CN"/>
        </w:rPr>
        <w:br/>
      </w:r>
      <w:r>
        <w:rPr>
          <w:lang w:eastAsia="zh-CN"/>
        </w:rPr>
        <w:t>　　2、鼓励学生独立思考，引导学生自主探索、合作交流：数学学习过程充满着观察、实验、模拟、推断等探索性与挑战性活动。教师要改变以例题、示范、讲解为主的教学方式，引导学生投入到探索与交流的学习活动之中。</w:t>
      </w:r>
      <w:r>
        <w:rPr>
          <w:lang w:eastAsia="zh-CN"/>
        </w:rPr>
        <w:br/>
      </w:r>
      <w:r>
        <w:rPr>
          <w:lang w:eastAsia="zh-CN"/>
        </w:rPr>
        <w:t>　　3、加强估算，鼓励解决问题策略的多样化：</w:t>
      </w:r>
      <w:r>
        <w:rPr>
          <w:lang w:eastAsia="zh-CN"/>
        </w:rPr>
        <w:br/>
      </w:r>
    </w:p>
    <w:p w:rsidR="001B1F19" w14:textId="27C3F48A">
      <w:pPr>
        <w:rPr>
          <w:rFonts w:hint="eastAsia"/>
          <w:lang w:eastAsia="zh-CN"/>
        </w:rPr>
      </w:pPr>
      <w:r>
        <w:rPr>
          <w:lang w:eastAsia="zh-CN"/>
        </w:rPr>
        <w:t>　　4、重视培养学生应用数学的意识和能力：本学段学生的知识、能力、情感和态度与第一学段的学生相比都有了进一步的发展，教师应该充分利用学生已有的生活经验，引导学生把所学的数学知识应用到现实中去，以体会数学在现实生活中的应用价值。综合应用是培养学生主动探索与合作学习的重要途径，教师可以通过下面案例的教学过程，培养学生应用数学的意识和综合运用所学知识解决问题的能力。</w:t>
      </w:r>
      <w:r>
        <w:rPr>
          <w:lang w:eastAsia="zh-CN"/>
        </w:rPr>
        <w:br/>
      </w:r>
      <w:r>
        <w:rPr>
          <w:lang w:eastAsia="zh-CN"/>
        </w:rPr>
        <w:t>　　5、转变教学方法。在数学教学中，教师必须将“重视结论”的教学转变为“重视过程”的教学，注重再现知识产生、形成的过程，引导学生去探索、去发现。</w:t>
      </w:r>
      <w:r>
        <w:rPr>
          <w:lang w:eastAsia="zh-CN"/>
        </w:rPr>
        <w:br/>
      </w:r>
      <w:r>
        <w:rPr>
          <w:lang w:eastAsia="zh-CN"/>
        </w:rPr>
        <w:t>　　6、在课堂上开展小组合作学习，让学生在一起摆摆、拼拼、说说，让学生畅所欲言，互相交流，减少学生的心理压力，充分发挥学生的主题性，培养学生的创新意识和实践能力。</w:t>
      </w:r>
      <w:r>
        <w:rPr>
          <w:lang w:eastAsia="zh-CN"/>
        </w:rPr>
        <w:br/>
      </w:r>
      <w:r>
        <w:rPr>
          <w:lang w:eastAsia="zh-CN"/>
        </w:rPr>
        <w:t>　　7、在教学中注意采用开放式教学，培养学生根据具体情境选择适当方法解决实际问题的意识。如通过一题多解、一题多变、一题多问、一题多编等途径，拓宽学生的知识面，沟通知识之间的内在联系，培养学生的应变能。</w:t>
      </w:r>
      <w:r>
        <w:rPr>
          <w:lang w:eastAsia="zh-CN"/>
        </w:rPr>
        <w:br/>
      </w:r>
      <w:r>
        <w:rPr>
          <w:lang w:eastAsia="zh-CN"/>
        </w:rPr>
        <w:t>　　8、练习的安排，要由浅入深，体现层次性。对不同的学生，要有不同的要求和练习，对优生、学困生都要体现有所指导。</w:t>
      </w:r>
      <w:r>
        <w:rPr>
          <w:lang w:eastAsia="zh-CN"/>
        </w:rPr>
        <w:br/>
      </w:r>
      <w:r>
        <w:rPr>
          <w:lang w:eastAsia="zh-CN"/>
        </w:rPr>
        <w:t>　　9、对后进生多宽容，少责备。要做到“三心”：诚心、爱心、耐心。</w:t>
      </w:r>
      <w:r>
        <w:rPr>
          <w:lang w:eastAsia="zh-CN"/>
        </w:rPr>
        <w:br/>
      </w:r>
      <w:r>
        <w:rPr>
          <w:lang w:eastAsia="zh-CN"/>
        </w:rPr>
        <w:t>　　10、保护优秀学生学习的积极性，鼓励质疑。在教学中渗透课外知识，课外有计划对学生进行抓优指导。</w:t>
      </w:r>
      <w:r>
        <w:rPr>
          <w:lang w:eastAsia="zh-CN"/>
        </w:rPr>
        <w:br/>
      </w:r>
      <w:r>
        <w:rPr>
          <w:lang w:eastAsia="zh-CN"/>
        </w:rPr>
        <w:t xml:space="preserve">    关于五年级上册数学教学计划模板合集 篇23 </w:t>
      </w:r>
      <w:r>
        <w:rPr>
          <w:lang w:eastAsia="zh-CN"/>
        </w:rPr>
        <w:br/>
      </w:r>
      <w:r>
        <w:rPr>
          <w:lang w:eastAsia="zh-CN"/>
        </w:rPr>
        <w:t>　　一、学生基本情况分析及解决措施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https://d.book118.com/838061016047006041</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8061016047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