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大学生期末个人总结范文（30篇）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大学生期末个人总结精选范文（精选30篇）</w:t>
      </w:r>
      <w:r>
        <w:rPr>
          <w:lang w:eastAsia="zh-CN"/>
        </w:rPr>
        <w:br/>
      </w:r>
      <w:r>
        <w:rPr>
          <w:lang w:eastAsia="zh-CN"/>
        </w:rPr>
        <w:t xml:space="preserve">    大学生期末个人总结精选范文 篇1 </w:t>
      </w:r>
      <w:r>
        <w:rPr>
          <w:lang w:eastAsia="zh-CN"/>
        </w:rPr>
        <w:br/>
      </w:r>
      <w:r>
        <w:rPr>
          <w:lang w:eastAsia="zh-CN"/>
        </w:rPr>
        <w:t>　　这学期陈老师给我们了很多电子版的书籍，我也看了一点，虽然还没有看完现在。但是我感觉那些书都很好，值得去看。通过阅读这一类的书籍，逐渐对软件工程也有了新的认识。软件工程就是讲的如何去构建一个简单实用的方法，避免走弯路，可以说是一盏引路的明灯，指引人们正确的道路。闲暇时间我也去图书馆借了几本关于计算机的书籍，不能说是收获巨大，也可以说小有收获吧。这学期总结了一下，一学期下来大概也写了有一千行代码吧，有大部分都是在课堂上跟着老师做的一些程序，自己在宿舍敲得代码少之又少。我感觉写代码之前还是需要先理解代码的意思，要不然照着书上的代码跟着敲并没有什么收获，等于白用功。所以我感觉理解代码也是很重要的。</w:t>
      </w:r>
      <w:r>
        <w:rPr>
          <w:lang w:eastAsia="zh-CN"/>
        </w:rPr>
        <w:br/>
      </w:r>
      <w:r>
        <w:rPr>
          <w:lang w:eastAsia="zh-CN"/>
        </w:rPr>
        <w:t>　　虽然没见过老师你本人，但是感觉你是一个和蔼可亲的老师。我们在学习上有困难您能给我们帮助，还经常给我们一些锻炼自己的机会，让我们自己体验一下自己独立做出程序在成功的那一刻的惊喜和激动，谢谢您，牛老师！你在我们迷茫的时候给了我很大的帮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我感觉在以后的学习中，一定要多动手，多看书，拓展自己的知识面。要清楚地认识到计算机编程这门课程并不是一朝一夕就能完全学会的，我们现在学的还只是皮毛而已。要经过日积月累才能从分了解这门课程。计算机语言也是有着独特的魅力，深深地吸引着我们。</w:t>
      </w:r>
      <w:r>
        <w:rPr>
          <w:lang w:eastAsia="zh-CN"/>
        </w:rPr>
        <w:br/>
      </w:r>
      <w:r>
        <w:rPr>
          <w:lang w:eastAsia="zh-CN"/>
        </w:rPr>
        <w:t>　　期初推行这个学习方式的时候我还不是太理解，经过几次的练习之后我才发现这是一个很好地学习方法。这种学习方法可以让我们充分的了解计算机语言这门课程，自己在宿舍编写程序的前提是首先你自己要会写，要理解，否则你怎么在宿舍自己完成?这也算是一种压力吧，有压力就是好的。比较有压力才有动力嘛，其次在博客园里面也可以学到一些课本上学步到的知识，也是一种提高。谢谢老师教会我们用博客，它对我们这些初入编程届的菜鸟太有帮助了。</w:t>
      </w:r>
      <w:r>
        <w:rPr>
          <w:lang w:eastAsia="zh-CN"/>
        </w:rPr>
        <w:br/>
      </w:r>
      <w:r>
        <w:rPr>
          <w:lang w:eastAsia="zh-CN"/>
        </w:rPr>
        <w:t>　　以上就是我这学期的总结，谢谢老师这一学期对我们的付出！</w:t>
      </w:r>
      <w:r>
        <w:rPr>
          <w:lang w:eastAsia="zh-CN"/>
        </w:rPr>
        <w:br/>
      </w:r>
      <w:r>
        <w:rPr>
          <w:lang w:eastAsia="zh-CN"/>
        </w:rPr>
        <w:t xml:space="preserve">    大学生期末个人总结精选范文 篇2 </w:t>
      </w:r>
      <w:r>
        <w:rPr>
          <w:lang w:eastAsia="zh-CN"/>
        </w:rPr>
        <w:br/>
      </w:r>
      <w:r>
        <w:rPr>
          <w:lang w:eastAsia="zh-CN"/>
        </w:rPr>
        <w:t>　　期末将至，转眼即将新的一年。在_年的最后一天，这学期得与失。在即将到来新的起点上踏实的进步。</w:t>
      </w:r>
      <w:r>
        <w:rPr>
          <w:lang w:eastAsia="zh-CN"/>
        </w:rPr>
        <w:br/>
      </w:r>
      <w:r>
        <w:rPr>
          <w:lang w:eastAsia="zh-CN"/>
        </w:rPr>
        <w:t>　　回眸这学期，我最大的是在上较大一这一年成熟不少。这也可以说是和大一时思想上的差别。但自己还很多方面都还需要不断地努力改进。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这学期后期我才真正到的意义，学习代表着什么。学习是培我们在的引导下能的自主学习能力，更是我们对学习对的一种态度。前半学期是我自己强加着自己学习，不主动，不积极。心态的不对让我在学习的时候接收知识的效果及差。总体上看心思不在学习上。但我一直都明白学习对我的重要性，所以我在不断力求思想上的进步的同时真正明白我该怎样去学习。在后半段，我上课很认真地听讲，上什么课我都坐第一排。这是保证我学习质量的同时和老师距离又进了一步。所以，我对我下学期的要求就是上课认真听讲，不迟到，不旷任何一节课。因为有个好的学习态度才能助自己在学习上这个薄弱的环节上进步。</w:t>
      </w:r>
      <w:r>
        <w:rPr>
          <w:lang w:eastAsia="zh-CN"/>
        </w:rPr>
        <w:br/>
      </w:r>
      <w:r>
        <w:rPr>
          <w:lang w:eastAsia="zh-CN"/>
        </w:rPr>
        <w:t>　　这学期我最大的收获是思想的成熟。我想在时期培养一个良好性格品质。这需要要在各方面做好自己。在方面，在班上担任学习委员的我一直都很我的班集体，尽自己所能班上的，以及和班上的每位同学的关系都很好。但有时我也没起好带头作用，对自己要求的不严格间接给班风带来不好的影响。这是我以后需要注意的，并时刻保持班集体进取心所应做的工作。</w:t>
      </w:r>
      <w:r>
        <w:rPr>
          <w:lang w:eastAsia="zh-CN"/>
        </w:rPr>
        <w:br/>
      </w:r>
      <w:r>
        <w:rPr>
          <w:lang w:eastAsia="zh-CN"/>
        </w:rPr>
        <w:t xml:space="preserve">    大学生期末个人总结精选范文 篇3 </w:t>
      </w:r>
      <w:r>
        <w:rPr>
          <w:lang w:eastAsia="zh-CN"/>
        </w:rPr>
        <w:br/>
      </w:r>
      <w:r>
        <w:rPr>
          <w:lang w:eastAsia="zh-CN"/>
        </w:rPr>
        <w:t>　　光阴荏苒，转眼我们大一即将结束了，首先，很感谢老师和同学们的关怀，使我成为我们大家庭当中的一员。让我有机会为班级服务，尽管贡献不大，但我乐在其中，也很感谢那些给我帮助以及对我提出批评的老师和同学，让我进步了很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回顾这大一的生活，军训、篮球比赛，拔河比赛等各项体育活动让我们学会了团结。专业知识竞赛使我懂得了团结和学习两者的重要性，缺一不可。同学们都来自五湖四海，口音的不同也带来不少欢乐，我们相处得非常愉快。</w:t>
      </w:r>
      <w:r>
        <w:rPr>
          <w:lang w:eastAsia="zh-CN"/>
        </w:rPr>
        <w:br/>
      </w:r>
      <w:r>
        <w:rPr>
          <w:lang w:eastAsia="zh-CN"/>
        </w:rPr>
        <w:t>　　作为班里的一员我认识了众多同学而感到欢乐，在班里同学们教会我如何去学习各类班级活动，在各种活动里体会不同的快乐，通过活动也增进了我们的友谊。在参加班内的和学院的活动中同学们的积极参与让班上添加很多色彩。</w:t>
      </w:r>
      <w:r>
        <w:rPr>
          <w:lang w:eastAsia="zh-CN"/>
        </w:rPr>
        <w:br/>
      </w:r>
      <w:r>
        <w:rPr>
          <w:lang w:eastAsia="zh-CN"/>
        </w:rPr>
        <w:t>　　经历过这一学期的学习锻炼，我学到了很多知识。我现在与从前的自己最大的不同就是：现在的我乐于做一个组织者奉献者，积极的参与到各种组织活动中。</w:t>
      </w:r>
      <w:r>
        <w:rPr>
          <w:lang w:eastAsia="zh-CN"/>
        </w:rPr>
        <w:br/>
      </w:r>
      <w:r>
        <w:rPr>
          <w:lang w:eastAsia="zh-CN"/>
        </w:rPr>
        <w:t>　　在这一学年，班里的气氛是和谐融洽的。在学习上大家都是争先恐后，使我感到了学习的重要性。但我们还是学的还远远不够，还要不断努力。</w:t>
      </w:r>
      <w:r>
        <w:rPr>
          <w:lang w:eastAsia="zh-CN"/>
        </w:rPr>
        <w:br/>
      </w:r>
      <w:r>
        <w:rPr>
          <w:lang w:eastAsia="zh-CN"/>
        </w:rPr>
        <w:t>　　又听到这一年秋天到来的脚步，能感觉又一届新生的朝气。岁月荏苒，白驹过隙，我站在时光的边缘，回头看看：从身前流逝的这一学期，不禁想好好的回顾：什么自己抓住了，什么自己错过了……</w:t>
      </w:r>
      <w:r>
        <w:rPr>
          <w:lang w:eastAsia="zh-CN"/>
        </w:rPr>
        <w:br/>
      </w:r>
      <w:r>
        <w:rPr>
          <w:lang w:eastAsia="zh-CN"/>
        </w:rPr>
        <w:t>　　我喜欢帮助他人，因为在他人充满谢意的眼睛里我看到了我的价值；我热爱接受挑战，在这菁菁校园里，我尽情的施展自己的才华。想想一年来的经历，让人回味咀嚼的真的很多，我忙碌着，也快乐着，向着自己追求的目标努力，我自认为我做到了创造自己肯定自己 超越自己。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班拥有很多积极向上的同学，一批乐于帮助、甘于奉献的同学。每次在个不同的活动中都能看到他们的身影，不求回报、无私奉献。我深深地被这些同学所感动。他们也成为我班的砥柱中流，这也值得大家向他们学习。在今后的日子里，希望大家能够进步。最后，我工作不足，希望同学们向我提议，给予我改正进步的机会。</w:t>
      </w:r>
      <w:r>
        <w:rPr>
          <w:lang w:eastAsia="zh-CN"/>
        </w:rPr>
        <w:br/>
      </w:r>
      <w:r>
        <w:rPr>
          <w:lang w:eastAsia="zh-CN"/>
        </w:rPr>
        <w:t>　　大学的第一个学年，留给我的是美好的回忆。这其中有成长的喜悦，也有成长的痛楚。再多的辉煌与黯然都是昨天，我十分清楚要我面对的是又一个新的学年。</w:t>
      </w:r>
      <w:r>
        <w:rPr>
          <w:lang w:eastAsia="zh-CN"/>
        </w:rPr>
        <w:br/>
      </w:r>
      <w:r>
        <w:rPr>
          <w:lang w:eastAsia="zh-CN"/>
        </w:rPr>
        <w:t>　　回顾昨天，我百感交集；面对今天，我信心满满；展望明天，我任重道远！</w:t>
      </w:r>
      <w:r>
        <w:rPr>
          <w:lang w:eastAsia="zh-CN"/>
        </w:rPr>
        <w:br/>
      </w:r>
      <w:r>
        <w:rPr>
          <w:lang w:eastAsia="zh-CN"/>
        </w:rPr>
        <w:t xml:space="preserve">    大学生期末个人总结精选范文 篇4 </w:t>
      </w:r>
      <w:r>
        <w:rPr>
          <w:lang w:eastAsia="zh-CN"/>
        </w:rPr>
        <w:br/>
      </w:r>
      <w:r>
        <w:rPr>
          <w:lang w:eastAsia="zh-CN"/>
        </w:rPr>
        <w:t>　　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r>
        <w:rPr>
          <w:lang w:eastAsia="zh-CN"/>
        </w:rPr>
        <w:br/>
      </w:r>
      <w:r>
        <w:rPr>
          <w:lang w:eastAsia="zh-CN"/>
        </w:rPr>
        <w:t>　　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r>
        <w:rPr>
          <w:lang w:eastAsia="zh-CN"/>
        </w:rPr>
        <w:br/>
      </w:r>
      <w:r>
        <w:rPr>
          <w:lang w:eastAsia="zh-CN"/>
        </w:rPr>
        <w:t>　　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r>
        <w:rPr>
          <w:lang w:eastAsia="zh-CN"/>
        </w:rPr>
        <w:br/>
      </w:r>
      <w:r>
        <w:rPr>
          <w:lang w:eastAsia="zh-CN"/>
        </w:rPr>
        <w:t xml:space="preserve">    大学生期末个人总结精选范文 篇5 </w:t>
      </w:r>
      <w:r>
        <w:rPr>
          <w:lang w:eastAsia="zh-CN"/>
        </w:rPr>
        <w:br/>
      </w:r>
      <w:r>
        <w:rPr>
          <w:lang w:eastAsia="zh-CN"/>
        </w:rPr>
        <w:t>　　时间如白驹过隙，总在我们不经意间流逝，大二上学期就这么过去了，依旧是那么的平静，平静的像碌碌无为。回顾这一学期，开始时一如既往，总是决心着在新的一学期里要怎样，对新学期充满了信心，有着一个个美好的计划，结束时却无奈的发现自己还是原来那个样，没有太大的改变，开始想做的事，总是因为其他而耽搁，又或是因为自己的不坚持而没有完成;开始的计划总是跟不上现实的改变而搁置，这些的不作为打击着我的信心与激情，不过，这并不意味着我在这学期没有收获，在这过程中，我更加了解到自己的不足，缺乏一点自信，更缺少一份坚持。下面对这学期做个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首先，在学业方面，较之大一，这学期的学习认真程度有所下降，上课也没有大一时认真，但作业任务依然按时完成，同时也更加适应大学的学习环境，这点从这学期的成绩可以看出，所以大学我们要学的是掌握一套自己的学习方法，好的学习方法使我们事半功倍。这学期一些课程比较难，学的比较吃力，比如物理化学和数学物理方程这两门，一开始都是自己啃不懂的问题，但效率很低，有很多问题都没弄懂，但后来我学会与几个同学一起讨论，你一言，我一句，一个问题就解决了，遇到分歧，大家都拼命证明自己是对的，最后如果证明自己是对的，那种“嘚瑟”的感觉是很不错的，这种学习方法既不失乐趣有能解决问题，而且效率很高。大学毕竟不像中学，我们要学会自学，更要学会高效率的学习方法，学会利用利用身边的资源是个很好的选择。</w:t>
      </w:r>
      <w:r>
        <w:rPr>
          <w:lang w:eastAsia="zh-CN"/>
        </w:rPr>
        <w:br/>
      </w:r>
      <w:r>
        <w:rPr>
          <w:lang w:eastAsia="zh-CN"/>
        </w:rPr>
        <w:t>　　大学图书馆是个资源最丰富的地方，这学期我去图书馆借书的频率有所增加，虽然次数还是不高，但比大一还是有所提升。同时这学期学校有数学物理竞赛，我也积极参与，并在数学竞赛中获得了一定的名次。其次，在生活方面，我都可以和同学友好相处，互帮互爱，自己的事情自己完成，形成独立自主的良好品德。宿舍是一个小集体，四个人生活在同一个空间里，但是各自的生活习性都不相同，这就需要大家互相理解和迁就，只有这样才能和好相处，为我们的学习创造一个良好的学习和休息环境。这方面我们宿舍做的还是比较好的，这学期我们院就因为部分宿舍的矛盾而调整了宿舍，基本每个宿舍都被调换了，而我们宿舍却因别的宿舍人员不好搭配而被迫换走了一人。不过在这学期我也养成了一个不良习惯，那就是不吃早饭，因为这学期我们上午都是在十点多才开始上课，也就起的比较晚，每次想早点起来吃饭，但最后都没能战胜睡觉的念头，一天两顿饭的习惯也就养成了。同时在这学期的空闲放假时间，我也去做了一些兼职，这增加了我的社会阅历，锻炼了自己的为人处世的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最后，在工作方面，这学期前期，白丁无职务，但班级工作我都积极配合。后期担任班长一职，在没有担任之前我以为挺简单的，担任之后我才知道这其中的困难，任务下达后完成率不高，同学不配合等等一系列问题，从这些工作中了解到自己能力的不足。不过经过这学期的工作锻炼，我的协调组织能力了提高，思考问题更全面，思想也更成熟。</w:t>
      </w:r>
      <w:r>
        <w:rPr>
          <w:lang w:eastAsia="zh-CN"/>
        </w:rPr>
        <w:br/>
      </w:r>
      <w:r>
        <w:rPr>
          <w:lang w:eastAsia="zh-CN"/>
        </w:rPr>
        <w:t>　　鉴于上学期的经验与教训，也凭借上学期取得的一些成绩和成功之处，下面为这学期做的一些计划。</w:t>
      </w:r>
      <w:r>
        <w:rPr>
          <w:lang w:eastAsia="zh-CN"/>
        </w:rPr>
        <w:br/>
      </w:r>
      <w:r>
        <w:rPr>
          <w:lang w:eastAsia="zh-CN"/>
        </w:rPr>
        <w:t>　　首先是改变学习状态，不能继续上学期的状态，因为这学期的专业课程更多了，如果这些专业课程未能学好，那么学之后的课程会变得更加吃力，所以学习新课时要提前预习，把握课堂，在课上认真听讲，课后注意及时复习，温故而知新。</w:t>
      </w:r>
      <w:r>
        <w:rPr>
          <w:lang w:eastAsia="zh-CN"/>
        </w:rPr>
        <w:br/>
      </w:r>
      <w:r>
        <w:rPr>
          <w:lang w:eastAsia="zh-CN"/>
        </w:rPr>
        <w:t>　　充分利用好图书馆资源，除了课本知识外，还要阅读一些与本专业相关的书籍，多找些有哲理的书看看，涉猎一些其他方面的书籍。</w:t>
      </w:r>
      <w:r>
        <w:rPr>
          <w:lang w:eastAsia="zh-CN"/>
        </w:rPr>
        <w:br/>
      </w:r>
      <w:r>
        <w:rPr>
          <w:lang w:eastAsia="zh-CN"/>
        </w:rPr>
        <w:t>　　对于六月份的六级考试更要加把劲，加强听力练习和写作练习，利用零碎时间增加自己的词汇量。</w:t>
      </w:r>
      <w:r>
        <w:rPr>
          <w:lang w:eastAsia="zh-CN"/>
        </w:rPr>
        <w:br/>
      </w:r>
      <w:r>
        <w:rPr>
          <w:lang w:eastAsia="zh-CN"/>
        </w:rPr>
        <w:t>　　新学期，不仅要努力学习专业课，同时也要学好文化课，学好基础课，增加各种兴趣爱好，积极参与学校学院活动，参加班级社团活动。</w:t>
      </w:r>
      <w:r>
        <w:rPr>
          <w:lang w:eastAsia="zh-CN"/>
        </w:rPr>
        <w:br/>
      </w:r>
      <w:r>
        <w:rPr>
          <w:lang w:eastAsia="zh-CN"/>
        </w:rPr>
        <w:t xml:space="preserve">    大学生期末个人总结精选范文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又是一年寒冷的冬天，不知不知觉中，大二上学期就快要结束了。其实时间并没有跑得太快，每天都在做同一件事，只是我们的脚步似乎慢了一点，才感觉时光如水，岁月如歌。</w:t>
      </w:r>
      <w:r>
        <w:rPr>
          <w:lang w:eastAsia="zh-CN"/>
        </w:rPr>
        <w:br/>
      </w:r>
      <w:r>
        <w:rPr>
          <w:lang w:eastAsia="zh-CN"/>
        </w:rPr>
        <w:t>　　一学期即将过去了，总还是学到了不少的东西，人也在逐渐成熟。学习中，站在新的一个起点上，我有了不同于大一的学习方法和思路。在党校学习中，思想政治与党性分析在思想上自我感觉有一定程度的提高；平时学习中，让我收获到没有努力，想考60分都不是那么容易的，有准备的人，也就是对自己负责的人，作为学生就必须端正自己的学习态度。</w:t>
      </w:r>
      <w:r>
        <w:rPr>
          <w:lang w:eastAsia="zh-CN"/>
        </w:rPr>
        <w:br/>
      </w:r>
      <w:r>
        <w:rPr>
          <w:lang w:eastAsia="zh-CN"/>
        </w:rPr>
        <w:t>　　生活中，在我脸上看到最多的是笑容。在我看来，能练就外表的从容，也就能造就内心的淡定。在任何问题面前，我相信微笑可以给彼此一个答案，在纷繁复杂的人际交流中，我相信淡定可以给我一个更好的思考方式。虽然我是班长，但是在平时的生活中，依旧随大波逐流，寝室相互串门，相互帮助，虽然没有波澜起伏的大学生活，但我们展示了一幅和谐唯美的生活图。与老师的交流，在生活中，一般都不是以一个学生对老师的态度，而是一种朋友的关系存在在里面，拉近了我们的距离。</w:t>
      </w:r>
      <w:r>
        <w:rPr>
          <w:lang w:eastAsia="zh-CN"/>
        </w:rPr>
        <w:br/>
      </w:r>
      <w:r>
        <w:rPr>
          <w:lang w:eastAsia="zh-CN"/>
        </w:rPr>
        <w:t>　　其它方面，本学期10月16日在沙坪坝区三峡广场献血地点献过一次血，积极的向党递交了申请书，参与了重庆理工大学商贸信息学院分党校第六期入党积极分子培训班的学习，爱好播音主持的我一如既往，国庆节庆祝活动中，担任男主持人之一，并且参与了表演，现在担任广播站站长。这展示了一个积极、奉献、阳光的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生活中没有完美无瑕，有了好的方面，当然也有不足的地方。坦然面对，这一学期真的没有学到太多的知识，原因就在自己身上，这是一个既定的事实，作为一名学生我就得放在心上，接下来我会调整我的一个学习方式，补上相应的内容，在来年我会对我的大学学习有一个重新的规划。生活中的我不知不觉中缺少了体育锻炼，直接导致我生了一次病，让我深刻的意思到身体是革命的本钱。在接下来的生活和学习中我会努力的改变这些不足，防止这些不足成为我以后的绊脚石。</w:t>
      </w:r>
      <w:r>
        <w:rPr>
          <w:lang w:eastAsia="zh-CN"/>
        </w:rPr>
        <w:br/>
      </w:r>
      <w:r>
        <w:rPr>
          <w:lang w:eastAsia="zh-CN"/>
        </w:rPr>
        <w:t>　　总的来讲，从大一过渡到大二，我少了大一时的思维单一性，任何事物都有它的好坏，不是只发现了好与坏就算找到了答案，而是要清楚其中存在的一些因素，是什么原因所导致的好与坏，当然也不是天马行空，能想到的因素必然是都要能找到依据的。一学期即将过去，思维在逐渐的改变，我希望毕业时，我能有缜密、清晰的逻辑思维去面对我的人生之路。大一时，享受的是大学的美好；如今大二了，我感受到的是压力，在我喜欢看职来职往的这档节目中，我深刻的知道了智慧和能力并存的重要性，享受的时光已经过去了，努力的时刻已经到来。</w:t>
      </w:r>
      <w:r>
        <w:rPr>
          <w:lang w:eastAsia="zh-CN"/>
        </w:rPr>
        <w:br/>
      </w:r>
      <w:r>
        <w:rPr>
          <w:lang w:eastAsia="zh-CN"/>
        </w:rPr>
        <w:t>　　相信成功并不遥远，此时不搏何时搏！</w:t>
      </w:r>
      <w:r>
        <w:rPr>
          <w:lang w:eastAsia="zh-CN"/>
        </w:rPr>
        <w:br/>
      </w:r>
      <w:r>
        <w:rPr>
          <w:lang w:eastAsia="zh-CN"/>
        </w:rPr>
        <w:t xml:space="preserve">    大学生期末个人总结精选范文 篇7 </w:t>
      </w:r>
      <w:r>
        <w:rPr>
          <w:lang w:eastAsia="zh-CN"/>
        </w:rPr>
        <w:br/>
      </w:r>
      <w:r>
        <w:rPr>
          <w:lang w:eastAsia="zh-CN"/>
        </w:rPr>
        <w:t>　　期末将至，在这一学年的最后一周里，总结下这一学年的得与失，为即将到来的新学年准备好，争取最大的进步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回眸这一学年，我最大的变化是在思想上较大一时成熟不少。这也可以说是和大一时思想上的差别，但是总体说来，自己的思维思想还需提升，而且自己还很多方面还做得很不够，都还需要不断地努力改进。在这学期后期我才真正认识到学习的意义，学习代表着什么。学习是培我们在老师的引导下能的自主学习能力，更是我们对学习对生活的一种态度。以前的学习是我自己强加着自己学习，不主动，不积极。心思不在学习上，心态的不对让我在学习的时候接收知识的效果及差。但我一直都明白学习对我的重要性，所以我在不断力求思想上的进步的同时真正明白我该怎样去学习，学习于我自身的重要意义。在学期后半段，我上课认真地听讲，上什么课我都坐第一排。这是保证我学习质量的同时和老师距离又进了一步。所以，我对我下学期的要求就是上课认真听讲，不迟到，不旷任何一节课。因为有个好的学习态度才能助自己在学习上这个薄弱的环节上进步。</w:t>
      </w:r>
      <w:r>
        <w:rPr>
          <w:lang w:eastAsia="zh-CN"/>
        </w:rPr>
        <w:br/>
      </w:r>
      <w:r>
        <w:rPr>
          <w:lang w:eastAsia="zh-CN"/>
        </w:rPr>
        <w:t>　　我想在大学时期培养一个良好性格品质。这需要在各方面做好自己。除了学习方面，在生活方面也尽量培养自己养成良好习惯，平时和同学多沟通接触，培养良好的同学情谊，相互帮助，相互鼓励，共同进步。平时也积极跟父母沟通，希望能慢慢从过去依赖父母，依赖家庭的角色独立出来，看到自己成熟了许多，父母也放心许多。</w:t>
      </w:r>
      <w:r>
        <w:rPr>
          <w:lang w:eastAsia="zh-CN"/>
        </w:rPr>
        <w:br/>
      </w:r>
      <w:r>
        <w:rPr>
          <w:lang w:eastAsia="zh-CN"/>
        </w:rPr>
        <w:t>　　本学期做得不够好的一方面可能要算积极参加各类活动了，由于自己对许多活动失去了兴趣，自己也没有太多的精力参加，所以参加活动方面不够积极，踊跃。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另外，本学期没有积极的担任班干部或学生会学研会以及社团之类的职务，在锻炼自己工作方面做得不够好，不过通过大一时的锻炼，自己还是学到了许多东，现在把更多的精力用在学习上和思考未来上边也没什么大问题。</w:t>
      </w:r>
      <w:r>
        <w:rPr>
          <w:lang w:eastAsia="zh-CN"/>
        </w:rPr>
        <w:br/>
      </w:r>
      <w:r>
        <w:rPr>
          <w:lang w:eastAsia="zh-CN"/>
        </w:rPr>
        <w:t>　　好了，以上就是对自己本学期的一个小结，自己下学期严格要求自己，做得不好的争取改进，做得好的继续保持!</w:t>
      </w:r>
      <w:r>
        <w:rPr>
          <w:lang w:eastAsia="zh-CN"/>
        </w:rPr>
        <w:br/>
      </w:r>
      <w:r>
        <w:rPr>
          <w:lang w:eastAsia="zh-CN"/>
        </w:rPr>
        <w:t xml:space="preserve">    大学生期末个人总结精选范文 篇8 </w:t>
      </w:r>
      <w:r>
        <w:rPr>
          <w:lang w:eastAsia="zh-CN"/>
        </w:rPr>
        <w:br/>
      </w:r>
      <w:r>
        <w:rPr>
          <w:lang w:eastAsia="zh-CN"/>
        </w:rPr>
        <w:t>　　期末将至，转眼即将新的一年。在_年的最后一天，这学期得与失。在即将到来新的起点上踏实的进步。</w:t>
      </w:r>
      <w:r>
        <w:rPr>
          <w:lang w:eastAsia="zh-CN"/>
        </w:rPr>
        <w:br/>
      </w:r>
      <w:r>
        <w:rPr>
          <w:lang w:eastAsia="zh-CN"/>
        </w:rPr>
        <w:t>　　回眸这学期，我最大的是在上较大一这一年成熟不少。这也可以说是和大一时思想上的差别。但自己还很多方面都还需要不断地努力改进。</w:t>
      </w:r>
      <w:r>
        <w:rPr>
          <w:lang w:eastAsia="zh-CN"/>
        </w:rPr>
        <w:br/>
      </w:r>
      <w:r>
        <w:rPr>
          <w:lang w:eastAsia="zh-CN"/>
        </w:rPr>
        <w:t>　　在这学期后期我才真正到的意义，学习代表着什么。学习是培我们在的引导下能的自主学习能力，更是我们对学习对的一种态度。前半学期是我自己强加着自己学习，不主动，不积极。心态的不对让我在学习的时候接收知识的效果及差。总体上看心思不在学习上。但我一直都明白学习对我的重要性，所以我在不断力求思想上的进步的同时真正明白我该怎样去学习。在后半段，我上课很认真地听讲，上什么课我都坐第一排。这是保证我学习质量的同时和老师距离又进了一步。所以，我对我下学期的要求就是上课认真听讲，不迟到，不旷任何一节课。因为有个好的学习态度才能助自己在学习上这个薄弱的环节上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这学期我最大的收获是思想的成熟。我想在时期培养一个良好性格品质。这需要要在各方面做好自己。在方面，在班上担任学习委员的我一直都很我的班集体，尽自己所能班上的，以及和班上的每位同学的关系都很好。但有时我也没起好带头作用，对自己要求的不严格间接给班风带来不好的影响。这是我以后需要注意的，并时刻保持班集体进取心所应做的工作。</w:t>
      </w:r>
      <w:r>
        <w:rPr>
          <w:lang w:eastAsia="zh-CN"/>
        </w:rPr>
        <w:br/>
      </w:r>
      <w:r>
        <w:rPr>
          <w:lang w:eastAsia="zh-CN"/>
        </w:rPr>
        <w:t xml:space="preserve">    大学生期末个人总结精选范文 篇9 </w:t>
      </w:r>
      <w:r>
        <w:rPr>
          <w:lang w:eastAsia="zh-CN"/>
        </w:rPr>
        <w:br/>
      </w:r>
      <w:r>
        <w:rPr>
          <w:lang w:eastAsia="zh-CN"/>
        </w:rPr>
        <w:t>　　一、在学习方面上</w:t>
      </w:r>
      <w:r>
        <w:rPr>
          <w:lang w:eastAsia="zh-CN"/>
        </w:rPr>
        <w:br/>
      </w:r>
      <w:r>
        <w:rPr>
          <w:lang w:eastAsia="zh-CN"/>
        </w:rPr>
        <w:t>　　学习成绩不是非常好，但我却在学习的过程中收获了很多。能按照学校的有关规定，利用业余时间自学各门课程，积极参加集中串讲，按时完成各项作业。通过两年学习，现已掌握了所学知识。在学习期间，我能自觉将所学知识用于实践当中，以“独立思考”作为自己的座右铭，时刻不忘警戒。勤俭朴素，热爱集体，以诚待人，关心同学，乐于助人，有较强的时间观念。性格乐观开朗，并始终保持良好的心态。</w:t>
      </w:r>
      <w:r>
        <w:rPr>
          <w:lang w:eastAsia="zh-CN"/>
        </w:rPr>
        <w:br/>
      </w:r>
      <w:r>
        <w:rPr>
          <w:lang w:eastAsia="zh-CN"/>
        </w:rPr>
        <w:t>　　二、在工作上</w:t>
      </w:r>
      <w:r>
        <w:rPr>
          <w:lang w:eastAsia="zh-CN"/>
        </w:rPr>
        <w:br/>
      </w:r>
      <w:r>
        <w:rPr>
          <w:lang w:eastAsia="zh-CN"/>
        </w:rPr>
        <w:t>　　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r>
        <w:rPr>
          <w:lang w:eastAsia="zh-CN"/>
        </w:rPr>
        <w:br/>
      </w:r>
      <w:r>
        <w:rPr>
          <w:lang w:eastAsia="zh-CN"/>
        </w:rPr>
        <w:t>　　三、在思想品德上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本人有良好的道德修养，坚定的政治方向。在日常的学习生活中，遵纪守法，尊敬师长，团结同学。品行关系到能否形成正确的人生观和世界观，所以我很注重自己的品行，坚持着自我反省且努力完善自己的人格，所以无论在什么情况下，都以品德至上来要求自己，严于律己，友爱同学，乐于助人。在日常生活中以积极的态度和与同学们的相处极为融洽。</w:t>
      </w:r>
      <w:r>
        <w:rPr>
          <w:lang w:eastAsia="zh-CN"/>
        </w:rPr>
        <w:br/>
      </w:r>
      <w:r>
        <w:rPr>
          <w:lang w:eastAsia="zh-CN"/>
        </w:rPr>
        <w:t xml:space="preserve">    大学生期末个人总结精选范文 篇10 </w:t>
      </w:r>
      <w:r>
        <w:rPr>
          <w:lang w:eastAsia="zh-CN"/>
        </w:rPr>
        <w:br/>
      </w:r>
      <w:r>
        <w:rPr>
          <w:lang w:eastAsia="zh-CN"/>
        </w:rPr>
        <w:t>　　大一的逝去迎来的是大二的到来，在新的这个学期里，我进取端正思想态度，改变学习方法，调整生活规律，较快较好的适应了新的学习生活氛围和环境，使自我的大二生活充实而有意义。</w:t>
      </w:r>
      <w:r>
        <w:rPr>
          <w:lang w:eastAsia="zh-CN"/>
        </w:rPr>
        <w:br/>
      </w:r>
      <w:r>
        <w:rPr>
          <w:lang w:eastAsia="zh-CN"/>
        </w:rPr>
        <w:t>　　作为祖国的未来和期望，我应当从我做起，从此刻做起。在思想上进取追求上进，明辨是非;在学习上刻苦努力，精益求精;在生活上勤俭节俭，节俭水电，不攀比;在工作岗位上热心为同学服务，大胆创新;在行动上坚决反对有损民族形象的丑恶行为，讲礼貌，讲礼貌，守纪律，遵守社会公德和校规校纪。让我们进取行动起来，努力学习科学文化知识，树立正确的世界观、人生观和价值观。自觉把“八荣八耻”作为心灵的准则和行动的指南，弘扬社会主义荣辱观，共建社会主义思想道德新风尚，为构建社会主义和谐社会贡献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这学年在__班担任班长的工作，在工作期间，我进取履行自我的职责，尽自我所能当好班长，为班上的同学服务，有必须的奉献精神。所做的工作包括，成功组织同学们春游秋游，成功申请优秀班团体，尽本事搞好每一次的团日活动。我还进取与辅导员沟通，起到了连接辅导员和同学的作用。另外，尽力的帮忙其他干部的工作，让整个班团体的工作仅仅有条。</w:t>
      </w:r>
      <w:r>
        <w:rPr>
          <w:lang w:eastAsia="zh-CN"/>
        </w:rPr>
        <w:br/>
      </w:r>
      <w:r>
        <w:rPr>
          <w:lang w:eastAsia="zh-CN"/>
        </w:rPr>
        <w:t>　　学习方面：功课学习，比去年有了必须的提高，学到了必须的专业知识，专业素养增强!另外，还坚持练习吉他和篮球，两项均有明显的提高。</w:t>
      </w:r>
      <w:r>
        <w:rPr>
          <w:lang w:eastAsia="zh-CN"/>
        </w:rPr>
        <w:br/>
      </w:r>
      <w:r>
        <w:rPr>
          <w:lang w:eastAsia="zh-CN"/>
        </w:rPr>
        <w:t>　　其他方面：社团活动，加入了音乐协会，并担任协会的外联部长，主持协会的外联工作。社会实践方面，暑期和高中同学一齐回家乡搞补习班，自我从中学到了很多丰富的社会知识，更清楚的了解自我的本事，也提升了自我的本事!</w:t>
      </w:r>
      <w:r>
        <w:rPr>
          <w:lang w:eastAsia="zh-CN"/>
        </w:rPr>
        <w:br/>
      </w:r>
      <w:r>
        <w:rPr>
          <w:lang w:eastAsia="zh-CN"/>
        </w:rPr>
        <w:t>　　思想政治方面：我向党组织靠拢的步伐比较缓慢，因为自身的不足，异常是学习方面，至于政治思想的学习方面，也有待提高。</w:t>
      </w:r>
      <w:r>
        <w:rPr>
          <w:lang w:eastAsia="zh-CN"/>
        </w:rPr>
        <w:br/>
      </w:r>
      <w:r>
        <w:rPr>
          <w:lang w:eastAsia="zh-CN"/>
        </w:rPr>
        <w:t>　　丰富多彩的学校活动是一个展示自我的舞台。在这一学年中，我不仅仅进取参与的广播操、太极拳等全校团体活动，还参加了院迎新晚会、学校歌手大赛、军事协会元旦晚会、开封多所高校联合举行的环保义演...众多文艺活动。在“文都杯”河南大学辩论赛上，更有突出表现，获得了“决赛最佳辩手”的证书和奖金。在女排比赛中，我作为最年轻的教练带领院女排取得了全校第三的优异成绩，在男排比赛中，我又作为场上队长带领球队顽强拼搏，展现了学院的风采。</w:t>
      </w:r>
      <w:r>
        <w:rPr>
          <w:lang w:eastAsia="zh-CN"/>
        </w:rPr>
        <w:br/>
      </w:r>
      <w:r>
        <w:rPr>
          <w:lang w:eastAsia="zh-CN"/>
        </w:rPr>
        <w:t>　　“大学之道，在民明德，在新民，在止于至善。”我不能满足于精彩的大一，更要在今后的学习、生活、工作中提高自我，充实自我，完善自我，展示自我!</w:t>
      </w:r>
      <w:r>
        <w:rPr>
          <w:lang w:eastAsia="zh-CN"/>
        </w:rPr>
        <w:br/>
      </w:r>
      <w:r>
        <w:rPr>
          <w:lang w:eastAsia="zh-CN"/>
        </w:rPr>
        <w:t xml:space="preserve">    大学生期末个人总结精选范文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大二不再等同于刚刚进来的新生，没有了没了父母的唠叨，没了老师的叮咛，凡事可由自己决定了。然而，这也意味着再也没有人能常常的帮我门去解决问题，教导我们如何去选择。面对丰富多彩的校园生活，每个人都可以选择走不同的路，但每个人都必须为自己选择负责。我们必须得学会去适应生活，适应社会。为此对自己的上个学期在学习上、思想上和生活上做了一个总结如下：</w:t>
      </w:r>
      <w:r>
        <w:rPr>
          <w:lang w:eastAsia="zh-CN"/>
        </w:rPr>
        <w:br/>
      </w:r>
      <w:r>
        <w:rPr>
          <w:lang w:eastAsia="zh-CN"/>
        </w:rPr>
        <w:t>　　在政治思想方面上始终保持与党保持高度一致，认真地学习了《毛泽东思想和中国特色社会主义理论体系概述》，深刻地了解到中国共产党是如何把毛泽东思想与中国国情相结合建立起了具有中国特色的社会主义制度。此外，我还参加了系党课培训，并获得了系党课培训的结业证书。从这次党课的培训，让我深一步地了解了中国共产党的性质与内涵，深刻地感受到了中国共产党的伟大之处与高尚所在，深深地感动了我，鼓舞我为共产党奉献上自己的一份微薄之力。自此，我无论在学习上还是在生活中都以党员的规则来制约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在学习上，积极性相对大一来说较为积极了一点，常常利用周末和课余时间去图书馆自习室里面认真学习，并在自己的努力之下，顺利地通过了全国大学英语四级考试。此外，还常常到图书馆阅览室阅读一些课外书以增强自己的课外知识，拓展自己的视野。同时还能够在网上查找一些与自己专业相关的资料来看，以加强自己的专业知识。但是也有做得自己不满意的就是，遇到学习上的问题的时候，总喜欢逃避，把它们搁置一边，而不是想办法从各种途径去解决它们，把它们转化为自己的知识。久而久之，积累的问题就越来越多，难度就越来越大，往往不知道要从哪里学起了，这种不良的学习方式导致了我的学习的效率与积极性也大大地减低，不容置疑该学期的学习成绩也相应地退步了。在此，我下定决心一定要改掉这个不良的学习习惯，往后面临问题的时候，要主动去问同学老师或者去找资料去把它们消化掉。另外，我给自己在这个学起定下了几个目标，要努力学习，顺利拿到普通话证书，高新证书和大学六级证书。我相信在我的努力奋斗下，我这个学期一定会获得很大的进步!</w:t>
      </w:r>
      <w:r>
        <w:rPr>
          <w:lang w:eastAsia="zh-CN"/>
        </w:rPr>
        <w:br/>
      </w:r>
      <w:r>
        <w:rPr>
          <w:lang w:eastAsia="zh-CN"/>
        </w:rPr>
        <w:t>　　在生活上，我能够和同学们友好相处，和睦共处，互帮互爱，自己的事情自己做，形成独立自理自立的良好品德。宿舍是一个大集体，十个人生活在同一个空间里面，但是各自的生活习性都不尽相同，这就需要大家互相理解和迁就，只有这样才能和好相处，为我们的学习创造一个良好的学习和休息环境。这个方面我宿舍们就做得比较好。另外，我有有时间的时候会去找师姐们交流一下，询问一下她们关于大三所遇到的就业问题等等，为此，对自己今后的生活作出一个计划。</w:t>
      </w:r>
      <w:r>
        <w:rPr>
          <w:lang w:eastAsia="zh-CN"/>
        </w:rPr>
        <w:br/>
      </w:r>
      <w:r>
        <w:rPr>
          <w:lang w:eastAsia="zh-CN"/>
        </w:rPr>
        <w:t>　　对于未来的展望，我相信世间本无路，走的人多了便成了路，世间本有路，走的人多了便成了死路一条。自己的人生，自己去把握，不管怎样，要灵活的去走自己的路，一路上自己开心就好。</w:t>
      </w:r>
      <w:r>
        <w:rPr>
          <w:lang w:eastAsia="zh-CN"/>
        </w:rPr>
        <w:br/>
      </w:r>
      <w:r>
        <w:rPr>
          <w:lang w:eastAsia="zh-CN"/>
        </w:rPr>
        <w:t xml:space="preserve">    大学生期末个人总结精选范文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时间过的真快啊!昨天仿佛还是刚踏入学校，而今天就成了大二的学生，成了标准的学长。大一的新鲜感已经所剩无几了，再次走在校园的小道上对人生的感触颇多。再一次不得不承认大学时光真的很快。大一一年的光景就那样没了，大一一年的确有过很多的开心，同时也有许多失落，努力完成自己的学习目标，也利用各种活动丰富自己的生活。大二第一学期真的是各种考试啊，对此，我队大二第一学期做了如下总结：</w:t>
      </w:r>
      <w:r>
        <w:rPr>
          <w:lang w:eastAsia="zh-CN"/>
        </w:rPr>
        <w:br/>
      </w:r>
      <w:r>
        <w:rPr>
          <w:lang w:eastAsia="zh-CN"/>
        </w:rPr>
        <w:t>　　在学习方面：</w:t>
      </w:r>
      <w:r>
        <w:rPr>
          <w:lang w:eastAsia="zh-CN"/>
        </w:rPr>
        <w:br/>
      </w:r>
      <w:r>
        <w:rPr>
          <w:lang w:eastAsia="zh-CN"/>
        </w:rPr>
        <w:t>　　这一学期可以说是最忙的一学期了，先是新核心考试，再是四级考试，最后是期末考试。这一学期不管有多苦有多累，此刻在写这个期末总结时。回想一下这学期的点点滴滴，其实没有多苦，我们还是坚持过来了。不看结果怎样这学期也是完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新核心的那段时间那真是整天抱着英语书一直背一直背，满脑子都是英语。我们班英语成绩一直都是垫底的，但是在经过何老师的细心帮助下从全年级倒数到了前面，虽然不是最优秀的，但是比起我们以前来说已经很不错了。再说四级的时候，那真是精神加身体的摧残，在大英老师和班主任的陪伴下我们一起挺了过来，接下来就等一个月后的四级成绩。最后期末考试的时候，相比与新核心和四级那真是轻松了不少，但是我们每个人的心都很紧张，因为先前我们都准备四级考试，专业课都没好好弄。何老师非常在乎我们的期末考试，给我们整理专业课知识点，请大三学长学姐讲课，给我们组织复习。对我们很是上心。但是，我感觉我的考试成绩很不理想。觉得对不起何老师。而且这学期迟到次数有点多，还有上课经常睡觉。</w:t>
      </w:r>
      <w:r>
        <w:rPr>
          <w:lang w:eastAsia="zh-CN"/>
        </w:rPr>
        <w:br/>
      </w:r>
      <w:r>
        <w:rPr>
          <w:lang w:eastAsia="zh-CN"/>
        </w:rPr>
        <w:t>　　在生活方面：</w:t>
      </w:r>
      <w:r>
        <w:rPr>
          <w:lang w:eastAsia="zh-CN"/>
        </w:rPr>
        <w:br/>
      </w:r>
      <w:r>
        <w:rPr>
          <w:lang w:eastAsia="zh-CN"/>
        </w:rPr>
        <w:t>　　基本上都可以和同学们友好相处，和睦共处，互帮互爱，自己的事情自己做，形成独立自理自立的良好品德。宿舍是一个大集体，我们五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在班级里我也积极的遵守班里的各项规定，与同学和睦相处，互相帮助。</w:t>
      </w:r>
      <w:r>
        <w:rPr>
          <w:lang w:eastAsia="zh-CN"/>
        </w:rPr>
        <w:br/>
      </w:r>
      <w:r>
        <w:rPr>
          <w:lang w:eastAsia="zh-CN"/>
        </w:rPr>
        <w:t>　　总的来说这学期比大一相比有些进步，但是这次的期末考试还没有达到我理想的成绩。所以，我对下学期有了一个新的规划，首先争取一次性的通过会从考试，然后准备六级考试，也争取一次性通过，最后积极学习专业课，所有考试都不挂科，攒积学分。</w:t>
      </w:r>
      <w:r>
        <w:rPr>
          <w:lang w:eastAsia="zh-CN"/>
        </w:rPr>
        <w:br/>
      </w:r>
      <w:r>
        <w:rPr>
          <w:lang w:eastAsia="zh-CN"/>
        </w:rPr>
        <w:t xml:space="preserve">    大学生期末个人总结精选范文 篇13 </w:t>
      </w:r>
      <w:r>
        <w:rPr>
          <w:lang w:eastAsia="zh-CN"/>
        </w:rPr>
        <w:br/>
      </w:r>
      <w:r>
        <w:rPr>
          <w:lang w:eastAsia="zh-CN"/>
        </w:rPr>
        <w:t>　　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r>
        <w:rPr>
          <w:lang w:eastAsia="zh-CN"/>
        </w:rPr>
        <w:br/>
      </w:r>
      <w:r>
        <w:rPr>
          <w:lang w:eastAsia="zh-CN"/>
        </w:rPr>
        <w:t>　　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r>
        <w:rPr>
          <w:lang w:eastAsia="zh-CN"/>
        </w:rPr>
        <w:br/>
      </w:r>
      <w:r>
        <w:rPr>
          <w:lang w:eastAsia="zh-CN"/>
        </w:rPr>
        <w:t>　　记得当初进入大学的之前，我就希望自己能够成为校学生会的一分子。但在那时看来，进入校会不是一件容易的事情，我希望自己能够面试时保持最好的状态，为了我的校会梦，我不断地给自己打气。最终，我如愿以偿的进入了校会。半个学期过去了，我在校会的网编部学到了不少，成长了很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首先，我们的网编部是一个非常geliable的部门，师兄个个都是技术高手，个个都是充满幽默感。特别以我们的部长最为出色。我们的师姐既可爱又富有才情。我们的干事在他们的带领下，生活充满乐趣，工作充满信心。在他们的指导下，我们不断地增进自己的技术，不断提高自己的工作效率。</w:t>
      </w:r>
      <w:r>
        <w:rPr>
          <w:lang w:eastAsia="zh-CN"/>
        </w:rPr>
        <w:br/>
      </w:r>
      <w:r>
        <w:rPr>
          <w:lang w:eastAsia="zh-CN"/>
        </w:rPr>
        <w:t>　　一个学期过去了，虽然不长，但留下的美好记忆是难忘的。还记得我们校会一起上培训课，每次的培训都给以我巨大的收获，总能给人顿悟，给人长进。还记得我们的方案设计大赛，我们为之付出了汗水，收获了成功。在整个过程中，我们学到的是团结协作，学到的是如何设计方案，学到的是只要坚持付出，就一定有收获。特别是在决赛那天，我穿了人生中第一次正装，第一次那么正式地向大家展示我们的方案。那一天，我们的小组成员都特别的高兴，又有一点紧张。最后我们成功了，我们都为自己的成功而倍感庆幸，同时又非常感谢师兄师姐的指导。还记得我们的篮球赛，我们大伙都很开心，都很给力。在网编部，我学到了技术，虽然不精湛，不多，但很开心。在这里，我想向我们的师兄师姐和同事们说声对不起。可能是因为我的职务太多的缘故，很多时候我不能和大家一起工作，不能和大家一起承担，我一直都很歉意。我希望在以后的日子里，能有合理的安排。</w:t>
      </w:r>
      <w:r>
        <w:rPr>
          <w:lang w:eastAsia="zh-CN"/>
        </w:rPr>
        <w:br/>
      </w:r>
      <w:r>
        <w:rPr>
          <w:lang w:eastAsia="zh-CN"/>
        </w:rPr>
        <w:t>　　在校会，在网编，最为感动的是我们冬至那一天。师兄师姐为我们准备了饺子，汤圆，还有巧克力。为我们庆祝节日，为我们送来温暖。那一晚，是一个令人铭记的`一晚，是一个感动的一晚。在这里，我感到了家的温暖，感受到了我们的之间的友谊，感受到了校会的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阳光体育闭幕式，又是一个很刺激的工作。我们整个校会出动，为之而努力。记得那天是特别饿，校会的工作餐是特别的好吃，工时特别有激情。那天我们有点累，但很满足。</w:t>
      </w:r>
      <w:r>
        <w:rPr>
          <w:lang w:eastAsia="zh-CN"/>
        </w:rPr>
        <w:br/>
      </w:r>
      <w:r>
        <w:rPr>
          <w:lang w:eastAsia="zh-CN"/>
        </w:rPr>
        <w:t>　　希望校会越来越好，希望网编明天更美好，希望自己能做的更好。</w:t>
      </w:r>
      <w:r>
        <w:rPr>
          <w:lang w:eastAsia="zh-CN"/>
        </w:rPr>
        <w:br/>
      </w:r>
      <w:r>
        <w:rPr>
          <w:lang w:eastAsia="zh-CN"/>
        </w:rPr>
        <w:t xml:space="preserve">    大学生期末个人总结精选范文 篇14 </w:t>
      </w:r>
      <w:r>
        <w:rPr>
          <w:lang w:eastAsia="zh-CN"/>
        </w:rPr>
        <w:br/>
      </w:r>
      <w:r>
        <w:rPr>
          <w:lang w:eastAsia="zh-CN"/>
        </w:rPr>
        <w:t>　　时光易逝，不知不觉大二整个学期已经结束。回想自己在大二生活，感慨颇深。总体来说比刚刚入学的时候强了很多，它让我知道了很多，不仅是课本上的，更多的是学会了很多做人的道理。我想有必要总结一下整个学年的各方面情况，大概可以归纳以下几个要点。</w:t>
      </w:r>
      <w:r>
        <w:rPr>
          <w:lang w:eastAsia="zh-CN"/>
        </w:rPr>
        <w:br/>
      </w:r>
      <w:r>
        <w:rPr>
          <w:lang w:eastAsia="zh-CN"/>
        </w:rPr>
        <w:t>　　一、学习上</w:t>
      </w:r>
      <w:r>
        <w:rPr>
          <w:lang w:eastAsia="zh-CN"/>
        </w:rPr>
        <w:br/>
      </w:r>
      <w:r>
        <w:rPr>
          <w:lang w:eastAsia="zh-CN"/>
        </w:rPr>
        <w:t>　　比起大一，在认知程度和态度上有了很大的进步。大一的时候由于是刚来到大学校园，由于整个时间由自己支配，感到很迷茫，无所事事，总感觉自己是在虚度光阴。经过大一整个学期的适应，这个学期基本上都能充分利用自己的时间。课余时间，我经常去学校的图书馆，多阅读自己喜欢的书籍，拓宽自己的知识面，拓宽自己思考问题的角度，除了去图书馆学习之外，我还组织同学们去户外活动，增加同学之间的友谊。在学习上，我认为有一样东西非常重要，那就是学习态度！俗话说的好，态度决定一切。我以前总感觉自己不比别人差，问题能自己解决就自己解决，很少向别人请教。而现在，我开始养成一种谦虚、勤问的学习态度。因为我知道学习上的东西来不了弄虚作假，不懂就是不懂，绝不能不懂装懂！孔夫子说过“三人行，必有我师”，我想道理就在这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二、生活上</w:t>
      </w:r>
      <w:r>
        <w:rPr>
          <w:lang w:eastAsia="zh-CN"/>
        </w:rPr>
        <w:br/>
      </w:r>
      <w:r>
        <w:rPr>
          <w:lang w:eastAsia="zh-CN"/>
        </w:rPr>
        <w:t>　　这是我感触最深的，社会不只是你自己的舞台，自己一个人很难独舞，所以要建立友好的人际关系，这一点对我以后的发展会有很大的帮助。所以在学校我基本上可以和同学们友好相处，互帮互助，形成独立自理自立的良好品德。此外我用真心去对待自己的朋友，从不虚心假意。我知道，走进社会中，只有真心的朋友才会帮助你。还有就是要始终保持干净的作风，做到勤清洁，养成良好的卫生习惯。</w:t>
      </w:r>
      <w:r>
        <w:rPr>
          <w:lang w:eastAsia="zh-CN"/>
        </w:rPr>
        <w:br/>
      </w:r>
      <w:r>
        <w:rPr>
          <w:lang w:eastAsia="zh-CN"/>
        </w:rPr>
        <w:t>　　我基本上都可以和同学们友好相处，和睦共处，互帮互爱，自己的事情自己做，形成独立自理自立的良好品德。宿舍是一个集体生活的空间，八个人生活在同一个空间里面，每个人都有自己的生活习惯，这就需要大家互相理解和迁就，只有这样才能和平相处，为我们的学习创造一个良好的学习和休息环境。大学就相当于一个小型的社会，作为一个步入社会的缓冲，我们可以从中学到好多的东西。大学里自由支配的时间非常多，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就是尊重别人。</w:t>
      </w:r>
      <w:r>
        <w:rPr>
          <w:lang w:eastAsia="zh-CN"/>
        </w:rPr>
        <w:br/>
      </w:r>
      <w:r>
        <w:rPr>
          <w:lang w:eastAsia="zh-CN"/>
        </w:rPr>
        <w:t>　　三、在业余生活中上</w:t>
      </w:r>
      <w:r>
        <w:rPr>
          <w:lang w:eastAsia="zh-CN"/>
        </w:rPr>
        <w:br/>
      </w:r>
    </w:p>
    <w:p w:rsidR="001B1F19" w14:textId="27C3F48A">
      <w:pPr>
        <w:rPr>
          <w:rFonts w:hint="eastAsia"/>
          <w:lang w:eastAsia="zh-CN"/>
        </w:rPr>
      </w:pPr>
      <w:r>
        <w:rPr>
          <w:lang w:eastAsia="zh-CN"/>
        </w:rPr>
        <w:t>　　我觉得我收获最大的就是在业余生活中增强了体质。我们每天下午都有很多体育活动，其中有跑步、打篮球、踢足球、打羽毛球等等，我就约几个朋友一起去跑跑步，虽然运动量不是很大，但也是锻炼身体的一种好方法，更是一种娱乐方式！现在我觉得我的身体素质增强了不少，不再像以前那样总是觉得很累了。</w:t>
      </w:r>
      <w:r>
        <w:rPr>
          <w:lang w:eastAsia="zh-CN"/>
        </w:rPr>
        <w:br/>
      </w:r>
      <w:r>
        <w:rPr>
          <w:lang w:eastAsia="zh-CN"/>
        </w:rPr>
        <w:t>　　四、思想问题上</w:t>
      </w:r>
      <w:r>
        <w:rPr>
          <w:lang w:eastAsia="zh-CN"/>
        </w:rPr>
        <w:br/>
      </w:r>
      <w:r>
        <w:rPr>
          <w:lang w:eastAsia="zh-CN"/>
        </w:rPr>
        <w:t>　　我积极向党组织靠拢，在大二上学期参加了学校组织的党知识学习，顺利通过了学校组织的考察。此后，我还认真学习“三个代表”重要思想和“七一”讲话精神，积极参加学院及班上组织的思想政治学习活动，不断提高自身的政治素质。坚决拥护独立自主原则及“一国两制”的方针，政治上要求进步，积极向党组织靠拢。</w:t>
      </w:r>
      <w:r>
        <w:rPr>
          <w:lang w:eastAsia="zh-CN"/>
        </w:rPr>
        <w:br/>
      </w:r>
      <w:r>
        <w:rPr>
          <w:lang w:eastAsia="zh-CN"/>
        </w:rPr>
        <w:t>　　总之，大二的整个学年，是不断学习、不断充实的一年。大学生活是很宝贵的，我不愿意平平淡淡地过这几年，我要好好珍惜这难得的读书机会，努力读书，为自己的大学生活增添丰富美丽的色彩。</w:t>
      </w:r>
      <w:r>
        <w:rPr>
          <w:lang w:eastAsia="zh-CN"/>
        </w:rPr>
        <w:br/>
      </w:r>
      <w:r>
        <w:rPr>
          <w:lang w:eastAsia="zh-CN"/>
        </w:rPr>
        <w:t xml:space="preserve">    大学生期末个人总结精选范文 篇15 </w:t>
      </w:r>
      <w:r>
        <w:rPr>
          <w:lang w:eastAsia="zh-CN"/>
        </w:rPr>
        <w:br/>
      </w:r>
      <w:r>
        <w:rPr>
          <w:lang w:eastAsia="zh-CN"/>
        </w:rPr>
        <w:t>　　时光飞逝，日月如梭。一天一天的过去了期末考试终于都要结束了大学一年级很快就要离我而去，只要再过半个来月的时间，就要进入二年级了回忆起一年级下半学期的学习生活，感到既紧张又充满喜悦。将进入更加紧张的下学期生活。</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https://d.book118.com/845104122011011124</w:t>
        </w:r>
      </w:hyperlink>
    </w:p>
    <w:p w:rsidR="001B1F19">
      <w:pPr>
        <w:rPr>
          <w:rFonts w:hint="eastAsia"/>
          <w:lang w:eastAsia="zh-CN"/>
        </w:rPr>
      </w:pPr>
    </w:p>
    <w:sectPr>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4510412201101112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