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学生代表新学期开学典礼发言稿（30篇）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学生代表新学期开学典礼发言稿（精选30篇）</w:t>
      </w:r>
      <w:r>
        <w:rPr>
          <w:lang w:eastAsia="zh-CN"/>
        </w:rPr>
        <w:br/>
      </w:r>
      <w:r>
        <w:rPr>
          <w:lang w:eastAsia="zh-CN"/>
        </w:rPr>
        <w:t xml:space="preserve">    学生代表新学期开学典礼发言稿 篇1 </w:t>
      </w:r>
      <w:r>
        <w:rPr>
          <w:lang w:eastAsia="zh-CN"/>
        </w:rPr>
        <w:br/>
      </w:r>
      <w:r>
        <w:rPr>
          <w:lang w:eastAsia="zh-CN"/>
        </w:rPr>
        <w:t>　　孩子们，新学期开始了，新的学校，新的教室，新的老师，新的同学，新的科目，一切都是新的，还有可爱的你，也是新来的小花朵，老师是多么高兴看到你啊!开学了，有什么新的打算啊?第一次离开爸爸妈妈的怀抱，单独在学校生活，要坚强，可不能哭鼻子哦，在学校，我就是你们的妈妈，知道吗?有什么不舒服，有什么烦恼，有什么疑问，悄悄告诉我，行吗?不管男孩女孩，我都非常愿意分享你们的快乐，非常乐意去排解你们的困扰。记住了!无论什么时候有什么紧急的事情，请在第一时间内告知我，好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作为你们的老师，一方面，我希望我们成为朋友，多多交流，多多沟通，另一方面，我希望你们遵守学校的校级班规，不要违反，更不要故意调皮捣蛋，惹来不必要的麻烦，你们是中学生了，处处要以中学生的行为规范要求自己，做个有教养、有正气、有爱心、勤思善学的好孩子。管理好一个班级，光靠我一个人的努力是不行的，必须有你们的理解和支持，没有规矩，不成方圆，所以我在纪律方面要求会非常严格，班级是我们大家的，荣誉是我们共有的，我们要以一班为骄傲，一班要以有你而自豪!我相信，只要我们上下一心、团结一致，把班级当成自己的家，把同学当成自己的兄弟姐妹，把老师当成你信赖的亲人，我们班一定会呈现出一种生机勃勃、欣欣向荣的景象，我们一定会抛开顾虑、远离烦恼，轻松愉快的学习，健康茁壮的成长!</w:t>
      </w:r>
      <w:r>
        <w:rPr>
          <w:lang w:eastAsia="zh-CN"/>
        </w:rPr>
        <w:br/>
      </w:r>
      <w:r>
        <w:rPr>
          <w:lang w:eastAsia="zh-CN"/>
        </w:rPr>
        <w:t xml:space="preserve">    学生代表新学期开学典礼发言稿 篇2 </w:t>
      </w:r>
      <w:r>
        <w:rPr>
          <w:lang w:eastAsia="zh-CN"/>
        </w:rPr>
        <w:br/>
      </w:r>
      <w:r>
        <w:rPr>
          <w:lang w:eastAsia="zh-CN"/>
        </w:rPr>
        <w:t>　　尊敬的老师、亲爱的同学们：</w:t>
      </w:r>
      <w:r>
        <w:rPr>
          <w:lang w:eastAsia="zh-CN"/>
        </w:rPr>
        <w:br/>
      </w:r>
      <w:r>
        <w:rPr>
          <w:lang w:eastAsia="zh-CN"/>
        </w:rPr>
        <w:t>　　大家早上好!</w:t>
      </w:r>
      <w:r>
        <w:rPr>
          <w:lang w:eastAsia="zh-CN"/>
        </w:rPr>
        <w:br/>
      </w:r>
      <w:r>
        <w:rPr>
          <w:lang w:eastAsia="zh-CN"/>
        </w:rPr>
        <w:t>　　在这秋高气爽、果实累累的时节。很高兴我们女专又迎来了新一届的高一新生，和她们在这个美丽的季节里相聚在这绿荫如画的校园，和她们一起分享新学期开始的喜悦。</w:t>
      </w:r>
      <w:r>
        <w:rPr>
          <w:lang w:eastAsia="zh-CN"/>
        </w:rPr>
        <w:br/>
      </w:r>
      <w:r>
        <w:rPr>
          <w:lang w:eastAsia="zh-CN"/>
        </w:rPr>
        <w:t>　　回首过去，我们收获许多。老师们辛勤耕耘、无私奉献，同学们刻苦勤思、谦逊进取。校园积淀了浓厚的文化底蕴，形成了鲜明的办学特色，培养了一批批优秀的职业女性。</w:t>
      </w:r>
      <w:r>
        <w:rPr>
          <w:lang w:eastAsia="zh-CN"/>
        </w:rPr>
        <w:br/>
      </w:r>
      <w:r>
        <w:rPr>
          <w:lang w:eastAsia="zh-CN"/>
        </w:rPr>
        <w:t>　　在这里，我们体验了女专独有的风格，礼仪、形体训练，让我们的行为举止落落大方，无处不绽放着女性的光彩。更加重要的是，让我们学会了怎样做人、如何做事。活泼不失优雅、坚定不失温和、进取不失涵养。女专让我们找到了自信，女专让我们重塑自我，女专就像是一座灯塔为我们照亮前进的方向。</w:t>
      </w:r>
      <w:r>
        <w:rPr>
          <w:lang w:eastAsia="zh-CN"/>
        </w:rPr>
        <w:br/>
      </w:r>
      <w:r>
        <w:rPr>
          <w:lang w:eastAsia="zh-CN"/>
        </w:rPr>
        <w:t>　　高一的学妹们，也许你们曾经拥有过辉煌，但那已成为枕边一段甜美的回忆;也许你们曾经遭受过挫折，但那已成为几滴干涩的泪痕，忘记曾经的成功与失败。来到这里，一切将会重新开始。希望你们能够满怀信心的为自己将来的事业与成功努力奋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高二的同学们，我们面临的是毕业实习，因此我们要加强自我管理，巩固自己的专业技能，课堂上能够更加认真的听讲、实践。积极参与各种活动，锤炼自我，为自己的将来做好铺垫。有一种行动叫做奋进，有一种追求叫做超越，衷心的祝愿同学们在新的学年里能够百尺竿头、更进一步。</w:t>
      </w:r>
      <w:r>
        <w:rPr>
          <w:lang w:eastAsia="zh-CN"/>
        </w:rPr>
        <w:br/>
      </w:r>
      <w:r>
        <w:rPr>
          <w:lang w:eastAsia="zh-CN"/>
        </w:rPr>
        <w:t>　　同学们，新学期，新气象，让我们秉承女专良好校风，牢记日常行为准则，加强思想品德教育，提高各项专业技能，积极投身各种活动，努力实现自我价值。</w:t>
      </w:r>
      <w:r>
        <w:rPr>
          <w:lang w:eastAsia="zh-CN"/>
        </w:rPr>
        <w:br/>
      </w:r>
      <w:r>
        <w:rPr>
          <w:lang w:eastAsia="zh-CN"/>
        </w:rPr>
        <w:t>　　让我们在这新一轮朝阳升起的时刻，为我们的理想共同努力!</w:t>
      </w:r>
      <w:r>
        <w:rPr>
          <w:lang w:eastAsia="zh-CN"/>
        </w:rPr>
        <w:br/>
      </w:r>
      <w:r>
        <w:rPr>
          <w:lang w:eastAsia="zh-CN"/>
        </w:rPr>
        <w:t xml:space="preserve">    学生代表新学期开学典礼发言稿 篇3 </w:t>
      </w:r>
      <w:r>
        <w:rPr>
          <w:lang w:eastAsia="zh-CN"/>
        </w:rPr>
        <w:br/>
      </w:r>
      <w:r>
        <w:rPr>
          <w:lang w:eastAsia="zh-CN"/>
        </w:rPr>
        <w:t>　　又是一年春好处，绝胜烟柳满皇都。春天到了，一个新学期也将开始。眼望窗外，那一排排杨柳已点出了一个个小嫩芽，绿油油，惹人爱;那小草已从土里钻出了小脑袋，向我们打着招呼;桃花打起了骨朵儿，正要开放杨柳、小草、花儿都有自己的梦想，要么生长，要么开放那我们的梦想又是什么呢?在新学期里，我们又该怎样向自己的梦想去努力呢?</w:t>
      </w:r>
      <w:r>
        <w:rPr>
          <w:lang w:eastAsia="zh-CN"/>
        </w:rPr>
        <w:br/>
      </w:r>
      <w:r>
        <w:rPr>
          <w:lang w:eastAsia="zh-CN"/>
        </w:rPr>
        <w:t>　　走向我们心中的舞台，需要磨练，我们并不需要向古人那样夜读、苦读。我们至少是在完成作业后读一小会，抽出课外时间读一会，这并不难。但是要坚持，不能半途而废，日积月累，时间长了，我们就会获得更多的知识。这是我的第一个梦想。</w:t>
      </w:r>
      <w:r>
        <w:rPr>
          <w:lang w:eastAsia="zh-CN"/>
        </w:rPr>
        <w:br/>
      </w:r>
      <w:r>
        <w:rPr>
          <w:lang w:eastAsia="zh-CN"/>
        </w:rPr>
        <w:t xml:space="preserve">    学生代表新学期开学典礼发言稿 篇4 </w:t>
      </w:r>
      <w:r>
        <w:rPr>
          <w:lang w:eastAsia="zh-CN"/>
        </w:rPr>
        <w:br/>
      </w:r>
      <w:r>
        <w:rPr>
          <w:lang w:eastAsia="zh-CN"/>
        </w:rPr>
        <w:t>　　尊敬的领导、老师、亲爱的同学们：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大家早上好。金色秋风送走了炎炎夏日，敲开了海光小学新学期的大门。我们又欢聚一堂，用勤劳和智慧去创造属于我们的每一天，去享受学习的快乐，享受成功的喜悦。在此我代表学校首先向我们的新老师、新同学表示热烈的欢迎。感谢你们的到来。因为有了你们，海光小学这个大家庭将更加团结奋发、朝气蓬勃。一年级100多名新同学以及各年级新转入我校的同学们的到来，让我们学校的百花园更加绚丽多姿。欢迎你们，来自四面八方的棵棵幼苗；祝贺你们，你们将成为海光小学的小主人；希望你们在这里尽情地采撷阳光，茁壮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9月1日是一个开始，相信此时此刻：理想的风帆已经在你们的心头起航。不管你们曾经的基础如何，但是只要努力就有进步，有进步就有希望，有希望就要全力以赴。每天清晨，迎着晨风，沐浴着朝霞，对自己许下心愿，今天我会在充实与进步中度过；每天夜晚，仰望夜空，应该心满意足，暗示自己，我会在一天紧张学习的疲惫中酣畅入眠。相信自己，也相信老师，老师是为了你们的梦想跟你们并肩奋斗的人，是你们迷茫时的指路者，是你们丧失信心时的激励者。我希望在未来的岁月里，我们继续用聪慧的头脑、顽强的意志和正直的心灵编织生活的彩霞。为了让我们在海光小学充满知识的天空飞得更高更美，在人生道路上走得更快乐自信，让我们一起牢记我们的七色阳光：红色阳光——爱心感恩；橙色阳光——快乐健康；绿色阳光——读书创新；青色阳光——责任执着；蓝色阳光——务实宽容；紫色阳光——梦想激情；黄色阳光——温暖和谐。让我们在阳光下，在和谐中，牵手共进，赢得属于自己的七彩人生，舞出属于自己最美的风采。</w:t>
      </w:r>
      <w:r>
        <w:rPr>
          <w:lang w:eastAsia="zh-CN"/>
        </w:rPr>
        <w:br/>
      </w:r>
      <w:r>
        <w:rPr>
          <w:lang w:eastAsia="zh-CN"/>
        </w:rPr>
        <w:t>　　更可贵的是暑假中，舞蹈队的同学克服了种种困难，积极地投身学校舞蹈的排练。学校体育小组的同学们也积极参加训练。你们表现出来的高度集体主义精神，学校非常满意；你们表现出来的顽强意志，学校非常满意；你们表现出来的协作精神，学校非常满意；我们为拥有你们这样的学生感到自豪。负责组织指导和协调这项活动的老师们更是表现出了高度的纪律性和奉献精神；同时还要感谢对这些活动给予大力支持的家长同志们！</w:t>
      </w:r>
      <w:r>
        <w:rPr>
          <w:lang w:eastAsia="zh-CN"/>
        </w:rPr>
        <w:br/>
      </w:r>
      <w:r>
        <w:rPr>
          <w:lang w:eastAsia="zh-CN"/>
        </w:rPr>
        <w:t>　　孩子们，让我们带着微笑，在新学年向着新的目标，一起快乐出发，共同写下明亮诗诗篇的第一行！谢谢大家！</w:t>
      </w:r>
      <w:r>
        <w:rPr>
          <w:lang w:eastAsia="zh-CN"/>
        </w:rPr>
        <w:br/>
      </w:r>
      <w:r>
        <w:rPr>
          <w:lang w:eastAsia="zh-CN"/>
        </w:rPr>
        <w:t xml:space="preserve">    学生代表新学期开学典礼发言稿 篇5 </w:t>
      </w:r>
      <w:r>
        <w:rPr>
          <w:lang w:eastAsia="zh-CN"/>
        </w:rPr>
        <w:br/>
      </w:r>
      <w:r>
        <w:rPr>
          <w:lang w:eastAsia="zh-CN"/>
        </w:rPr>
        <w:t>　　尊敬的各位、老师，亲爱的同学们：</w:t>
      </w:r>
      <w:r>
        <w:rPr>
          <w:lang w:eastAsia="zh-CN"/>
        </w:rPr>
        <w:br/>
      </w:r>
      <w:r>
        <w:rPr>
          <w:lang w:eastAsia="zh-CN"/>
        </w:rPr>
        <w:t>　　金秋送爽、丹桂飘香，大家满怀希看，带着向往，怀着激动，携着兴奋,又重新回到了久别的校园。我们一起庆祝永昌六中今秋的开学。代表全体教师以热情的胸怀、热烈的掌声迎接老师、同学们的回来，欢迎新老师、新同学的加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回首过往一年，是我们永昌六中书写崭新历史的一年。五校并一，我们像涓涓溪流汇进永昌六中这条大河，唱出了一首奋进的歌。我们崭新的校园变得更美了，同学们笑脸更灿烂了，你们多了一份进步，老师们也多了一份收获。我们为学校的落成而兴奋，我们为同学们每步成长而喜悦，我们为师生们的每份荣誉而自豪，我们为今年我校的毕业生中考中获得的优良成绩感到自豪这是我们学校、全体师生努力的结晶，这是永昌六中的荣誉，更是我们全体师生的荣耀。</w:t>
      </w:r>
      <w:r>
        <w:rPr>
          <w:lang w:eastAsia="zh-CN"/>
        </w:rPr>
        <w:br/>
      </w:r>
      <w:r>
        <w:rPr>
          <w:lang w:eastAsia="zh-CN"/>
        </w:rPr>
        <w:t>　　成绩来之不容易，未来更需努力。</w:t>
      </w:r>
      <w:r>
        <w:rPr>
          <w:lang w:eastAsia="zh-CN"/>
        </w:rPr>
        <w:br/>
      </w:r>
      <w:r>
        <w:rPr>
          <w:lang w:eastAsia="zh-CN"/>
        </w:rPr>
        <w:t>　　展看新的学期，是新的出发点，是新的希看，是新的旅程!作为教师，我们全体早已做好了预备：学而不厌，不断进步业务水平和业务素养，使自己在教育教学的岗位上不断进步，不断进步;诲人不倦，我们仍然会孜孜不倦，以敬业务实的工作开辟进取;爱岗敬业，立足于讲台，向课堂教学要效力、要质量;为人师表，建立正确的，培养高尚的情操，在辛苦耕耘的学校大舞台上，做一位品、德、才、行优秀的教师。</w:t>
      </w:r>
      <w:r>
        <w:rPr>
          <w:lang w:eastAsia="zh-CN"/>
        </w:rPr>
        <w:br/>
      </w:r>
      <w:r>
        <w:rPr>
          <w:lang w:eastAsia="zh-CN"/>
        </w:rPr>
        <w:t>　　我们要用新鲜的活水浇灌求知的心灵，用灵动的聪明音符往弹奏学生的心灵的乐章，用和煦的道德微风往抚慰学生稚嫩的灵魂!并力争在新的学期里获得更大的成绩。学生的内心世界就像一张纯洁的白纸，让我们用爱和聪明描绘一幅幅多姿多彩的图画，谱写出一曲曲美好的乐章;让我们用生命之火点燃孩子们理想的明灯。人间春色本无价，笔底耕耘总有情只要内心布满了对教育的虔诚，只要用实际行动辛苦的.耕耘，只要不断的进取与努力，就可以实现我们教师人生的价值，必能培养出从永昌六中起航的一批批天之骄子和祖国的栋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我们愿倾我们所能，全力以赴，往教育好每一个学生。由于选择了这个职业，就注定我们的梦想与荣誉都与学生连在了一起。同学们，你们是幸福的，我们就是快乐的;你们是进步的，我们就是欣慰的;你们是成功的，我们才是优秀的。</w:t>
      </w:r>
      <w:r>
        <w:rPr>
          <w:lang w:eastAsia="zh-CN"/>
        </w:rPr>
        <w:br/>
      </w:r>
      <w:r>
        <w:rPr>
          <w:lang w:eastAsia="zh-CN"/>
        </w:rPr>
        <w:t>　　新学期开始了，同学们，你们预备好了吗?</w:t>
      </w:r>
      <w:r>
        <w:rPr>
          <w:lang w:eastAsia="zh-CN"/>
        </w:rPr>
        <w:br/>
      </w:r>
      <w:r>
        <w:rPr>
          <w:lang w:eastAsia="zh-CN"/>
        </w:rPr>
        <w:t>　　一个好的开始，就意味着同学们应当建立起一个远大的理想。就像一棵树，正是有了对阳光的渴看，它才可能直插云霄;就像一只鹰，正是有了对蓝天的向往，它才可能翱翔天际。所以，只有有理想的人生才是积极的人生，才能飞得更高，才能飞得更远，才能真正体会到会当凌尽顶，一览众山小的境地。书山之路风光无穷，但最美的风光永久都在高山之巅，能否成功登顶，能够一览众山之小，就看你是不是能够掌控好每个今天。</w:t>
      </w:r>
      <w:r>
        <w:rPr>
          <w:lang w:eastAsia="zh-CN"/>
        </w:rPr>
        <w:br/>
      </w:r>
      <w:r>
        <w:rPr>
          <w:lang w:eastAsia="zh-CN"/>
        </w:rPr>
        <w:t>　　学海无涯，前进的小船难免碰到风浪，对此不要畏惧，正是这些风浪练就了你坚强的翅膀，正是这些风浪给了你成功的气力。人生非坦途，同学们应当有充分的心理预备，学习中一定会有很多困难。所以，拿出你天生我材必有用的信心，拿出你吹尽黄沙始到金的毅力，拿出你直挂云帆济沧海的勇气，往迎接人生风雨的洗礼，只有经历风雨，我们才可能见到美丽的彩虹。</w:t>
      </w:r>
      <w:r>
        <w:rPr>
          <w:lang w:eastAsia="zh-CN"/>
        </w:rPr>
        <w:br/>
      </w:r>
      <w:r>
        <w:rPr>
          <w:lang w:eastAsia="zh-CN"/>
        </w:rPr>
        <w:t xml:space="preserve">    学生代表新学期开学典礼发言稿 篇6 </w:t>
      </w:r>
      <w:r>
        <w:rPr>
          <w:lang w:eastAsia="zh-CN"/>
        </w:rPr>
        <w:br/>
      </w:r>
      <w:r>
        <w:rPr>
          <w:lang w:eastAsia="zh-CN"/>
        </w:rPr>
        <w:t>　　老师们、同学们：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新春伊始，万象更新。踏着春天的脚步，我们又回到了美丽的校园，步入了新学期，开始了新一年的播种与耕耘。首先，我代表校委会向全校师生致以最诚挚的新春祝福！祝同学们学习进步、快乐成长，祝各位教师事业有成，生活幸福，祝我们的学校各项工作百尺竿头更进一步！</w:t>
      </w:r>
      <w:r>
        <w:rPr>
          <w:lang w:eastAsia="zh-CN"/>
        </w:rPr>
        <w:br/>
      </w:r>
      <w:r>
        <w:rPr>
          <w:lang w:eastAsia="zh-CN"/>
        </w:rPr>
        <w:t>　　刚刚过去的一年，在上级的正确领导下，经过全体师生的共同努力，我校各项工作都取得了显著的成绩。20__年11月，我校成功建立了__市标准化学校；12月份，我校又被市教育局评为“语言文字规范化学校”和“依法治校示范校”；在全镇抽考中，我校三四五年级总平均分位居全镇第一，其中三年级语文包揽前三名，前10名我校占5人，数学包揽前两名，前10名共26人，我校占11人，四年级语文包揽前两名，前10名我校占5人，数学包揽前两名，前10名共13人，我校占10人，五年级语文我校屈居第二和第三，前10名共13人，我校占7人，数学包揽前两名，前10名共16人，我校占7人。这是上半学期我校在全镇抽考中所取得的骄人成绩。</w:t>
      </w:r>
      <w:r>
        <w:rPr>
          <w:lang w:eastAsia="zh-CN"/>
        </w:rPr>
        <w:br/>
      </w:r>
      <w:r>
        <w:rPr>
          <w:lang w:eastAsia="zh-CN"/>
        </w:rPr>
        <w:t>　　“雄关漫道真如铁，而今迈步从头越”。冬去春来，我们迎来了充满期望和挑战的新学期，本学期，我们将不断加强内涵建设，强势推进有效教学、实施有效管理，继续深化课堂教学改革，全面提高教育教学质量，努力追求“为学生的全面发展服务、为孩子一生幸福奠基”的办学目标。</w:t>
      </w:r>
      <w:r>
        <w:rPr>
          <w:lang w:eastAsia="zh-CN"/>
        </w:rPr>
        <w:br/>
      </w:r>
      <w:r>
        <w:rPr>
          <w:lang w:eastAsia="zh-CN"/>
        </w:rPr>
        <w:t>　　围绕这一办学目标，我们将以“让社会满意、让家长放心、让学生成才”为目标，抓队伍、抓管理、抓设施，牢牢把握“德育是首位，教学是中心，效率是灵魂，质量是生命”的总体要求；强化德育常规、教学常规，坚持“减负增效，提高课堂效率，活跃第二课堂”以及“学校、家庭、社会”三结合的教育思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新学期，我热切期盼各位教师能抓住春季的大好时机，振奋精神，奋力拼搏，努力做到爱校如家，爱生如子，对工作热情、激情，对学生充满爱心和信心，内强素质，外求突破，奋力打好翻身仗，为我校教育教学质量的不断提升、为争创市级名校而努力奋斗。</w:t>
      </w:r>
      <w:r>
        <w:rPr>
          <w:lang w:eastAsia="zh-CN"/>
        </w:rPr>
        <w:br/>
      </w:r>
      <w:r>
        <w:rPr>
          <w:lang w:eastAsia="zh-CN"/>
        </w:rPr>
        <w:t>　　我也十分期望看到同学们能健康成长，期望同学们长得更高、学得更多。学校将努力营造一个有利于同学们健康发展的学习环境，让大家在“我学习、我快乐”的氛围中健康成长。新学期给同学们提四点期望：</w:t>
      </w:r>
      <w:r>
        <w:rPr>
          <w:lang w:eastAsia="zh-CN"/>
        </w:rPr>
        <w:br/>
      </w:r>
      <w:r>
        <w:rPr>
          <w:lang w:eastAsia="zh-CN"/>
        </w:rPr>
        <w:t>　　一是期望同学们志存高远，努力塑造成功的人格。俗话说，播种行为，收获习惯，播种习惯，收获性格，播种性格，收获人生。“不学礼，无以立”。初中生活转瞬即逝，这就要求我们来不得半点松懈和马虎，要对自己的将来负责就务必对自己的此刻负责，此刻只有从点滴做起，把每一个要求变成习惯，把习惯升华为素质，才能为将来的成功打下一个坚实的基础。</w:t>
      </w:r>
      <w:r>
        <w:rPr>
          <w:lang w:eastAsia="zh-CN"/>
        </w:rPr>
        <w:br/>
      </w:r>
      <w:r>
        <w:rPr>
          <w:lang w:eastAsia="zh-CN"/>
        </w:rPr>
        <w:t>　　二是期望同学们做一个会学习的人。“学海无涯”，学无止境，对于学习来说，“得法者事半功倍，不得法者事倍功半”“未来的文盲，不再是不识字的人，而是不会学习的人。”每个学生不仅仅要善于跟着老师学，还要学会主动学习、主动发展，要有意识地培养自己主动学习的态度和潜力。我们提倡刻苦钻研，努力拼搏的学习精神，我们更倡导活泼主动的学习态度和善思善学的学习潜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三是期望同学们做一个有职责感、充满感恩和爱心的人。一名优秀人才务必具备四种品质：对国家对社会有职责意识，对学习对工作有进取精神，与他人合作有团队精神，对自己有否定超越的态度。这四种品质的核心就是职责感，对学生来说，勤奋学习、刻苦锻炼是我们的职责，遵纪守法、遵守社会公德就是对社会的职责，孝敬父母、尊敬长辈就是对家庭的职责，爱护公物、讲究卫生、关心群众就是对班级的职责。如果没有了职责感，就不会有团结向上的班群众、就不会有整洁优美的学习环境、就不会有稳定的社会秩序，期望同学们要以对国家、对社会、对家庭、对人生的职责感，按照中学生日常行为规范来严格要求自己，努力修炼自己的思想和学业。只有这样，才能在未来的社会中有立足之地，才能在发展自己的同时促进社会发展，实现自己人生价值。</w:t>
      </w:r>
      <w:r>
        <w:rPr>
          <w:lang w:eastAsia="zh-CN"/>
        </w:rPr>
        <w:br/>
      </w:r>
      <w:r>
        <w:rPr>
          <w:lang w:eastAsia="zh-CN"/>
        </w:rPr>
        <w:t>　　四是期望同学们能奋力拼搏，勇创佳绩，做好一中的主人，一中的历史、一中的辉煌得由在座的同学们一笔一笔来描画、来书写，我们以前有过十分辉煌的过去，我们也必须会迎来更为辉煌的将来，期望同学们刻苦学习，把学习当做一种乐趣，把勤学苦读做为自己提升、上进的动力，相信在不久的将来，学校将以你们感到自豪，你们也会成为学校的骄傲。</w:t>
      </w:r>
      <w:r>
        <w:rPr>
          <w:lang w:eastAsia="zh-CN"/>
        </w:rPr>
        <w:br/>
      </w:r>
      <w:r>
        <w:rPr>
          <w:lang w:eastAsia="zh-CN"/>
        </w:rPr>
        <w:t>　　老师们、同学们，“一万年太久，只争朝夕”。本学期共有18周的时间，去年是兔年，今年又是小兔年，濮阳又是龙乡，我们要发扬龙马精神，以坚定的信心、务实的态度、百倍的努力，全身心地投入到紧张而充实的工作学习之中，全力以赴抓好当前，起好步，开好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天时人事日相催，冬至阳生春又来。新的学期已经开始，新的任务等待我们去完成，新的目标等待我们去实现，让我们带着坚毅与勇气，乘风破浪，奋力前行，用自己的勤奋和智慧，书写人生新的篇章，铸造20__年新的辉煌！</w:t>
      </w:r>
      <w:r>
        <w:rPr>
          <w:lang w:eastAsia="zh-CN"/>
        </w:rPr>
        <w:br/>
      </w:r>
      <w:r>
        <w:rPr>
          <w:lang w:eastAsia="zh-CN"/>
        </w:rPr>
        <w:t>　　谢谢大家！</w:t>
      </w:r>
      <w:r>
        <w:rPr>
          <w:lang w:eastAsia="zh-CN"/>
        </w:rPr>
        <w:br/>
      </w:r>
      <w:r>
        <w:rPr>
          <w:lang w:eastAsia="zh-CN"/>
        </w:rPr>
        <w:t xml:space="preserve">    学生代表新学期开学典礼发言稿 篇7 </w:t>
      </w:r>
      <w:r>
        <w:rPr>
          <w:lang w:eastAsia="zh-CN"/>
        </w:rPr>
        <w:br/>
      </w:r>
      <w:r>
        <w:rPr>
          <w:lang w:eastAsia="zh-CN"/>
        </w:rPr>
        <w:t>　　敬爱的老师们、亲爱的同学们：大家好!</w:t>
      </w:r>
      <w:r>
        <w:rPr>
          <w:lang w:eastAsia="zh-CN"/>
        </w:rPr>
        <w:br/>
      </w:r>
      <w:r>
        <w:rPr>
          <w:lang w:eastAsia="zh-CN"/>
        </w:rPr>
        <w:t>　　新春伊始，万象更新!寂静了二十多天的校园，因为我们的返校又变得生机勃勃，充满朝气。今天我们隆重举行新学期开学典礼，我很荣幸作为学生代表发言，首先祝大家新春快乐，万事如意!</w:t>
      </w:r>
      <w:r>
        <w:rPr>
          <w:lang w:eastAsia="zh-CN"/>
        </w:rPr>
        <w:br/>
      </w:r>
      <w:r>
        <w:rPr>
          <w:lang w:eastAsia="zh-CN"/>
        </w:rPr>
        <w:t>　　在上一个学期，我们都在二中学习生活中感受着母校的点点滋润：二中的运动会，我们热血拼搏，挥汗如雨，让班级更加团结，让我们更加健康;二中的艺术节，舞台绚丽、内容精彩、无论是小品、话剧、舞蹈、声乐，都体现了同学们在艺体课外活动中的成果累累;二中的好声音，有欢乐，有理想，有感动，有记忆，我们的歌声唱响在秋天的二中校园，每一个音符都在见证着我们青涩成长;二中的金话筒，让我们小荷才漏尖尖角，给予了我们第一次主持人舞台阅历，增加了我们的勇敢、增强了我们的信心;二中的校园广播，在我们学习疲惫最需要休息调整的时候，给于了我们一种内心的宁静和平和;二中的花语校刊，是一本非常有趣的课外读物，不仅能给我们展示自己文笔和才华的机会，还能在其中相互学习，还能增进我们对学校的校长、优秀教师的了解，以及一睹二中优秀学生的风采，真是受益匪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二中学生会，为我们提供了一个广大的学习、交流的平台，在这个最优秀的学生团体里我们能学习到书本上没有的、但是未来生活必需的能力，沟通、表达、组织、协调、独立思考、换位思考、团队合作等等，这些能力都将是我们未来重要的生活技能，学习成绩只能代表过去，学习能力才能决定未来。</w:t>
      </w:r>
      <w:r>
        <w:rPr>
          <w:lang w:eastAsia="zh-CN"/>
        </w:rPr>
        <w:br/>
      </w:r>
      <w:r>
        <w:rPr>
          <w:lang w:eastAsia="zh-CN"/>
        </w:rPr>
        <w:t>　　在学校老师们的细致呵护下，在校园文化的熏陶和感染下，我们一天天快乐成长，羽翼渐渐丰满，感谢所有为我们付出心血的人!感谢你们!</w:t>
      </w:r>
      <w:r>
        <w:rPr>
          <w:lang w:eastAsia="zh-CN"/>
        </w:rPr>
        <w:br/>
      </w:r>
      <w:r>
        <w:rPr>
          <w:lang w:eastAsia="zh-CN"/>
        </w:rPr>
        <w:t>　　回首过去，我们留下了坚实的脚步;初一时候的我们，稚气未脱，在二中校园中天真过，快乐着，也犯过许多傻，现在我们迅速地成长。在此期望初一的学弟学妹们，也应该更快适应初中的学习生活，尽快找到适合自己的学习方法，为升入更高的年级打下坚实的基础。</w:t>
      </w:r>
      <w:r>
        <w:rPr>
          <w:lang w:eastAsia="zh-CN"/>
        </w:rPr>
        <w:br/>
      </w:r>
      <w:r>
        <w:rPr>
          <w:lang w:eastAsia="zh-CN"/>
        </w:rPr>
        <w:t>　　把握现在，我们珍惜每一份每一秒;初二同学们，现在的我们已经褪去了初一时的那一点稚嫩，多了一分成熟，我们已度过了一半的初中生活，也将带着一份紧张迎来生物和地理的结业考试，为此，我们应更加的努力，为结业考试做好充足的准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展望未来，我们充满着春天的生气与豪情再度过短短一学期，我们也将面临中考的压力，面临紧张而又繁重的学习任务，但我们依然会对自己充满信心，拼尽全力迎接中考。初三的学哥学姐们，将迎来中考的冲刺，那将是你们人生中的一次重要十字路口，在此我代表初一、初二的学生为你们祝福，希望学哥学姐们能在中考中展现出自己最好的自己，不辜负自己三年来的努力，考入自己理想的中学。拥有更好的成绩，就将拥有更多选择的权利，选择更好的学校，选择更有意义、更有价值的工作，选择更让自己满意的生活，初三的哥哥、姐姐们，我们一起努力奋斗吧!。</w:t>
      </w:r>
      <w:r>
        <w:rPr>
          <w:lang w:eastAsia="zh-CN"/>
        </w:rPr>
        <w:br/>
      </w:r>
      <w:r>
        <w:rPr>
          <w:lang w:eastAsia="zh-CN"/>
        </w:rPr>
        <w:t>　　同学们，身后有父母的支持;前方有老师的引领，我们要将新学期视为一个新的起点，以全新的精神面貌投入到学习生活之中，为了取得更好的成绩，为了达到我们的目标，为了实现我们的理想，为了自己美好的未来，我们要努力做最优秀的孩子，做最优秀的学生，做最优秀的自己!让未来的你感谢今天努力的自己，让青春无悔，让人生无憾!</w:t>
      </w:r>
      <w:r>
        <w:rPr>
          <w:lang w:eastAsia="zh-CN"/>
        </w:rPr>
        <w:br/>
      </w:r>
      <w:r>
        <w:rPr>
          <w:lang w:eastAsia="zh-CN"/>
        </w:rPr>
        <w:t>　　最后，祝老师们工作顺利、身体健康;祝全体同学新学期新风貌，新姿态迎接新挑战!更努力、更拚搏、更加油，学习更进步;祝我们的二中越来越好!</w:t>
      </w:r>
      <w:r>
        <w:rPr>
          <w:lang w:eastAsia="zh-CN"/>
        </w:rPr>
        <w:br/>
      </w:r>
      <w:r>
        <w:rPr>
          <w:lang w:eastAsia="zh-CN"/>
        </w:rPr>
        <w:t xml:space="preserve">    学生代表新学期开学典礼发言稿 篇8 </w:t>
      </w:r>
      <w:r>
        <w:rPr>
          <w:lang w:eastAsia="zh-CN"/>
        </w:rPr>
        <w:br/>
      </w:r>
      <w:r>
        <w:rPr>
          <w:lang w:eastAsia="zh-CN"/>
        </w:rPr>
        <w:t>　　在新学期开学之际，作为科城实验学校的一名教师，此时此刻我心中有许多感想。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作为一名老师，我们热爱这所学校，因为热爱，所以珍惜；我们珍惜科城实验学校五年来争得的辉煌，因为珍惜，所以拼搏，很荣幸，能和各位一起拼搏在这个生机勃勃的校园里。人们常用“人类灵魂的工程师”、“辛勤的园丁”“开门的金钥匙”、等等闪光的词句来形容和赞美教师。是啊，天底下还有比听到孩子们发自肺腑的一声“老师”更叫人快乐的吗？一缕眷恋的柔情，一股燃烧的热忱，这种甜美的感受并不在于学生的回报，而在于教书育人的成就感，在于桃李芬芳时的满足感。我们知道，讲台是我们的期待。于是，在这由责任、智慧、情感、信念、理想熔铸成的三尺讲台上，我们点燃了一个个希望，放飞了一个个梦想。因为选择了这个职业，就注定我们的梦想荣誉都与同学们紧紧地连在了一起。同学们：你们是幸福的，我们就是快乐的；你们是进步的，我们就是欣慰的；你们是成功的，我们才是优秀的。</w:t>
      </w:r>
      <w:r>
        <w:rPr>
          <w:lang w:eastAsia="zh-CN"/>
        </w:rPr>
        <w:br/>
      </w:r>
      <w:r>
        <w:rPr>
          <w:lang w:eastAsia="zh-CN"/>
        </w:rPr>
        <w:t>　　俗话说：“一年之计在于春那么，新学期无疑是师生们的春天，是学习的春天。春天是耕耘的季节，春天更是播种的季节。耕耘和播种需要付出艰辛和努力，只有在春天辛勤地耕耘，秋天才会硕果累累。古人说：师者，所以传道受业解惑也。同学们，我们科城全体老师都愿意成为你们的良师，引领你们在知识的海洋里遨游；我们愿意是你们的益友，分担你们的欢乐和忧愁。我们只想在平凡的工作岗位上，尽心尽责，教好书，育好人，无愧于为人师表！</w:t>
      </w:r>
      <w:r>
        <w:rPr>
          <w:lang w:eastAsia="zh-CN"/>
        </w:rPr>
        <w:br/>
      </w:r>
      <w:r>
        <w:rPr>
          <w:lang w:eastAsia="zh-CN"/>
        </w:rPr>
        <w:t>　　同学们，社会，学校，老师，家长都对你们寄以很高的期望，我代表全体老师，要向同学们提出几点希望：</w:t>
      </w:r>
      <w:r>
        <w:rPr>
          <w:lang w:eastAsia="zh-CN"/>
        </w:rPr>
        <w:br/>
      </w:r>
      <w:r>
        <w:rPr>
          <w:lang w:eastAsia="zh-CN"/>
        </w:rPr>
        <w:t>　　第一、要收心。</w:t>
      </w:r>
      <w:r>
        <w:rPr>
          <w:lang w:eastAsia="zh-CN"/>
        </w:rPr>
        <w:br/>
      </w:r>
      <w:r>
        <w:rPr>
          <w:lang w:eastAsia="zh-CN"/>
        </w:rPr>
        <w:t>　　从寒假的以玩为主，转变为现在的以学为主。</w:t>
      </w:r>
      <w:r>
        <w:rPr>
          <w:lang w:eastAsia="zh-CN"/>
        </w:rPr>
        <w:br/>
      </w:r>
      <w:r>
        <w:rPr>
          <w:lang w:eastAsia="zh-CN"/>
        </w:rPr>
        <w:t>　　第二、下决心。</w:t>
      </w:r>
      <w:r>
        <w:rPr>
          <w:lang w:eastAsia="zh-CN"/>
        </w:rPr>
        <w:br/>
      </w:r>
      <w:r>
        <w:rPr>
          <w:lang w:eastAsia="zh-CN"/>
        </w:rPr>
        <w:t>　　新学期要确立新目标，下决心，取得更优异的成绩。</w:t>
      </w:r>
      <w:r>
        <w:rPr>
          <w:lang w:eastAsia="zh-CN"/>
        </w:rPr>
        <w:br/>
      </w:r>
      <w:r>
        <w:rPr>
          <w:lang w:eastAsia="zh-CN"/>
        </w:rPr>
        <w:t>　　第三、有恒心。</w:t>
      </w:r>
      <w:r>
        <w:rPr>
          <w:lang w:eastAsia="zh-CN"/>
        </w:rPr>
        <w:br/>
      </w:r>
      <w:r>
        <w:rPr>
          <w:lang w:eastAsia="zh-CN"/>
        </w:rPr>
        <w:t>　　坚持就是胜利，只有持之以恒，才能取得新的辉煌。</w:t>
      </w:r>
      <w:r>
        <w:rPr>
          <w:lang w:eastAsia="zh-CN"/>
        </w:rPr>
        <w:br/>
      </w:r>
      <w:r>
        <w:rPr>
          <w:lang w:eastAsia="zh-CN"/>
        </w:rPr>
        <w:t>　　第四、有爱心。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同学们不仅要提高学习成绩，同时还要提高品德修养。尊敬老师，孝顺父母，团结同学。</w:t>
      </w:r>
      <w:r>
        <w:rPr>
          <w:lang w:eastAsia="zh-CN"/>
        </w:rPr>
        <w:br/>
      </w:r>
      <w:r>
        <w:rPr>
          <w:lang w:eastAsia="zh-CN"/>
        </w:rPr>
        <w:t>　　第五、要留心。</w:t>
      </w:r>
      <w:r>
        <w:rPr>
          <w:lang w:eastAsia="zh-CN"/>
        </w:rPr>
        <w:br/>
      </w:r>
      <w:r>
        <w:rPr>
          <w:lang w:eastAsia="zh-CN"/>
        </w:rPr>
        <w:t>　　注意校内和校外安全。</w:t>
      </w:r>
      <w:r>
        <w:rPr>
          <w:lang w:eastAsia="zh-CN"/>
        </w:rPr>
        <w:br/>
      </w:r>
      <w:r>
        <w:rPr>
          <w:lang w:eastAsia="zh-CN"/>
        </w:rPr>
        <w:t>　　最后，希望同学们不负众望从我做起，从现在做起，珍惜时间，刻苦学习，勇于拼搏，以优异成绩回报家长、学校和老师，从各个方面行动起来，为学校，为社会争添光彩。同学们，你们是祖国的希望，祖国的未来需要你们去创造，让我们携起手来，共同努力吧！</w:t>
      </w:r>
      <w:r>
        <w:rPr>
          <w:lang w:eastAsia="zh-CN"/>
        </w:rPr>
        <w:br/>
      </w:r>
      <w:r>
        <w:rPr>
          <w:lang w:eastAsia="zh-CN"/>
        </w:rPr>
        <w:t>　　最后，我衷心的祝愿各位领导、老师在新的一学期工作顺利，身体健康，家庭幸福；祝同学们学习进步，茁壮成长。</w:t>
      </w:r>
      <w:r>
        <w:rPr>
          <w:lang w:eastAsia="zh-CN"/>
        </w:rPr>
        <w:br/>
      </w:r>
      <w:r>
        <w:rPr>
          <w:lang w:eastAsia="zh-CN"/>
        </w:rPr>
        <w:t>　　我的发言到此完毕，谢谢各位！</w:t>
      </w:r>
      <w:r>
        <w:rPr>
          <w:lang w:eastAsia="zh-CN"/>
        </w:rPr>
        <w:br/>
      </w:r>
      <w:r>
        <w:rPr>
          <w:lang w:eastAsia="zh-CN"/>
        </w:rPr>
        <w:t xml:space="preserve">    学生代表新学期开学典礼发言稿 篇9 </w:t>
      </w:r>
      <w:r>
        <w:rPr>
          <w:lang w:eastAsia="zh-CN"/>
        </w:rPr>
        <w:br/>
      </w:r>
      <w:r>
        <w:rPr>
          <w:lang w:eastAsia="zh-CN"/>
        </w:rPr>
        <w:t>　　尊敬的老师们、亲爱的同学们：</w:t>
      </w:r>
      <w:r>
        <w:rPr>
          <w:lang w:eastAsia="zh-CN"/>
        </w:rPr>
        <w:br/>
      </w:r>
      <w:r>
        <w:rPr>
          <w:lang w:eastAsia="zh-CN"/>
        </w:rPr>
        <w:t>　　炎炎夏日已经落下了帷幕，丰硕的秋季已来到人间，新的学期又与我们如期相逢，新的征程又开始了。回首过去，或许令我们激动难忘，或许令我们苦涩难言。但那已成过往，展望未来，挑战重重，路程漫漫，让我们再次抖擞精神勇往直前，开始新的征程！</w:t>
      </w:r>
      <w:r>
        <w:rPr>
          <w:lang w:eastAsia="zh-CN"/>
        </w:rPr>
        <w:br/>
      </w:r>
      <w:r>
        <w:rPr>
          <w:lang w:eastAsia="zh-CN"/>
        </w:rPr>
        <w:t>　　年少者心中谁没有一个梦？让我们全力以赴，相信有辛勤的耕耘与播种，就会有欢笑与丰收。</w:t>
      </w:r>
      <w:r>
        <w:rPr>
          <w:lang w:eastAsia="zh-CN"/>
        </w:rPr>
        <w:br/>
      </w:r>
      <w:r>
        <w:rPr>
          <w:lang w:eastAsia="zh-CN"/>
        </w:rPr>
        <w:t>　　在奋斗和磨练中，有梦想为你指明方向，才能航向更远的彼岸。身为中学生，应该已经有了远大理想，作为永不熄灭的火焰。如果没有，请抓紧时间定位自己，掌握好人生的方向盘。梦想或许难以实现，但有了它，人才不枉为万物之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同学们，一日之计在于晨，新学期的开头不可忽视，或许还有很多人沉浸在暑假的狂热中，无论如何，现在应该提提神了。常言道：好的开始是成功的一半，或许你成绩优异，或许你还需努力，不能沾沾自喜，也不能自暴自弃，因为崭新的开始正在等着你。从来就不会有人输在起跑线上，应为每一次学习都是新的开始。</w:t>
      </w:r>
      <w:r>
        <w:rPr>
          <w:lang w:eastAsia="zh-CN"/>
        </w:rPr>
        <w:br/>
      </w:r>
      <w:r>
        <w:rPr>
          <w:lang w:eastAsia="zh-CN"/>
        </w:rPr>
        <w:t>　　“梅花香自苦寒来”是亘古不变的真理，让我们朝着坚定的目标，展翅高飞。让我们不辜负老师的辛勤教诲，新学期，我们共勉。</w:t>
      </w:r>
      <w:r>
        <w:rPr>
          <w:lang w:eastAsia="zh-CN"/>
        </w:rPr>
        <w:br/>
      </w:r>
      <w:r>
        <w:rPr>
          <w:lang w:eastAsia="zh-CN"/>
        </w:rPr>
        <w:t>　　谢谢。</w:t>
      </w:r>
      <w:r>
        <w:rPr>
          <w:lang w:eastAsia="zh-CN"/>
        </w:rPr>
        <w:br/>
      </w:r>
      <w:r>
        <w:rPr>
          <w:lang w:eastAsia="zh-CN"/>
        </w:rPr>
        <w:t xml:space="preserve">    学生代表新学期开学典礼发言稿 篇10 </w:t>
      </w:r>
      <w:r>
        <w:rPr>
          <w:lang w:eastAsia="zh-CN"/>
        </w:rPr>
        <w:br/>
      </w:r>
      <w:r>
        <w:rPr>
          <w:lang w:eastAsia="zh-CN"/>
        </w:rPr>
        <w:t>　　甲：尊敬的老师</w:t>
      </w:r>
      <w:r>
        <w:rPr>
          <w:lang w:eastAsia="zh-CN"/>
        </w:rPr>
        <w:br/>
      </w:r>
      <w:r>
        <w:rPr>
          <w:lang w:eastAsia="zh-CN"/>
        </w:rPr>
        <w:t>　　乙：亲爱的同学们</w:t>
      </w:r>
      <w:r>
        <w:rPr>
          <w:lang w:eastAsia="zh-CN"/>
        </w:rPr>
        <w:br/>
      </w:r>
      <w:r>
        <w:rPr>
          <w:lang w:eastAsia="zh-CN"/>
        </w:rPr>
        <w:t>　　合：大家上午好!</w:t>
      </w:r>
      <w:r>
        <w:rPr>
          <w:lang w:eastAsia="zh-CN"/>
        </w:rPr>
        <w:br/>
      </w:r>
      <w:r>
        <w:rPr>
          <w:lang w:eastAsia="zh-CN"/>
        </w:rPr>
        <w:t>　　甲：告别了骄阳似火的夏日，清凉宜人的秋天向我们展开了笑言;告别了安静沉寂的假期，绿草如茵的校园又充满着欢声笑语;</w:t>
      </w:r>
      <w:r>
        <w:rPr>
          <w:lang w:eastAsia="zh-CN"/>
        </w:rPr>
        <w:br/>
      </w:r>
      <w:r>
        <w:rPr>
          <w:lang w:eastAsia="zh-CN"/>
        </w:rPr>
        <w:t>　　乙：迈着轻盈的步伐，沐浴九月的阳光，收获金秋的希望。同学们，在这美好的季节里，我们又迎来了播种希望的新学年!</w:t>
      </w:r>
      <w:r>
        <w:rPr>
          <w:lang w:eastAsia="zh-CN"/>
        </w:rPr>
        <w:br/>
      </w:r>
      <w:r>
        <w:rPr>
          <w:lang w:eastAsia="zh-CN"/>
        </w:rPr>
        <w:t>　　甲：_小学“梦想在金秋放飞--_年秋季新学期开学典礼”现在开始!</w:t>
      </w:r>
      <w:r>
        <w:rPr>
          <w:lang w:eastAsia="zh-CN"/>
        </w:rPr>
        <w:br/>
      </w:r>
      <w:r>
        <w:rPr>
          <w:lang w:eastAsia="zh-CN"/>
        </w:rPr>
        <w:t>　　乙：全体立正!</w:t>
      </w:r>
      <w:r>
        <w:rPr>
          <w:lang w:eastAsia="zh-CN"/>
        </w:rPr>
        <w:br/>
      </w:r>
      <w:r>
        <w:rPr>
          <w:lang w:eastAsia="zh-CN"/>
        </w:rPr>
        <w:t>　　升国旗、奏国歌，唱国歌。</w:t>
      </w:r>
      <w:r>
        <w:rPr>
          <w:lang w:eastAsia="zh-CN"/>
        </w:rPr>
        <w:br/>
      </w:r>
      <w:r>
        <w:rPr>
          <w:lang w:eastAsia="zh-CN"/>
        </w:rPr>
        <w:t>　　礼毕!</w:t>
      </w:r>
      <w:r>
        <w:rPr>
          <w:lang w:eastAsia="zh-CN"/>
        </w:rPr>
        <w:br/>
      </w:r>
      <w:r>
        <w:rPr>
          <w:lang w:eastAsia="zh-CN"/>
        </w:rPr>
        <w:t>　　甲：今天，我们的大家庭中又添了许多可爱的笑脸，</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乙：在他们脸上，我们看到了幸福，也看到了希望，</w:t>
      </w:r>
      <w:r>
        <w:rPr>
          <w:lang w:eastAsia="zh-CN"/>
        </w:rPr>
        <w:br/>
      </w:r>
      <w:r>
        <w:rPr>
          <w:lang w:eastAsia="zh-CN"/>
        </w:rPr>
        <w:t>　　甲：让我们以热烈的掌声欢迎一年级同学们的到来。</w:t>
      </w:r>
      <w:r>
        <w:rPr>
          <w:lang w:eastAsia="zh-CN"/>
        </w:rPr>
        <w:br/>
      </w:r>
      <w:r>
        <w:rPr>
          <w:lang w:eastAsia="zh-CN"/>
        </w:rPr>
        <w:t>　　乙：新的学期，新的希望，下面，我们以热烈的掌声欢迎笪校长为本次开学典礼致辞。(笪校长讲话)</w:t>
      </w:r>
      <w:r>
        <w:rPr>
          <w:lang w:eastAsia="zh-CN"/>
        </w:rPr>
        <w:br/>
      </w:r>
      <w:r>
        <w:rPr>
          <w:lang w:eastAsia="zh-CN"/>
        </w:rPr>
        <w:t>　　甲：让我们再一次用热烈的掌声感谢笪校长，从校长的谆谆教诲中，我们进一步明确了新学期的奋斗目标，努力的方向。</w:t>
      </w:r>
      <w:r>
        <w:rPr>
          <w:lang w:eastAsia="zh-CN"/>
        </w:rPr>
        <w:br/>
      </w:r>
      <w:r>
        <w:rPr>
          <w:lang w:eastAsia="zh-CN"/>
        </w:rPr>
        <w:t>　　甲：同学们，新学期就像一张洁白无暇的纸，那么，我们如何在这张白纸上画出人生的又一幅精彩的画卷呢?现在就让我们来听听_班__同学的《新学期新畅想》吧!</w:t>
      </w:r>
      <w:r>
        <w:rPr>
          <w:lang w:eastAsia="zh-CN"/>
        </w:rPr>
        <w:br/>
      </w:r>
      <w:r>
        <w:rPr>
          <w:lang w:eastAsia="zh-CN"/>
        </w:rPr>
        <w:t>　　(学生代表发言)</w:t>
      </w:r>
      <w:r>
        <w:rPr>
          <w:lang w:eastAsia="zh-CN"/>
        </w:rPr>
        <w:br/>
      </w:r>
      <w:r>
        <w:rPr>
          <w:lang w:eastAsia="zh-CN"/>
        </w:rPr>
        <w:t>　　乙：选择了勤勉和奋斗，也就选择了收获与希望;选择了拼搏与超越，也就选择了成功与辉煌!</w:t>
      </w:r>
      <w:r>
        <w:rPr>
          <w:lang w:eastAsia="zh-CN"/>
        </w:rPr>
        <w:br/>
      </w:r>
      <w:r>
        <w:rPr>
          <w:lang w:eastAsia="zh-CN"/>
        </w:rPr>
        <w:t>　　甲：敬爱的老师，亲爱的同学们，新的学期，新的起点，新的希望。现在，就让我们一起扬帆启程，在长小这块热土上，同心、同行、同德，共同铸造新的辉煌!</w:t>
      </w:r>
      <w:r>
        <w:rPr>
          <w:lang w:eastAsia="zh-CN"/>
        </w:rPr>
        <w:br/>
      </w:r>
      <w:r>
        <w:rPr>
          <w:lang w:eastAsia="zh-CN"/>
        </w:rPr>
        <w:t>　　乙：_小学_年度秋季新学期开学仪式到此结束!</w:t>
      </w:r>
      <w:r>
        <w:rPr>
          <w:lang w:eastAsia="zh-CN"/>
        </w:rPr>
        <w:br/>
      </w:r>
      <w:r>
        <w:rPr>
          <w:lang w:eastAsia="zh-CN"/>
        </w:rPr>
        <w:t xml:space="preserve">    学生代表新学期开学典礼发言稿 篇11 </w:t>
      </w:r>
      <w:r>
        <w:rPr>
          <w:lang w:eastAsia="zh-CN"/>
        </w:rPr>
        <w:br/>
      </w:r>
      <w:r>
        <w:rPr>
          <w:lang w:eastAsia="zh-CN"/>
        </w:rPr>
        <w:t>　　各位老师，同学们：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能够作为毕业班代表在那里发言，我感到很荣幸。记得两年前，我们作为新生，带着父母的叮咛、老师的关切站在那里，心里是何其新奇与喜悦，时光流逝，斗转星移，昨日初一新生的好奇、新鲜感尚未消歇，这天我们已经带者憧憬与向往走在了奔赴初三的途中。此刻的我们，已经与两年前大不相同，少了当初的那份稚嫩与浮躁，多了一份成熟与沉稳。从懵懂少年到这天的渐趋成熟，我们的每一步，都凝聚着老师的关爱，我们的每一点成功，都浸透着老师的心血。</w:t>
      </w:r>
      <w:r>
        <w:rPr>
          <w:lang w:eastAsia="zh-CN"/>
        </w:rPr>
        <w:br/>
      </w:r>
      <w:r>
        <w:rPr>
          <w:lang w:eastAsia="zh-CN"/>
        </w:rPr>
        <w:t>　　古人曾叹：“年年岁岁花相似，岁岁年年人不同。”这天的星火一中真可谓大有不同。崭新的校园、漂亮的广场，这两年里学校给了我们一个又一个惊喜，我由衷地感到我们的家更美了，同时也感觉到自己肩膀上的职责，应对学校无私地给予，应对老师们辛勤地付出，我们能做的只有更加努力拼搏，用我们的成功向他们表示敬意与感谢！而且，我们上一届的师兄师姐，在中考中取得了全县第一名的辉煌成绩，在星火一中的历史上留下了精彩的一页！他们用艰苦的努力收获了成功，作为同学，我们为他们骄傲，与他们同享这份幸福和快乐；与他们也一样满怀对老师、对星火一中的感激之情。</w:t>
      </w:r>
      <w:r>
        <w:rPr>
          <w:lang w:eastAsia="zh-CN"/>
        </w:rPr>
        <w:br/>
      </w:r>
      <w:r>
        <w:rPr>
          <w:lang w:eastAsia="zh-CN"/>
        </w:rPr>
        <w:t>　　此刻，我们也已经登上了通往中考的特快列车，进入了最紧张的备战状态，我们已经依稀能够看到一年后的胜利再向我招手。</w:t>
      </w:r>
      <w:r>
        <w:rPr>
          <w:lang w:eastAsia="zh-CN"/>
        </w:rPr>
        <w:br/>
      </w:r>
      <w:r>
        <w:rPr>
          <w:lang w:eastAsia="zh-CN"/>
        </w:rPr>
        <w:t>　　新的学期，我们要有新的起色；新的学期，我们要拿出新的学习精神；新的学期，我们要做得更好！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首先，务必调整好精神状态，决不能用假期的散漫习惯对待学习，更要用心调动学习的热情、兴趣，全身心投入到学习中去。有人说生活是一面镜子，如果我们以乐观用心的态度去对待每一天，她反馈给我们的也必将是相同的回报。也只有持续快乐的心态，你才会发现学习并不枯燥乏味。其次，我们必须要认真把握时间，上课认真听讲，把各科都认真学好，让成绩在原有的基础上节节升高。时间对所有人来说都是可贵的，对于初三的毕业生来说更是珍贵，当你在与别人说长道短的时候，时间从你嘴边溜走了。当你在与朋友说笑打闹的时候，时间从你的身边溜走；当你在感叹日月如梭的时候，时间就从你的眼前溜走。请利用起每一分一秒浪费的时间，多背几个英语单词，多做几道数理化题目，多读几篇有益于提高作文水平的文章，你会有不一样的收获。九层之台起于垒土，千里之行始于足下。</w:t>
      </w:r>
      <w:r>
        <w:rPr>
          <w:lang w:eastAsia="zh-CN"/>
        </w:rPr>
        <w:br/>
      </w:r>
      <w:r>
        <w:rPr>
          <w:lang w:eastAsia="zh-CN"/>
        </w:rPr>
        <w:t>　　中考，对于我们来说是人生路上第一次真正的挑战。我们要做的是不断努力向上，超越自我。如果你还没有准备好，那就赶快调整好心态，制定好目标，站入预备冲刺的跑道，等待最后发令的枪声。此刻，给自己一个目标，给自己一个信心，给自己一个坚持。待你成功之日，再给自己一个掌声。我们亲爱的老师和可爱的学校，在两年里给予了我们太多，相信我们必须会给自己的初中生涯，来一个最完美的谢幕，来报答他们两年来的辛劳和付出。</w:t>
      </w:r>
      <w:r>
        <w:rPr>
          <w:lang w:eastAsia="zh-CN"/>
        </w:rPr>
        <w:br/>
      </w:r>
      <w:r>
        <w:rPr>
          <w:lang w:eastAsia="zh-CN"/>
        </w:rPr>
        <w:t>　　亲爱的同学们，学校为我们走向成功走向未来，架起了一座立交桥。让我们应对校领导，应对教导我们的老师宣誓：</w:t>
      </w:r>
      <w:r>
        <w:rPr>
          <w:lang w:eastAsia="zh-CN"/>
        </w:rPr>
        <w:br/>
      </w:r>
      <w:r>
        <w:rPr>
          <w:lang w:eastAsia="zh-CN"/>
        </w:rPr>
        <w:t>　　我来自星火一中，我将自信明理、勤学善思、坚韧不拔，永远向前。</w:t>
      </w:r>
      <w:r>
        <w:rPr>
          <w:lang w:eastAsia="zh-CN"/>
        </w:rPr>
        <w:br/>
      </w:r>
      <w:r>
        <w:rPr>
          <w:lang w:eastAsia="zh-CN"/>
        </w:rPr>
        <w:t>　　这天我为来自星火一中而骄傲，明天星火一中为我而自豪！</w:t>
      </w:r>
      <w:r>
        <w:rPr>
          <w:lang w:eastAsia="zh-CN"/>
        </w:rPr>
        <w:br/>
      </w:r>
      <w:r>
        <w:rPr>
          <w:lang w:eastAsia="zh-CN"/>
        </w:rPr>
        <w:t>　　毕业班学生代表：孙朗！谢谢大家！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xml:space="preserve">    学生代表新学期开学典礼发言稿 篇12 </w:t>
      </w:r>
      <w:r>
        <w:rPr>
          <w:lang w:eastAsia="zh-CN"/>
        </w:rPr>
        <w:br/>
      </w:r>
      <w:r>
        <w:rPr>
          <w:lang w:eastAsia="zh-CN"/>
        </w:rPr>
        <w:t>　　各位老师、同学们：</w:t>
      </w:r>
      <w:r>
        <w:rPr>
          <w:lang w:eastAsia="zh-CN"/>
        </w:rPr>
        <w:br/>
      </w:r>
      <w:r>
        <w:rPr>
          <w:lang w:eastAsia="zh-CN"/>
        </w:rPr>
        <w:t>　　我是初三（13）班的，我很荣幸能够作为毕业班学生代表坐在这里发言。初中旅途，我们走进了最后的冲刺阶段。回首望望身后那一串串长长的足迹，我不得不感叹——岁月如梭啊！依稀仿佛昨日我才踏进初中的校门，在校园里好奇地东跑西奔；今日已经坐进了初三的课堂，开始朝着七月的梦想迅跑。低下身，我伸手轻触那一个个或深或浅的足印，两年多来点点滴滴的感受，或喜或忧，或欢或愁，如五彩的颜料——抹上了我的心头。</w:t>
      </w:r>
      <w:r>
        <w:rPr>
          <w:lang w:eastAsia="zh-CN"/>
        </w:rPr>
        <w:br/>
      </w:r>
      <w:r>
        <w:rPr>
          <w:lang w:eastAsia="zh-CN"/>
        </w:rPr>
        <w:t>　　红色的，那是热情，是彷徨无助时同学们热情的扶持，是不知所措时老师们的循循善诱，是被困难吞噬时朋友们绵绵的关怀……红色的热情，燃起红色的火焰，暖和了一颗颗成长中的少年的心。</w:t>
      </w:r>
      <w:r>
        <w:rPr>
          <w:lang w:eastAsia="zh-CN"/>
        </w:rPr>
        <w:br/>
      </w:r>
      <w:r>
        <w:rPr>
          <w:lang w:eastAsia="zh-CN"/>
        </w:rPr>
        <w:t>　　金色的，那是拼搏，是挑灯夜读时酸涩难睁的双眼，是运动会上体力透支尚不愿认输的倔强，是为维护班级、学校的荣誉而不懈奋斗的汗水……金色的拼搏，浇灌出金色的果实，笑开了一张张疲惫而青春的脸。</w:t>
      </w:r>
      <w:r>
        <w:rPr>
          <w:lang w:eastAsia="zh-CN"/>
        </w:rPr>
        <w:br/>
      </w:r>
      <w:r>
        <w:rPr>
          <w:lang w:eastAsia="zh-CN"/>
        </w:rPr>
        <w:t>　　绿色的，那是闲适，是独自一人漫步散心的林荫道，是和朋友开玩笑、发牢骚的草坪，是遥望苍天白云、星空月夜的那扇窗……绿色的闲适培育了绿色的心情，松弛了一根根绷紧的神经。</w:t>
      </w:r>
      <w:r>
        <w:rPr>
          <w:lang w:eastAsia="zh-CN"/>
        </w:rPr>
        <w:br/>
      </w:r>
      <w:r>
        <w:rPr>
          <w:lang w:eastAsia="zh-CN"/>
        </w:rPr>
        <w:t>　　还有一丝丝浅浅的蓝色的忧愁和浓浓的咖啡色的喜悦，和着红色的热情、金色的拼搏、绿色的闲适、缤纷的色彩，调绘出我所有的感受和感动。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从回忆走回现实，我很清楚，前方的路不可能平坦，只会更艰险，随着学识的增加，竞争的压力也会日益增强。但我决不会畏缩！向来秉持的信念告诉我，每个人所承受的外部压力是相等的，轻松与否是心态的不同而已。以平常心去面对，我可以做得比别人更好！同时，我们还应该记住一点：实现人生价值的最有效的手段，就是——让自己变得更强！所以，我们必须首先吸收大量的新知识，不断地充实自己。</w:t>
      </w:r>
      <w:r>
        <w:rPr>
          <w:lang w:eastAsia="zh-CN"/>
        </w:rPr>
        <w:br/>
      </w:r>
      <w:r>
        <w:rPr>
          <w:lang w:eastAsia="zh-CN"/>
        </w:rPr>
        <w:t>　　不管是刚成为初中一员不久的初一同学，还是步入了要害的中考预备期的初二同学，或是和我一样向着中考飞奔的初三同学，我愿与大家携手共进，在这一个新的学习阶段里，更加努力拼搏，为学校、为人生的明天，再添辉煌！</w:t>
      </w:r>
      <w:r>
        <w:rPr>
          <w:lang w:eastAsia="zh-CN"/>
        </w:rPr>
        <w:br/>
      </w:r>
      <w:r>
        <w:rPr>
          <w:lang w:eastAsia="zh-CN"/>
        </w:rPr>
        <w:t>　　谢谢大家！</w:t>
      </w:r>
      <w:r>
        <w:rPr>
          <w:lang w:eastAsia="zh-CN"/>
        </w:rPr>
        <w:br/>
      </w:r>
      <w:r>
        <w:rPr>
          <w:lang w:eastAsia="zh-CN"/>
        </w:rPr>
        <w:t xml:space="preserve">    学生代表新学期开学典礼发言稿 篇13 </w:t>
      </w:r>
      <w:r>
        <w:rPr>
          <w:lang w:eastAsia="zh-CN"/>
        </w:rPr>
        <w:br/>
      </w:r>
      <w:r>
        <w:rPr>
          <w:lang w:eastAsia="zh-CN"/>
        </w:rPr>
        <w:t>　　各位领导，各位老师，亲爱的同学们：</w:t>
      </w:r>
      <w:r>
        <w:rPr>
          <w:lang w:eastAsia="zh-CN"/>
        </w:rPr>
        <w:br/>
      </w:r>
      <w:r>
        <w:rPr>
          <w:lang w:eastAsia="zh-CN"/>
        </w:rPr>
        <w:t>　　大家好！</w:t>
      </w:r>
      <w:r>
        <w:rPr>
          <w:lang w:eastAsia="zh-CN"/>
        </w:rPr>
        <w:br/>
      </w:r>
      <w:r>
        <w:rPr>
          <w:lang w:eastAsia="zh-CN"/>
        </w:rPr>
        <w:t>　　经过一个愉快的暑假，我们满怀着新的希望迎来了新的学期。在这个流光溢彩的日子里，为了追求理想，为了汲取知识，我们齐聚在双凫铺中心小学这艘正待扬帆待航的航船上。今天我很荣欣有这样一个机会坐在这里代表新教师发言。首先，我要感谢双凫铺中心小学给了我这样一个展示自我的舞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作为一名新老师，我深知以后要走的路还很长，特别是对于学音乐专业的我来说，教小学除音乐以外的课程，不仅是对自己的一次挑战，同时也是自己的一次成长。但我深信，勤能补拙，在未来的日子里，我将以"师者，传到授业解惑也！"来时时提醒自己，务必以严瑾，务实，勤奋的态度来对待教学工作。精心备课，细心讲解，耐心解答，努力把学生培养成为德。智。体全面发展的人。</w:t>
      </w:r>
      <w:r>
        <w:rPr>
          <w:lang w:eastAsia="zh-CN"/>
        </w:rPr>
        <w:br/>
      </w:r>
      <w:r>
        <w:rPr>
          <w:lang w:eastAsia="zh-CN"/>
        </w:rPr>
        <w:t>　　在我看来，首先，作为一名老师，为人师表是教师的本分。教师应该成为学生的道德榜样。无论是从道德意识，道德感情，还是道德行为上面。为此，我将严格要求自己，从自身做起，努力成为学生的好榜样。</w:t>
      </w:r>
      <w:r>
        <w:rPr>
          <w:lang w:eastAsia="zh-CN"/>
        </w:rPr>
        <w:br/>
      </w:r>
      <w:r>
        <w:rPr>
          <w:lang w:eastAsia="zh-CN"/>
        </w:rPr>
        <w:t>　　其次，作为一名老师，只有终生学习，不断提升和完善自己，才能成为学生知识的源头活水。这也是教师的根本，为此，我们不但要向书本学，更要向有经验的教师请教，同时也要不耻下问，虚心向学生学习。</w:t>
      </w:r>
      <w:r>
        <w:rPr>
          <w:lang w:eastAsia="zh-CN"/>
        </w:rPr>
        <w:br/>
      </w:r>
      <w:r>
        <w:rPr>
          <w:lang w:eastAsia="zh-CN"/>
        </w:rPr>
        <w:t>　　此刻，我想对亲爱的同学们说，你们都是独一无二的，没有永远的差生，让我们每天进步一点点，坚持就会成功。无论你的过去怎么样，他已经成为了历史，我们应该抓住今天，更好地迎接明天，为今天而努力，为明天而奋斗。</w:t>
      </w:r>
      <w:r>
        <w:rPr>
          <w:lang w:eastAsia="zh-CN"/>
        </w:rPr>
        <w:br/>
      </w:r>
      <w:r>
        <w:rPr>
          <w:lang w:eastAsia="zh-CN"/>
        </w:rPr>
        <w:t>　　最后，我代表全体新老师祝各位同学在新的学期学习进步，健康成长！祝愿老师们工作顺利，万事如意！</w:t>
      </w:r>
      <w:r>
        <w:rPr>
          <w:lang w:eastAsia="zh-CN"/>
        </w:rPr>
        <w:br/>
      </w:r>
      <w:r>
        <w:rPr>
          <w:lang w:eastAsia="zh-CN"/>
        </w:rPr>
        <w:t>　　谢谢大家！</w:t>
      </w:r>
      <w:r>
        <w:rPr>
          <w:lang w:eastAsia="zh-CN"/>
        </w:rPr>
        <w:br/>
      </w:r>
      <w:r>
        <w:rPr>
          <w:lang w:eastAsia="zh-CN"/>
        </w:rPr>
        <w:t>　　20__年9月3</w:t>
      </w:r>
      <w:r>
        <w:rPr>
          <w:lang w:eastAsia="zh-CN"/>
        </w:rPr>
        <w:br/>
      </w:r>
      <w:r>
        <w:rPr>
          <w:lang w:eastAsia="zh-CN"/>
        </w:rPr>
        <w:t>　　李</w:t>
      </w:r>
      <w:r>
        <w:rPr>
          <w:lang w:eastAsia="zh-CN"/>
        </w:rPr>
        <w:br/>
      </w:r>
      <w:r>
        <w:rPr>
          <w:lang w:eastAsia="zh-CN"/>
        </w:rPr>
        <w:t xml:space="preserve">    学生代表新学期开学典礼发言稿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各位领导，各位老师、同学们：</w:t>
      </w:r>
      <w:r>
        <w:rPr>
          <w:lang w:eastAsia="zh-CN"/>
        </w:rPr>
        <w:br/>
      </w:r>
      <w:r>
        <w:rPr>
          <w:lang w:eastAsia="zh-CN"/>
        </w:rPr>
        <w:t>　　大家下午好!</w:t>
      </w:r>
      <w:r>
        <w:rPr>
          <w:lang w:eastAsia="zh-CN"/>
        </w:rPr>
        <w:br/>
      </w:r>
      <w:r>
        <w:rPr>
          <w:lang w:eastAsia="zh-CN"/>
        </w:rPr>
        <w:t>　　我很荣幸能够作为初中学生代表站在这里发言。首先，请让我代表全体同学祝全体老师新年快乐!</w:t>
      </w:r>
      <w:r>
        <w:rPr>
          <w:lang w:eastAsia="zh-CN"/>
        </w:rPr>
        <w:br/>
      </w:r>
      <w:r>
        <w:rPr>
          <w:lang w:eastAsia="zh-CN"/>
        </w:rPr>
        <w:t>　　初中的旅途，我们已走进了大半阶段。回首望望身后那一串串长长的足迹，我不得不感叹——岁月如梭!依稀仿佛昨日我才踏进初中的校门，在校园里好奇地东跑西奔;今日已经坐进了初三的课堂，开始朝着六月的梦想迅跑。低下身，我伸手轻触那一个个或深或浅的足印，两年多来点点滴滴的感受，或喜或忧，或欢或愁，如五彩的颜料——抹上了我的心头。</w:t>
      </w:r>
      <w:r>
        <w:rPr>
          <w:lang w:eastAsia="zh-CN"/>
        </w:rPr>
        <w:br/>
      </w:r>
      <w:r>
        <w:rPr>
          <w:lang w:eastAsia="zh-CN"/>
        </w:rPr>
        <w:t>　　红色，那是热情，是彷徨无助时同学们热情的扶持，是不知所措时老师们的循循善诱，是被困难吞噬时朋友们绵绵的关怀……红色的热情，燃起红色的火焰，温暖了一颗颗成长中的少年的心。</w:t>
      </w:r>
      <w:r>
        <w:rPr>
          <w:lang w:eastAsia="zh-CN"/>
        </w:rPr>
        <w:br/>
      </w:r>
      <w:r>
        <w:rPr>
          <w:lang w:eastAsia="zh-CN"/>
        </w:rPr>
        <w:t>　　金色，那是拼搏，是挑灯夜读时酸涩难睁的双眼，是运动会上体力透支尚不愿认输的倔强，是为维护班级、学校的荣誉而不懈奋斗的汗水……金色的拼搏，灌溉出金色的果实，笑开了一张张疲惫而青春的脸。</w:t>
      </w:r>
      <w:r>
        <w:rPr>
          <w:lang w:eastAsia="zh-CN"/>
        </w:rPr>
        <w:br/>
      </w:r>
      <w:r>
        <w:rPr>
          <w:lang w:eastAsia="zh-CN"/>
        </w:rPr>
        <w:t>　　还有一丝丝浅浅的蓝色的忧愁和浓浓的咖啡色的喜悦，和着红色的热情、金色的拼搏、缤纷的色彩，调绘出我所有的感受和感动。</w:t>
      </w:r>
      <w:r>
        <w:rPr>
          <w:lang w:eastAsia="zh-CN"/>
        </w:rPr>
        <w:br/>
      </w:r>
      <w:r>
        <w:rPr>
          <w:lang w:eastAsia="zh-CN"/>
        </w:rPr>
        <w:t>　　同学们，是雄鹰就要翱翔天空，是海鸥就要搏击风浪!今天你为_初中骄傲，明天_初中一定因你而自豪!</w:t>
      </w:r>
      <w:r>
        <w:rPr>
          <w:lang w:eastAsia="zh-CN"/>
        </w:rPr>
        <w:br/>
      </w:r>
      <w:r>
        <w:rPr>
          <w:lang w:eastAsia="zh-CN"/>
        </w:rPr>
        <w:t>　　让我们共同携手，高扬起希望的风帆，实现历史性的跨跃!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谢谢大家!</w:t>
      </w:r>
      <w:r>
        <w:rPr>
          <w:lang w:eastAsia="zh-CN"/>
        </w:rPr>
        <w:br/>
      </w:r>
      <w:r>
        <w:rPr>
          <w:lang w:eastAsia="zh-CN"/>
        </w:rPr>
        <w:t xml:space="preserve">    学生代表新学期开学典礼发言稿 篇15 </w:t>
      </w:r>
      <w:r>
        <w:rPr>
          <w:lang w:eastAsia="zh-CN"/>
        </w:rPr>
        <w:br/>
      </w:r>
      <w:r>
        <w:rPr>
          <w:lang w:eastAsia="zh-CN"/>
        </w:rPr>
        <w:t>　　各位老师、各位同学：</w:t>
      </w:r>
      <w:r>
        <w:rPr>
          <w:lang w:eastAsia="zh-CN"/>
        </w:rPr>
        <w:br/>
      </w:r>
      <w:r>
        <w:rPr>
          <w:lang w:eastAsia="zh-CN"/>
        </w:rPr>
        <w:t>　　大家下午好！</w:t>
      </w:r>
      <w:r>
        <w:rPr>
          <w:lang w:eastAsia="zh-CN"/>
        </w:rPr>
        <w:br/>
      </w:r>
      <w:r>
        <w:rPr>
          <w:lang w:eastAsia="zh-CN"/>
        </w:rPr>
        <w:t>　　很荣幸作为学生代表在那里和大家分享学习心得。愉悦祥和的春节已经过去了，我们迎来了充满期望的春天。俗话说：一年之计在于春。我们要沐浴着春日的阳光做好充分的准备，有计划有步骤地播下勤劳的种子。下面我想结合自己的实际状况谈几点个人学习体会：</w:t>
      </w:r>
      <w:r>
        <w:rPr>
          <w:lang w:eastAsia="zh-CN"/>
        </w:rPr>
        <w:br/>
      </w:r>
      <w:r>
        <w:rPr>
          <w:lang w:eastAsia="zh-CN"/>
        </w:rPr>
        <w:t>　　1、重视课前预习</w:t>
      </w:r>
      <w:r>
        <w:rPr>
          <w:lang w:eastAsia="zh-CN"/>
        </w:rPr>
        <w:br/>
      </w:r>
      <w:r>
        <w:rPr>
          <w:lang w:eastAsia="zh-CN"/>
        </w:rPr>
        <w:t>　　课前预习是学习的重要环节，预习能够扫除课堂学习的知识障碍，提高听课效果；还能够复习、巩固已学的知识，最重要的是能发展我们的自学潜力，减少对老师的依靠，增强独立性。</w:t>
      </w:r>
      <w:r>
        <w:rPr>
          <w:lang w:eastAsia="zh-CN"/>
        </w:rPr>
        <w:br/>
      </w:r>
      <w:r>
        <w:rPr>
          <w:lang w:eastAsia="zh-CN"/>
        </w:rPr>
        <w:t>　　2、课堂专心听讲</w:t>
      </w:r>
      <w:r>
        <w:rPr>
          <w:lang w:eastAsia="zh-CN"/>
        </w:rPr>
        <w:br/>
      </w:r>
      <w:r>
        <w:rPr>
          <w:lang w:eastAsia="zh-CN"/>
        </w:rPr>
        <w:t>　　如果在每节课前，学生都能自觉要求自己“务必当堂掌握”，那么上课的效率必须会大大提高。因此，无论上什么课，我都认真听讲，课后及时的把我在学习中的困惑提出来，和老师交流。老师会在给我们解疑惑的同时给我们扩充一些相关的知识，更有助于我们理解。另外，为了更好的提高课堂效率我们还要做好课堂笔记，“好记性不如烂笔头。</w:t>
      </w:r>
      <w:r>
        <w:rPr>
          <w:lang w:eastAsia="zh-CN"/>
        </w:rPr>
        <w:br/>
      </w:r>
      <w:r>
        <w:rPr>
          <w:lang w:eastAsia="zh-CN"/>
        </w:rPr>
        <w:t>　　3、课后及时复习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及时复习的优点在于可加深和巩固对学习资料的理解。根据遗忘曲线，识记后的两三天，遗忘速度最快，然后逐渐缓慢下来。要及时“趁热打铁”，学过即习，方为及时。</w:t>
      </w:r>
      <w:r>
        <w:rPr>
          <w:lang w:eastAsia="zh-CN"/>
        </w:rPr>
        <w:br/>
      </w:r>
      <w:r>
        <w:rPr>
          <w:lang w:eastAsia="zh-CN"/>
        </w:rPr>
        <w:t>　　4、作业巩固提高</w:t>
      </w:r>
      <w:r>
        <w:rPr>
          <w:lang w:eastAsia="zh-CN"/>
        </w:rPr>
        <w:br/>
      </w:r>
      <w:r>
        <w:rPr>
          <w:lang w:eastAsia="zh-CN"/>
        </w:rPr>
        <w:t>　　做作业能够加深对知识的理解和记忆；透过做作业，把容易混淆的概念区别开来，对事物之间的关系了解得更清楚，公式的变换更灵活。做作业能够为复习积累资料；作业题一般都是经过精选的，有很强的代表性、典型性。因此就是做过的习题也不应一扔了事，而应当定期进行分类整理，作为复习时的参考资料。</w:t>
      </w:r>
      <w:r>
        <w:rPr>
          <w:lang w:eastAsia="zh-CN"/>
        </w:rPr>
        <w:br/>
      </w:r>
      <w:r>
        <w:rPr>
          <w:lang w:eastAsia="zh-CN"/>
        </w:rPr>
        <w:t>　　5、善于总结反思</w:t>
      </w:r>
      <w:r>
        <w:rPr>
          <w:lang w:eastAsia="zh-CN"/>
        </w:rPr>
        <w:br/>
      </w:r>
      <w:r>
        <w:rPr>
          <w:lang w:eastAsia="zh-CN"/>
        </w:rPr>
        <w:t>　　反思是解题之后的重要环节。如解题的思路、有无其他的方法等。就应有错题集，定期把错题拿出来看看，会取得意想不到的效果。</w:t>
      </w:r>
      <w:r>
        <w:rPr>
          <w:lang w:eastAsia="zh-CN"/>
        </w:rPr>
        <w:br/>
      </w:r>
      <w:r>
        <w:rPr>
          <w:lang w:eastAsia="zh-CN"/>
        </w:rPr>
        <w:t>　　对于我们高二的同学们来说，学业水平测试将要来临，冲A是每位同学的目标，一个A，就能够在高考中加一分，而4个A就能够加5分！五分，它能够是近万个名次的差距，更可能决定了我们是否能够考上心中梦寐以求的大学！</w:t>
      </w:r>
      <w:r>
        <w:rPr>
          <w:lang w:eastAsia="zh-CN"/>
        </w:rPr>
        <w:br/>
      </w:r>
      <w:r>
        <w:rPr>
          <w:lang w:eastAsia="zh-CN"/>
        </w:rPr>
        <w:t>　　为了这个目标，我们甘愿成为“学习狂人”，甘愿将平时玩闹的时间省下来，只为了能记住一个知识点或者多钻研一道题；校院内，多的是同学之间的相互问答，共同复习的声音，少的是其他杂七杂八的高谈阔论。这种感觉就象是在进行一场800米的赛跑，路途中的挥汗如雨会让我们觉得更加酣畅淋漓。当你累得走不动了，抬抬头，眺望远方，目标就在那召唤你呢！可别让它等你太久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就我个人而言，我准备每一天在必修功课上花至少3个小时，以课本为主，掌握基础知识。地理这门学科，想要学好就是靠读图理解，多做章节小测验。生物也是这样，但在某些方面也还是需要去理解和钻研，先保证把老师发的讲义全部弄通后再做题。如化学，光把老师给的默写讲义背出来是不够的，必须要自己多做题！至于物理，看似就这样几个简单的公式，但不知却蕴含了多少玄机，因此就更有必要多做课外习题！</w:t>
      </w:r>
      <w:r>
        <w:rPr>
          <w:lang w:eastAsia="zh-CN"/>
        </w:rPr>
        <w:br/>
      </w:r>
      <w:r>
        <w:rPr>
          <w:lang w:eastAsia="zh-CN"/>
        </w:rPr>
        <w:t>　　每一天都要在各学科上花时间，但也不能急于求成，务必一章一节每个知识点都复习到位！</w:t>
      </w:r>
      <w:r>
        <w:rPr>
          <w:lang w:eastAsia="zh-CN"/>
        </w:rPr>
        <w:br/>
      </w:r>
      <w:r>
        <w:rPr>
          <w:lang w:eastAsia="zh-CN"/>
        </w:rPr>
        <w:t>　　成功属于永远不放下的人。因为勤奋，安徒生从一个鞋匠的儿子成为童话王；因为勤奋，罗曼罗兰获得了二十年心血的结晶——《约翰克里斯朵夫》；因为勤奋，巴尔扎克给人类留下了宝贵的文学遗产《人间喜剧》；还是由于勤奋，爱迪生才有一千多种伟大的科学发明。</w:t>
      </w:r>
      <w:r>
        <w:rPr>
          <w:lang w:eastAsia="zh-CN"/>
        </w:rPr>
        <w:br/>
      </w:r>
      <w:r>
        <w:rPr>
          <w:lang w:eastAsia="zh-CN"/>
        </w:rPr>
        <w:t>　　路遥知马力，日久见人心。未满20岁的我们，用十足的勇气迎接挑战；用百倍的努力赢取收获；用千般的热情追逐梦想；用万分的真诚渴望他人的肯定。这一份执着，这一份坚定，就是属于我们自己独特的美丽。</w:t>
      </w:r>
      <w:r>
        <w:rPr>
          <w:lang w:eastAsia="zh-CN"/>
        </w:rPr>
        <w:br/>
      </w:r>
      <w:r>
        <w:rPr>
          <w:lang w:eastAsia="zh-CN"/>
        </w:rPr>
        <w:t>　　迎战小高考，我们有信心取得最好的成绩，以回报老师的辛勤培育，更是对自己付出的最好奖励！我们高二的每一位同学都坚信我们会成功透过小高考，请看我们的行动吧！</w:t>
      </w:r>
      <w:r>
        <w:rPr>
          <w:lang w:eastAsia="zh-CN"/>
        </w:rPr>
        <w:br/>
      </w:r>
      <w:r>
        <w:rPr>
          <w:lang w:eastAsia="zh-CN"/>
        </w:rPr>
        <w:t>　　谢谢大家。</w:t>
      </w:r>
      <w:r>
        <w:rPr>
          <w:lang w:eastAsia="zh-CN"/>
        </w:rPr>
        <w:br/>
      </w:r>
    </w:p>
    <w:p w:rsidR="001B1F19" w14:textId="27C3F48A">
      <w:pPr>
        <w:rPr>
          <w:rFonts w:hint="eastAsia"/>
          <w:lang w:eastAsia="zh-CN"/>
        </w:rPr>
      </w:pPr>
      <w:r>
        <w:rPr>
          <w:lang w:eastAsia="zh-CN"/>
        </w:rPr>
        <w:t xml:space="preserve">    学生代表新学期开学典礼发言稿 篇16 </w:t>
      </w:r>
      <w:r>
        <w:rPr>
          <w:lang w:eastAsia="zh-CN"/>
        </w:rPr>
        <w:br/>
      </w:r>
      <w:r>
        <w:rPr>
          <w:lang w:eastAsia="zh-CN"/>
        </w:rPr>
        <w:t>　　尊敬的各位领导，老师，亲爱的同学们：</w:t>
      </w:r>
      <w:r>
        <w:rPr>
          <w:lang w:eastAsia="zh-CN"/>
        </w:rPr>
        <w:br/>
      </w:r>
      <w:r>
        <w:rPr>
          <w:lang w:eastAsia="zh-CN"/>
        </w:rPr>
        <w:t>　　大家好！</w:t>
      </w:r>
      <w:r>
        <w:rPr>
          <w:lang w:eastAsia="zh-CN"/>
        </w:rPr>
        <w:br/>
      </w:r>
      <w:r>
        <w:rPr>
          <w:lang w:eastAsia="zh-CN"/>
        </w:rPr>
        <w:t>　　我是高一__班的，今天能够站在这里发言，我感到十分荣幸。首先，请允许我代表高一全体新生向校领导及各位老师致以深深的敬意和谢意！</w:t>
      </w:r>
      <w:r>
        <w:rPr>
          <w:lang w:eastAsia="zh-CN"/>
        </w:rPr>
        <w:br/>
      </w:r>
      <w:r>
        <w:rPr>
          <w:lang w:eastAsia="zh-CN"/>
        </w:rPr>
        <w:t>　　在这个美丽的秋季，我们怀揣着梦想踏进这座美丽的校园，开始了人生中最重要的征程。古人云：“一年好景君须记，最是橙黄橘绿时。”曾经，我们沉浸在紧张的氛围中，埋头苦读，在中考的战场上长剑相接，逐鹿中原。今天，我们用自己的汗水和泪水战胜了彷徨和挫折，实现了我们的梦。我们激动，能够凭借自己的努力从激烈的战争中脱颖而出；我们骄傲，能够用自己的成就来回报老师、回报父母。历经中考战火的洗礼，我们成熟了，稳重了，回首过去，我们豪情满怀；展望未来，我们信心百倍。</w:t>
      </w:r>
      <w:r>
        <w:rPr>
          <w:lang w:eastAsia="zh-CN"/>
        </w:rPr>
        <w:br/>
      </w:r>
      <w:r>
        <w:rPr>
          <w:lang w:eastAsia="zh-CN"/>
        </w:rPr>
        <w:t>　　此时此刻，大家的心情一定是无比激动和兴奋，或许还夹杂着一丝对初中生活的眷恋。但同学们，踏入高中的门槛，便应该忘记中考的辉煌，那只代表了过去，我们的明天将从这里重新起步。我们将告别曾经的自己，告别那些青涩和稚嫩，从少年成长为青年，迎接下面三年中必定存在的困难，曲折与辛苦，咬紧牙关，在竞争之潮中扬起风帆，为自己的梦想，时刻准备着、追逐着。</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https://d.book118.com/845313203134011120</w:t>
        </w:r>
      </w:hyperlink>
    </w:p>
    <w:p w:rsidR="001B1F19">
      <w:pPr>
        <w:rPr>
          <w:rFonts w:hint="eastAsia"/>
          <w:lang w:eastAsia="zh-CN"/>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4531320313401112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