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rsidRPr="00937657" w14:paraId="7F7A67AA" w14:textId="0AE8485B">
      <w:pPr>
        <w:pStyle w:val="Heading1"/>
        <w:jc w:val="center"/>
        <w:rPr>
          <w:color w:val="000000" w:themeColor="text1"/>
          <w:lang w:eastAsia="zh-CN"/>
        </w:rPr>
      </w:pPr>
      <w:r>
        <w:rPr>
          <w:color w:val="000000" w:themeColor="text1"/>
          <w:sz w:val="44"/>
          <w:lang w:eastAsia="zh-CN"/>
        </w:rPr>
        <w:t>小学生800字演讲稿（33篇）</w:t>
      </w:r>
    </w:p>
    <w:p w:rsidR="001B1F19" w14:paraId="15E7D7A0" w14:textId="27C3F48A">
      <w:pPr>
        <w:rPr>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小学生800字演讲稿（精选33篇）</w:t>
      </w:r>
      <w:r>
        <w:rPr>
          <w:lang w:eastAsia="zh-CN"/>
        </w:rPr>
        <w:br/>
      </w:r>
      <w:r>
        <w:rPr>
          <w:lang w:eastAsia="zh-CN"/>
        </w:rPr>
        <w:t xml:space="preserve">    小学生800字演讲稿 篇1 </w:t>
      </w:r>
      <w:r>
        <w:rPr>
          <w:lang w:eastAsia="zh-CN"/>
        </w:rPr>
        <w:br/>
      </w:r>
      <w:r>
        <w:rPr>
          <w:lang w:eastAsia="zh-CN"/>
        </w:rPr>
        <w:t>　　尊敬的教师，亲爱的同学们：</w:t>
      </w:r>
      <w:r>
        <w:rPr>
          <w:lang w:eastAsia="zh-CN"/>
        </w:rPr>
        <w:br/>
      </w:r>
      <w:r>
        <w:rPr>
          <w:lang w:eastAsia="zh-CN"/>
        </w:rPr>
        <w:t>　　早上好！</w:t>
      </w:r>
      <w:r>
        <w:rPr>
          <w:lang w:eastAsia="zh-CN"/>
        </w:rPr>
        <w:br/>
      </w:r>
      <w:r>
        <w:rPr>
          <w:lang w:eastAsia="zh-CN"/>
        </w:rPr>
        <w:t>　　今日我国旗下讲演的标题是“诚信做人，诚信考试”。风来了又走，花开了又落，又是一秋富贵！韶光飞逝，不经意间，本学期的学习已被时刻消逝了一半，咱们迎来了期中考试。自古以来，考场上少不了的二字，便是诚信。“诚信做人诚信考试”，说出来就像是不移至理一般往常。</w:t>
      </w:r>
      <w:r>
        <w:rPr>
          <w:lang w:eastAsia="zh-CN"/>
        </w:rPr>
        <w:br/>
      </w:r>
      <w:r>
        <w:rPr>
          <w:lang w:eastAsia="zh-CN"/>
        </w:rPr>
        <w:t>　　诚笃守信是每个学习者所应恪守的原则。自古以来，读书人都是以节操为本，以诚信为基。我校学生更应该传承民族美德，建立品德新风。</w:t>
      </w:r>
      <w:r>
        <w:rPr>
          <w:lang w:eastAsia="zh-CN"/>
        </w:rPr>
        <w:br/>
      </w:r>
      <w:r>
        <w:rPr>
          <w:lang w:eastAsia="zh-CN"/>
        </w:rPr>
        <w:t>　　记住有人从前说过：“这世界上只要两种东西能引起人心深深的轰动。一个是咱们头上绚烂的星空，另一个是咱们心中崇高的品德。”当今，咱们仰视天穹，天空依然明亮，心里那些崇高的品德规律，有些却需求咱们再次呼喊。诚信便是其间之一。</w:t>
      </w:r>
      <w:r>
        <w:rPr>
          <w:lang w:eastAsia="zh-CN"/>
        </w:rPr>
        <w:br/>
      </w:r>
    </w:p>
    <w:p w:rsidR="001B1F19" w14:textId="27C3F48A">
      <w:pPr>
        <w:rPr>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李白说“三杯吐然诺，五岳倒为轻。”描述诚信的重量比大山还重。孔子说“人而无信，不知其可”意在“没有诚信的人，几乎是不能幻想的”。卢照邻说“若有人兮天一方，忠为衣兮信为裳”。更将诚信提高到了一个立身于世无它不行的境地。</w:t>
      </w:r>
      <w:r>
        <w:rPr>
          <w:lang w:eastAsia="zh-CN"/>
        </w:rPr>
        <w:br/>
      </w:r>
      <w:r>
        <w:rPr>
          <w:lang w:eastAsia="zh-CN"/>
        </w:rPr>
        <w:t>　　诚信如此重要，咱们更应倍加爱惜，假如仅是为了相对美丽的分数，或是躲避一时的尴尬，而在自己的回想里留下了不光彩的一笔，岂不行惜?</w:t>
      </w:r>
      <w:r>
        <w:rPr>
          <w:lang w:eastAsia="zh-CN"/>
        </w:rPr>
        <w:br/>
      </w:r>
      <w:r>
        <w:rPr>
          <w:lang w:eastAsia="zh-CN"/>
        </w:rPr>
        <w:t>　　或许有些同学的考试成果的不是太满意，但是即便自己的成果不抱负，也不要在考试中采纳不正当的竞争手段，咱们应当做一个光明正大的人。做一个诚信的人！赢要赢得他人心服口服，即便输也要输的坦坦荡荡。</w:t>
      </w:r>
      <w:r>
        <w:rPr>
          <w:lang w:eastAsia="zh-CN"/>
        </w:rPr>
        <w:br/>
      </w:r>
      <w:r>
        <w:rPr>
          <w:lang w:eastAsia="zh-CN"/>
        </w:rPr>
        <w:t>　　假如你想在考试中做弊，想在考试中投机。那么我想试问，你将会拿着经过丢掉自己的庄严而得到的高分去夸耀吗?仍是捧着那经过违反自己品格的而拿到的荣誉去讥讽他人的诚信！在那时间短的虚伪谎言下，一切的一切都是虚无缥缈的，生命不行能在谎言中开出绚烂的鲜花，你只会在其间蜕化之后再蜕化，好像啃咬着毒，一点一点的吞噬你自己的精力你自己的人生！</w:t>
      </w:r>
      <w:r>
        <w:rPr>
          <w:lang w:eastAsia="zh-CN"/>
        </w:rPr>
        <w:br/>
      </w:r>
      <w:r>
        <w:rPr>
          <w:lang w:eastAsia="zh-CN"/>
        </w:rPr>
        <w:t>　　兰生幽谷，不为莫服而不芳；正人行义，不为莫知而止休。诚信是最质朴的质量，它不像英勇那样受人敬佩，也不像聪明那样让人仰慕，她是那样的平平，那样的质朴，静静的完美着咱们的品格，净化咱们的魂灵。他人不知道，咱们有时自己也不知道，但是又有谁想过没有诚信的英勇或许变成暴力，而没有诚信的聪明很有或许变成狡猾。</w:t>
      </w:r>
      <w:r>
        <w:rPr>
          <w:lang w:eastAsia="zh-CN"/>
        </w:rPr>
        <w:br/>
      </w:r>
    </w:p>
    <w:p w:rsidR="001B1F19" w14:textId="27C3F48A">
      <w:pPr>
        <w:rPr>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假如把咱们的人生比做一条河，那诚信便是河里的水，平常人们都只管赏识河边的景色，垂涎河里的.水草鱼虾，有谁想过去维护河里的水，不让水丢失，要知道，河里没水，剩余的只要干燥的河道，相同，人一旦失掉诚信，剩余的只要空无的人生。</w:t>
      </w:r>
      <w:r>
        <w:rPr>
          <w:lang w:eastAsia="zh-CN"/>
        </w:rPr>
        <w:br/>
      </w:r>
      <w:r>
        <w:rPr>
          <w:lang w:eastAsia="zh-CN"/>
        </w:rPr>
        <w:t>　　诚信若水，让咱们让诚信的甘泉香甜咱们的人生吧！</w:t>
      </w:r>
      <w:r>
        <w:rPr>
          <w:lang w:eastAsia="zh-CN"/>
        </w:rPr>
        <w:br/>
      </w:r>
      <w:r>
        <w:rPr>
          <w:lang w:eastAsia="zh-CN"/>
        </w:rPr>
        <w:t xml:space="preserve">    小学生800字演讲稿 篇2 </w:t>
      </w:r>
      <w:r>
        <w:rPr>
          <w:lang w:eastAsia="zh-CN"/>
        </w:rPr>
        <w:br/>
      </w:r>
      <w:r>
        <w:rPr>
          <w:lang w:eastAsia="zh-CN"/>
        </w:rPr>
        <w:t>　　敬爱的老师，亲爱的同学们：</w:t>
      </w:r>
      <w:r>
        <w:rPr>
          <w:lang w:eastAsia="zh-CN"/>
        </w:rPr>
        <w:br/>
      </w:r>
      <w:r>
        <w:rPr>
          <w:lang w:eastAsia="zh-CN"/>
        </w:rPr>
        <w:t>　　大家好！</w:t>
      </w:r>
      <w:r>
        <w:rPr>
          <w:lang w:eastAsia="zh-CN"/>
        </w:rPr>
        <w:br/>
      </w:r>
      <w:r>
        <w:rPr>
          <w:lang w:eastAsia="zh-CN"/>
        </w:rPr>
        <w:t>　　我是五年八班的赵鉴侨，今天，我带着老师的殷切期望，带着同学们的无比信任，满怀信心来竞选大队长。感谢大家给我这个站上演讲台的机会。</w:t>
      </w:r>
      <w:r>
        <w:rPr>
          <w:lang w:eastAsia="zh-CN"/>
        </w:rPr>
        <w:br/>
      </w:r>
      <w:r>
        <w:rPr>
          <w:lang w:eastAsia="zh-CN"/>
        </w:rPr>
        <w:t>　　在平时，我总是以一名模范少先队员的标准严格要求自己。在老师的辛勤教育下，在同学们的无私帮助下，学习上无论是在学校还是在校外辅导班，我的成绩都是出类拔萃的，多次在校内外获得各种奖项，连年被评为 优秀学生干部。数学成绩更是名列前茅，经常耐心给同学们讲解难题。作为班长，我尽职尽责，坚决纠正不良的行为，尽力帮助老师维护班上纪律，和大家一起保护班级集体荣誉，深得同学们的好评，是老师的得力小助手。我经常主持每周的班会并参加学校的活动，例如：古诗朗诵，清明献词，校中队会等等，在这些活动中我的组织能力有了很大的提高，积累了丰富的经验！</w:t>
      </w:r>
      <w:r>
        <w:rPr>
          <w:lang w:eastAsia="zh-CN"/>
        </w:rPr>
        <w:br/>
      </w:r>
      <w:r>
        <w:rPr>
          <w:lang w:eastAsia="zh-CN"/>
        </w:rPr>
        <w:t>　　在假日期间我也不忘自己是一名少先队员，在公交车上我主动给需要帮助的人让座，在游乐场里我主动帮助比我小的同学，</w:t>
      </w:r>
      <w:r>
        <w:rPr>
          <w:lang w:eastAsia="zh-CN"/>
        </w:rPr>
        <w:br/>
      </w:r>
    </w:p>
    <w:p w:rsidR="001B1F19" w14:textId="27C3F48A">
      <w:pPr>
        <w:rPr>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敬爱的老师，亲爱的同学们，四年多来，我所做的这些工作微不足道，但却让我懂得了做任何事都要认真负责的道理，只有这样才能无愧于心，才能不辜负老师的期望和同学们的信任！我所取得的这些成绩是与你们的教导和帮助分不开的，我也深深知道，成绩只能代表过去，不能代表将来，我将更加努力，继续前进。</w:t>
      </w:r>
      <w:r>
        <w:rPr>
          <w:lang w:eastAsia="zh-CN"/>
        </w:rPr>
        <w:br/>
      </w:r>
      <w:r>
        <w:rPr>
          <w:lang w:eastAsia="zh-CN"/>
        </w:rPr>
        <w:t>　　今天，我站在这里，就是想竞选上大队长。大队长这个职位更能锻炼我的能力，我也能更好地服务同学和学校。请同学们给我这个机会，我一定更加努力的学习，为学校争取更大的荣誉，一定更好地做好前面汇报的那些工作，在老师的指导下开创新的工作。我的竞选宣言是：给期待的目光一次机会，平民大队长将还你十二分精彩。</w:t>
      </w:r>
      <w:r>
        <w:rPr>
          <w:lang w:eastAsia="zh-CN"/>
        </w:rPr>
        <w:br/>
      </w:r>
      <w:r>
        <w:rPr>
          <w:lang w:eastAsia="zh-CN"/>
        </w:rPr>
        <w:t>　　每一张选票都是同学们对我的信任！请相信，我将用实际行动为少先队活动插上理想的翅膀，飞向更加美好的明天！谢谢大家！</w:t>
      </w:r>
      <w:r>
        <w:rPr>
          <w:lang w:eastAsia="zh-CN"/>
        </w:rPr>
        <w:br/>
      </w:r>
      <w:r>
        <w:rPr>
          <w:lang w:eastAsia="zh-CN"/>
        </w:rPr>
        <w:t xml:space="preserve">    小学生800字演讲稿 篇3 </w:t>
      </w:r>
      <w:r>
        <w:rPr>
          <w:lang w:eastAsia="zh-CN"/>
        </w:rPr>
        <w:br/>
      </w:r>
      <w:r>
        <w:rPr>
          <w:lang w:eastAsia="zh-CN"/>
        </w:rPr>
        <w:t>　　同学们：</w:t>
      </w:r>
      <w:r>
        <w:rPr>
          <w:lang w:eastAsia="zh-CN"/>
        </w:rPr>
        <w:br/>
      </w:r>
      <w:r>
        <w:rPr>
          <w:lang w:eastAsia="zh-CN"/>
        </w:rPr>
        <w:t>　　当你们看着可爱的动画片，玩着迷人的电脑游戏，坐上快速的列车，接听着越洋电话的时候，你可曾意识到科学的力量，科学不仅改变了这个世界，也改变了我们的生活，科学就在我们身边。</w:t>
      </w:r>
      <w:r>
        <w:rPr>
          <w:lang w:eastAsia="zh-CN"/>
        </w:rPr>
        <w:br/>
      </w:r>
    </w:p>
    <w:p w:rsidR="001B1F19" w14:textId="27C3F48A">
      <w:pPr>
        <w:rPr>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翻开20世纪的壮丽篇章，我们发现人类在这百年中不仅经历了血与火的洗礼，更创造了无数科学奇迹。19世纪法国著名科幻小说家凡尔纳的虚构，当时让人不可思议，他所幻想的登月旅行、飞机、远射程炮等，在20世纪都一一成为现实。在21世纪的今天，高科技更是无处不在。</w:t>
      </w:r>
      <w:r>
        <w:rPr>
          <w:lang w:eastAsia="zh-CN"/>
        </w:rPr>
        <w:br/>
      </w:r>
      <w:r>
        <w:rPr>
          <w:lang w:eastAsia="zh-CN"/>
        </w:rPr>
        <w:t>　　作为跨世纪的一代，我们又该以怎样的姿态去适应新世纪，担起新世纪的重担呢?科学技术的日新月异，使得科学不只为尖端技术服务，也越来越多地渗透到我们的日常生活之中，这就需要正处于青少年时代的我们热爱科学，学习科学。参加科技五小比赛、阅读科技书籍，使我明白了许多道理。精密的机器人，不用燃料的汽车，虚拟的足球赛，高科技信息的传送等等，一个个生动有趣的现象，激起了我探索科学的愿望。</w:t>
      </w:r>
      <w:r>
        <w:rPr>
          <w:lang w:eastAsia="zh-CN"/>
        </w:rPr>
        <w:br/>
      </w:r>
      <w:r>
        <w:rPr>
          <w:lang w:eastAsia="zh-CN"/>
        </w:rPr>
        <w:t>　　我们每个人都要学习科学，传播文明，在享受新生活的同时，更要创造新生活，如今，科技产品的更新换代不断加快，可视电视、电脑上网、心脏起搏器，已经不算新鲜了。从19__年发明的真空吸尘器，到人造地球卫星、载人宇宙飞船，科技在不同领域里显示出了强大的力量。电子产业、通讯技术的日益普及，纳米技术、超导材料的广泛应用，不久的一天，也许就在你的餐桌上，会出现像太空青椒、人造牛排等生物工程食品。学习科学技术，不仅仅是为了成为科学家，也是为了能适应生活，更为了能成为新世纪的主人，担起新世纪，为国家建设，为人类文明做出贡献。</w:t>
      </w:r>
      <w:r>
        <w:rPr>
          <w:lang w:eastAsia="zh-CN"/>
        </w:rPr>
        <w:br/>
      </w:r>
    </w:p>
    <w:p w:rsidR="001B1F19" w14:textId="27C3F48A">
      <w:pPr>
        <w:rPr>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新中国成立以来，我国的科技发展突飞猛进，人工合成胰岛素、断手再植、杂交水稻、爆炸原子弹和氢弹、发射人造卫星和飞船等等，这些令世人瞩目的科技成就，大大缩短了我国和先进国家的科学技术的差距，为我国的现代化建设注入了活力。邓小平爷爷说科学技术是第一生产力，的确如此，科学为我们祖国的腾飞插上了翅膀。毛泽东主席曾对青年说，世界是你们的，也是我们的，但归根结底是你们的。这句话，饱含了长辈们对我们的殷切期望。如果说长辈们用辛勤的劳动建设了20世纪的祖国，那么，我们就应该以知识、以科学担起新世纪的重担。</w:t>
      </w:r>
      <w:r>
        <w:rPr>
          <w:lang w:eastAsia="zh-CN"/>
        </w:rPr>
        <w:br/>
      </w:r>
      <w:r>
        <w:rPr>
          <w:lang w:eastAsia="zh-CN"/>
        </w:rPr>
        <w:t>　　同学们，我们正处于成长发育阶段，学习科学，让我们从小做起。我们要努力学好各种文化课，因为这是一切学习的基础;同时，对各种适合我们小学生看的科普书籍、报刊，最好在课余多阅读一些;还应该积极动手搞各种科学小实验、小制作，写科学小论文等，培养对科学的兴趣。长此下去，我们一定能够热爱科学，拥有丰富的科学知识。人类的智慧是无限的，无论是美国的挑战者号爆炸，还是全球计算机病毒的升级，从来都不能阻止人类的科技进步。知识就是力量，培根这句脍炙人口的格言不知激励了多少渴求知识的人。如今，让我们也用它来勉励自己，做一个热爱科学的新一代，担起新世纪的重任，为我们祖国的明天，谱写出更加辉煌的诗篇!</w:t>
      </w:r>
      <w:r>
        <w:rPr>
          <w:lang w:eastAsia="zh-CN"/>
        </w:rPr>
        <w:br/>
      </w:r>
      <w:r>
        <w:rPr>
          <w:lang w:eastAsia="zh-CN"/>
        </w:rPr>
        <w:t xml:space="preserve">    小学生800字演讲稿 篇4 </w:t>
      </w:r>
      <w:r>
        <w:rPr>
          <w:lang w:eastAsia="zh-CN"/>
        </w:rPr>
        <w:br/>
      </w:r>
      <w:r>
        <w:rPr>
          <w:lang w:eastAsia="zh-CN"/>
        </w:rPr>
        <w:t>　　敬爱的老师，亲爱的同学们：</w:t>
      </w:r>
      <w:r>
        <w:rPr>
          <w:lang w:eastAsia="zh-CN"/>
        </w:rPr>
        <w:br/>
      </w:r>
      <w:r>
        <w:rPr>
          <w:lang w:eastAsia="zh-CN"/>
        </w:rPr>
        <w:t>　　大家好！</w:t>
      </w:r>
      <w:r>
        <w:rPr>
          <w:lang w:eastAsia="zh-CN"/>
        </w:rPr>
        <w:br/>
      </w:r>
      <w:r>
        <w:rPr>
          <w:lang w:eastAsia="zh-CN"/>
        </w:rPr>
        <w:t>　　光明似箭，日月如梭，转眼间，我们已共同搏击六个春秋。今天，我们欢聚一堂，明天，就要说“拜拜”了，去迎接毕业会考，去经过老师的锤炼，成为国家的栋梁之材。</w:t>
      </w:r>
      <w:r>
        <w:rPr>
          <w:lang w:eastAsia="zh-CN"/>
        </w:rPr>
        <w:br/>
      </w:r>
    </w:p>
    <w:p w:rsidR="001B1F19" w14:textId="27C3F48A">
      <w:pPr>
        <w:rPr>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回忆过去多少的风风雨雨，回忆过去的多少喜怒哀乐，回忆过去的多少酸甜苦辣。现在，就要分手了，我心中一股酸意又涌上心头，舍不得呀u毕竟与母校有六年的感情，一草一木，一角一落，都值得让我们去深深的怀念。老师，您可否记得？那次拔河比赛，面对强大的对手，我们丝毫不气馁，因为，您告诉我们，世上无难事，只怕有心人，只要坚持，一定会获得胜利的u</w:t>
      </w:r>
      <w:r>
        <w:rPr>
          <w:lang w:eastAsia="zh-CN"/>
        </w:rPr>
        <w:br/>
      </w:r>
      <w:r>
        <w:rPr>
          <w:lang w:eastAsia="zh-CN"/>
        </w:rPr>
        <w:t>　　老师，您可否记得，在上一学期，您带我们去参观古灵台，并为我们一一讲解，使我们不忘在灵台也有一段令人骄傲的历史，老师您可否记得，有好几次，我们班一跃而起成绩排名全级第一，这都离不开您的辛勤培育啊u但是，是雄鹰，就要展翅翱翔，是海燕，就要搏击长空，我们最终还是要走出校园展翅高飞！</w:t>
      </w:r>
      <w:r>
        <w:rPr>
          <w:lang w:eastAsia="zh-CN"/>
        </w:rPr>
        <w:br/>
      </w:r>
      <w:r>
        <w:rPr>
          <w:lang w:eastAsia="zh-CN"/>
        </w:rPr>
        <w:t>　　当看到您办公桌上的一摞永远也批不完的作业本和那一本本凝聚着您夜夜心血的教案本；当看到你日益增多的皱纹以及不知哪一天悄悄爬上您双鬓的丝丝白发，我心中不由得升起一种深深的敬意，谢谢您，老师u</w:t>
      </w:r>
      <w:r>
        <w:rPr>
          <w:lang w:eastAsia="zh-CN"/>
        </w:rPr>
        <w:br/>
      </w:r>
      <w:r>
        <w:rPr>
          <w:lang w:eastAsia="zh-CN"/>
        </w:rPr>
        <w:t>　　三尺讲台记载了您毕生的心血，一张办公桌刻满了您的爱心，你用心血去探求，用汗水耕耘。在您的培育下，我们这些幼苗长成一棵棵枝繁叶茂的小树，谢谢您，老师u您在我们心中的地位如松柏长青。相见时难别亦难u</w:t>
      </w:r>
      <w:r>
        <w:rPr>
          <w:lang w:eastAsia="zh-CN"/>
        </w:rPr>
        <w:br/>
      </w:r>
      <w:r>
        <w:rPr>
          <w:lang w:eastAsia="zh-CN"/>
        </w:rPr>
        <w:t>　　谢谢！</w:t>
      </w:r>
      <w:r>
        <w:rPr>
          <w:lang w:eastAsia="zh-CN"/>
        </w:rPr>
        <w:br/>
      </w:r>
      <w:r>
        <w:rPr>
          <w:lang w:eastAsia="zh-CN"/>
        </w:rPr>
        <w:t>　　六（2）班：_</w:t>
      </w:r>
      <w:r>
        <w:rPr>
          <w:lang w:eastAsia="zh-CN"/>
        </w:rPr>
        <w:br/>
      </w:r>
      <w:r>
        <w:rPr>
          <w:lang w:eastAsia="zh-CN"/>
        </w:rPr>
        <w:t>　　20__年6月29日</w:t>
      </w:r>
      <w:r>
        <w:rPr>
          <w:lang w:eastAsia="zh-CN"/>
        </w:rPr>
        <w:br/>
      </w:r>
      <w:r>
        <w:rPr>
          <w:lang w:eastAsia="zh-CN"/>
        </w:rPr>
        <w:t xml:space="preserve">    小学生800字演讲稿 篇5 </w:t>
      </w:r>
      <w:r>
        <w:rPr>
          <w:lang w:eastAsia="zh-CN"/>
        </w:rPr>
        <w:br/>
      </w:r>
      <w:r>
        <w:rPr>
          <w:lang w:eastAsia="zh-CN"/>
        </w:rPr>
        <w:t>　　尊敬的教师、亲爱的同学们：</w:t>
      </w:r>
      <w:r>
        <w:rPr>
          <w:lang w:eastAsia="zh-CN"/>
        </w:rPr>
        <w:br/>
      </w:r>
    </w:p>
    <w:p w:rsidR="001B1F19" w14:textId="27C3F48A">
      <w:pPr>
        <w:rPr>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早上好！</w:t>
      </w:r>
      <w:r>
        <w:rPr>
          <w:lang w:eastAsia="zh-CN"/>
        </w:rPr>
        <w:br/>
      </w:r>
      <w:r>
        <w:rPr>
          <w:lang w:eastAsia="zh-CN"/>
        </w:rPr>
        <w:t>　　今日国旗下讲话的主题是《爱护学校公物，争做学校主人》。</w:t>
      </w:r>
      <w:r>
        <w:rPr>
          <w:lang w:eastAsia="zh-CN"/>
        </w:rPr>
        <w:br/>
      </w:r>
      <w:r>
        <w:rPr>
          <w:lang w:eastAsia="zh-CN"/>
        </w:rPr>
        <w:t>　　一说起爱护公物，也许有人会认为这是老生常谈，因为类似"爱护公物光荣，破坏公物可耻"、"爱护公物，人人有责"这样的口号恐怕连幼儿园小朋友也能说上几条。</w:t>
      </w:r>
      <w:r>
        <w:rPr>
          <w:lang w:eastAsia="zh-CN"/>
        </w:rPr>
        <w:br/>
      </w:r>
      <w:r>
        <w:rPr>
          <w:lang w:eastAsia="zh-CN"/>
        </w:rPr>
        <w:t>　　但现实生活中的我们又做得怎样样呢细心观察就会发现，学校里破坏公物的现象还是有的：不知你们是否看到楼道教室的墙壁上污迹斑斑，有些班级坏了的门窗；还有课桌上，椅子上，甚至是厕所的墙上，经常会看见各式各样的涂鸦……你有没有想过，不论是有意还是无意，这些行为都对公物造成了损坏，也给其他同学的学习和生活带来了不必要的麻烦，还会增加学校对公物的维修费用。</w:t>
      </w:r>
      <w:r>
        <w:rPr>
          <w:lang w:eastAsia="zh-CN"/>
        </w:rPr>
        <w:br/>
      </w:r>
      <w:r>
        <w:rPr>
          <w:lang w:eastAsia="zh-CN"/>
        </w:rPr>
        <w:t>　　爱护公物其实并不是一件很难做到的事情，在学校里我们也看到了很多美丽的身影：他们弯腰捡起了地上的垃圾，他们随手关掉了水龙头，他们爱护着自我的课桌椅，他们细心地使用计算机，他们使得学校更美丽了。</w:t>
      </w:r>
      <w:r>
        <w:rPr>
          <w:lang w:eastAsia="zh-CN"/>
        </w:rPr>
        <w:br/>
      </w:r>
    </w:p>
    <w:p w:rsidR="001B1F19" w14:textId="27C3F48A">
      <w:pPr>
        <w:rPr>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我们要真诚地感激这些自觉爱护学校公物的同学，只要同学们平时多想想，努力提高自我的品德行为，就必须能够改掉不良习惯，成为一名公共环境的保护者，争做学校主人。同时借此机会期望大家做到：爱护公物，从我做起，挪动桌椅，细心翼翼；开门开窗，轻手轻脚；爱护公物，从小事做起，不要在雪白的墙上蹬踏留迹；不要让电灯开关粉身碎骨；不要让电话机身首异处；爱护公物从身边做起：随手关灯节俭每一度电；呵护学校里的一草一木；拧紧水龙头，节俭每一滴水；拾起地上的纸屑，坚持环境卫生。</w:t>
      </w:r>
      <w:r>
        <w:rPr>
          <w:lang w:eastAsia="zh-CN"/>
        </w:rPr>
        <w:br/>
      </w:r>
      <w:r>
        <w:rPr>
          <w:lang w:eastAsia="zh-CN"/>
        </w:rPr>
        <w:t>　　我们要像爱护自我的面孔一样爱护环境，要像珍惜自我的身体一样珍惜公物。</w:t>
      </w:r>
      <w:r>
        <w:rPr>
          <w:lang w:eastAsia="zh-CN"/>
        </w:rPr>
        <w:br/>
      </w:r>
      <w:r>
        <w:rPr>
          <w:lang w:eastAsia="zh-CN"/>
        </w:rPr>
        <w:t>　　让我们携起手来，杜绝损坏公物破坏环境行为。把美的外在形象与良好的德行结合起来，做一个有礼貌、有修养的学生。让我们一齐用心呵护每棵草、维护每一张桌椅、每一块墙壁，从我做起，从小事做起，从身边做起，用今日的努力来营造我们温馨的家园。</w:t>
      </w:r>
      <w:r>
        <w:rPr>
          <w:lang w:eastAsia="zh-CN"/>
        </w:rPr>
        <w:br/>
      </w:r>
      <w:r>
        <w:rPr>
          <w:lang w:eastAsia="zh-CN"/>
        </w:rPr>
        <w:t xml:space="preserve">    小学生800字演讲稿 篇6 </w:t>
      </w:r>
      <w:r>
        <w:rPr>
          <w:lang w:eastAsia="zh-CN"/>
        </w:rPr>
        <w:br/>
      </w:r>
      <w:r>
        <w:rPr>
          <w:lang w:eastAsia="zh-CN"/>
        </w:rPr>
        <w:t>　　时间：_年_月_日</w:t>
      </w:r>
      <w:r>
        <w:rPr>
          <w:lang w:eastAsia="zh-CN"/>
        </w:rPr>
        <w:br/>
      </w:r>
      <w:r>
        <w:rPr>
          <w:lang w:eastAsia="zh-CN"/>
        </w:rPr>
        <w:t>　　周次：第_周</w:t>
      </w:r>
      <w:r>
        <w:rPr>
          <w:lang w:eastAsia="zh-CN"/>
        </w:rPr>
        <w:br/>
      </w:r>
      <w:r>
        <w:rPr>
          <w:lang w:eastAsia="zh-CN"/>
        </w:rPr>
        <w:t>　　主讲者：</w:t>
      </w:r>
      <w:r>
        <w:rPr>
          <w:lang w:eastAsia="zh-CN"/>
        </w:rPr>
        <w:br/>
      </w:r>
      <w:r>
        <w:rPr>
          <w:lang w:eastAsia="zh-CN"/>
        </w:rPr>
        <w:t>　　讲话主题： 珍爱生命之水</w:t>
      </w:r>
      <w:r>
        <w:rPr>
          <w:lang w:eastAsia="zh-CN"/>
        </w:rPr>
        <w:br/>
      </w:r>
      <w:r>
        <w:rPr>
          <w:lang w:eastAsia="zh-CN"/>
        </w:rPr>
        <w:t>　　同学们，老师们：</w:t>
      </w:r>
      <w:r>
        <w:rPr>
          <w:lang w:eastAsia="zh-CN"/>
        </w:rPr>
        <w:br/>
      </w:r>
      <w:r>
        <w:rPr>
          <w:lang w:eastAsia="zh-CN"/>
        </w:rPr>
        <w:t>　　每年的3月22日是世界水日，而每年的3月22日所在的一周，被定为中国水周。在刚刚过去的一周里，大家都为节水做了些什么?</w:t>
      </w:r>
      <w:r>
        <w:rPr>
          <w:lang w:eastAsia="zh-CN"/>
        </w:rPr>
        <w:br/>
      </w:r>
      <w:r>
        <w:rPr>
          <w:lang w:eastAsia="zh-CN"/>
        </w:rPr>
        <w:t>　　前一阶段，几乎每天晚上的新闻联播都在播报云南、贵州等地的严重旱情，灾区小学的孩子们把学校发放的“爱心矿泉水”省下来，带回家给爸爸妈妈。灾区人民每吃一顿饭，除去盘算好要吃的饭菜，她还要精打细算每一滴水的用途。“洗菜的水要留下来洗脸，洗脸的水要留下来喂猪。”水对于我们的生活真是太重要!</w:t>
      </w:r>
      <w:r>
        <w:rPr>
          <w:lang w:eastAsia="zh-CN"/>
        </w:rPr>
        <w:br/>
      </w:r>
    </w:p>
    <w:p w:rsidR="001B1F19" w14:textId="27C3F48A">
      <w:pPr>
        <w:rPr>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同学们，当你看到水龙头在滴答滴答的时候，你会伸手去把它拧紧吗?当你看到同学在玩水的时候，你会过去制止这种浪费的行为吗?如果我们每人每天节约1千克水，我们学校一天能节约20__千克水，按200天上学时间计算，全校一年能节约四十万千克水。这是一个多么可观的数字啊!</w:t>
      </w:r>
      <w:r>
        <w:rPr>
          <w:lang w:eastAsia="zh-CN"/>
        </w:rPr>
        <w:br/>
      </w:r>
      <w:r>
        <w:rPr>
          <w:lang w:eastAsia="zh-CN"/>
        </w:rPr>
        <w:t>　　世界水日，正是地球向人类用水发出警示的时刻：它告诉人类，水孕育和维持着地球上的全部生命，如果没有水，人类社会就无法存在。 而我想说的是：增强全民的节水意识不应只是一天或者一周的事情，这应该是一个持续性发展的课题，需要每个人，每代人坚持不懈的努力，人人爱护水，节约水，反对浪费水，污染水。这样，大自然才能与我们和谐相处。 我们应当正确地认识到，节约用水，并不是限制人用水，更不是不让用水。节约用水，知识让人们合理地用水，高效率地用水，并不影响我们的生活质量。勤俭持家，勤俭立校，这是一种功德，也是一种美德，更是一种责任。</w:t>
      </w:r>
      <w:r>
        <w:rPr>
          <w:lang w:eastAsia="zh-CN"/>
        </w:rPr>
        <w:br/>
      </w:r>
      <w:r>
        <w:rPr>
          <w:lang w:eastAsia="zh-CN"/>
        </w:rPr>
        <w:t>　　同学们，让我们行动起来，让我们珍惜资源。为共建一个节约型的社会而努力，不要让世界上的最后一滴水变成我们的眼泪。</w:t>
      </w:r>
      <w:r>
        <w:rPr>
          <w:lang w:eastAsia="zh-CN"/>
        </w:rPr>
        <w:br/>
      </w:r>
      <w:r>
        <w:rPr>
          <w:lang w:eastAsia="zh-CN"/>
        </w:rPr>
        <w:t xml:space="preserve">    小学生800字演讲稿 篇7 </w:t>
      </w:r>
      <w:r>
        <w:rPr>
          <w:lang w:eastAsia="zh-CN"/>
        </w:rPr>
        <w:br/>
      </w:r>
      <w:r>
        <w:rPr>
          <w:lang w:eastAsia="zh-CN"/>
        </w:rPr>
        <w:t>　　亲爱的老师们，亲爱的学生们：</w:t>
      </w:r>
      <w:r>
        <w:rPr>
          <w:lang w:eastAsia="zh-CN"/>
        </w:rPr>
        <w:br/>
      </w:r>
      <w:r>
        <w:rPr>
          <w:lang w:eastAsia="zh-CN"/>
        </w:rPr>
        <w:t>　　大家好！</w:t>
      </w:r>
      <w:r>
        <w:rPr>
          <w:lang w:eastAsia="zh-CN"/>
        </w:rPr>
        <w:br/>
      </w:r>
      <w:r>
        <w:rPr>
          <w:lang w:eastAsia="zh-CN"/>
        </w:rPr>
        <w:t>　　我是来自_班！今天我演讲的题目是《安全在我心中》。</w:t>
      </w:r>
      <w:r>
        <w:rPr>
          <w:lang w:eastAsia="zh-CN"/>
        </w:rPr>
        <w:br/>
      </w:r>
      <w:r>
        <w:rPr>
          <w:lang w:eastAsia="zh-CN"/>
        </w:rPr>
        <w:t>　　每天去上学，父母总不忘提醒我们：安全第一，学习第二；上课时，老师常常教导我们，校内校外要注意安全。我们常常把他们的话当作耳边风，而这所谓的耳旁风正是对我们关爱的叮咛！</w:t>
      </w:r>
      <w:r>
        <w:rPr>
          <w:lang w:eastAsia="zh-CN"/>
        </w:rPr>
        <w:br/>
      </w:r>
    </w:p>
    <w:p w:rsidR="001B1F19" w14:textId="27C3F48A">
      <w:pPr>
        <w:rPr>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每当上学、放学的路上，放眼望去，好多同学不遵守交通规则，比如走在机动车道上、横穿马路、走逆行道，更有甚者还在车流不息的马路上追逐打闹。多么危险的行为啊，真替他们捏一把汗。可是人的生命是娇脆的，一个不留神就有可能发生危险。所以我在此倡议：上学、放学路上，我们一定要走人行道，并且靠右行；横穿马路时，要走斑马线，并且先左顾右盼，注意来往车辆；严禁在路上追逐打闹等等。</w:t>
      </w:r>
      <w:r>
        <w:rPr>
          <w:lang w:eastAsia="zh-CN"/>
        </w:rPr>
        <w:br/>
      </w:r>
      <w:r>
        <w:rPr>
          <w:lang w:eastAsia="zh-CN"/>
        </w:rPr>
        <w:t>　　在学校我们要注意活动安全。在课间不互相追逐打闹，上下楼梯不要拥挤，要注意礼让并靠右慢行。严禁在楼梯的扶手栏杆上向下直滑或在楼梯上追逐奔跑，严禁攀爬栏杆、围墙、下水管道、树木、窗户等。身体有某些方面疾病的同学一定要提前报告给班主任，防止在体育课或做其他剧烈运动时发生意外。</w:t>
      </w:r>
      <w:r>
        <w:rPr>
          <w:lang w:eastAsia="zh-CN"/>
        </w:rPr>
        <w:br/>
      </w:r>
      <w:r>
        <w:rPr>
          <w:lang w:eastAsia="zh-CN"/>
        </w:rPr>
        <w:t>　　同学们，我衷心希望我们每一个人都加强安全意识，增强自我防范能力，做好各方面安全防范工作，让我们的校园里，人人讲安全、事事讲安全、时时讲安全、处处讲安全，做到警钟长鸣！同时我们平时要做个有心人，时刻注意寻找和发现身边存在的安全隐患，一旦发现应及时向老师和学校汇报。</w:t>
      </w:r>
      <w:r>
        <w:rPr>
          <w:lang w:eastAsia="zh-CN"/>
        </w:rPr>
        <w:br/>
      </w:r>
      <w:r>
        <w:rPr>
          <w:lang w:eastAsia="zh-CN"/>
        </w:rPr>
        <w:t>　　老师们，同学们，让我们共同祝愿，祝愿我们每天平平安安到校，高高兴兴回家！</w:t>
      </w:r>
      <w:r>
        <w:rPr>
          <w:lang w:eastAsia="zh-CN"/>
        </w:rPr>
        <w:br/>
      </w:r>
      <w:r>
        <w:rPr>
          <w:lang w:eastAsia="zh-CN"/>
        </w:rPr>
        <w:t>　　我的讲话到此结束，谢谢大家！</w:t>
      </w:r>
      <w:r>
        <w:rPr>
          <w:lang w:eastAsia="zh-CN"/>
        </w:rPr>
        <w:br/>
      </w:r>
      <w:r>
        <w:rPr>
          <w:lang w:eastAsia="zh-CN"/>
        </w:rPr>
        <w:t xml:space="preserve">    小学生800字演讲稿 篇8 </w:t>
      </w:r>
      <w:r>
        <w:rPr>
          <w:lang w:eastAsia="zh-CN"/>
        </w:rPr>
        <w:br/>
      </w:r>
      <w:r>
        <w:rPr>
          <w:lang w:eastAsia="zh-CN"/>
        </w:rPr>
        <w:t>　　尊敬的老师，亲爱的同学们：</w:t>
      </w:r>
      <w:r>
        <w:rPr>
          <w:lang w:eastAsia="zh-CN"/>
        </w:rPr>
        <w:br/>
      </w:r>
      <w:r>
        <w:rPr>
          <w:lang w:eastAsia="zh-CN"/>
        </w:rPr>
        <w:t>　　大家好!今天我演讲的题目是《学雷锋从心开始》。</w:t>
      </w:r>
      <w:r>
        <w:rPr>
          <w:lang w:eastAsia="zh-CN"/>
        </w:rPr>
        <w:br/>
      </w:r>
    </w:p>
    <w:p w:rsidR="001B1F19" w14:textId="27C3F48A">
      <w:pPr>
        <w:rPr>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我曾经看过这样一个故事：一个小女孩经过一片草地时，看见一只蝴蝶被荆棘弄伤了，于是她小心翼翼地为它拔掉刺，让它飞向大自然。后来蝴蝶为了报恩，化作一位仙女，对小女孩说：“请你许个愿吧!我将让它实现。”小女孩想想说：“我希望快乐”。于是，仙女在她耳边细语一番便飞走了。后来，这个小女孩果真快乐地度过了一生。而这个快乐的秘密就是力所能及地帮助身边的每一个人。</w:t>
      </w:r>
      <w:r>
        <w:rPr>
          <w:lang w:eastAsia="zh-CN"/>
        </w:rPr>
        <w:br/>
      </w:r>
      <w:r>
        <w:rPr>
          <w:lang w:eastAsia="zh-CN"/>
        </w:rPr>
        <w:t>　　看完这个故事后我想起了一个人&amp;&amp;他就是雷锋叔叔。一位普通的革命战士，却用平凡的事迹谱写了一段不平凡的人生，实现了短暂与永恒、平凡与伟大、有限与无限的飞跃。雷锋，他用短暂的生命，为人类高高树起了一盏精神的明灯。他有着热爱党和祖国、助人为乐、干一行爱一行、艰苦奋斗等高尚品质和情操，在人们的学习和传承中被丰富和发展为“雷锋精神”，其“爱国主义精神、奉献精神、敬业精神、创业精神”等精神内核，也逐渐成为了社会主义核心价值体系中的一种公民精神。</w:t>
      </w:r>
      <w:r>
        <w:rPr>
          <w:lang w:eastAsia="zh-CN"/>
        </w:rPr>
        <w:br/>
      </w:r>
      <w:r>
        <w:rPr>
          <w:lang w:eastAsia="zh-CN"/>
        </w:rPr>
        <w:t>　　然而，在今天这个经济快速发展的社会里，有一部分人开始怀疑“雷锋精神”已经过时，质疑还要不要学雷锋。当不少的人纠结于老人跌倒到底是扶还是不扶的简单问题，不少人被金钱所诱惑迷失生命方向的时候，人们逐渐清晰地认识到，社会到底还是需要“雷锋精神”，我们需要学雷锋。那么，如何学雷锋呢?</w:t>
      </w:r>
      <w:r>
        <w:rPr>
          <w:lang w:eastAsia="zh-CN"/>
        </w:rPr>
        <w:br/>
      </w:r>
    </w:p>
    <w:p w:rsidR="001B1F19" w14:textId="27C3F48A">
      <w:pPr>
        <w:rPr>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学雷锋，其实并不难。它无关身份、地位和年龄，也可以不用金钱来支撑。只要是源于心灵的深处，哪怕是一个轻轻的拥抱，一个善意的微笑，一句关心的话语，一个温暖的眼神，就足以感动人心。我们只要从心做起，从身边的点滴小事做起，多做一些实在的、有意义的事情，学雷锋就会成为一种习惯，雷锋精神就会根植于心。</w:t>
      </w:r>
      <w:r>
        <w:rPr>
          <w:lang w:eastAsia="zh-CN"/>
        </w:rPr>
        <w:br/>
      </w:r>
      <w:r>
        <w:rPr>
          <w:lang w:eastAsia="zh-CN"/>
        </w:rPr>
        <w:t>　　作为一名新世纪的小学生，我认为更应该从我做起，从身边做起，从小事做起。捡起地上的一片纸屑，你就是一个爱清洁的环保小卫士;帮助身边有困难的同学，你就是一个有爱心的小朋友;珍惜每一分钟，勤奋学习，你就是一个爱学习的小标兵;见到师长、父母问一声好，你就是一个懂礼貌的的好孩子这些都是学雷锋的具体表现。你这样做，不仅仅别人得到了快乐，你自己同样也是快乐的。</w:t>
      </w:r>
      <w:r>
        <w:rPr>
          <w:lang w:eastAsia="zh-CN"/>
        </w:rPr>
        <w:br/>
      </w:r>
      <w:r>
        <w:rPr>
          <w:lang w:eastAsia="zh-CN"/>
        </w:rPr>
        <w:t>　　同学们，让我们携起手来，共同努力，“只要人人都献出一点爱，世界将变成美好的人间!”学习雷锋，从点滴小事做起，大家互助互爱，做一个新时代的“小雷锋”!</w:t>
      </w:r>
      <w:r>
        <w:rPr>
          <w:lang w:eastAsia="zh-CN"/>
        </w:rPr>
        <w:br/>
      </w:r>
      <w:r>
        <w:rPr>
          <w:lang w:eastAsia="zh-CN"/>
        </w:rPr>
        <w:t xml:space="preserve">    小学生800字演讲稿 篇9 </w:t>
      </w:r>
      <w:r>
        <w:rPr>
          <w:lang w:eastAsia="zh-CN"/>
        </w:rPr>
        <w:br/>
      </w:r>
      <w:r>
        <w:rPr>
          <w:lang w:eastAsia="zh-CN"/>
        </w:rPr>
        <w:t>　　亲爱的同学们：</w:t>
      </w:r>
      <w:r>
        <w:rPr>
          <w:lang w:eastAsia="zh-CN"/>
        </w:rPr>
        <w:br/>
      </w:r>
      <w:r>
        <w:rPr>
          <w:lang w:eastAsia="zh-CN"/>
        </w:rPr>
        <w:t>　　大家好!我很荣幸今天站在这里与你们分享我的看法。</w:t>
      </w:r>
      <w:r>
        <w:rPr>
          <w:lang w:eastAsia="zh-CN"/>
        </w:rPr>
        <w:br/>
      </w:r>
      <w:r>
        <w:rPr>
          <w:lang w:eastAsia="zh-CN"/>
        </w:rPr>
        <w:t>　　契诃夫说过，“要是命运狠心的欺负你，那就不必跟他求情，对它叩头，而要看不起它，笑它，要不然它就会笑你。”这也就是我所要讲的主题：“永不放弃!”</w:t>
      </w:r>
      <w:r>
        <w:rPr>
          <w:lang w:eastAsia="zh-CN"/>
        </w:rPr>
        <w:br/>
      </w:r>
      <w:r>
        <w:rPr>
          <w:lang w:eastAsia="zh-CN"/>
        </w:rPr>
        <w:t>　　如果你永不放弃，你可以游览一方神奇的土地。</w:t>
      </w:r>
      <w:r>
        <w:rPr>
          <w:lang w:eastAsia="zh-CN"/>
        </w:rPr>
        <w:br/>
      </w:r>
      <w:r>
        <w:rPr>
          <w:lang w:eastAsia="zh-CN"/>
        </w:rPr>
        <w:t>　　如果你永不放弃，你可以攀登上一座魏峨的高山。</w:t>
      </w:r>
      <w:r>
        <w:rPr>
          <w:lang w:eastAsia="zh-CN"/>
        </w:rPr>
        <w:br/>
      </w:r>
      <w:r>
        <w:rPr>
          <w:lang w:eastAsia="zh-CN"/>
        </w:rPr>
        <w:t>　　如果你永不放弃，你可以遨游一片大海。</w:t>
      </w:r>
      <w:r>
        <w:rPr>
          <w:lang w:eastAsia="zh-CN"/>
        </w:rPr>
        <w:br/>
      </w:r>
      <w:r>
        <w:rPr>
          <w:lang w:eastAsia="zh-CN"/>
        </w:rPr>
        <w:t>　　如果你永不放弃，你可以支撑起一方蔚蓝的天空。</w:t>
      </w:r>
      <w:r>
        <w:rPr>
          <w:lang w:eastAsia="zh-CN"/>
        </w:rPr>
        <w:br/>
      </w:r>
      <w:r>
        <w:rPr>
          <w:lang w:eastAsia="zh-CN"/>
        </w:rPr>
        <w:t>　　如果你永不放弃，你可以描绘出一幅精美的画卷。</w:t>
      </w:r>
      <w:r>
        <w:rPr>
          <w:lang w:eastAsia="zh-CN"/>
        </w:rPr>
        <w:br/>
      </w:r>
    </w:p>
    <w:p w:rsidR="001B1F19" w14:textId="27C3F48A">
      <w:pPr>
        <w:rPr>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我相信，态度是成功的关键，如果谁能够做到“永不放弃”，可以说，他已经成功了一半。我们“永不放弃的原因”就在这里。</w:t>
      </w:r>
      <w:r>
        <w:rPr>
          <w:lang w:eastAsia="zh-CN"/>
        </w:rPr>
        <w:br/>
      </w:r>
      <w:r>
        <w:rPr>
          <w:lang w:eastAsia="zh-CN"/>
        </w:rPr>
        <w:t>　　但是很遗憾看到许多人并不能做到这一点。</w:t>
      </w:r>
      <w:r>
        <w:rPr>
          <w:lang w:eastAsia="zh-CN"/>
        </w:rPr>
        <w:br/>
      </w:r>
      <w:r>
        <w:rPr>
          <w:lang w:eastAsia="zh-CN"/>
        </w:rPr>
        <w:t>　　我认为，想要真正做到“永不放弃”，首先，我们要有足够强大的自信。有了自信，才会有坚持下去的勇气和毅力。乔布斯曾说，“自信从自律而来，先学会克制自己，用严格的日程表控制生活，才能在这种自律中不断磨练出自信。自信是对事情的控制能力，如果你连最基本的时间都控制不了，还谈什么自信?”</w:t>
      </w:r>
      <w:r>
        <w:rPr>
          <w:lang w:eastAsia="zh-CN"/>
        </w:rPr>
        <w:br/>
      </w:r>
      <w:r>
        <w:rPr>
          <w:lang w:eastAsia="zh-CN"/>
        </w:rPr>
        <w:t>　　其次，要时刻保持虚心的态度，不断学习，用知识填充自己的头脑。我们要不断挑战自己，提高自己。只有如此，在面对困境时，我们才能有充分的准备，去面对它，战胜它。</w:t>
      </w:r>
      <w:r>
        <w:rPr>
          <w:lang w:eastAsia="zh-CN"/>
        </w:rPr>
        <w:br/>
      </w:r>
      <w:r>
        <w:rPr>
          <w:lang w:eastAsia="zh-CN"/>
        </w:rPr>
        <w:t>　　最后，在面对困境时，我们可能还会需要他人的一些帮助，比如父母的支持，朋友的关怀等等，这样，我们才会有“永不放弃”的动力。</w:t>
      </w:r>
      <w:r>
        <w:rPr>
          <w:lang w:eastAsia="zh-CN"/>
        </w:rPr>
        <w:br/>
      </w:r>
      <w:r>
        <w:rPr>
          <w:lang w:eastAsia="zh-CN"/>
        </w:rPr>
        <w:t>　　简而言之，我们要为实现自己的目标而不断奋斗。这样，无论我们最终是否成功，我们都会学到一些东西，而我们学到的东西将帮助我们变得更好，更自信的人。</w:t>
      </w:r>
      <w:r>
        <w:rPr>
          <w:lang w:eastAsia="zh-CN"/>
        </w:rPr>
        <w:br/>
      </w:r>
      <w:r>
        <w:rPr>
          <w:lang w:eastAsia="zh-CN"/>
        </w:rPr>
        <w:t>　　最后请记住：努力可能不会成功，但不努力连成功的机会都没有。而且，如果我们不断努力，终有一天会抓住机会，实现梦想!</w:t>
      </w:r>
      <w:r>
        <w:rPr>
          <w:lang w:eastAsia="zh-CN"/>
        </w:rPr>
        <w:br/>
      </w:r>
      <w:r>
        <w:rPr>
          <w:lang w:eastAsia="zh-CN"/>
        </w:rPr>
        <w:t xml:space="preserve">    小学生800字演讲稿 篇10 </w:t>
      </w:r>
      <w:r>
        <w:rPr>
          <w:lang w:eastAsia="zh-CN"/>
        </w:rPr>
        <w:br/>
      </w:r>
      <w:r>
        <w:rPr>
          <w:lang w:eastAsia="zh-CN"/>
        </w:rPr>
        <w:t>　　尊敬的老师，亲爱的同学</w:t>
      </w:r>
      <w:r>
        <w:rPr>
          <w:lang w:eastAsia="zh-CN"/>
        </w:rPr>
        <w:br/>
      </w:r>
      <w:r>
        <w:rPr>
          <w:lang w:eastAsia="zh-CN"/>
        </w:rPr>
        <w:t>　　大家下午好!</w:t>
      </w:r>
      <w:r>
        <w:rPr>
          <w:lang w:eastAsia="zh-CN"/>
        </w:rPr>
        <w:br/>
      </w:r>
    </w:p>
    <w:p w:rsidR="001B1F19" w14:textId="27C3F48A">
      <w:pPr>
        <w:rPr>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今天我要演讲的题目是，让父母因我而骄傲。同学们，当我们带着哭声来到这世界的那一刻起，父母就已将我们看做了生命中的全部;看做了这一生努力奋斗的信心源泉。他们倾尽所有，精心培养、教育着我们，他们默默地为我们操劳，尽自己的最大可能为我们营造舒适的环境。随着年龄的增长，小时候我们引以为傲的父母，在我们的眼中渐渐变得很不起眼，我们开始和父母顶嘴，和父母对着干，开始大把大把的要钱，花钱。我们还不止一次地埋怨父母，为什么不像别人的父母那样有钱，有地位。我们甚至还因父母干的活并不起眼而不愿在同学面前提起自己的父母或承认那就是自己的父母。我们有没有想过我们的这一举动会使他们伤透了心，尽管如此，我们的父母还是一如既往的爱着我们，毫无怨言。这就是我们的父母，这就是我们的爸妈呀!同学们!</w:t>
      </w:r>
      <w:r>
        <w:rPr>
          <w:lang w:eastAsia="zh-CN"/>
        </w:rPr>
        <w:br/>
      </w:r>
      <w:r>
        <w:rPr>
          <w:lang w:eastAsia="zh-CN"/>
        </w:rPr>
        <w:t>　　小时候我们以父母为骄傲，长大后的我们令父母骄傲了吗?有这么一则小故事，读后让我至今都难以忘怀。</w:t>
      </w:r>
      <w:r>
        <w:rPr>
          <w:lang w:eastAsia="zh-CN"/>
        </w:rPr>
        <w:br/>
      </w:r>
    </w:p>
    <w:p w:rsidR="001B1F19" w14:textId="27C3F48A">
      <w:pPr>
        <w:rPr>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有一名大学生，在父母的再三叮嘱下，走上了开往北京的列车，他在北京安定下后。父亲千里迢迢来看他，可他总不愿在同学面前称他为父亲，因为他怕别人看不起他。可父亲呢?从邻居家过来时总不忘夸夸他考上大学的儿子。直至父亲逝世那天，家人含泪问他有什么遗言时，他却说，我也没啥遗言了，因为我们唯一的儿子都考上大学了，我为他而骄傲呀!父亲简短的一句话，打动了儿子的心，他意识到自己以前是多么的愚蠢呀!可现在为时已晚了。儿子以后见到人就挺着身子说，他有一个令他骄傲的父亲，一个令父亲骄傲的自己!</w:t>
      </w:r>
      <w:r>
        <w:rPr>
          <w:lang w:eastAsia="zh-CN"/>
        </w:rPr>
        <w:br/>
      </w:r>
      <w:r>
        <w:rPr>
          <w:lang w:eastAsia="zh-CN"/>
        </w:rPr>
        <w:t>　　同学们，我们身边还有许多这样的人这样的同学，我们不妨也行动起来，让父母因我们而骄傲。故事中的父亲以儿子为骄傲，因此他什么遗憾都没有了。父母的这一生，不要我们做的太多，只要我们令他们骄傲过，他们就满足了。当然，我们不是要做什么轰动的大事情，我们只需在一件平凡的小事中让父母放心，在人生的路途中有一点小小的进步，这就足以让他们骄傲了。</w:t>
      </w:r>
      <w:r>
        <w:rPr>
          <w:lang w:eastAsia="zh-CN"/>
        </w:rPr>
        <w:br/>
      </w:r>
      <w:r>
        <w:rPr>
          <w:lang w:eastAsia="zh-CN"/>
        </w:rPr>
        <w:t>　　同学们，让我们行动起来。快乐生活每一天，努力学习每一刻，从一声简单的问候开始，从一件平凡的小事做起，每天进步一点点，努力学习、刻苦用功。用优异的成绩来回报爱我们的父母。让父母因我们而骄傲吧!</w:t>
      </w:r>
      <w:r>
        <w:rPr>
          <w:lang w:eastAsia="zh-CN"/>
        </w:rPr>
        <w:br/>
      </w:r>
      <w:r>
        <w:rPr>
          <w:lang w:eastAsia="zh-CN"/>
        </w:rPr>
        <w:t>　　我的演讲到此结束，谢谢大家!</w:t>
      </w:r>
      <w:r>
        <w:rPr>
          <w:lang w:eastAsia="zh-CN"/>
        </w:rPr>
        <w:br/>
      </w:r>
      <w:r>
        <w:rPr>
          <w:lang w:eastAsia="zh-CN"/>
        </w:rPr>
        <w:t xml:space="preserve">    小学生800字演讲稿 篇11 </w:t>
      </w:r>
      <w:r>
        <w:rPr>
          <w:lang w:eastAsia="zh-CN"/>
        </w:rPr>
        <w:br/>
      </w:r>
      <w:r>
        <w:rPr>
          <w:lang w:eastAsia="zh-CN"/>
        </w:rPr>
        <w:t>　　春天，万物复苏，生机勃勃，草儿从梦中醒来，舒服地伸了伸懒腰。它是个充满希望的季节。夏天，烈日炎炎，百花齐放，让世间万物都快速生长，它是个繁荣昌盛的季节。秋天，硕果累累，天高云淡，人们的脸上都洋溢着丰收的喜悦，它是个收获的季节。可我最喜欢的还是那寒风凛凛的冬天，和那洁白晶莹的雪花。它虽然没有斑斓的色彩，却给世界打造了一个纯洁无瑕的空间，它是一个孕育希望的季节。</w:t>
      </w:r>
      <w:r>
        <w:rPr>
          <w:lang w:eastAsia="zh-CN"/>
        </w:rPr>
        <w:br/>
      </w:r>
    </w:p>
    <w:p w:rsidR="001B1F19" w14:textId="27C3F48A">
      <w:pPr>
        <w:rPr>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冬天像个魔术师，它用雪这个道具装扮了整个世界。雪落在地上，像是给大地铺上一张银白色的地毯;落在屋顶，像是给屋顶盖上一层厚厚的棉被;落在树枝上，像是给树枝镶嵌了一根根美丽的银条;落在小朋友的身上，像是一个个会跳舞的小精灵。在阳光的照射下，显得格外晶莹耀眼。</w:t>
      </w:r>
      <w:r>
        <w:rPr>
          <w:lang w:eastAsia="zh-CN"/>
        </w:rPr>
        <w:br/>
      </w:r>
      <w:r>
        <w:rPr>
          <w:lang w:eastAsia="zh-CN"/>
        </w:rPr>
        <w:t>　　冬天虽然寒冷，但是可以起到杀菌的作用，冷空气可以把细菌冻死，另外，雪花还有清新空气的作用，当雪花从天上飘落下来的时候，空中的灰尘和杂物会依附在上面，跟着雪花一起飘落下来，使空气清新，是大自然送给人类的最环保的空气清新剂。</w:t>
      </w:r>
      <w:r>
        <w:rPr>
          <w:lang w:eastAsia="zh-CN"/>
        </w:rPr>
        <w:br/>
      </w:r>
      <w:r>
        <w:rPr>
          <w:lang w:eastAsia="zh-CN"/>
        </w:rPr>
        <w:t>　　我们小朋友也喜欢冬天，因为冬天是我们儿童的天然游乐场，我们可以在这里尽情的玩耍：堆雪人，打雪仗，累了还可以躺在软绵绵的地毯上，尽情的呼吸空气。我们还可以在冰上滑冰，虽然有时也会滑倒，但是我们很开心，因为我们能尽情释放自己的快乐，而这些快乐的片段，会永远的珍藏在我们的记忆中</w:t>
      </w:r>
      <w:r>
        <w:rPr>
          <w:lang w:eastAsia="zh-CN"/>
        </w:rPr>
        <w:br/>
      </w:r>
      <w:r>
        <w:rPr>
          <w:lang w:eastAsia="zh-CN"/>
        </w:rPr>
        <w:t>　　我爱这美丽纯洁的雪花，更爱这美好又孕育希望的冬天!</w:t>
      </w:r>
      <w:r>
        <w:rPr>
          <w:lang w:eastAsia="zh-CN"/>
        </w:rPr>
        <w:br/>
      </w:r>
      <w:r>
        <w:rPr>
          <w:lang w:eastAsia="zh-CN"/>
        </w:rPr>
        <w:t xml:space="preserve">    小学生800字演讲稿 篇12 </w:t>
      </w:r>
      <w:r>
        <w:rPr>
          <w:lang w:eastAsia="zh-CN"/>
        </w:rPr>
        <w:br/>
      </w:r>
      <w:r>
        <w:rPr>
          <w:lang w:eastAsia="zh-CN"/>
        </w:rPr>
        <w:t>　　尊敬的老师们，亲爱的同学们：</w:t>
      </w:r>
      <w:r>
        <w:rPr>
          <w:lang w:eastAsia="zh-CN"/>
        </w:rPr>
        <w:br/>
      </w:r>
      <w:r>
        <w:rPr>
          <w:lang w:eastAsia="zh-CN"/>
        </w:rPr>
        <w:t>　　大家好！</w:t>
      </w:r>
      <w:r>
        <w:rPr>
          <w:lang w:eastAsia="zh-CN"/>
        </w:rPr>
        <w:br/>
      </w:r>
    </w:p>
    <w:p w:rsidR="001B1F19" w14:textId="27C3F48A">
      <w:pPr>
        <w:rPr>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3月5日什么日子？没错，是学雷锋日，也正是“向雷锋同志学习”毛主席题词发表的纪念日，因此整个三月，就成了我们学习雷锋的传统文明月。四十多年过去了，雷锋离开我们越来越久了，但是他的精神却永垂不朽，在雷锋精神的照耀下，我们一代代青少年实践着自己的人生价值，努力的学习，为社会做出巨大的贡献。今天，站在这庄严的国旗下，我们要谈的主题就是：学雷锋，扬新风，养成文明行为习惯。围绕这一主题，今天我讲话的题目是：学雷锋树新风。</w:t>
      </w:r>
      <w:r>
        <w:rPr>
          <w:lang w:eastAsia="zh-CN"/>
        </w:rPr>
        <w:br/>
      </w:r>
      <w:r>
        <w:rPr>
          <w:lang w:eastAsia="zh-CN"/>
        </w:rPr>
        <w:t>　　“雷锋”这两个字，每一个中国人都知道。他是一位普通的中国士兵，他无私，他爱岗，但是他的生命却仅仅走过了短暂的22年，他以平凡朴实的言行，展现出一种令人震撼的道德品质和人格魅力;一提起雷锋，我们就会不由自主地想起他生前所做的每一件小事：帮列车员拖地、打扫候车室，为丢失车票的大嫂买票，给困难战友家中寄钱等等等等。所以人们常说：雷锋出差一千里，好事做了一火车。可见在他那短暂的人生中做了多少好事，给别人带来了多少快乐和安慰。</w:t>
      </w:r>
      <w:r>
        <w:rPr>
          <w:lang w:eastAsia="zh-CN"/>
        </w:rPr>
        <w:br/>
      </w:r>
      <w:r>
        <w:rPr>
          <w:lang w:eastAsia="zh-CN"/>
        </w:rPr>
        <w:t>　　我曾经看过这样一个童话故事：一个在一片草地上玩耍时，看见一只蝴蝶被荆棘弄伤了，她轻轻在捉起她，然后又小心翼翼将蝴蝶翅膀上的刺拔掉，又让它飞向大自然。后来蝴蝶为了报恩，化做一位仙女，对小女孩说：“请你许个愿吧!我将让它实现。”小女孩想想说，“我最想要的是快乐”。于是，仙女在她耳边细语一番便飞走了，后来，这个小女孩果真快乐地度过了一生。而这个快乐的秘密就是力所能及地帮助身边的每一个人。</w:t>
      </w:r>
      <w:r>
        <w:rPr>
          <w:lang w:eastAsia="zh-CN"/>
        </w:rPr>
        <w:br/>
      </w:r>
    </w:p>
    <w:p w:rsidR="001B1F19" w14:textId="27C3F48A">
      <w:pPr>
        <w:rPr>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同学们，这个故事看起来很小，但是却告诉我们，向雷锋叔叔学习，就要从做好每一件小事开始，从身边最平凡的小事做起：捡起地上的一片果皮纸屑，你就是一个爱清洁的环保小卫士；帮助需要帮助的同学，你就是一个有爱心的好朋友；珍惜每一分钟，勤学勤问，你就是一个爱学习的小标兵；见到老师、长辈问一声好，你就是一个懂礼貌的的好孩子；再过两天就是三八妇女节了，你送给妈妈一本字迹清秀的作业，或为她端上一杯热气腾腾的茶水，或为她声情并茂地朗诵一篇课文，献上一曲动听的歌等等，来表达你对妈妈的爱。这一点一滴的事情，看起来虽然很小，但却都是学雷锋的具体表现。做好这些小事，不仅仅别人得到了快乐，你自己同样也是快乐的。</w:t>
      </w:r>
      <w:r>
        <w:rPr>
          <w:lang w:eastAsia="zh-CN"/>
        </w:rPr>
        <w:br/>
      </w:r>
      <w:r>
        <w:rPr>
          <w:lang w:eastAsia="zh-CN"/>
        </w:rPr>
        <w:t>　　在我们学习、生活中，我们都希望别人在点点滴滴的小事中关爱自己，帮助自己，那种被关爱的感觉是幸福的，甜蜜的，快乐的!相反，别人也需要我们的关爱和帮助。是啊，只有人人都奉献自己的爱，我们的世界才能永远充满快乐!</w:t>
      </w:r>
      <w:r>
        <w:rPr>
          <w:lang w:eastAsia="zh-CN"/>
        </w:rPr>
        <w:br/>
      </w:r>
      <w:r>
        <w:rPr>
          <w:lang w:eastAsia="zh-CN"/>
        </w:rPr>
        <w:t>　　各位同学们，从小事做起，从你我做起，就让我们携起手来，共同努力，学习雷锋，互助互爱，做一个新时代的“小雷锋”!</w:t>
      </w:r>
      <w:r>
        <w:rPr>
          <w:lang w:eastAsia="zh-CN"/>
        </w:rPr>
        <w:br/>
      </w:r>
      <w:r>
        <w:rPr>
          <w:lang w:eastAsia="zh-CN"/>
        </w:rPr>
        <w:t>　　我的演讲完毕，谢谢大家!</w:t>
      </w:r>
      <w:r>
        <w:rPr>
          <w:lang w:eastAsia="zh-CN"/>
        </w:rPr>
        <w:br/>
      </w:r>
      <w:r>
        <w:rPr>
          <w:lang w:eastAsia="zh-CN"/>
        </w:rPr>
        <w:t xml:space="preserve">    小学生800字演讲稿 篇13 </w:t>
      </w:r>
      <w:r>
        <w:rPr>
          <w:lang w:eastAsia="zh-CN"/>
        </w:rPr>
        <w:br/>
      </w:r>
      <w:r>
        <w:rPr>
          <w:lang w:eastAsia="zh-CN"/>
        </w:rPr>
        <w:t>　　尊敬的老师，亲爱的同学们：</w:t>
      </w:r>
      <w:r>
        <w:rPr>
          <w:lang w:eastAsia="zh-CN"/>
        </w:rPr>
        <w:br/>
      </w:r>
      <w:r>
        <w:rPr>
          <w:lang w:eastAsia="zh-CN"/>
        </w:rPr>
        <w:t>　　非常高兴我们又相聚在这美好的早晨。我是五年级(2)班的学生，我叫。今天演讲的题目是“做一个文明诚实守信的好学生”。</w:t>
      </w:r>
      <w:r>
        <w:rPr>
          <w:lang w:eastAsia="zh-CN"/>
        </w:rPr>
        <w:br/>
      </w:r>
    </w:p>
    <w:p w:rsidR="001B1F19" w14:textId="27C3F48A">
      <w:pPr>
        <w:rPr>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做人，在不同的国家，同一国家的不同历史时期，都被赋予不同的内容和色彩。因此，学会做人，离不开现实社会。用《小学生日常行为规范》和《小学生礼仪常规》来鞭策和约束自己。按德、智、体、美、劳全面发展的要求，从小养成良好的品德，学好科学文化知识，锻炼强健的体魄，培养高尚的审美情趣，在学校做个好学生，在家里做个好孩子，在社会做个好少年。正如教育家陶行知所说：“千学万学，学做真人”。</w:t>
      </w:r>
      <w:r>
        <w:rPr>
          <w:lang w:eastAsia="zh-CN"/>
        </w:rPr>
        <w:br/>
      </w:r>
      <w:r>
        <w:rPr>
          <w:lang w:eastAsia="zh-CN"/>
        </w:rPr>
        <w:t>　　诚信，就是诚实守信用。是公民的社会公德，作为学生，只有做到诚信，才能把知识和技能掌握扎实，适应时代、社会的需要，社会的各行各业，都需要诚信作为保障，才能有远大的前途。它是我们立人之本，成功之本，快乐之本。只要人人都讲诚信，文明之花就会开遍全社会。那么我们小学生应该怎么做呢?</w:t>
      </w:r>
      <w:r>
        <w:rPr>
          <w:lang w:eastAsia="zh-CN"/>
        </w:rPr>
        <w:br/>
      </w:r>
      <w:r>
        <w:rPr>
          <w:lang w:eastAsia="zh-CN"/>
        </w:rPr>
        <w:t>　　我希望同学们从小做起，从现在做起，从一点一滴、一言一行做起，逐步养成文明礼貌，团结互助，诚实守信，遵纪守法，勤俭节约，热爱劳动的好品德，努力做一个高尚的人，纯粹的人，有道德的人，脱离低级趣味的人，有益于人民的人。</w:t>
      </w:r>
      <w:r>
        <w:rPr>
          <w:lang w:eastAsia="zh-CN"/>
        </w:rPr>
        <w:br/>
      </w:r>
      <w:r>
        <w:rPr>
          <w:lang w:eastAsia="zh-CN"/>
        </w:rPr>
        <w:t>　　在这里，我以五(2)班少先队中队的名义呼吁：行动起来，少先队员们！争做一个文明诚实守信的好学生。遇到师长、来宾，主动敬礼问好;上下楼梯，人多拥挤，注意谦让，靠右行走，保障畅通;讲究卫生，不乱扔果皮，见到纸屑随时捡;爱护公共财物，不乱写乱划。</w:t>
      </w:r>
      <w:r>
        <w:rPr>
          <w:lang w:eastAsia="zh-CN"/>
        </w:rPr>
        <w:br/>
      </w:r>
      <w:r>
        <w:rPr>
          <w:lang w:eastAsia="zh-CN"/>
        </w:rPr>
        <w:t>　　从一点一滴做起。例如自己捡到了钱物，要主动交给失主或老师。考试不好时，要实事求是的告诉家长，不能弄虚作假，别人向你求教知识时，会就是会，不会就说不会，答应别人的事要办到等，严格遵守学校规章制度，相互监督，共同促进。</w:t>
      </w:r>
      <w:r>
        <w:rPr>
          <w:lang w:eastAsia="zh-CN"/>
        </w:rPr>
        <w:br/>
      </w:r>
    </w:p>
    <w:p w:rsidR="001B1F19" w14:textId="27C3F48A">
      <w:pPr>
        <w:rPr>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同学们，你能做到吗?说得到做得到！今天，就是检验我们行动的大好时机。让我们全体行动起来，比一比，谁才是真正的说到做到的文明诚实守信的好学生。</w:t>
      </w:r>
      <w:r>
        <w:rPr>
          <w:lang w:eastAsia="zh-CN"/>
        </w:rPr>
        <w:br/>
      </w:r>
      <w:r>
        <w:rPr>
          <w:lang w:eastAsia="zh-CN"/>
        </w:rPr>
        <w:t>　　同学们，加油吧！相信自己，你一定行！</w:t>
      </w:r>
      <w:r>
        <w:rPr>
          <w:lang w:eastAsia="zh-CN"/>
        </w:rPr>
        <w:br/>
      </w:r>
      <w:r>
        <w:rPr>
          <w:lang w:eastAsia="zh-CN"/>
        </w:rPr>
        <w:t xml:space="preserve">    小学生800字演讲稿 篇14 </w:t>
      </w:r>
      <w:r>
        <w:rPr>
          <w:lang w:eastAsia="zh-CN"/>
        </w:rPr>
        <w:br/>
      </w:r>
      <w:r>
        <w:rPr>
          <w:lang w:eastAsia="zh-CN"/>
        </w:rPr>
        <w:t>　　增强交通安全意识 提高自我保护能力红灯短暂而生命长久，为了更好的宣传交通安全知识，更好的珍视我们的生命，就要把"增强交通安全意识 提高自我保护能力"这一交通安全主题贯穿于现实生活的每一天，并以此为契机把交通安全教育深入持久的搞下去，真正抓出实际的效果。</w:t>
      </w:r>
      <w:r>
        <w:rPr>
          <w:lang w:eastAsia="zh-CN"/>
        </w:rPr>
        <w:br/>
      </w:r>
      <w:r>
        <w:rPr>
          <w:lang w:eastAsia="zh-CN"/>
        </w:rPr>
        <w:t>　　在此，向全体师生再次发出倡议：</w:t>
      </w:r>
      <w:r>
        <w:rPr>
          <w:lang w:eastAsia="zh-CN"/>
        </w:rPr>
        <w:br/>
      </w:r>
      <w:r>
        <w:rPr>
          <w:lang w:eastAsia="zh-CN"/>
        </w:rPr>
        <w:t>　　1，我们要认真学习交通安全的法律法规，遵守交通规则，加强安全意识，树立交通安全文明公德。</w:t>
      </w:r>
      <w:r>
        <w:rPr>
          <w:lang w:eastAsia="zh-CN"/>
        </w:rPr>
        <w:br/>
      </w:r>
      <w:r>
        <w:rPr>
          <w:lang w:eastAsia="zh-CN"/>
        </w:rPr>
        <w:t>　　2，当我们徒步行走于人来车往的马路时，请时刻保持清醒的头脑，不在马路上嬉戏打闹，密切注意机动车的行驶情况，预防交通事故的发生。</w:t>
      </w:r>
      <w:r>
        <w:rPr>
          <w:lang w:eastAsia="zh-CN"/>
        </w:rPr>
        <w:br/>
      </w:r>
      <w:r>
        <w:rPr>
          <w:lang w:eastAsia="zh-CN"/>
        </w:rPr>
        <w:t>　　3，当我们穿马路时，多一份谦让与耐心，不闯红灯，走人行横道，绝不能为贪一时之快横穿马路。</w:t>
      </w:r>
      <w:r>
        <w:rPr>
          <w:lang w:eastAsia="zh-CN"/>
        </w:rPr>
        <w:br/>
      </w:r>
      <w:r>
        <w:rPr>
          <w:lang w:eastAsia="zh-CN"/>
        </w:rPr>
        <w:t>　　4，严禁12周岁以下的学生骑自行车。</w:t>
      </w:r>
      <w:r>
        <w:rPr>
          <w:lang w:eastAsia="zh-CN"/>
        </w:rPr>
        <w:br/>
      </w:r>
      <w:r>
        <w:rPr>
          <w:lang w:eastAsia="zh-CN"/>
        </w:rPr>
        <w:t>　　5，放学后不要在校门口因等人而堵塞交通，有车接送的同学，要告诉家长尽量不要因停车而影响同学们的出行，停车时离校门要远一些。</w:t>
      </w:r>
      <w:r>
        <w:rPr>
          <w:lang w:eastAsia="zh-CN"/>
        </w:rPr>
        <w:br/>
      </w:r>
      <w:r>
        <w:rPr>
          <w:lang w:eastAsia="zh-CN"/>
        </w:rPr>
        <w:t>　　6，倡议各班组织召开一次交通安全主题班会，</w:t>
      </w:r>
      <w:r>
        <w:rPr>
          <w:lang w:eastAsia="zh-CN"/>
        </w:rPr>
        <w:br/>
      </w:r>
    </w:p>
    <w:p w:rsidR="001B1F19" w14:textId="27C3F48A">
      <w:pPr>
        <w:rPr>
          <w:lang w:eastAsia="zh-CN"/>
        </w:rPr>
      </w:pPr>
      <w:r>
        <w:rPr>
          <w:lang w:eastAsia="zh-CN"/>
        </w:rPr>
        <w:t>　　总结过去，查找不足。每个同学都要审视自己的交通行为是否做到遵守交通法规，是否做到安全出行，把交通行为与自己的生命安全紧密的联系在一起。尊章守纪就是尊重生命，尊重自我。当我们能做到这一切的时候，我们的社会便向文明的彼岸又靠近了一步。重视交通安全，是我们每个人的义务，更是我们每位同学的责任。让我们携起手来呵护这文明之花，珍爱彼此的生命吧。同学们，交通安全是关系到我们每一个人的生命的大事，因此我们不能又丝毫的疏忽大意。</w:t>
      </w:r>
      <w:r>
        <w:rPr>
          <w:lang w:eastAsia="zh-CN"/>
        </w:rPr>
        <w:br/>
      </w:r>
      <w:r>
        <w:rPr>
          <w:lang w:eastAsia="zh-CN"/>
        </w:rPr>
        <w:t>　　为了你，为了他，为了各位，我们要牢固树立交通安全意识，自觉遵守交通法规，掌握交通安全知识，提高自我保护能力。你们是祖国的未来，建设21世纪的法治，文明的中国的重任要落在你们的肩上。所以最后请同学们跟我一起说：我一定会遵守交通规则，从今日做起!</w:t>
      </w:r>
      <w:r>
        <w:rPr>
          <w:lang w:eastAsia="zh-CN"/>
        </w:rPr>
        <w:br/>
      </w:r>
      <w:r>
        <w:rPr>
          <w:lang w:eastAsia="zh-CN"/>
        </w:rPr>
        <w:t xml:space="preserve">    小学生800字演讲稿 篇15 </w:t>
      </w:r>
      <w:r>
        <w:rPr>
          <w:lang w:eastAsia="zh-CN"/>
        </w:rPr>
        <w:br/>
      </w:r>
      <w:r>
        <w:rPr>
          <w:lang w:eastAsia="zh-CN"/>
        </w:rPr>
        <w:t>　　光辉弹指的一瞬间，我们美丽的祖国又过了她的60岁生日。60年，这60年，风风雨雨，点点滴滴，它记录的不仅是一段历史，更是一段辉煌，一份梦想。60年，这60年，从满目创痍，百废待兴，到雄姿英发，繁荣富强，我们的祖国走过了一条巨龙之路!</w:t>
      </w:r>
      <w:r>
        <w:rPr>
          <w:lang w:eastAsia="zh-CN"/>
        </w:rPr>
        <w:br/>
      </w:r>
      <w:r>
        <w:rPr>
          <w:lang w:eastAsia="zh-CN"/>
        </w:rPr>
        <w:t>　　就在1949年10月1日，新中国成立了。中国人民推翻了三座:山的压迫，终于站了起来，获得了真正的自由、独立与解放。</w:t>
      </w:r>
      <w:r>
        <w:rPr>
          <w:lang w:eastAsia="zh-CN"/>
        </w:rPr>
        <w:br/>
      </w:r>
      <w:r>
        <w:rPr>
          <w:lang w:eastAsia="zh-CN"/>
        </w:rPr>
        <w:br/>
      </w:r>
      <w:r>
        <w:rPr>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https://d.book118.com/846010013215010103</w:t>
        </w:r>
      </w:hyperlink>
    </w:p>
    <w:p w:rsidR="001B1F19">
      <w:pPr>
        <w:rPr>
          <w:lang w:eastAsia="zh-CN"/>
        </w:rPr>
      </w:pPr>
    </w:p>
    <w:sectPr>
      <w:type w:val="nextPage"/>
      <w:pgSz w:w="11906" w:h="16838"/>
      <w:pgMar w:top="1440" w:right="1800" w:bottom="1440" w:left="1800" w:header="851" w:footer="992" w:gutter="0"/>
      <w:pgNumType w:start="2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 w:val="009376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4601001321501010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34</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6</cp:revision>
  <dcterms:created xsi:type="dcterms:W3CDTF">2024-01-11T00:28:00Z</dcterms:created>
  <dcterms:modified xsi:type="dcterms:W3CDTF">2024-02-08T13:34:00Z</dcterms:modified>
</cp:coreProperties>
</file>