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教师月度个人工作总结（31篇）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教师月度个人工作总结（精选31篇）</w:t>
      </w:r>
      <w:r>
        <w:rPr>
          <w:lang w:eastAsia="zh-CN"/>
        </w:rPr>
        <w:br/>
      </w:r>
      <w:r>
        <w:rPr>
          <w:lang w:eastAsia="zh-CN"/>
        </w:rPr>
        <w:t xml:space="preserve">    教师月度个人工作总结 篇1 </w:t>
      </w:r>
      <w:r>
        <w:rPr>
          <w:lang w:eastAsia="zh-CN"/>
        </w:rPr>
        <w:br/>
      </w:r>
      <w:r>
        <w:rPr>
          <w:lang w:eastAsia="zh-CN"/>
        </w:rPr>
        <w:t>　　转眼间已经半学期过去了，本月份，我们继续按照市教科局有关文件精神，将工作的重心转移到了提高教育教学质量上，教学工作沿着学校教学总体思路顺利进行，基本完成了前半学期的各项工作任务，现就20_-20_学年度第一学期10月份教育教学各项工作开展情况总结如下：</w:t>
      </w:r>
      <w:r>
        <w:rPr>
          <w:lang w:eastAsia="zh-CN"/>
        </w:rPr>
        <w:br/>
      </w:r>
      <w:r>
        <w:rPr>
          <w:lang w:eastAsia="zh-CN"/>
        </w:rPr>
        <w:t>　　开展工作情况</w:t>
      </w:r>
      <w:r>
        <w:rPr>
          <w:lang w:eastAsia="zh-CN"/>
        </w:rPr>
        <w:br/>
      </w:r>
      <w:r>
        <w:rPr>
          <w:lang w:eastAsia="zh-CN"/>
        </w:rPr>
        <w:t>　　1、进行了第一次教学常规检查。</w:t>
      </w:r>
      <w:r>
        <w:rPr>
          <w:lang w:eastAsia="zh-CN"/>
        </w:rPr>
        <w:br/>
      </w:r>
      <w:r>
        <w:rPr>
          <w:lang w:eastAsia="zh-CN"/>
        </w:rPr>
        <w:t>　　2、对20__年新分进行师德师风培训。</w:t>
      </w:r>
      <w:r>
        <w:rPr>
          <w:lang w:eastAsia="zh-CN"/>
        </w:rPr>
        <w:br/>
      </w:r>
      <w:r>
        <w:rPr>
          <w:lang w:eastAsia="zh-CN"/>
        </w:rPr>
        <w:t>　　3、加强教学督导，掌握教师授课情况。</w:t>
      </w:r>
      <w:r>
        <w:rPr>
          <w:lang w:eastAsia="zh-CN"/>
        </w:rPr>
        <w:br/>
      </w:r>
      <w:r>
        <w:rPr>
          <w:lang w:eastAsia="zh-CN"/>
        </w:rPr>
        <w:t>　　4、检查教研组帮教开展情况，组织20__年新分教师上汇报课。</w:t>
      </w:r>
      <w:r>
        <w:rPr>
          <w:lang w:eastAsia="zh-CN"/>
        </w:rPr>
        <w:br/>
      </w:r>
      <w:r>
        <w:rPr>
          <w:lang w:eastAsia="zh-CN"/>
        </w:rPr>
        <w:t>　　5、检查了文科课题组、理科课题组的课题开展情况。</w:t>
      </w:r>
      <w:r>
        <w:rPr>
          <w:lang w:eastAsia="zh-CN"/>
        </w:rPr>
        <w:br/>
      </w:r>
      <w:r>
        <w:rPr>
          <w:lang w:eastAsia="zh-CN"/>
        </w:rPr>
        <w:t>　　6、召开了毕业班任课教师专题会。</w:t>
      </w:r>
      <w:r>
        <w:rPr>
          <w:lang w:eastAsia="zh-CN"/>
        </w:rPr>
        <w:br/>
      </w:r>
      <w:r>
        <w:rPr>
          <w:lang w:eastAsia="zh-CN"/>
        </w:rPr>
        <w:t>　　7、积极组织教师参加上级部门近期组织的各种论文评选和优质课竞赛活动。</w:t>
      </w:r>
      <w:r>
        <w:rPr>
          <w:lang w:eastAsia="zh-CN"/>
        </w:rPr>
        <w:br/>
      </w:r>
      <w:r>
        <w:rPr>
          <w:lang w:eastAsia="zh-CN"/>
        </w:rPr>
        <w:t>　　8、召开七年级、八年级、九年级组教学专题联席会。</w:t>
      </w:r>
      <w:r>
        <w:rPr>
          <w:lang w:eastAsia="zh-CN"/>
        </w:rPr>
        <w:br/>
      </w:r>
      <w:r>
        <w:rPr>
          <w:lang w:eastAsia="zh-CN"/>
        </w:rPr>
        <w:t>　　9、继续教育培训工作。</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不足之处：</w:t>
      </w:r>
      <w:r>
        <w:rPr>
          <w:lang w:eastAsia="zh-CN"/>
        </w:rPr>
        <w:br/>
      </w:r>
      <w:r>
        <w:rPr>
          <w:lang w:eastAsia="zh-CN"/>
        </w:rPr>
        <w:t>　　1、部分教师的备课未严格按照教学“六认真”执行，少数音体美教师没有备课或备课未做到要素齐全。</w:t>
      </w:r>
      <w:r>
        <w:rPr>
          <w:lang w:eastAsia="zh-CN"/>
        </w:rPr>
        <w:br/>
      </w:r>
      <w:r>
        <w:rPr>
          <w:lang w:eastAsia="zh-CN"/>
        </w:rPr>
        <w:t>　　2、在教学常规检查中发现，一些学科的老师作业布置没有针对性，没有达到巩固训练的目的，有少数老师的作业没有全批全改，有的只是打一个日期。</w:t>
      </w:r>
      <w:r>
        <w:rPr>
          <w:lang w:eastAsia="zh-CN"/>
        </w:rPr>
        <w:br/>
      </w:r>
      <w:r>
        <w:rPr>
          <w:lang w:eastAsia="zh-CN"/>
        </w:rPr>
        <w:t>　　3、教研组长，年级组长工作缺乏主动性，不能及时完成学校交办的事情，因此，没有对教研组和年级组的老师起到引领作用。</w:t>
      </w:r>
      <w:r>
        <w:rPr>
          <w:lang w:eastAsia="zh-CN"/>
        </w:rPr>
        <w:br/>
      </w:r>
      <w:r>
        <w:rPr>
          <w:lang w:eastAsia="zh-CN"/>
        </w:rPr>
        <w:t>　　4、由于学校没有富余老师，导致督学工作开展面不广、度不强，</w:t>
      </w:r>
      <w:r>
        <w:rPr>
          <w:lang w:eastAsia="zh-CN"/>
        </w:rPr>
        <w:br/>
      </w:r>
      <w:r>
        <w:rPr>
          <w:lang w:eastAsia="zh-CN"/>
        </w:rPr>
        <w:t>　　5、全校教研氛围不浓，老师们主动参与教研活动的热情度不高。</w:t>
      </w:r>
      <w:r>
        <w:rPr>
          <w:lang w:eastAsia="zh-CN"/>
        </w:rPr>
        <w:br/>
      </w:r>
      <w:r>
        <w:rPr>
          <w:lang w:eastAsia="zh-CN"/>
        </w:rPr>
        <w:t xml:space="preserve">    教师月度个人工作总结 篇2 </w:t>
      </w:r>
      <w:r>
        <w:rPr>
          <w:lang w:eastAsia="zh-CN"/>
        </w:rPr>
        <w:br/>
      </w:r>
      <w:r>
        <w:rPr>
          <w:lang w:eastAsia="zh-CN"/>
        </w:rPr>
        <w:t>　　作为班主任,在开学初经过了一段时间的整顿与管理,整个班级的精神面貌焕然一新,学生的学习风气与班级集体氛围有了很大的好转。十月份，我将工作重心放在学生的日常行为规范化管理上：加强学生文明礼仪习惯、个人卫生、课堂常规要求、学习习惯的培养;注重个别调皮学生及后进生的思想教育，任用我班的唐岩欢同学为班长;完善班级综合量化评比制度，做到奖罚分明、有错必究，更促进了学生的自觉性。</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作为数学老师，在第一单元检测中，三年级的平均分较差，因而我从以下方面扭转和提高学生的学习方效率：课堂上减少老师讲，尽量挤出更多的时间给大家练习，每节课都会让一部分学困生到黑板上做题，以增强他们学习数学的兴趣;严把作业关，不认真完成的要一追到底，直到交上来为止，不合格的作业一定要重新做过，错题必须认真改正;加大培优补差的力度与容量，第一单元数学不合格的学生重点补习。通过这段时间的努力，我们进行了第二单元的检测，两个班的平均分有了大幅度的提升，不仅很多家长较为满意，更多的学生对数学学习的劲头更大了，积极性更高了。</w:t>
      </w:r>
      <w:r>
        <w:rPr>
          <w:lang w:eastAsia="zh-CN"/>
        </w:rPr>
        <w:br/>
      </w:r>
      <w:r>
        <w:rPr>
          <w:lang w:eastAsia="zh-CN"/>
        </w:rPr>
        <w:t>　　虽然一个学期已经过去了一半的时间，学生们在不断进步。我相信，在各科任老师的共同配合下，在同学们高涨的学习情绪中，在不久的将来，会有更大的累累硕果等待着我们师生共同去撷取。</w:t>
      </w:r>
      <w:r>
        <w:rPr>
          <w:lang w:eastAsia="zh-CN"/>
        </w:rPr>
        <w:br/>
      </w:r>
      <w:r>
        <w:rPr>
          <w:lang w:eastAsia="zh-CN"/>
        </w:rPr>
        <w:t xml:space="preserve">    教师月度个人工作总结 篇3 </w:t>
      </w:r>
      <w:r>
        <w:rPr>
          <w:lang w:eastAsia="zh-CN"/>
        </w:rPr>
        <w:br/>
      </w:r>
      <w:r>
        <w:rPr>
          <w:lang w:eastAsia="zh-CN"/>
        </w:rPr>
        <w:t>　　本学期继续担任四(3)、四(4)班的教学工作。在工作中，刻苦钻研业务，不断学习新知识，探索教育教学规律，改进教育教学方法，努力提高教育、教学和科研水平。在实际教学中，认真学习现代教育理论，在网上收集了大量的优秀教师案例，借阅了四至六年级的《名师导学》，购买了《小学教学案例》、《创新学习策略》、《口算能力测试》等大量的书籍。</w:t>
      </w:r>
      <w:r>
        <w:rPr>
          <w:lang w:eastAsia="zh-CN"/>
        </w:rPr>
        <w:br/>
      </w:r>
      <w:r>
        <w:rPr>
          <w:lang w:eastAsia="zh-CN"/>
        </w:rPr>
        <w:t>　　我经常在中午、晚上阅读这些备课资料，将学习心得融入课堂教学之中。我想方设法借到了《特级教师谈教学》，把它看了一遍又一遍。我还收看中央电视教育台的节目，密切关注国家的教育政策和动态，认真学习播放的教学课例。我还观看了所有的第七册教学录像带，从中吸取优秀的教学经验，努力提高自己的教学水平。</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教学中为了提高教学质量我采取了大量的措施：在课堂教学中保证讲清重点，力求掌握知识少而精，学扎实。加强作业完成的管理，每行设数学小行长一名，负责检查、指导、督促本行同学完成作业。在每次作业批改中，均对存在问题进行记录，针对学生的薄弱环节进行补课，进行单独辅导。坚持每天练三五分钟的听算，提高学生的计算能力。对后进生进行跟踪记录，发现有进步立即表扬。开展多种形式的数学课内外活动，如口算接力，作业展览，每日一题，红花评比等，从各方面提高学生学习的兴趣。对自己的教学经常进行总结，对学生的每个知识点的掌握情况均进行动态记录。加强与家长的联系，及时反映学生的学习情况。</w:t>
      </w:r>
      <w:r>
        <w:rPr>
          <w:lang w:eastAsia="zh-CN"/>
        </w:rPr>
        <w:br/>
      </w:r>
      <w:r>
        <w:rPr>
          <w:lang w:eastAsia="zh-CN"/>
        </w:rPr>
        <w:t>　　教学管理计算机信息化，学生每单元的测试成绩及一些重要的能力指标如口算能力、笔算能力等都及时输入电脑，并运用电脑对学生的知识的掌握和能力提高进行理性的分析，得出更合理的数据。对所教的两班的每期期末测试成绩也输入电脑，并进行分析。在表上还可看出，一些学困生学习有明显进步，如四(3)班本期新转入的学生王洁，入学时摸底测试仅32分，本期五个单元测试分别为78、46、62、91、88，说明学习有较大进步。我还在电脑上针对班级数学学习薄弱环节精心设计了一套计算练习题、知识点精选、应用训练题等练习，力求提高学生的学习水平。从数据分析，本学期两班学生数学基础知识与计算能力有较大幅度的上升，而逻辑思维能力也有一定程度的进步，数学发散思维能力还比较薄弱。</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除抓紧日常教学之外，我积极的投入到学校的教改科研课题之中，阅读了大量的教育理论书籍，配合课题主管收集实验数据，不断总结实验方法，执笔撰写了多篇实验总结。认真在自己的两个教学班进行实验，并积极上好实验研究课，认真研制教学软件，并亲自进行修改，上的《认识一位小数》获得听课老师的好评。积极撰写实验案例和论文，撰写的《让学生走出思维的定式》等4篇论文获全区二、三等奖。</w:t>
      </w:r>
      <w:r>
        <w:rPr>
          <w:lang w:eastAsia="zh-CN"/>
        </w:rPr>
        <w:br/>
      </w:r>
      <w:r>
        <w:rPr>
          <w:lang w:eastAsia="zh-CN"/>
        </w:rPr>
        <w:t xml:space="preserve">    教师月度个人工作总结 篇4 </w:t>
      </w:r>
      <w:r>
        <w:rPr>
          <w:lang w:eastAsia="zh-CN"/>
        </w:rPr>
        <w:br/>
      </w:r>
      <w:r>
        <w:rPr>
          <w:lang w:eastAsia="zh-CN"/>
        </w:rPr>
        <w:t>　　转眼间，从20年月份参加工作至今已近一年，全国公务员共同的天地!经过这一年的努力工作和不断学习，我获益良多。在这里感觉有必要总结一下近一年的得与失，发扬好的地方改进不足的地方，回顾走过的路可以更好的看清前面的路。</w:t>
      </w:r>
      <w:r>
        <w:rPr>
          <w:lang w:eastAsia="zh-CN"/>
        </w:rPr>
        <w:br/>
      </w:r>
      <w:r>
        <w:rPr>
          <w:lang w:eastAsia="zh-CN"/>
        </w:rPr>
        <w:t>　　品德是决定一个人价值的先决条件。没有良好的思想品德，其它的一切都是空谈。因此这一年来我坚持定期学习马列主义毛泽东思想，提高自身的思想觉悟。形成自身正确的人生观价值观。同时也积极参加学校组织的各种各样的活动，这对我很有帮助，我本身也崇拜有巨大人格魅力的人，并一直努力自己能做到。无论在什么情况下，我都没忘记“学为人师，行为世范”，并以品德至上来要求自己。平时我虚心向学校老师学习教学经验，共同工作，共同学习，共同进步。</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这一年来，我很注意自身的品德行为，努力给学生树立一个良好的榜样。我们学校是九年一贯制学校，因此学生也有其特殊性，大学生与中学生在各个方面都存在着很大的差异。而我兼顾大学初中两门完全不同的功课，在处理师生关系时就要注意区别对待了。现在的中学生正处在一个特殊的学习阶段：即对社会开始有所接触，这个时候的学生很容易模仿成人的一些行为习惯，很多坏习惯也有很多好习惯都是在这个阶段养成的，是好是坏跟教师的言传身授有很大的关系。而这个时候老师是学生最直接最容易的学习对象，因此，我尽量的在中学生面前以高标准要求自己，不管在课堂里还是在课外我都努力塑造一个良好的形象。而面对大学生时则有所不同，课堂上我严格要求自己也严格要求学生，但在课外我努力与学生做朋友，用心与他们沟通，希望能真正了解他们的所想所爱。总得来说，我做的一切目的是一样的，就是希望能帮助学生健康成长。第一范文网版权所有，全国公务员共同的天地!</w:t>
      </w:r>
      <w:r>
        <w:rPr>
          <w:lang w:eastAsia="zh-CN"/>
        </w:rPr>
        <w:br/>
      </w:r>
      <w:r>
        <w:rPr>
          <w:lang w:eastAsia="zh-CN"/>
        </w:rPr>
        <w:t>　　而作为一名新老师，在如今信息技术日新月异，发展很快的年代，自身的学识相当重要，一天不学习，就会落后一截，所以工作以来，我仍然不断学习，丝毫不敢松懈。因此，继续学习成为我工作学习中重要的一部分。我不仅参加新教师培训，农村教师提升工程，还考取了英语本科深造的机会。尽管刚刚走上岗位，工作中的活动与任务让我颇感压力，但只要一有空闲时间，我便争取出来大学英语相关的教学方法，学习先进的技术。在如今的时代环境里，一个人的知识犹如一粒浮尘，要想更好的立足于社会，必须不断的增加知识的深度和广度。这一年里，我努力扩展自身的知识面，自感收获很多。当然，这一些是远远不够的，学海无涯，在下一年里，还有更多的知识和经验是需要学习和借鉴的。</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当了快一年的教师了，虽然教学方法还不是很成熟，但我已在教学中学到了很多。在这一年里，我担任大学英语四年级和五年级的教学工作，同时担任学校九年级的体育课任务，工作充实而不乏挑战。尽管九年级的体育中考任务非常沉重，但大学英语的教学工作仍然是我的工作中心。我经常思考大学英语的教学方法，学习教学设计，以及组织与我们农村学校相符合的教学活动。我也明白自身的学识不代表教学的好坏，教学是一项细致的工作，也是注重技巧的工作，于是我常常想把教学当成一门艺术来研究。所以我积极参与每次的教研活动，吸取前辈的教训和专家的指导，总结出自己的想法。非常让我高兴的是我的教育论文得到了县论文评比二等奖，这既是对我的肯定也是对我的一种鼓励。今后我将一直花比较多的时间在教学研究上，我相信那将使我受益良多。</w:t>
      </w:r>
      <w:r>
        <w:rPr>
          <w:lang w:eastAsia="zh-CN"/>
        </w:rPr>
        <w:br/>
      </w:r>
      <w:r>
        <w:rPr>
          <w:lang w:eastAsia="zh-CN"/>
        </w:rPr>
        <w:t>　　经过一年的工作与学习，我自感收获颇丰但还是有很多不足的地方等待我去提高。首先我觉得我的教学设计能力还待高，其次，可能是年轻气盛吧，在处理教学中有些事情时还过于急噪，需要有更多的耐心。我相信在今后的工作和学习中，经过磨练，我会改善自己的不足，越做越好，全面而不失风格。</w:t>
      </w:r>
      <w:r>
        <w:rPr>
          <w:lang w:eastAsia="zh-CN"/>
        </w:rPr>
        <w:br/>
      </w:r>
      <w:r>
        <w:rPr>
          <w:lang w:eastAsia="zh-CN"/>
        </w:rPr>
        <w:t xml:space="preserve">    教师月度个人工作总结 篇5 </w:t>
      </w:r>
      <w:r>
        <w:rPr>
          <w:lang w:eastAsia="zh-CN"/>
        </w:rPr>
        <w:br/>
      </w:r>
      <w:r>
        <w:rPr>
          <w:lang w:eastAsia="zh-CN"/>
        </w:rPr>
        <w:t>　　在每周18节课的情况下，要安排好自己的条线工作，的确有时感到力不从心。但在校领导指引、支持下，学科常规性竞赛在各位老师的努力下有条不紊地开展这。分管工作思路清晰，做到期初进行合理计划，实施过程抓落实，及时反思小结，期末总结。</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这学期为了扎实地推进新课程，教导处安排了综合实践课堂教学调研活动，我尽量抽出时间，按照计划，落实调研工作，及时与教师探讨、交流。教师教学竞赛学能积极的配合上课教师作好赛前准备工作，能帮助教师修改论文案例的。学生学科竞赛也能尽自己的力量，进行辅导。</w:t>
      </w:r>
      <w:r>
        <w:rPr>
          <w:lang w:eastAsia="zh-CN"/>
        </w:rPr>
        <w:br/>
      </w:r>
      <w:r>
        <w:rPr>
          <w:lang w:eastAsia="zh-CN"/>
        </w:rPr>
        <w:t>　　在各位领导和教师的大力支持、帮助下，在这学期本人综合实践案例《走近绿萍的漂浮人生》获武进区一等奖，曾被区教研室推荐进行《综合实践探究性学习》培训讲座，使我校的综合实践的开展经验在武进区得到一定的推广。</w:t>
      </w:r>
      <w:r>
        <w:rPr>
          <w:lang w:eastAsia="zh-CN"/>
        </w:rPr>
        <w:br/>
      </w:r>
      <w:r>
        <w:rPr>
          <w:lang w:eastAsia="zh-CN"/>
        </w:rPr>
        <w:t>　　但是在不断的工作实践中，我深深地认识到，课程的改革需要我不断的加强学习、反思，提高自身的素养。在条线管理中也暴露出不足，如何做到科学计划、科学落实、科学评价学生和教师，如何作好条线管理，这些还需不断地努力。</w:t>
      </w:r>
      <w:r>
        <w:rPr>
          <w:lang w:eastAsia="zh-CN"/>
        </w:rPr>
        <w:br/>
      </w:r>
      <w:r>
        <w:rPr>
          <w:lang w:eastAsia="zh-CN"/>
        </w:rPr>
        <w:t xml:space="preserve">    教师月度个人工作总结 篇6 </w:t>
      </w:r>
      <w:r>
        <w:rPr>
          <w:lang w:eastAsia="zh-CN"/>
        </w:rPr>
        <w:br/>
      </w:r>
      <w:r>
        <w:rPr>
          <w:lang w:eastAsia="zh-CN"/>
        </w:rPr>
        <w:t>　　这个月，由于国庆放假7天，剩下的几个星期又是忙忙碌碌，因而总觉得这个月时间过得特别快。现将本月工作作简单回顾。</w:t>
      </w:r>
      <w:r>
        <w:rPr>
          <w:lang w:eastAsia="zh-CN"/>
        </w:rPr>
        <w:br/>
      </w:r>
      <w:r>
        <w:rPr>
          <w:lang w:eastAsia="zh-CN"/>
        </w:rPr>
        <w:t>　　一、加强日常行为规范训练。</w:t>
      </w:r>
      <w:r>
        <w:rPr>
          <w:lang w:eastAsia="zh-CN"/>
        </w:rPr>
        <w:br/>
      </w:r>
      <w:r>
        <w:rPr>
          <w:lang w:eastAsia="zh-CN"/>
        </w:rPr>
        <w:t>　　日常行为规范训练是形成良好班风的关键，本月我教育学生认真做好课前准备，落实课堂规范，认真做好值日，自觉保护环境，尊师敬长，文明礼貌等，孩子们慢慢已经形成习惯。针对班里少数学生不良的行为习惯，如说粗话、脏话、欺侮同学、劳动观念差等及时对学生进行思想教育，并抓住契机对全体学生进行思想教育。</w:t>
      </w:r>
      <w:r>
        <w:rPr>
          <w:lang w:eastAsia="zh-CN"/>
        </w:rPr>
        <w:br/>
      </w:r>
      <w:r>
        <w:rPr>
          <w:lang w:eastAsia="zh-CN"/>
        </w:rPr>
        <w:t>　　二、关爱每一位学生，做好后进生的转化工作。</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对于班级中的一些特殊学生，我总是给予更多的关爱。在我班，后进生人数较多，能量大，影响坏。因此，我首先要求自己把真诚的爱给予后进生。我努力做到思想上不歧视，感情上不厌倦，态度上不粗暴，方法上不简单。用自己对差生的一片真诚的爱心，去叩响他们的心灵之门。其次是善于发现他们的闪光点。比如：在课堂上给他们创造条件，鼓励他们举手发言，及时给予肯定、奖励。</w:t>
      </w:r>
      <w:r>
        <w:rPr>
          <w:lang w:eastAsia="zh-CN"/>
        </w:rPr>
        <w:br/>
      </w:r>
      <w:r>
        <w:rPr>
          <w:lang w:eastAsia="zh-CN"/>
        </w:rPr>
        <w:t>　　三、进一步加强了大课间的训练。</w:t>
      </w:r>
      <w:r>
        <w:rPr>
          <w:lang w:eastAsia="zh-CN"/>
        </w:rPr>
        <w:br/>
      </w:r>
      <w:r>
        <w:rPr>
          <w:lang w:eastAsia="zh-CN"/>
        </w:rPr>
        <w:t>　　要求学生提高认识，认真练操，争取做到快、静、齐。通过努力，学生的做操质量有了大幅度的提高，基本达到了要求。</w:t>
      </w:r>
      <w:r>
        <w:rPr>
          <w:lang w:eastAsia="zh-CN"/>
        </w:rPr>
        <w:br/>
      </w:r>
      <w:r>
        <w:rPr>
          <w:lang w:eastAsia="zh-CN"/>
        </w:rPr>
        <w:t>　　四、狠抓了养成教育工作。</w:t>
      </w:r>
      <w:r>
        <w:rPr>
          <w:lang w:eastAsia="zh-CN"/>
        </w:rPr>
        <w:br/>
      </w:r>
      <w:r>
        <w:rPr>
          <w:lang w:eastAsia="zh-CN"/>
        </w:rPr>
        <w:t>　　要求学生每天认真书写，坚持不懈。平时我加大了指导与检察的力度，从点点滴滴入手，培养学生良好的书写习惯，尽一步做好了迎检工作。</w:t>
      </w:r>
      <w:r>
        <w:rPr>
          <w:lang w:eastAsia="zh-CN"/>
        </w:rPr>
        <w:br/>
      </w:r>
      <w:r>
        <w:rPr>
          <w:lang w:eastAsia="zh-CN"/>
        </w:rPr>
        <w:t>　　五、 在班级工作中也还存在一些不足问题，主要有：</w:t>
      </w:r>
      <w:r>
        <w:rPr>
          <w:lang w:eastAsia="zh-CN"/>
        </w:rPr>
        <w:br/>
      </w:r>
      <w:r>
        <w:rPr>
          <w:lang w:eastAsia="zh-CN"/>
        </w:rPr>
        <w:t>　　1.对学生思想教育过程中，对个别顽劣学生缺乏很好的耐心。</w:t>
      </w:r>
      <w:r>
        <w:rPr>
          <w:lang w:eastAsia="zh-CN"/>
        </w:rPr>
        <w:br/>
      </w:r>
      <w:r>
        <w:rPr>
          <w:lang w:eastAsia="zh-CN"/>
        </w:rPr>
        <w:t>　　2.课外活动开展的不够，不能很好的培养学生的学习兴趣。</w:t>
      </w:r>
      <w:r>
        <w:rPr>
          <w:lang w:eastAsia="zh-CN"/>
        </w:rPr>
        <w:br/>
      </w:r>
      <w:r>
        <w:rPr>
          <w:lang w:eastAsia="zh-CN"/>
        </w:rPr>
        <w:t>　　六、今后的工作目标和努力方向：</w:t>
      </w:r>
      <w:r>
        <w:rPr>
          <w:lang w:eastAsia="zh-CN"/>
        </w:rPr>
        <w:br/>
      </w:r>
      <w:r>
        <w:rPr>
          <w:lang w:eastAsia="zh-CN"/>
        </w:rPr>
        <w:t>　　工作作风要坚持力戒空谈，认识到每个学生的差异,持之以恒,动之以情,晓之以理,多想办法,让学生对学习产生浓厚兴趣,逐步提高学习成绩。</w:t>
      </w:r>
      <w:r>
        <w:rPr>
          <w:lang w:eastAsia="zh-CN"/>
        </w:rPr>
        <w:br/>
      </w:r>
      <w:r>
        <w:rPr>
          <w:lang w:eastAsia="zh-CN"/>
        </w:rPr>
        <w:t>　　后半期我要扬长避短,克服工作中的不足和缺点,扎实高效工作，把五年级建成一个真正的优秀班集体。</w:t>
      </w:r>
      <w:r>
        <w:rPr>
          <w:lang w:eastAsia="zh-CN"/>
        </w:rPr>
        <w:br/>
      </w:r>
      <w:r>
        <w:rPr>
          <w:lang w:eastAsia="zh-CN"/>
        </w:rPr>
        <w:t xml:space="preserve">    教师月度个人工作总结 篇7 </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11月的教学工作又要结束了。作为__小学的英语老师，我肩负着几个班的教学任务。虽然教孩子简单的英语并不难，但让他们理解和掌握一些英语语法和单词真的不容易。以下是我11月份工作总结。</w:t>
      </w:r>
      <w:r>
        <w:rPr>
          <w:lang w:eastAsia="zh-CN"/>
        </w:rPr>
        <w:br/>
      </w:r>
      <w:r>
        <w:rPr>
          <w:lang w:eastAsia="zh-CN"/>
        </w:rPr>
        <w:t>　　英语是世界上最常见的语言，英语是中国高考科目之一，这表明学习英语很重要。学好英语相当于掌握了一项重要的技能。虽然英语对我们成年人来说很容易，但对孩子们来说却不熟悉。毕竟不是母语，生活中接触也不多。最多在网上看过一些英语视频，学过一些简单的英语单词。虽然这不是一个系统的研究，但对学习英语有帮助。毕竟，学习一门语言最好是在合适的`氛围下，多听英语，自然就能听懂并发音。即使你说得不流利，也是一种进步。</w:t>
      </w:r>
      <w:r>
        <w:rPr>
          <w:lang w:eastAsia="zh-CN"/>
        </w:rPr>
        <w:br/>
      </w:r>
      <w:r>
        <w:rPr>
          <w:lang w:eastAsia="zh-CN"/>
        </w:rPr>
        <w:t>　　在学校，我会给学生准备很多贴纸。这些贴纸上全是英文单词和发音。我让孩子们拼写这些单词来加深他们的印象。在课堂上，我会给学生看一些英语视频。当孩子们看得更多时，他们自然会知道一些简单的英语对话。我不经常用我的发音来教孩子们的原因是因为我毕竟学了英语。发音肯定不够纯正，恐怕会有失偏颇，所以让孩子听一些外国的纯正发音，让他们看看英语母语者是怎么说的。现在的孩子学习能力很强，网络技术也很发达。许多父母已经在教他们的孩子在家时如何学习英语。所以，我发现很多孩子在课堂上英语都很好，不仅发音正确，还能识别很多英语单词，这让我感到欣慰。我越早学英语越好。父母的做法大大减轻了我的教学压力。</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这个月，我教了孩子们很多新单词和句型，包括一些复杂的句型，但是孩子们表现很好，很快就接受了。现在的孩子远比我们当时强大。在接下来的一个月里，我会继续加大教学难度，努力让自己的教学方法更加生动，让孩子体验到学习英语的乐趣！</w:t>
      </w:r>
      <w:r>
        <w:rPr>
          <w:lang w:eastAsia="zh-CN"/>
        </w:rPr>
        <w:br/>
      </w:r>
      <w:r>
        <w:rPr>
          <w:lang w:eastAsia="zh-CN"/>
        </w:rPr>
        <w:t xml:space="preserve">    教师月度个人工作总结 篇8 </w:t>
      </w:r>
      <w:r>
        <w:rPr>
          <w:lang w:eastAsia="zh-CN"/>
        </w:rPr>
        <w:br/>
      </w:r>
      <w:r>
        <w:rPr>
          <w:lang w:eastAsia="zh-CN"/>
        </w:rPr>
        <w:t>　　日月如梭，光阴似箭，转眼间，一个月又过去了。我很庆幸能走上向往已久的三尺讲台。我要用我的知识，我的理念去教育一批有理想、有担当、敢作敢为的时代精英，要成为学生们永生难忘的良师益友。为了使刚刚踏上工作岗位的我，能有更进一步的提高，现将上月来的工作情况总结如下：</w:t>
      </w:r>
      <w:r>
        <w:rPr>
          <w:lang w:eastAsia="zh-CN"/>
        </w:rPr>
        <w:br/>
      </w:r>
      <w:r>
        <w:rPr>
          <w:lang w:eastAsia="zh-CN"/>
        </w:rPr>
        <w:t>　　在思想政治方面：我始终坚持党的教育方针，遵循教育规律和学生成长、成才规律，热爱学生。通过参加学校组织的政治学习等形式，不断加强自己的理论修养，树立了正确的价值观和教育观念。并且积极参加学校组织的活动，结合实际教育教学管理当中的许多问题，理论联系实际，提高了自己的道德修养和政治理论水平。在以后的教育教学中我要进一步加强师德修养，遵守职业道德规范，以身作则，言传身教，为人师表，以自己良好的思想和道德风范影响和培养学生，做一名德才兼备的老师</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工作态度方面：我严格要求自己，服从学校领导的安排，积极做好各项工作，坚守教学工作岗位，一心一意热爱人民教育事业。我严格遵守学校的各项规章制度，不迟到、不早退，不缺勤，不旷会，并时时处处严格要求自己，处理好个人学习与学校工作之间的关系。在教育教学上，严格遵守教师职业道德规范，关心爱护学生，建立了良好的师生关系，在学生中树立了良好的形象。</w:t>
      </w:r>
      <w:r>
        <w:rPr>
          <w:lang w:eastAsia="zh-CN"/>
        </w:rPr>
        <w:br/>
      </w:r>
      <w:r>
        <w:rPr>
          <w:lang w:eastAsia="zh-CN"/>
        </w:rPr>
        <w:t>　　在教育教学方面：我作为一名新教师，没有任何经验，为了使自己尽快适应工作，我认真备课上课，每次上课前我都查阅各种详细的资料，参考别人的教案写出符合自己的教学设计。在课堂教学中，我关注全体学生，注意信息反馈，调动学生的有意注意，使其保持相对稳定性，同时，激发学生的情感，使他们产生愉悦的心境，创造良好的课堂气氛。通过学校组织的“师徒结对”活动使我在育人、教学、班主任工作、教材研究、教法、辅导方法等方面有了很大程度的提高。我还积极参与听课、评课，虚心向同行学习教学方法，博采众长，提高教学水平。</w:t>
      </w:r>
      <w:r>
        <w:rPr>
          <w:lang w:eastAsia="zh-CN"/>
        </w:rPr>
        <w:br/>
      </w:r>
      <w:r>
        <w:rPr>
          <w:lang w:eastAsia="zh-CN"/>
        </w:rPr>
        <w:t>　　在参加各种培训活动中，我认真记笔记，认真学习交流，努力提高自身的教学水平提高课堂教学质量。在学校组织的集体备课活动，教学论坛，校本培训等活动中认真学习其他老师的宝贵经验。同时注重自身学习，研究教材、教法，及时反思。</w:t>
      </w:r>
      <w:r>
        <w:rPr>
          <w:lang w:eastAsia="zh-CN"/>
        </w:rPr>
        <w:br/>
      </w:r>
      <w:r>
        <w:rPr>
          <w:lang w:eastAsia="zh-CN"/>
        </w:rPr>
        <w:t>　　要想让学生信服，必须有渊博的知识作为基础，为此，在空余时间我博览群书，不断扩宽知识面，为教学内容注入新鲜血液。古人诗云，腹有诗书气自华。通过博览群书使我在课程素养、人文素养、科学素养等方面得到很大程度的提高。</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始终坚信“捧着一颗心来，不带半根草去。”是我的终极追求目标。一年来，我全身心地投入到教师这份工作中去，在学校领导和老师的关怀帮助下，通过自己的勤奋努力，我已经能够胜任本年级的教学工作。虽然在教育这门博大精深的艺术殿堂里，我只是学了一点皮毛。教学经验还不是很丰富，处于刚刚起步阶段。但是从教之路是漫长的，我会以更充沛的精力，更旺盛的斗志，坚定不移地走好，走稳每一步。争取取得更好的成绩，使自己成为一名合格的教师。</w:t>
      </w:r>
      <w:r>
        <w:rPr>
          <w:lang w:eastAsia="zh-CN"/>
        </w:rPr>
        <w:br/>
      </w:r>
      <w:r>
        <w:rPr>
          <w:lang w:eastAsia="zh-CN"/>
        </w:rPr>
        <w:t xml:space="preserve">    教师月度个人工作总结 篇9 </w:t>
      </w:r>
      <w:r>
        <w:rPr>
          <w:lang w:eastAsia="zh-CN"/>
        </w:rPr>
        <w:br/>
      </w:r>
      <w:r>
        <w:rPr>
          <w:lang w:eastAsia="zh-CN"/>
        </w:rPr>
        <w:t>　　一、培养和选拔班干部。要有一个良好的班集体，必须有一个好的班级领导核心。这个核心，就是班主任领导下的班委会。这个月我调整了班干部的人选，我有意识地通过开展各科活动观察和分析，发展并挑选了一些关心集体，团结同学，作风正派，有一定组织能力，开创精神和奉献精神的学生来担任班干部。当班干部选定后，我便加强培养、教育、既要大胆地放手让他们开展工作，给予他们班干部的权力，又要根据实际对他们加强指导。特别是对班干部的要求更加严格，要求他们以身作则：如经常佩戴校徽、穿校服等，学习成绩优秀，团结同学、处处起模范带头作用，做老师的得力助手。经过不断的培养和努力，终于提高了学生干部的工作能力，让他们分工协作，使学生自己管理自己，逐渐形成具有本班特色的优良班风。</w:t>
      </w:r>
      <w:r>
        <w:rPr>
          <w:lang w:eastAsia="zh-CN"/>
        </w:rPr>
        <w:br/>
      </w:r>
      <w:r>
        <w:rPr>
          <w:lang w:eastAsia="zh-CN"/>
        </w:rPr>
        <w:t>　　二、在集体中教育学生学好功课，加强思想教育。</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作为学生，学习是学生的主要任务，教育学生学好功课是班主任的一贡项重要任务。因此，在班主任工作中，我既要引导学生学好功课，以要同科任教师密切配合。针对这个普通的班级，学生对学习积极性不高，上课时间经常睡觉、讲话、开小差、做小动作等不良现象，极少数学生竟然与教师唱对台戏，引起课堂的骚动，严重影响正常的上课，因此，我有针对性的找出这些学生，对他们进行严厉批评，告诫他们要学会尊重别人，做到认真听课，做好课堂纪律，我利用课余时间，我积极地和各科任教师互相交换学生的学习情况，反映学生对教学的要求，共同研究解决的办法，统一对学生的要求，调整学生的作业负担，避免学生负担太重，影响学生其他方面的发展。</w:t>
      </w:r>
      <w:r>
        <w:rPr>
          <w:lang w:eastAsia="zh-CN"/>
        </w:rPr>
        <w:br/>
      </w:r>
      <w:r>
        <w:rPr>
          <w:lang w:eastAsia="zh-CN"/>
        </w:rPr>
        <w:t>　　另外，要从学生的实际出发，通过学生的学习、劳动、游戏、生活等各方面，系统地进行深入细致的思想品德教育工作。其中，班会课及思想品德课是最佳的德育方式。我们知道人是生活在社会中的人，人与人之间就会有一定的情感，在日常生活中，就应对他们进行各种感人至深的熏陶、教育。</w:t>
      </w:r>
      <w:r>
        <w:rPr>
          <w:lang w:eastAsia="zh-CN"/>
        </w:rPr>
        <w:br/>
      </w:r>
      <w:r>
        <w:rPr>
          <w:lang w:eastAsia="zh-CN"/>
        </w:rPr>
        <w:t>　　三、做好后进生的转化工作。</w:t>
      </w:r>
      <w:r>
        <w:rPr>
          <w:lang w:eastAsia="zh-CN"/>
        </w:rPr>
        <w:br/>
      </w:r>
      <w:r>
        <w:rPr>
          <w:lang w:eastAsia="zh-CN"/>
        </w:rPr>
        <w:t>　　在我初二（6）班，后进生在班中为数较多，能量也大，影响坏。因此，转化后进生是班主任的一项必不可少的基本功。首先要把真诚的爱给予后进生、寻找出每后进生学习毛病所在。要做到从思想上对他们不歧视，感情上不厌倦，态度上不粗暴，方法上也不能过于简单。要用自己对差生的一处真诚的爱心，叩响他们心灵的门。其次要善于发现他们的“闪光点”。比如：在课堂上给他们创造条件，鼓励他们举手发言，及时给予肯定、奖励。课外积极辅导、跟踪，多与家长联系，有利于为他们创设一个健康良好的环境，也有利于班集体的建设。</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五、关心他们的生活、学习初二（6）班的学生，大部分都是内宿生，因此，我利用课余时间与他们交谈了解他们学习、生活等情况，经常到宿舍看看他们的纪律、卫生状况，这样，改善班主任与学生关系，使之更加融洽、和谐。总之，我要坚持正确的教育方针，注意工作方法，紧密团结在学校领导的周围。班主任工作就会迈上一个新的台阶，取得丰硕的成果。</w:t>
      </w:r>
      <w:r>
        <w:rPr>
          <w:lang w:eastAsia="zh-CN"/>
        </w:rPr>
        <w:br/>
      </w:r>
      <w:r>
        <w:rPr>
          <w:lang w:eastAsia="zh-CN"/>
        </w:rPr>
        <w:t>　　时光如水，岁月如歌，转眼间，又一学期即将成为记忆。用心品味每一个忙碌、充实的日子，发现每一个画面、每一个瞬间都没有模糊，追梦、前进、收获、失落、微笑、困惑……依然清晰如昨，蓦然发现自己在这半年里的悲喜与惊叹、感悟和启示绝不是三言两语和寥寥几笔所能表达的，沉淀心底的不仅仅是感动和收获，还有那足以丰满我人生的磨砺和挫折。</w:t>
      </w:r>
      <w:r>
        <w:rPr>
          <w:lang w:eastAsia="zh-CN"/>
        </w:rPr>
        <w:br/>
      </w:r>
      <w:r>
        <w:rPr>
          <w:lang w:eastAsia="zh-CN"/>
        </w:rPr>
        <w:t>　　因此，我更希望把这些酸甜苦辣看做是一个新的开端，更愿意把这些挫折转化为思考，把激情燃烧成力量。为了让自己在今后成长的路上走的更淡定、更从容！在这个短暂征程的最后，我含泪回首、用心记录这几个月来属于我的故事、我的心情……</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二月，天气还有点冷，我们的校园里却已春意浓浓，1000多个小精灵们又回到了这个温馨的大家庭，9日8点开学典礼召开的同时，我校的教学之春也随之拉开了帷幕。全体老师激情满怀的参与了新学期新一轮的“名师示范课”、“骨干公开课”、“新教师展示课”、“各种形式的研讨课”活动，历时一个月的课堂教学展示活动充分发挥了教研组的龙头作用、骨干教师的帮带作用，又一次为老师们撘建了一个展示、交流、探索、共享的平台，同时也让我们欣喜的看到了一支激情的、活力的、奋进的、成长的聚源教师团队。在这个教学活动月里，老师们互相鼓励、互相学习，在互动中分享着学习的快乐，在展示中反思着成长的困惑，在交流中感悟着碰撞的惊喜；问题在探讨中明朗，资源在汇集中共享；大家在忙碌中播撒着智慧的种子，在汗水中体会着成长的艰辛，在奋进中收获着成功的喜悦。</w:t>
      </w:r>
      <w:r>
        <w:rPr>
          <w:lang w:eastAsia="zh-CN"/>
        </w:rPr>
        <w:br/>
      </w:r>
      <w:r>
        <w:rPr>
          <w:lang w:eastAsia="zh-CN"/>
        </w:rPr>
        <w:t>　　充实的二月，让我难忘。</w:t>
      </w:r>
      <w:r>
        <w:rPr>
          <w:lang w:eastAsia="zh-CN"/>
        </w:rPr>
        <w:br/>
      </w:r>
      <w:r>
        <w:rPr>
          <w:lang w:eastAsia="zh-CN"/>
        </w:rPr>
        <w:t>　　忙碌的三月，让我累并快乐着。</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四月，足以让我铭记一生。早春的四月是春意浓浓、花红柳绿的，早清明的3日下午，带孩子们到北郊空军某部参观的路途上，不经意间闯入眼帘的白色花海让孩子们情不自禁的欢呼，也让尤其渴盼春天的我瞬间被那片洁白所震撼，心情也如春日般的阳光和灿烂。接下来我和全体语文老师一起见证了宁喜平、张志猛、冯娜老师在4月7日举行的郑东新区小学语文优质课大赛上获奖的艰辛和喜悦，更为值的一提的是幕后为之献计献策、字斟句酌的语文组的全体老师们，正是由于大家的齐心协力，才有了三位老师的收获和成长，我想参与后收获的幸福应该是大家最多的共鸣吧！这个四月里的惊喜还远不止这些，4月13日我校青年教师李景璞执教的《分数的初步认识》一课在郑东新区数学优质课评比中不负众望，一举夺魁；4月18日，管城区创新街小学，第三届校迅通书香班级郑汴地区颁奖大会上，我校一五班、二一班、二三班、三一班和三二班五个班级荣获“校迅通书香班级”，苗俊婷、陈平、冯娜、任雪莹、宁喜平五位老师荣获“优秀辅导教师”，一一班曲鹏飞和三一班的孟一丁两位同学荣获“书香家庭”，我校也因此被评为“校讯通阅读示范学校”。</w:t>
      </w:r>
      <w:r>
        <w:rPr>
          <w:lang w:eastAsia="zh-CN"/>
        </w:rPr>
        <w:br/>
      </w:r>
      <w:r>
        <w:rPr>
          <w:lang w:eastAsia="zh-CN"/>
        </w:rPr>
        <w:t>　　如果30天的月圆月缺包含都是成绩和快乐的话，我想再多的艰辛我也愿意承受和面对。可生活就是这样，成功也岁月，坎坷也岁月，让人始料不及又无可奈何。4月中下旬，我糊里糊涂的经历了我36年来最为耻辱和痛苦的一段阴霾，这些不以个人意志为转移的无奈让我几乎无力承受，如果冠冕堂皇的伤害让我欲哭无泪的话，朝夕相处的情意背后的幸灾乐祸真的让我心如刀割。一时间，酸辛和屈辱、人情的冷暖、时世的沧桑、莫名其妙的是是非非，让我真切体会到“惨淡的人生”真的是“鲜血淋漓”、荆棘密布。可面对这些，除了“正视”和“直面”，我别无选择。</w:t>
      </w:r>
      <w:r>
        <w:rPr>
          <w:lang w:eastAsia="zh-CN"/>
        </w:rPr>
        <w:br/>
      </w:r>
      <w:r>
        <w:rPr>
          <w:lang w:eastAsia="zh-CN"/>
        </w:rPr>
        <w:t>　　如果说生活中遭遇挫折、遭遇打击是一种不幸的话，沉沦和毁灭就是最愚蠢的自我伤害了。4月下旬，北京学习充电后，我又全力投入到安排4月30日的“家长开放日”活动中，印发“家长邀请函”、“家长意见反馈表”、落实每班的三节课、第四节的家长会、临时调整个别任课教师、个别展示科目、统计当日各班活动情况、最后的“家长意见反馈表”回收、汇总等等，一连串的忙碌让我顾不上考虑其他，老师们的理解和体谅、辛苦和付出给予我的除了感动，还是感动。只是，忙碌过后，夜深人静之时，心还是滴血的痛。</w:t>
      </w:r>
      <w:r>
        <w:rPr>
          <w:lang w:eastAsia="zh-CN"/>
        </w:rPr>
        <w:br/>
      </w:r>
      <w:r>
        <w:rPr>
          <w:lang w:eastAsia="zh-CN"/>
        </w:rPr>
        <w:t>　　所以，四月，我选择遗忘。</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就在我挣扎着要站起来重新昂首阔步的时候，心力交瘁让一直体质弱、低血压、贫血的我开始频繁心慌、头晕、失眠、甚至恍惚。拿着已经两次建议我调休的病例诊断书，我又一次陷入无所适从的境地。遵医嘱休息？此时此刻我开不了口；坚守阵地？我又有些力不从心。慎重权衡来权衡去，最终我选择了继续，选择了小车不倒只管推。坚持，让我有机会和全体师生一起在汶川地震一周年的当天再次感悟生命脆弱、大爱无言、爱惜生命、快乐生活；让我有机会和孩子们一起欢度快乐的六一儿童节，用童心去追忆那永远留在记忆深处的孩提时的快乐时光；也让我有机会亲临“第一届郑州教育服务大会”现场，去近距离感受郑州教育的最新动态和发展潮流、去触摸郑州教育跳动的脉搏、去汲取百家教育同行的营养精髓、去丰富成长路上需要不断积累的知识网络。</w:t>
      </w:r>
      <w:r>
        <w:rPr>
          <w:lang w:eastAsia="zh-CN"/>
        </w:rPr>
        <w:br/>
      </w:r>
      <w:r>
        <w:rPr>
          <w:lang w:eastAsia="zh-CN"/>
        </w:rPr>
        <w:t>　　五月，温馨而又美丽。</w:t>
      </w:r>
      <w:r>
        <w:rPr>
          <w:lang w:eastAsia="zh-CN"/>
        </w:rPr>
        <w:br/>
      </w:r>
      <w:r>
        <w:rPr>
          <w:lang w:eastAsia="zh-CN"/>
        </w:rPr>
        <w:t>　　六月，我学会了从容面对。六月是至纯至美的栀子花怒放的季节，淡淡的花香里弥漫的是夏天的味道、考试前的味道、也是学期即将终止的结束的味道。是该结束的时候了！努力了一学期的孩子们，辛苦了一学期的.老师们……一切的一切都到了该结束的时候了，不结束怎么能有新的开始？不结束又如何进入下一个驿站？人生，就是这样，有得必有失，有始必有终，有快乐必有痛苦，有开始也就必有结束。所以，在这个裙裾飞扬的六月里，我终于释怀！也学会了懂得！是啊！没有伤痛何来的成长？没有挫折又怎能做到坚强？正所谓“若非一番寒澈骨，哪得梅花扑鼻香”？</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所以，这个学期最后的一个月里，除了释怀，我还要感谢！感谢亲情，让我明白血浓于水！感谢友情，让我知道有一种温暖弥足珍贵！感谢挫折，让我愈挫愈坚！感谢逆境，让我在挣扎中重生！感谢生活，让我在感悟中成长……</w:t>
      </w:r>
      <w:r>
        <w:rPr>
          <w:lang w:eastAsia="zh-CN"/>
        </w:rPr>
        <w:br/>
      </w:r>
      <w:r>
        <w:rPr>
          <w:lang w:eastAsia="zh-CN"/>
        </w:rPr>
        <w:t>　　如果经历是一种财富得话，这个尚未走完的春、夏积累起来的财富足以让我铭刻一生、受益一生、品味一生。如果回首是一种伤感的话，我还是要翘首回望，因为要前行、要展望，怎能遗忘来时的路？</w:t>
      </w:r>
      <w:r>
        <w:rPr>
          <w:lang w:eastAsia="zh-CN"/>
        </w:rPr>
        <w:br/>
      </w:r>
      <w:r>
        <w:rPr>
          <w:lang w:eastAsia="zh-CN"/>
        </w:rPr>
        <w:t xml:space="preserve">    教师月度个人工作总结 篇10 </w:t>
      </w:r>
      <w:r>
        <w:rPr>
          <w:lang w:eastAsia="zh-CN"/>
        </w:rPr>
        <w:br/>
      </w:r>
      <w:r>
        <w:rPr>
          <w:lang w:eastAsia="zh-CN"/>
        </w:rPr>
        <w:t>　　三月份工作重点是促进教师之间的相互学习和学生良好习惯的培养。</w:t>
      </w:r>
      <w:r>
        <w:rPr>
          <w:lang w:eastAsia="zh-CN"/>
        </w:rPr>
        <w:br/>
      </w:r>
      <w:r>
        <w:rPr>
          <w:lang w:eastAsia="zh-CN"/>
        </w:rPr>
        <w:t>　　一、教师活动</w:t>
      </w:r>
      <w:r>
        <w:rPr>
          <w:lang w:eastAsia="zh-CN"/>
        </w:rPr>
        <w:br/>
      </w:r>
      <w:r>
        <w:rPr>
          <w:lang w:eastAsia="zh-CN"/>
        </w:rPr>
        <w:t>　　1。坚持督促老师之间不定期推门听课，目的一是提高教师备课质量，实现高效课堂，二是促进教师相互学习，不断提升自己的课堂组织能力，有时她们还结伴而行，相互切磋。我仍坚持每周五检查听课笔记，最低要求是一节，侯洁、王贞、王莹莹等老师有时还高达3节。</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开展主题研讨课两次：一次是包文利老师的“一人两课”研讨。包老师的古诗《春雨》教学在自己班级真是如同春雨一样随风潜入夜，润物细无声。而在我们班就显得稍不从心，我们细致分析原因，最大的问题出在师生之间的了解为“零”，因此我们得出备课必须要备学生，因而集体备课也只是一个例子，要谋求适合自己班孩子的教学还需要我们自己个人的`努力。第二次是杨楠楠老师的“排列句子”练习课，练习课难上，排列句子又是我们二年级教学为写话做铺垫的一个重点也是难点练习，楠楠老师主动为大家以身试法，取得良好的教研效果。</w:t>
      </w:r>
      <w:r>
        <w:rPr>
          <w:lang w:eastAsia="zh-CN"/>
        </w:rPr>
        <w:br/>
      </w:r>
      <w:r>
        <w:rPr>
          <w:lang w:eastAsia="zh-CN"/>
        </w:rPr>
        <w:t>　　3。为促进老师们主动写随笔，举行三月份随笔比赛，对表现优秀的颁发奖品。</w:t>
      </w:r>
      <w:r>
        <w:rPr>
          <w:lang w:eastAsia="zh-CN"/>
        </w:rPr>
        <w:br/>
      </w:r>
      <w:r>
        <w:rPr>
          <w:lang w:eastAsia="zh-CN"/>
        </w:rPr>
        <w:t>　　一等奖：侯洁《像丑小鸭一样……》</w:t>
      </w:r>
      <w:r>
        <w:rPr>
          <w:lang w:eastAsia="zh-CN"/>
        </w:rPr>
        <w:br/>
      </w:r>
      <w:r>
        <w:rPr>
          <w:lang w:eastAsia="zh-CN"/>
        </w:rPr>
        <w:t>　　二等奖：许娜《为狐狸翻案》、刘玉芳《聪明的狐狸?狡猾的狐狸?》</w:t>
      </w:r>
      <w:r>
        <w:rPr>
          <w:lang w:eastAsia="zh-CN"/>
        </w:rPr>
        <w:br/>
      </w:r>
      <w:r>
        <w:rPr>
          <w:lang w:eastAsia="zh-CN"/>
        </w:rPr>
        <w:t>　　三等奖：黄怡然《三月随想》、王凤月《五角星的力量》、王清清《随文识字，让课堂更有效》、包文利《 浅谈如何让孩子轻松卸下“面具”》</w:t>
      </w:r>
      <w:r>
        <w:rPr>
          <w:lang w:eastAsia="zh-CN"/>
        </w:rPr>
        <w:br/>
      </w:r>
      <w:r>
        <w:rPr>
          <w:lang w:eastAsia="zh-CN"/>
        </w:rPr>
        <w:t>　　二、学生活动</w:t>
      </w:r>
      <w:r>
        <w:rPr>
          <w:lang w:eastAsia="zh-CN"/>
        </w:rPr>
        <w:br/>
      </w:r>
      <w:r>
        <w:rPr>
          <w:lang w:eastAsia="zh-CN"/>
        </w:rPr>
        <w:t>　　1。“三清查”活动</w:t>
      </w:r>
      <w:r>
        <w:rPr>
          <w:lang w:eastAsia="zh-CN"/>
        </w:rPr>
        <w:br/>
      </w:r>
      <w:r>
        <w:rPr>
          <w:lang w:eastAsia="zh-CN"/>
        </w:rPr>
        <w:t>　　为培养学生良好的生活学习习惯，对学生的位肚、书包、口袋进行排查，一查不留废纸，二查不带玩具尤其是危险玩具，第三主要查学生的书包，是否轻重合适，指导学生按课表和老师的要求带书，如周二上室内传统游戏课的，其它时间就不带《那些年我们一起玩的游戏》这本书，如果周三背诵经典，其他时间就不带《新语文经典诵读》，因为这些书都比较重，再如品德等书可以直接放在桌肚里，尽量减轻孩子肩头的负担。</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2。为培养孩子良好的文明礼仪，举行《弟子规》前三段背诵比赛，比赛分为两个部分，全班齐声背诵和随机抽取学号背诵，设立班级总分奖和个人优秀奖，二(1)、二(4)、二(6)表现很好。</w:t>
      </w:r>
      <w:r>
        <w:rPr>
          <w:lang w:eastAsia="zh-CN"/>
        </w:rPr>
        <w:br/>
      </w:r>
      <w:r>
        <w:rPr>
          <w:lang w:eastAsia="zh-CN"/>
        </w:rPr>
        <w:t>　　3。为学生牢固掌握汉字，并且达到复习汉语拼音的目的，我们举行看拼音写词语比赛，表现特别好的是二(5)班、二(1)班还有二(8)班，并在门口墙壁上展示优秀作品。数学学科针对优秀学生学生举行了“数学小能手”思维训练，对目前有点落后的学生举行“未来数学家”基础知识竞赛。</w:t>
      </w:r>
      <w:r>
        <w:rPr>
          <w:lang w:eastAsia="zh-CN"/>
        </w:rPr>
        <w:br/>
      </w:r>
      <w:r>
        <w:rPr>
          <w:lang w:eastAsia="zh-CN"/>
        </w:rPr>
        <w:t>　　4。为帮助学生了解生活，走进自然，充分感受春天的美丽。雪白的玉兰花开的时候，我们就去赏花，碧绿的柳树长出柔美的枝条的时候，我们就去看柳，当红艳艳的茶花怒放的`时候，我们就跟茶花来个约会。抓住植树节，我们去植树，借助东风，我们去放风筝。在活动中孩子们了解春意盎然，金枝玉叶，艳丽等课本上理解不透的词语，让语文变得生活化;利用活动培养孩子与家长、学生与老师、学生与学生之间的真挚情感，同时也充分让学生体会生活的无穷快乐。</w:t>
      </w:r>
      <w:r>
        <w:rPr>
          <w:lang w:eastAsia="zh-CN"/>
        </w:rPr>
        <w:br/>
      </w:r>
      <w:r>
        <w:rPr>
          <w:lang w:eastAsia="zh-CN"/>
        </w:rPr>
        <w:t>　　5。课堂常规表现评比：在没有任何准备的情况下，利用语文集体备课后的一点时间，我们8位语文老师对各班听课常规进行参观，并根据情况打分。大家一致认为1、7、8班比较好，我们也对情况进行了分析，其实课堂常规不只是班主任的事情，更重要的是上课老师的责任意识和组织的能力。当时8班是英语课，朱平主任组织的非常好，除了后面几个不明白我们怎么突然进入那么多人外，没看到有开小差的，没发现有玩东西的，也没发现有东倒西歪的。</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三、关于读书节</w:t>
      </w:r>
      <w:r>
        <w:rPr>
          <w:lang w:eastAsia="zh-CN"/>
        </w:rPr>
        <w:br/>
      </w:r>
      <w:r>
        <w:rPr>
          <w:lang w:eastAsia="zh-CN"/>
        </w:rPr>
        <w:t>　　1。必读书目推荐会，给孩子们揭开了阅读书目的面纱，提高了孩子们的阅读兴趣。</w:t>
      </w:r>
      <w:r>
        <w:rPr>
          <w:lang w:eastAsia="zh-CN"/>
        </w:rPr>
        <w:br/>
      </w:r>
      <w:r>
        <w:rPr>
          <w:lang w:eastAsia="zh-CN"/>
        </w:rPr>
        <w:t>　　2。根据必读书目《三毛流浪记》，我们开展了“三毛故事会”。通过讲述、讨论，孩子们对三毛的认识很深刻。</w:t>
      </w:r>
      <w:r>
        <w:rPr>
          <w:lang w:eastAsia="zh-CN"/>
        </w:rPr>
        <w:br/>
      </w:r>
      <w:r>
        <w:rPr>
          <w:lang w:eastAsia="zh-CN"/>
        </w:rPr>
        <w:t>　　3。对必读书目《三毛流浪记》，我们还做了练习，因为担心知识竞赛对激发阅读兴趣起到负面作用，所以我们只是发给学生当练习来做一做。</w:t>
      </w:r>
      <w:r>
        <w:rPr>
          <w:lang w:eastAsia="zh-CN"/>
        </w:rPr>
        <w:br/>
      </w:r>
      <w:r>
        <w:rPr>
          <w:lang w:eastAsia="zh-CN"/>
        </w:rPr>
        <w:t>　　四、加强家校联系</w:t>
      </w:r>
      <w:r>
        <w:rPr>
          <w:lang w:eastAsia="zh-CN"/>
        </w:rPr>
        <w:br/>
      </w:r>
      <w:r>
        <w:rPr>
          <w:lang w:eastAsia="zh-CN"/>
        </w:rPr>
        <w:t>　　1。利用家长巡校的机会，请家长到班里听课，为班级批改部分作业，并给学生做适当的点评。</w:t>
      </w:r>
      <w:r>
        <w:rPr>
          <w:lang w:eastAsia="zh-CN"/>
        </w:rPr>
        <w:br/>
      </w:r>
      <w:r>
        <w:rPr>
          <w:lang w:eastAsia="zh-CN"/>
        </w:rPr>
        <w:t>　　2。请家长参加监考、阅卷，并交流孩子及我们老师教育教学的问题所在。他们提出孩子的答题习惯还要加强培养，有个别孩子考试还有玩的毛病。通过听课发现有个别孩子习惯太差，一堂课几乎没有坐住的时候，通过批改作业，他们深深体会到老师的辛苦，同时深感家庭教育的重要性。</w:t>
      </w:r>
      <w:r>
        <w:rPr>
          <w:lang w:eastAsia="zh-CN"/>
        </w:rPr>
        <w:br/>
      </w:r>
      <w:r>
        <w:rPr>
          <w:lang w:eastAsia="zh-CN"/>
        </w:rPr>
        <w:t>　　3。召开家长会。我们汇总家长的一些看法利用家长会告知家长，并教给他们适当的辅导方法。</w:t>
      </w:r>
      <w:r>
        <w:rPr>
          <w:lang w:eastAsia="zh-CN"/>
        </w:rPr>
        <w:br/>
      </w:r>
      <w:r>
        <w:rPr>
          <w:lang w:eastAsia="zh-CN"/>
        </w:rPr>
        <w:t>　　总之，一切都是为了老师和学生的发展着想，希望能够通过辛苦的努力达到期望的效果。</w:t>
      </w:r>
      <w:r>
        <w:rPr>
          <w:lang w:eastAsia="zh-CN"/>
        </w:rPr>
        <w:br/>
      </w:r>
      <w:r>
        <w:rPr>
          <w:lang w:eastAsia="zh-CN"/>
        </w:rPr>
        <w:t xml:space="preserve">    教师月度个人工作总结 篇11 </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针对幼儿年龄段生理特征，上下楼梯困难，我班开展了“安全教育”活动，利用课堂教学，日常生活的渗透加强幼儿安全意识，提高了幼儿的自我保护意识。看着日历又掀过一页，感叹时间过的真快，11月份又在手指间不经意的溜走了，回顾11月份总结如下：</w:t>
      </w:r>
      <w:r>
        <w:rPr>
          <w:lang w:eastAsia="zh-CN"/>
        </w:rPr>
        <w:br/>
      </w:r>
      <w:r>
        <w:rPr>
          <w:lang w:eastAsia="zh-CN"/>
        </w:rPr>
        <w:t>　　一、班况分析：</w:t>
      </w:r>
      <w:r>
        <w:rPr>
          <w:lang w:eastAsia="zh-CN"/>
        </w:rPr>
        <w:br/>
      </w:r>
      <w:r>
        <w:rPr>
          <w:lang w:eastAsia="zh-CN"/>
        </w:rPr>
        <w:t>　　本月我班出勤率：90%生病率：20%，其中两名幼儿长期病假，宫朝晖和沙俊廷，宫朝晖系体质弱，免疫力不好，至入冬以来未来园，沙俊廷至分班来未曾入园，我班老师与家长一直联系。事故发生率：0，本月教师出勤率毛磊请假一上午，杨继杰请假一下午，刘琳琳请假半小时。事故发生率：0</w:t>
      </w:r>
      <w:r>
        <w:rPr>
          <w:lang w:eastAsia="zh-CN"/>
        </w:rPr>
        <w:br/>
      </w:r>
      <w:r>
        <w:rPr>
          <w:lang w:eastAsia="zh-CN"/>
        </w:rPr>
        <w:t>　　二、本月我班做了一下工作：</w:t>
      </w:r>
      <w:r>
        <w:rPr>
          <w:lang w:eastAsia="zh-CN"/>
        </w:rPr>
        <w:br/>
      </w:r>
      <w:r>
        <w:rPr>
          <w:lang w:eastAsia="zh-CN"/>
        </w:rPr>
        <w:t>　　1、组织幼儿拍球并带幼儿参加了拍球比赛，让幼儿感受到了竞赛的乐趣。</w:t>
      </w:r>
      <w:r>
        <w:rPr>
          <w:lang w:eastAsia="zh-CN"/>
        </w:rPr>
        <w:br/>
      </w:r>
      <w:r>
        <w:rPr>
          <w:lang w:eastAsia="zh-CN"/>
        </w:rPr>
        <w:t>　　2、参与了妈咪沙龙活动。</w:t>
      </w:r>
      <w:r>
        <w:rPr>
          <w:lang w:eastAsia="zh-CN"/>
        </w:rPr>
        <w:br/>
      </w:r>
      <w:r>
        <w:rPr>
          <w:lang w:eastAsia="zh-CN"/>
        </w:rPr>
        <w:t>　　3、班里两位老师参加了幼儿园组织的首席教师评选活动，并从中得到了提高和锻炼。</w:t>
      </w:r>
      <w:r>
        <w:rPr>
          <w:lang w:eastAsia="zh-CN"/>
        </w:rPr>
        <w:br/>
      </w:r>
      <w:r>
        <w:rPr>
          <w:lang w:eastAsia="zh-CN"/>
        </w:rPr>
        <w:t>　　4、扎扎实实做好教育教学，尤其是阅读识字和英语，为教学成果展做好准备。</w:t>
      </w:r>
      <w:r>
        <w:rPr>
          <w:lang w:eastAsia="zh-CN"/>
        </w:rPr>
        <w:br/>
      </w:r>
      <w:r>
        <w:rPr>
          <w:lang w:eastAsia="zh-CN"/>
        </w:rPr>
        <w:t>　　5、针对幼儿年龄段生理特征，上下楼梯困难，我班开展了“安全教育”活动，利用课堂教学，日常生活的渗透加强幼儿安全意识，提高了幼儿的自我保护意识。</w:t>
      </w:r>
      <w:r>
        <w:rPr>
          <w:lang w:eastAsia="zh-CN"/>
        </w:rPr>
        <w:br/>
      </w:r>
      <w:r>
        <w:rPr>
          <w:lang w:eastAsia="zh-CN"/>
        </w:rPr>
        <w:t>　　6、在家园共建方面，我们通过家访、妈咪沙龙、幼儿观察评价表附以电话沟通、便条、短信息等方式与家长保持联系。</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12月份我班将从以下开展工作：</w:t>
      </w:r>
      <w:r>
        <w:rPr>
          <w:lang w:eastAsia="zh-CN"/>
        </w:rPr>
        <w:br/>
      </w:r>
      <w:r>
        <w:rPr>
          <w:lang w:eastAsia="zh-CN"/>
        </w:rPr>
        <w:t>　　1、做好卫生消毒工作，保证每位幼儿的安全。</w:t>
      </w:r>
      <w:r>
        <w:rPr>
          <w:lang w:eastAsia="zh-CN"/>
        </w:rPr>
        <w:br/>
      </w:r>
      <w:r>
        <w:rPr>
          <w:lang w:eastAsia="zh-CN"/>
        </w:rPr>
        <w:t>　　2、继续做好家园共育工作，通过教学成果展、哈佛摇篮艺术节活动让家长感受宝宝的风采。</w:t>
      </w:r>
      <w:r>
        <w:rPr>
          <w:lang w:eastAsia="zh-CN"/>
        </w:rPr>
        <w:br/>
      </w:r>
      <w:r>
        <w:rPr>
          <w:lang w:eastAsia="zh-CN"/>
        </w:rPr>
        <w:t>　　3、做好冬季流行感冒的预防工作。</w:t>
      </w:r>
      <w:r>
        <w:rPr>
          <w:lang w:eastAsia="zh-CN"/>
        </w:rPr>
        <w:br/>
      </w:r>
      <w:r>
        <w:rPr>
          <w:lang w:eastAsia="zh-CN"/>
        </w:rPr>
        <w:t>　　4、认真备好每节课，努力提高自己的教学水平。</w:t>
      </w:r>
      <w:r>
        <w:rPr>
          <w:lang w:eastAsia="zh-CN"/>
        </w:rPr>
        <w:br/>
      </w:r>
      <w:r>
        <w:rPr>
          <w:lang w:eastAsia="zh-CN"/>
        </w:rPr>
        <w:t>　　重点工作：</w:t>
      </w:r>
      <w:r>
        <w:rPr>
          <w:lang w:eastAsia="zh-CN"/>
        </w:rPr>
        <w:br/>
      </w:r>
      <w:r>
        <w:rPr>
          <w:lang w:eastAsia="zh-CN"/>
        </w:rPr>
        <w:t>　　1、积极筹备、并组织幼儿参加“幼儿园嘉年华”。</w:t>
      </w:r>
      <w:r>
        <w:rPr>
          <w:lang w:eastAsia="zh-CN"/>
        </w:rPr>
        <w:br/>
      </w:r>
      <w:r>
        <w:rPr>
          <w:lang w:eastAsia="zh-CN"/>
        </w:rPr>
        <w:t>　　2、继续扎实的做好教育教学，并积极筹备幼儿教学成果展。</w:t>
      </w:r>
      <w:r>
        <w:rPr>
          <w:lang w:eastAsia="zh-CN"/>
        </w:rPr>
        <w:br/>
      </w:r>
      <w:r>
        <w:rPr>
          <w:lang w:eastAsia="zh-CN"/>
        </w:rPr>
        <w:t xml:space="preserve">    教师月度个人工作总结 篇12 </w:t>
      </w:r>
      <w:r>
        <w:rPr>
          <w:lang w:eastAsia="zh-CN"/>
        </w:rPr>
        <w:br/>
      </w:r>
      <w:r>
        <w:rPr>
          <w:lang w:eastAsia="zh-CN"/>
        </w:rPr>
        <w:t>　　窗外传来悠扬的《茉莉花》乐曲，那淡雅而幽远的“香气”让人的思绪轻轻地飘向远方……回想即将过去的--年，从心底发出的感慨就是一个字——累，两个字——辛苦，三个字——太忙了，四个字——值不值得?废话不多说，言归正传。</w:t>
      </w:r>
      <w:r>
        <w:rPr>
          <w:lang w:eastAsia="zh-CN"/>
        </w:rPr>
        <w:br/>
      </w:r>
      <w:r>
        <w:rPr>
          <w:lang w:eastAsia="zh-CN"/>
        </w:rPr>
        <w:t>　　--年，国际风云变化莫测，亚非不少国家动荡不安，人民处于战争的水深火热之中。我们国家航空事业的蓬勃发展，再次向世界证明中国的强大。我为自己生活在这安宁、日益富足的国度而感到自豪。我衷心拥护党的领导，认真领会贯彻《新课程标准》的精神，通过多种途径加强政治思想学习，树立良好的师德形象，努力做到教书育人、言传身教、为人师表。</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今年是我校创“省合格学校”、“区级基础教育课程改革样板校”以及全面提升教育教学质量的一年。为此，作为学校主要负责教研教改、师训和语言文字工作的我理清思路，有条不紊地开展工作：</w:t>
      </w:r>
      <w:r>
        <w:rPr>
          <w:lang w:eastAsia="zh-CN"/>
        </w:rPr>
        <w:br/>
      </w:r>
      <w:r>
        <w:rPr>
          <w:lang w:eastAsia="zh-CN"/>
        </w:rPr>
        <w:t>　　每个学期期初，我召开教研组组长会议，明确组长职责和本期的工作重点，要求各教研组组长各司其职，认真组织开展好教研活动，做到定点、定时、定人，并安排行政人员下到组内督查，改变以往“走过场”的形式，让每位教师都参与到活动中来。为了掌握第一手资料，每个月我抽时间下到两个年级组进行随堂听课，了解师生在课堂上的表现。针对一些教师的困惑，及时给予恰当的意见和建议，帮助其业务的提升。在“构建高效课堂”活动中，我们有八位教师在学校上展示课。课后，我担任主评，从教学理念到教学细节方面给授课者进行详尽的点评，不少教师从中收获颇多，感慨这样的活动开展得十分有必要，也很有实效。活动中，我校推出的几位教师参加了市区赛课均表现不俗。其中周燕老师参加全市语文教师素养大赛获二等奖。在“--”课题立项中，我主持的《快乐飞扬——激发小学生习作兴趣的策略研究》在省教育规划办立项，并批准为省级一般资助课题，实现我校课题在省级自主立项零的突破。为了让科研服务教学，扎扎实实开展科研活动，我精心策划了课题开题论证会，从聘请专家、串连词撰写到场地安排，我一一进行部署。开题会井然有序地进行了三个半小时，与会人员在活动中明确了课题研究方向和思路，为日后的`工作打下了牢固。</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教师培训工作与教研教改相辅相承。受社会大环境的影响，我们朴实的老师们疲于大班额的重负，埋怨高付出、低回报的现状，不愿主动积极地参加各级各类师资培训。面对这一状况，我鼓励青年教师树立远大理想，不断提升个人业务能力;开导中年教师淡泊明志，不忘身肩的责任;理解体弱多病的老教师量力而行地完成本职工作，争取有始有终，为自己的教育事业画上圆满的句号。本学年，我安排了三十多位教师到省市区参加教学观摩活动，并要求到省里参加学习的教师回校后向广大教师传达外面的先进理念，先后有梁鸣之、付露青等五位教师做了学习汇报。信息技术的迅猛发展，为广大教师提供了一个更加广阔的平台。可我们不少教师由于多种原因却对此充耳不闻，依然把自己关闭在班级的小空间里，成了新时代的“井底之蛙”。我积极劝导老师们参加国家远程培训，并在教师会上给大家逐一演示了“娄底市教师基本功培训”的操作步骤，号召大家认真观看教学视频，用心领会，并学以致用，真正做到“传道、授业、解惑”。现在，不少老师会到教导处或打电话向我请教相关知识，虽然对此我也并不精通，但我总是不遗余力地耐心帮助、解答。今年，娄星区实行教师继续教育学分登记改革，我多次和校长对我校教师的学分折算办法进行修订，并一一对照给每一位老师登记、打分。此项工作很繁琐，我沉着心认真地做，因为我知道这工作与每一位教师的切身利益有关，马虎不得。</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第十四届推普活动周里，我策划了“红色经典诵读”和“硬笔书法现场大赛”。各班学生在老师的带领下诵读经典，感受祖国语言文字的魅力，并学会珍惜今天的幸福生活。我们推荐了六(6)班的集体诵读活动到市里参评。在书法大赛中，孩子们摩拳擦掌、一显身手。孩子们在活动中，学到了知识，收获着快乐。</w:t>
      </w:r>
      <w:r>
        <w:rPr>
          <w:lang w:eastAsia="zh-CN"/>
        </w:rPr>
        <w:br/>
      </w:r>
      <w:r>
        <w:rPr>
          <w:lang w:eastAsia="zh-CN"/>
        </w:rPr>
        <w:t>　　今年为创“省合格学校”，我们全校师生上下一心，同心同德，为此我们行政人员以身作则，不辞辛劳。针对检查的细化准则，我们列出清单，把工作一一做到位。有时为了拍一张照片，我们要到处打电话，给老师解释说明;有时为了复印资料，站在复印机旁就是几个小时一动不动;有时为了找到合适的资料，我们不得不在网络里大海捞针般地寻找;有时为了一块展板的美观，我们要饿着肚子坚守着;有时为了整理资料，没顾得上给儿子检查作业，就一个人盯着电脑目不转睛……老公忍不住说：“老婆，你是不是你们学校最忙的一个呀?怎么你的工作比我还要忙呀?”每每这时，我不敢抱怨自己的辛苦，只能故作理直气状地说：“学校要创省合格学校，当然每个人都要出力呀!”看到老公转过的身影，却不由得有一般暖流涌上心头。</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身为教研主任，我常感到自己的理论水平不高，对各门学科的特点了解不深，给其它教师磨课时，不能自信地坚持自己的理念，总觉得自己底气不足，把握不大。因此，在忙碌中，我仍不忘给自己充电：本学年，我到长沙聆听了特级教师的课堂展示，参加了课题主持人培训，在市里观摩了语数教师素养大赛。他们活泼生动的课堂深深地吸引了我，他们灵活自如的驾驭能力让我折服，他们全面的知识素养让我惊叹。我参加了娄底市教师基本功培训，认真地进行了网上观课和书本教材的自学。我不想当任务式地完成。因为从他们的课堂上，从他们的讲授中，我看到了自己的不足，了解了教学的现状，明确了努力的方向。</w:t>
      </w:r>
      <w:r>
        <w:rPr>
          <w:lang w:eastAsia="zh-CN"/>
        </w:rPr>
        <w:br/>
      </w:r>
      <w:r>
        <w:rPr>
          <w:lang w:eastAsia="zh-CN"/>
        </w:rPr>
        <w:t>　　我校是湖南省小语会会员学校。今年首届小学语文研讨活动中，我校有一个到省里赛课的机会。在别的教师不积极的情况下，我勇敢地抓住机遇。我深入钻研教材，多次试教，最后得了二等奖。虽然名次并不理想，但我无怨无悔。因为我觉得尝试过、努力过就值得，认真、上进的人就是最美的。这也是践行着自己的座佑铭——不求最好，但求更好!在学习中，我也多次把自己学习的心得和外校的先进理念和全校老师分享：在参加完小语会赛课后，我向全体语文教师做了《只求耕耘，不问收获》的汇报。在阅读了区教育局下达的《高效课堂指导意见》和《杜朗口教学模式》的书籍后，结合我校十月份的电教活动，我给全校老师做了《如何构建高效课堂》的校本培训，让广大教师明白了当今教育追求“高效课堂”的七大标准，并要求大家有意识地改变自己陈旧的教学方法，有所尝试，有所创新。</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校校刊《起点》是我校校园文化建设的一个窗口，我们全体编辑人员为此付出了自己的心血。我是《实践园地》栏目的编辑。综合实践课程是一门新兴课程，对教师有较高的要求，认真实施能培养学生多方面的能力。我们学校缺少专职教师，且家长、学生及教师重视不够，这门课程的实施并不理想。上半年，我们行政人员中有四个担任此课，带动大家积极探索。为此，教师和学生在博客上常有相关文章发表。我也能在欣赏之余顺利完成任务。可下半年，由于工作变动，课程的开展更多的又回到了口头说教，学生实践后的生动灵活的心得鲜有见之。对此，身为栏目编辑的我就常常抓耳挠腮，到处打听、收集有价值的文章，并多次督促任课教师修改、完善，给读者送去值得一读的佳作。</w:t>
      </w:r>
      <w:r>
        <w:rPr>
          <w:lang w:eastAsia="zh-CN"/>
        </w:rPr>
        <w:br/>
      </w:r>
      <w:r>
        <w:rPr>
          <w:lang w:eastAsia="zh-CN"/>
        </w:rPr>
        <w:t>　　除了繁杂的管理工作，我同时担任了综合实践课程的教学，一周两节。担任这门课程的教学，我的想法是让学生参与活动，在活动中学会合作、培养技能。课堂上，我不再是“话霸”，把学习的主动权还给学生，让他们自主选择喜欢的内容学习，选择同学组建学习小组，并自命组名及小组口号。我创设民主、平等、和谐的课堂氛围，让孩子们说一说、写一写、演一演、辩一辩，多种形式进行学习。在《关于小学生零用钱的调查》活动中，孩子们自主设计活动分工表，明确活动目的，制订有序而有价值的问题、参与问卷调查并撰写调查报告。这一系列活动，看似简单，实则不易，足足花费了一个多月的时间。我不在乎主题活动开展的多少，只希望能让孩子们在每一次活动中扩大参与面，让他们在活动中有所收益。虽然我没有担任班主任，没有教主科，但校园里常有学生甜甜地叫着我。在我宽松的课堂中，孩子们是快乐的，我也是幸福的。</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这一年中，我参与的课题《综合实践校本课程的开发和研究》获国家一等奖，《小学语文综合性学习研究》获省一等奖，《教师信息素养与专业化发展研究》获省二等奖，《小学生语文成绩测评标准与方式研究》获市三等奖。案例《想做好事的孩子》获省二等奖，案例《走进青春期》获区一等奖，论文《创设和谐的语文课堂的几点看法》获区一等奖，教学随笔《原来这些都是综合综合实践活动呀》获区一等奖。我本人被评为“教研教改先进个人”、“--课题优秀个人”，还有三篇通讯发表在市级报刊上。</w:t>
      </w:r>
      <w:r>
        <w:rPr>
          <w:lang w:eastAsia="zh-CN"/>
        </w:rPr>
        <w:br/>
      </w:r>
      <w:r>
        <w:rPr>
          <w:lang w:eastAsia="zh-CN"/>
        </w:rPr>
        <w:t>　　我不弛于空想，不鹜于虚声，惟以真态度做扎实功夫。我脚踏实地地工作着，却也清醒地认识到自己还存在着许多不足：</w:t>
      </w:r>
      <w:r>
        <w:rPr>
          <w:lang w:eastAsia="zh-CN"/>
        </w:rPr>
        <w:br/>
      </w:r>
      <w:r>
        <w:rPr>
          <w:lang w:eastAsia="zh-CN"/>
        </w:rPr>
        <w:t>　　我现在担任的工作没得闲，没得钱，有的只是辛劳和抱怨。独处时，心情常会烦闷，突感徒然无味。由于性格原因，我不喜欢主动与领导去沟通，只是默默地做着本职工作。忙碌的日子里，很少主动与老师们沟通，对老师个人的生活关心不够。在这浮华的社会大环境下，我常常会感到心有余，而力不足，我没信心去要求每一个教师都无私奉献和任劳任怨。这时，我也会放松对自己的要求，不想也不敢去创新，故而高质量的论文难以产生。</w:t>
      </w:r>
      <w:r>
        <w:rPr>
          <w:lang w:eastAsia="zh-CN"/>
        </w:rPr>
        <w:br/>
      </w:r>
      <w:r>
        <w:rPr>
          <w:lang w:eastAsia="zh-CN"/>
        </w:rPr>
        <w:t>　　这就是我--年的状态——幸福中的无奈，忙碌中的平凡!</w:t>
      </w:r>
      <w:r>
        <w:rPr>
          <w:lang w:eastAsia="zh-CN"/>
        </w:rPr>
        <w:br/>
      </w:r>
      <w:r>
        <w:rPr>
          <w:lang w:eastAsia="zh-CN"/>
        </w:rPr>
        <w:t xml:space="preserve">    教师月度个人工作总结 篇13 </w:t>
      </w:r>
      <w:r>
        <w:rPr>
          <w:lang w:eastAsia="zh-CN"/>
        </w:rPr>
        <w:br/>
      </w:r>
    </w:p>
    <w:p w:rsidR="001B1F19" w14:textId="27C3F48A">
      <w:pPr>
        <w:rPr>
          <w:lang w:eastAsia="zh-CN"/>
        </w:rPr>
      </w:pPr>
      <w:r>
        <w:rPr>
          <w:lang w:eastAsia="zh-CN"/>
        </w:rPr>
        <w:t>　　工作中，我深深认识到，“班主任工作是使学生德、智、体、美、劳等方面全面发展的引导者，是对学生进行管理教育和实施素质教育的组织者和领导者，是青少年成长过程中的引路人。”我不仅这样想，更是这样做。努力做好学生的榜样，真正做到以身示范。在孩子们遇到困难时，无论是学习上还是生活中的，我都积极给予帮助，真正做到了爱生如子。得到了同行和家长的一致认可，使我更加热爱老师这一行，更加奠定了我努力做到一名优秀教师的基础。通过学习新的《课程标准》，使自己逐步领会到“一切为了人的发展”的教学理念。树立了学生主体观，贯彻教学工作是学校各项工作的中心，也是检验一个教师工作成败的</w:t>
      </w:r>
      <w:r>
        <w:rPr>
          <w:lang w:eastAsia="zh-CN"/>
        </w:rPr>
        <w:br/>
      </w:r>
      <w:r>
        <w:rPr>
          <w:lang w:eastAsia="zh-CN"/>
        </w:rPr>
        <w:t>　　关键。在坚持抓好新课程理念学习和应用的同时，我积极探索教育教学规律，充分运用学校现有的教育教学资源，大胆改革课堂教学，加大新型教学方法使用力度，取得了明显效果，不断探索和总结各种教育教学经验，从而提高自身的工作效率和业务素质。在教育局和学校的正确领导下，在同行们的热心帮助下，自己的各项教学素质和业务能力得到了较大提高和锻炼。</w:t>
      </w:r>
      <w:r>
        <w:rPr>
          <w:lang w:eastAsia="zh-CN"/>
        </w:rPr>
        <w:br/>
      </w:r>
      <w:r>
        <w:rPr>
          <w:lang w:eastAsia="zh-CN"/>
        </w:rPr>
        <w:t>　　教学中，发挥教师为主导的作用，备课深入细致。平时认真研究教材教法，多方参阅各种资料，力求深入理解教材，准确把握教学重难点。在确定教学目标时，结合学生的实际情况。教案编写认真，并不断归纳总结经验教训;注重课堂教学效果。针对小学生特点，以愉快式教学为主，做到精讲精练。坚持以学生为主体，教师为主导、教学为主线，注重讲练结合。在教学中注意抓住重点，突破难点;坚持参加校内外教学研讨活动，不断汲取他人的宝贵经验，提高自己的教学水平。经常向经验丰富的教师请教并经常在一起讨论教学问题。讲公开课多次，让自己在教育教学中积累了丰富的经验;在作业批改上，认真及时，力求做到面批面改，重在订正，及时了解学生的学习情况，以便在辅导中做到有的放矢;在教学中利用活动课激发孩子们的学习兴趣和热情，不同的生活感受和不同的表现形式，使他们形成自己不同的风格，通过各种游戏、比赛等教学手段，让他们的天性和个性</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https://d.book118.com/846010015215010103</w:t>
        </w:r>
      </w:hyperlink>
    </w:p>
    <w:p w:rsidR="001B1F19">
      <w:pPr>
        <w:rPr>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46010015215010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