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银行电话客服个人工作总结2024（33篇）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银行电话客服个人工作总结2024（通用33篇）</w:t>
      </w:r>
      <w:r>
        <w:rPr>
          <w:lang w:eastAsia="zh-CN"/>
        </w:rPr>
        <w:br/>
      </w:r>
      <w:r>
        <w:rPr>
          <w:lang w:eastAsia="zh-CN"/>
        </w:rPr>
        <w:t xml:space="preserve">    银行电话客服个人工作总结2024 篇1 </w:t>
      </w:r>
      <w:r>
        <w:rPr>
          <w:lang w:eastAsia="zh-CN"/>
        </w:rPr>
        <w:br/>
      </w:r>
      <w:r>
        <w:rPr>
          <w:lang w:eastAsia="zh-CN"/>
        </w:rPr>
        <w:t>　　我的20__年是在--银行客服部度过的，这是一个直接与客户沟通和业务量大、业务种类繁多的地方，我的职责是每天接通各个客户的电话，听到他们的一切的意见和建议，建立完整的客户客服沟通档案。回顾这一年来的工作，我学到了很多东西，也发现了自身存在的许多缺点，以下是我的总结报告，请领导评议，也希望提出宝贵意见。</w:t>
      </w:r>
      <w:r>
        <w:rPr>
          <w:lang w:eastAsia="zh-CN"/>
        </w:rPr>
        <w:br/>
      </w:r>
      <w:r>
        <w:rPr>
          <w:lang w:eastAsia="zh-CN"/>
        </w:rPr>
        <w:t>　　一年来，本人在--银行--支行党组的领导下，坚定自己的政治信念，加强了思想和政治理论、法律法规、金融知识学习，通过学习，转变了自己的思想观念，改进了工作作风，坚持廉政自律，自觉遵守支行纪律和各种规章制度，认真履行自己的职责，树立良好的科学发展观，以自己的实际行动实践“三个代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工作中，我是尽职尽责，尽力而为，领导和同事也给了我很大的帮助和鼓励，在大家的共同了努力下，把我们客服部打造成让客户满意，让客户赞誉的部门，让客户都认为我们建行的客服部的各项服务都比其他银行的好，也赢得了大批的忠实客户，都愿意来我们这里开立账户和办理业务，为此我尝尝提醒自己“善待别人，便是善待自己”，在每天繁忙的工作中，我仍然坚持做好服务工作，用微笑去接听每一客户的电话，用认真和耐心细致的解答客户问题，让客户达到最好的满意度，遇到蛮不讲理的客户，我也试着去包容和理解，最终也赢得了客户的理解和尊重。</w:t>
      </w:r>
      <w:r>
        <w:rPr>
          <w:lang w:eastAsia="zh-CN"/>
        </w:rPr>
        <w:br/>
      </w:r>
      <w:r>
        <w:rPr>
          <w:lang w:eastAsia="zh-CN"/>
        </w:rPr>
        <w:t>　　一年时间，说快也快，忙忙碌碌的日子就这样快过去了，在这一年的时间里，每天听着支行领导的言传身教，严于利己，用心的工作。时间也让我对于--的工作有了更深一步的认识和理解，也让自己通过学习去扩大了知识面，让自己可以变得在自己所做的工作中做到模范带头作用，用自己的实际行动去感染和带动身边的同事。各种的经营理念和规章制度，让我养成了良好的行为习惯，做到了“入门--正步人，出门--走的正”的个人理想，工作中注重细节和细致的管理，针对违法违规也有的全新的认识和了解，也有了更多的防范措施，工作不但要做的好，还要快，合法，合规，让客户满意是我们唯一的目标。回顾一年的工作和学习，发现自身存在的不足，我个人认为：</w:t>
      </w:r>
      <w:r>
        <w:rPr>
          <w:lang w:eastAsia="zh-CN"/>
        </w:rPr>
        <w:br/>
      </w:r>
      <w:r>
        <w:rPr>
          <w:lang w:eastAsia="zh-CN"/>
        </w:rPr>
        <w:t>　　1、学习不够，当前的信息时代，是以科技进步作为第一发展力，新的情况和内容会在以后的工作中接连的出现，新的知识和科学会不断的涌现，面对这些，只有无止境的学习各种科学知识和专业文化在能不断适应新的要求和发展。</w:t>
      </w:r>
      <w:r>
        <w:rPr>
          <w:lang w:eastAsia="zh-CN"/>
        </w:rPr>
        <w:br/>
      </w:r>
      <w:r>
        <w:rPr>
          <w:lang w:eastAsia="zh-CN"/>
        </w:rPr>
        <w:t>　　2、个人工作态度的不稳定，在忙的时候或者遇到难缠客户时，有时间坚定不了自己的信念，也是自己对于工作达不到真正热爱的表现。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针对以上问题，20__年，我的个人努力方向针对以下几个方面：</w:t>
      </w:r>
      <w:r>
        <w:rPr>
          <w:lang w:eastAsia="zh-CN"/>
        </w:rPr>
        <w:br/>
      </w:r>
      <w:r>
        <w:rPr>
          <w:lang w:eastAsia="zh-CN"/>
        </w:rPr>
        <w:t>　　1、加强学习，进一步提高自己的素质和思想觉悟，用熟练的客户服务来稳步提升客服部的服务质量，加强对于应对各种问题的适应和分析解决能力。</w:t>
      </w:r>
      <w:r>
        <w:rPr>
          <w:lang w:eastAsia="zh-CN"/>
        </w:rPr>
        <w:br/>
      </w:r>
      <w:r>
        <w:rPr>
          <w:lang w:eastAsia="zh-CN"/>
        </w:rPr>
        <w:t>　　2、增强自己的个人团队化精神，把自己融入整个大家庭，做到“舍小家，为大家”，放弃个人思想简单化，努力去完成自己与集体的共同发展，克服消极情绪，努力做好自己工作，配合领导完成各项任务和服务。在未来的一年里，我不会有任何的松懈，我指挥努力的去工作，将自己的不足之处和优点之处认真总结，和同事分享自己的成绩，做出在新的一年中怎么去工作的方法，才能更好的工作下去，我可以做的更好。</w:t>
      </w:r>
      <w:r>
        <w:rPr>
          <w:lang w:eastAsia="zh-CN"/>
        </w:rPr>
        <w:br/>
      </w:r>
      <w:r>
        <w:rPr>
          <w:lang w:eastAsia="zh-CN"/>
        </w:rPr>
        <w:t>　　银行是中国的命脉，只有帐算好了，才可以使国家有更好的发展，这就是我们每一个银行工作职员的责任和义务，才可以更好的为早日实现祖国的现代化而添一块砖，加一块瓦。</w:t>
      </w:r>
      <w:r>
        <w:rPr>
          <w:lang w:eastAsia="zh-CN"/>
        </w:rPr>
        <w:br/>
      </w:r>
      <w:r>
        <w:rPr>
          <w:lang w:eastAsia="zh-CN"/>
        </w:rPr>
        <w:t>　　--银行必胜!</w:t>
      </w:r>
      <w:r>
        <w:rPr>
          <w:lang w:eastAsia="zh-CN"/>
        </w:rPr>
        <w:br/>
      </w:r>
      <w:r>
        <w:rPr>
          <w:lang w:eastAsia="zh-CN"/>
        </w:rPr>
        <w:t xml:space="preserve">    银行电话客服个人工作总结2024 篇2 </w:t>
      </w:r>
      <w:r>
        <w:rPr>
          <w:lang w:eastAsia="zh-CN"/>
        </w:rPr>
        <w:br/>
      </w:r>
      <w:r>
        <w:rPr>
          <w:lang w:eastAsia="zh-CN"/>
        </w:rPr>
        <w:t>　　20__年，在--银行各级领导的关怀支持和全体员工的共同努力下，客服中心紧紧围绕“移动金融年”的工作主题，员工队伍不断壮大、运营管理水平不断提高、业务量不断攀升、服务质量及客户满意度不断提升。现将我20__年担任银行客服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年初，依据上级领导要求，结合客服中心实际情况，对各类业务发展进行了安排部署，在全体员工的辛勤努力下，圆满地完成了各项工作任务。</w:t>
      </w:r>
      <w:r>
        <w:rPr>
          <w:lang w:eastAsia="zh-CN"/>
        </w:rPr>
        <w:br/>
      </w:r>
      <w:r>
        <w:rPr>
          <w:lang w:eastAsia="zh-CN"/>
        </w:rPr>
        <w:t>　　一、业务流程的梳理与优化</w:t>
      </w:r>
      <w:r>
        <w:rPr>
          <w:lang w:eastAsia="zh-CN"/>
        </w:rPr>
        <w:br/>
      </w:r>
      <w:r>
        <w:rPr>
          <w:lang w:eastAsia="zh-CN"/>
        </w:rPr>
        <w:t>　　为全面提升客户体验，提高工作效率，加强客服中心业务规范化管理，防范操作风险，安排布置客服中心全体员工，结合新业务上线及业务变更重新梳理、制定客服中心各类业务受理流程。本人担任总行客户投诉管理流程优化项目总监，积极协调项目成员部门有序推进项目实施工作，配合服务转型办公室客户流程优化项目进行了客户投诉、客户联动业务流程梳理，重新修订了《--银行客户投诉管理办法》、《--客户服务联动管理办法》，并全面推行试点工作。</w:t>
      </w:r>
      <w:r>
        <w:rPr>
          <w:lang w:eastAsia="zh-CN"/>
        </w:rPr>
        <w:br/>
      </w:r>
      <w:r>
        <w:rPr>
          <w:lang w:eastAsia="zh-CN"/>
        </w:rPr>
        <w:t>　　二、客服中心队伍建设</w:t>
      </w:r>
      <w:r>
        <w:rPr>
          <w:lang w:eastAsia="zh-CN"/>
        </w:rPr>
        <w:br/>
      </w:r>
      <w:r>
        <w:rPr>
          <w:lang w:eastAsia="zh-CN"/>
        </w:rPr>
        <w:t>　　为完善客服中心组织架构，解决管理人员不足问题，满足我行各项业务需求，提高客服中心电话接通率，提升客户满意度，在行领导及人力资源部的大力支持下，客服中心于今年5月份启动了内部、外部人员的招聘工作。结合实际工作需要，客服中心制定了详细的岗前培训计划，为保证新聘座席人员业务的全面性及专业性，客服中心积极与总行人力、哈分事业保障部协调沟通，增设了特色业务经办行岗位实践学习环节，为提高客服中心整体业务水平打下了坚实基础。</w:t>
      </w:r>
      <w:r>
        <w:rPr>
          <w:lang w:eastAsia="zh-CN"/>
        </w:rPr>
        <w:br/>
      </w:r>
      <w:r>
        <w:rPr>
          <w:lang w:eastAsia="zh-CN"/>
        </w:rPr>
        <w:t>　　持续加强座席人员业务培训，邀请总行各条线业务专家对新业务知识进行强化培训，上半年全员业务培训10余次，组织全员业务考试6次，座席人员业务能力大幅提高。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三、推进新一代客服中心项目</w:t>
      </w:r>
      <w:r>
        <w:rPr>
          <w:lang w:eastAsia="zh-CN"/>
        </w:rPr>
        <w:br/>
      </w:r>
      <w:r>
        <w:rPr>
          <w:lang w:eastAsia="zh-CN"/>
        </w:rPr>
        <w:t>　　今年初，客服中心制定了拓宽服务渠道，探索建立电话银行远程柜员团队，打造集交易、服务和营销为一体的多元服务模式计划。在移动金融部领导的大力支持和全体员工的共同努力下，6月初顺利进行了在线客服、报表系统等上线测试工作，并结合测试反映的问题向科技部门提出了优化需求。客服中心报表系统上线，运营管理类报表可实现实时监测客服中心业务量、接通率、座席工作状态等数据信息，考勤报表、绩效考核报表为派遣制员工日常管理、绩效考核提供有效依据等。</w:t>
      </w:r>
      <w:r>
        <w:rPr>
          <w:lang w:eastAsia="zh-CN"/>
        </w:rPr>
        <w:br/>
      </w:r>
      <w:r>
        <w:rPr>
          <w:lang w:eastAsia="zh-CN"/>
        </w:rPr>
        <w:t>　　四、码号年报与延期</w:t>
      </w:r>
      <w:r>
        <w:rPr>
          <w:lang w:eastAsia="zh-CN"/>
        </w:rPr>
        <w:br/>
      </w:r>
      <w:r>
        <w:rPr>
          <w:lang w:eastAsia="zh-CN"/>
        </w:rPr>
        <w:t>　　依照国家工信部要求，客服中心于--月初进行--码号及短消息服务接入代码的网上年报工作并顺利通过审核。因--码号及短消息服务使用期限将于--末到期，为保证我行客服热线的正常使用，客服中心按工信部相关要求积极组织延期材料，进行网上提交审核申请，赴京提交书面资料，最终成功获批。</w:t>
      </w:r>
      <w:r>
        <w:rPr>
          <w:lang w:eastAsia="zh-CN"/>
        </w:rPr>
        <w:br/>
      </w:r>
      <w:r>
        <w:rPr>
          <w:lang w:eastAsia="zh-CN"/>
        </w:rPr>
        <w:t>　　五、其他工作</w:t>
      </w:r>
      <w:r>
        <w:rPr>
          <w:lang w:eastAsia="zh-CN"/>
        </w:rPr>
        <w:br/>
      </w:r>
      <w:r>
        <w:rPr>
          <w:lang w:eastAsia="zh-CN"/>
        </w:rPr>
        <w:t>　　1、合理安排客服中心各岗位人员，明确职责，密切配合，日常运营工作有条不紊。节日期间遇突发事件迅速响应，与行领导、相关部门及各支行反馈协调，确保节日期间业务的畅通。</w:t>
      </w:r>
      <w:r>
        <w:rPr>
          <w:lang w:eastAsia="zh-CN"/>
        </w:rPr>
        <w:br/>
      </w:r>
      <w:r>
        <w:rPr>
          <w:lang w:eastAsia="zh-CN"/>
        </w:rPr>
        <w:t>　　2、推进与省--公司合作协议签订事宜。为保证客服中心办公场地使用，积极与省--公司协调沟通，对20__年合作协议部分条款进行修订，顺利完成了合作。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银行电话客服个人工作总结2024 篇3 </w:t>
      </w:r>
      <w:r>
        <w:rPr>
          <w:lang w:eastAsia="zh-CN"/>
        </w:rPr>
        <w:br/>
      </w:r>
      <w:r>
        <w:rPr>
          <w:lang w:eastAsia="zh-CN"/>
        </w:rPr>
        <w:t>　　忙忙碌碌的一年过去了，回顾一年来所做的工作令人欣慰，在领导的带领和同事的帮助下，我从一个对金融事业一无所知的门外汉成长为一名能够独立胜任临柜业务和自助设备业务的农行合格员工，感谢各位领导的栽培与同事的支持。现就一年来的工作情况向大家汇报，不到之处，请领导和同事们批评指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自20__年10月份到20__年10月份我一直在从事着一份平凡的工作--柜员，在这里无论是工作中还是生活中都让我学到了很多很多的东西，让我受益匪浅。比如如何与客户更亲近的去交流，更为深入的去了解客户的需求。如何利用好柜台服务，因为它是展示农行系统良好服务的文明窗口,所以我每天都以饱满的热情，用心服务，真诚服务，以自己积极的工作态度羸得顾客的信任。20__年11月份我被调到了一个新的大家庭里面--,相对于整天忙碌的来说，就清闲多了，可这反而有点不太适应了，不过到了我有了更大的责任与挑战--转授权主管，我很感谢各位领导给我这次锻炼自己的机会，也感谢各位同事对我的支持与信任，尽管新网点相对清闲，但我依然要从思想上认清自己，自己要学的东西还很多很多，我一定会保持原来有的工作激情，把最好的一面展现出来，弘扬农行的良好形象。我会在以后的学习过程中不断地加强相关法规制度的学习以及业务知识学习，充实自己、完善自己。使自己的业务水平有进一步的提高。其次，就是要做到优质文明服务，提高窗口的服务质量，因为微笑服务是我们与客户拉近距离的法宝，只有把微笑服务做到尽善尽美，真真切切地用心服务,才让客户产生宾至如归的感觉，才会在无形中提高客户的满意度和忠诚度。</w:t>
      </w:r>
      <w:r>
        <w:rPr>
          <w:lang w:eastAsia="zh-CN"/>
        </w:rPr>
        <w:br/>
      </w:r>
      <w:r>
        <w:rPr>
          <w:lang w:eastAsia="zh-CN"/>
        </w:rPr>
        <w:t>　　总之，一年来的工作虽然取得了一定的成绩，但是也存在着诸多不足之处，在一些细节的处理和操作上存在一定的欠缺， 我要在今后的工作学习中磨练自己，在领导和同事的指导帮助中提高自己，发扬长处，弥补不足，以饱满的精神状态迎接新的挑战。新的一年里我为自己制定了新的目标，那就是要加紧学习。因为业精于勤而荒于嬉,实践才是不断取得进步的基础，我要通过实践不断的锻炼自己的胆识和魄力，提高自己解决实际问题的能力，并在实践的过程中慢慢克服急躁情绪，积极、热情的对待每一位客户，办好每一笔业务，争取更好的工作成绩!</w:t>
      </w:r>
      <w:r>
        <w:rPr>
          <w:lang w:eastAsia="zh-CN"/>
        </w:rPr>
        <w:br/>
      </w:r>
      <w:r>
        <w:rPr>
          <w:lang w:eastAsia="zh-CN"/>
        </w:rPr>
        <w:t xml:space="preserve">    银行电话客服个人工作总结2024 篇4 </w:t>
      </w:r>
      <w:r>
        <w:rPr>
          <w:lang w:eastAsia="zh-CN"/>
        </w:rPr>
        <w:br/>
      </w:r>
      <w:r>
        <w:rPr>
          <w:lang w:eastAsia="zh-CN"/>
        </w:rPr>
        <w:t>　　从事电话客服工作是一份很需要耐心且极具挑战的工作，不管时间的长短，电话客服都可以给人很大的成长。以下是一位电话客服工作总结：</w:t>
      </w:r>
      <w:r>
        <w:rPr>
          <w:lang w:eastAsia="zh-CN"/>
        </w:rPr>
        <w:br/>
      </w:r>
      <w:r>
        <w:rPr>
          <w:lang w:eastAsia="zh-CN"/>
        </w:rPr>
        <w:t>　　从在网上报名、参加听试、笔试、面试、复试到参加培训，不知不觉来到客服中心这个大家庭已经有五个多月的时间了，在这五个月的时间里我经历的是从一个刚走出校园的大学生到一个上班族的改变;从一个独立的个体到成为银行电话银行客服中心的一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这里，我们每天早上召开班前小组会议，每个组的小组长会从昨天的外呼和呼入情况中总结一些错误，在第二天强调今天外呼应该注意哪些问题;在这里，我们小组成员之间、组长和学员之间互相做案例，从一个个案例中发现我们的不足之处，强化我们的标准话术，让我们在面对各种刁难的客户时都能游刃有余;在这里，我们每个组商讨各队的板报设计，每位学员都积极参与到讨论中来，大家各抒己见，互相交流意见，齐心协力完成板报的设计到制作;在这里，我们每天下班之前会召开大组会议，楼层组长会对在各方面表现优秀的学员予以表扬，对有进步的学员进行鼓励;在这里，每天都会发生许多好人好事，这些事虽小，但从这些小事中让我们感受到的是我们电话银行中心大家庭般的温暖;在这里，我们每天会记录下自己当天的工作感言，记录我们工作中的点点滴滴;更重要的是，在这里，我们在银行电话银行中心企业文化的熏陶下，不断提高我们自身的综合素质，不断完善自我这紧张忙碌的气氛，使平日里有些懒散的我感到有些压力。但老坐席和新学员们的热情、欢迎、微笑感染了我，使我轻松起来。听着老员工们亲切熟练的话语，看着他们娴熟的操作，体味着他们在工作时的认真和笃定，青春的浮躁也与之褪去，多了一份成熟和稳重。</w:t>
      </w:r>
      <w:r>
        <w:rPr>
          <w:lang w:eastAsia="zh-CN"/>
        </w:rPr>
        <w:br/>
      </w:r>
      <w:r>
        <w:rPr>
          <w:lang w:eastAsia="zh-CN"/>
        </w:rPr>
        <w:t xml:space="preserve">    银行电话客服个人工作总结2024 篇5 </w:t>
      </w:r>
      <w:r>
        <w:rPr>
          <w:lang w:eastAsia="zh-CN"/>
        </w:rPr>
        <w:br/>
      </w:r>
      <w:r>
        <w:rPr>
          <w:lang w:eastAsia="zh-CN"/>
        </w:rPr>
        <w:t>　　转眼间，20__年即然结束，下面我将在--银行客服岗位20__年工作作总结：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了实现“用户满意第一”，我除保证每天提前做好班前准备工作，做到准点开门、满点服务之外，还时常牺牲个人休息时间到单位上办理各类业务，主动向客户营销我行产品，如基金，国债，保险等;并做到解释简明扼要，浅显易懂，让客户在最短的时间内了解我行产品，接受我行产品。对优质客户，我基本使用的是“站立式服务”，且做到“来有迎声，走有送声”。此外，我还耐心细致地向客户讲解个人储蓄业务、个人消费贷款、个人住房贷款、个人电子银行等个金业务，受到客户好评。就曾受到客户口头表扬20余次，未接到过一次客户投诉，多次受到单位领导褒奖。</w:t>
      </w:r>
      <w:r>
        <w:rPr>
          <w:lang w:eastAsia="zh-CN"/>
        </w:rPr>
        <w:br/>
      </w:r>
      <w:r>
        <w:rPr>
          <w:lang w:eastAsia="zh-CN"/>
        </w:rPr>
        <w:t>　　我始终坚持“工作第一”的原则，认真执行所里的各项规章制度，工作上兢兢业业、任劳任怨，时刻以“创新服务，持久服务”的服务理念鞭策、完善自已，以用户满意为宗旨，努力为储户提供规范化和优质的服务。在--局分理处注重对员工素质培养的今天，我刻苦钻研业务技能，在熟练掌握了原业务流程的基础上，认真主动地学习新业务，尤其钻研个金业务。在工作中他总能想客户之所想，急客户之所急，给客户最满意的服务。全年来，我办理业务快速、准确，业务量一直处于全所前列，月平均业务量4500笔，如：在二季度，开理财金一户，金额一百万元，组织他行存款八十余万元。：20__年至今一直担任业务主管，在储蓄所人手严重不足的情况下，我主动为所领导分忧，不计个人得失，长期放弃休息到所里加班，在工作中正确地起到了主管的模范作用。</w:t>
      </w:r>
      <w:r>
        <w:rPr>
          <w:lang w:eastAsia="zh-CN"/>
        </w:rPr>
        <w:br/>
      </w:r>
      <w:r>
        <w:rPr>
          <w:lang w:eastAsia="zh-CN"/>
        </w:rPr>
        <w:t>　　本着为用户负责的服务理念，经过一年来的刻苦工作、学习和实践， 我在今年二季度两次在--银行--支行获得“最佳主管”荣誉称号、两次在分行评为“最佳核算质量”奖、二季度差错在全市排名第三。这些荣誉与成绩的取得，与分理处、储蓄所领导的培养和广大同事的关心是分不开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工作中不断学习，在学习业务技能的同时，我还注意努力提高自身素质，以适应金融现代化的需要。我在工作之余进行自我充电，努力自学计算机技能。</w:t>
      </w:r>
      <w:r>
        <w:rPr>
          <w:lang w:eastAsia="zh-CN"/>
        </w:rPr>
        <w:br/>
      </w:r>
      <w:r>
        <w:rPr>
          <w:lang w:eastAsia="zh-CN"/>
        </w:rPr>
        <w:t>　　通过这几年的工作，使我个人的综合素质得以提升，也锻炼得更加成熟。在以后的工作中，我还要继续本着主人翁的态度，兢兢业业、努力工作，爱岗敬业，吸取他人之所长、克已之短，一如既往地为本所的发展敬献自己的一份微薄之力。</w:t>
      </w:r>
      <w:r>
        <w:rPr>
          <w:lang w:eastAsia="zh-CN"/>
        </w:rPr>
        <w:br/>
      </w:r>
      <w:r>
        <w:rPr>
          <w:lang w:eastAsia="zh-CN"/>
        </w:rPr>
        <w:t xml:space="preserve">    银行电话客服个人工作总结2024 篇6 </w:t>
      </w:r>
      <w:r>
        <w:rPr>
          <w:lang w:eastAsia="zh-CN"/>
        </w:rPr>
        <w:br/>
      </w:r>
      <w:r>
        <w:rPr>
          <w:lang w:eastAsia="zh-CN"/>
        </w:rPr>
        <w:t>　　20__年来，在公司经理室的正确领导下，各部门同仁齐心协力，共同努力，客服工作取得了一定的成绩。</w:t>
      </w:r>
      <w:r>
        <w:rPr>
          <w:lang w:eastAsia="zh-CN"/>
        </w:rPr>
        <w:br/>
      </w:r>
      <w:r>
        <w:rPr>
          <w:lang w:eastAsia="zh-CN"/>
        </w:rPr>
        <w:t>　　今年以来，公司经理室继续以抓业务发展及内务管理并重，实现两手抓，齐抓共管的管理模式，带领客服全体员工，团结奋进，客服管理工作取得了一定的成绩，客服水平也有了一些根本的提高。公司通过开展集中、统一的客户服务活动,进一步整合服务资源,促进以保单为中心的服务向以客户为中心的服务转型,不断提升服务水平,创造客户价值,积极承担社会责任,为公司永续经营打下坚实的基础。客户服务部紧紧围绕公司总体发展目标，在做好本职工作的同时做好服务创新，体现在以下几个方面。</w:t>
      </w:r>
      <w:r>
        <w:rPr>
          <w:lang w:eastAsia="zh-CN"/>
        </w:rPr>
        <w:br/>
      </w:r>
      <w:r>
        <w:rPr>
          <w:lang w:eastAsia="zh-CN"/>
        </w:rPr>
        <w:t>　　一、在制度建设方面，继续加强客户服务基础管理工作，进一步完善相关管理制度</w:t>
      </w:r>
      <w:r>
        <w:rPr>
          <w:lang w:eastAsia="zh-CN"/>
        </w:rPr>
        <w:br/>
      </w:r>
      <w:r>
        <w:rPr>
          <w:lang w:eastAsia="zh-CN"/>
        </w:rPr>
        <w:t>　　1、主要从“内强素质、外树形象”着手，通过狠抓公司各岗位人员素质，进一步提高客户满意度,树立公司良好的对外形象。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一个优秀的团队须有一个素质、技术过硬的服务队伍，今年以来，我部着重从完善制度着手，通过加大制度的执行力不断加大服务考核力度，以进一步提高客服人员综合素质。</w:t>
      </w:r>
      <w:r>
        <w:rPr>
          <w:lang w:eastAsia="zh-CN"/>
        </w:rPr>
        <w:br/>
      </w:r>
      <w:r>
        <w:rPr>
          <w:lang w:eastAsia="zh-CN"/>
        </w:rPr>
        <w:t>　　针对我司部分柜员在柜面服务礼仪方面尚存在不规范现象的问题，我司客户服务部着力抓好全体客户服务人员的服务规范性，并从加强服务意识、强化服务执行标准等几方面对客户服务人员做了一些强化训练，加大了现场监督考核力度，现场检查，现场指导，并予以相应处罚。通过一系列的措施，使柜面人员加大了操作的规范性，服务礼仪的执行上也有了一个很大的提升，也为我司不断提高服务水平奠定了很好的基础作用。</w:t>
      </w:r>
      <w:r>
        <w:rPr>
          <w:lang w:eastAsia="zh-CN"/>
        </w:rPr>
        <w:br/>
      </w:r>
      <w:r>
        <w:rPr>
          <w:lang w:eastAsia="zh-CN"/>
        </w:rPr>
        <w:t>　　__年6月，总公司举行了全国柜面人员上岗资格考试，我部全体人员13人参加，合格9人，持证率达70%。此次全国系统的柜面人员考试，加强了客服人员对专业知识的学习，也提升了客户服务部的服务质量。</w:t>
      </w:r>
      <w:r>
        <w:rPr>
          <w:lang w:eastAsia="zh-CN"/>
        </w:rPr>
        <w:br/>
      </w:r>
      <w:r>
        <w:rPr>
          <w:lang w:eastAsia="zh-CN"/>
        </w:rPr>
        <w:t>　　二、强化业务制度学习，树立执行理念，确保制度执行力全面有效开展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为进一步强化公司业务管理制度执行力建设，从制度上为业务发展提供坚强保障，客户服务部对于分公司筛选出部分需客服员工加强学习的文件和制度，进行了认真梳理及汇集，并制定了业务管理强化制度执行力工作及学习计划，按照学习计划，定期组织客服人员通过集中学习和自学的方式全面、系统地对相关业务管理进行了学习，要求所有参加人员认真做好学习笔记、进行测试并撰写学习心得;根据测试及检查情况，要求各相关岗位撰写整改报告。从自身出发，树立了强化风险意识，确保了此项工作的全面有效开展，切实提高了我司制度遵循和依法合规经营的自觉性。</w:t>
      </w:r>
      <w:r>
        <w:rPr>
          <w:lang w:eastAsia="zh-CN"/>
        </w:rPr>
        <w:br/>
      </w:r>
      <w:r>
        <w:rPr>
          <w:lang w:eastAsia="zh-CN"/>
        </w:rPr>
        <w:t>　　三、以服务为本,促进销售，把日常业务处理和服务工作相结合</w:t>
      </w:r>
      <w:r>
        <w:rPr>
          <w:lang w:eastAsia="zh-CN"/>
        </w:rPr>
        <w:br/>
      </w:r>
      <w:r>
        <w:rPr>
          <w:lang w:eastAsia="zh-CN"/>
        </w:rPr>
        <w:t>　　我司按照上级公司文件精神，面向所有客户推出国寿“1+n”服务计划。旨在通过举办客户服务活动,不断密切公司与客户的关系，进一步提高客户满意度,树立公司良好的对外形象。为切实有效的开展活动,公司成立领导小组和工作组，并加强了对此项工作的宣传力度，按照活动组织、宣传方案逐一落实并有效实施各相关工作。提升了服务品质、增强了客户忠诚度，进一步提升公司服务水平，充分维护了客户权益，树立了公司良好社会形象。并通过上门送赔款等一系列的优质服务，为业务员的展业工作提供了很好的基础，也为加强我司与代理单位间的业务合作关系起到了很好的沟通作用。此活动的举办不仅增进了客户关系、提升了公司品牌知名度、也为巩固和带动业务增长注入了新的活力。</w:t>
      </w:r>
      <w:r>
        <w:rPr>
          <w:lang w:eastAsia="zh-CN"/>
        </w:rPr>
        <w:br/>
      </w:r>
      <w:r>
        <w:rPr>
          <w:lang w:eastAsia="zh-CN"/>
        </w:rPr>
        <w:t>　　四、从服务的本身出发，“一切为了客户着想”，不断创新服务内容</w:t>
      </w:r>
      <w:r>
        <w:rPr>
          <w:lang w:eastAsia="zh-CN"/>
        </w:rPr>
        <w:br/>
      </w:r>
      <w:r>
        <w:rPr>
          <w:lang w:eastAsia="zh-CN"/>
        </w:rPr>
        <w:t>　　1、积极配合分公司做好vip客户工作</w:t>
      </w:r>
      <w:r>
        <w:rPr>
          <w:lang w:eastAsia="zh-CN"/>
        </w:rPr>
        <w:br/>
      </w:r>
      <w:r>
        <w:rPr>
          <w:lang w:eastAsia="zh-CN"/>
        </w:rPr>
        <w:t>　　为了进一步构建公司vip客户服务体系，为vip客户提供附加值服务工作，分公司开展了面向全区vip客户提供特约商家优惠服务的活动，通过此项活动的开展，为树立公司良好社会形象起到了一个良好的作用，在一定程度上提升了公司的知名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公司理赔部把“上门送赔款”工作做细做新，积极为学生险业务拓展工作做铺垫，继续加强对一些在社会上较有影响力的案件的关注程度，真正体现公司人性化的理赔服务。繁忙的工作，有成绩也有不足，在做好总结的同时，要不断改进，现就不足与差距结合__年的工作如何进行改进做如下安排:</w:t>
      </w:r>
      <w:r>
        <w:rPr>
          <w:lang w:eastAsia="zh-CN"/>
        </w:rPr>
        <w:br/>
      </w:r>
      <w:r>
        <w:rPr>
          <w:lang w:eastAsia="zh-CN"/>
        </w:rPr>
        <w:t>　　一、抓紧分公司下发的各类业管相关文件的落实及执行工作，继续做好客户服务部人员特别是新人的专业知识及技能的培训,提高服务人员的整体综合素质。</w:t>
      </w:r>
      <w:r>
        <w:rPr>
          <w:lang w:eastAsia="zh-CN"/>
        </w:rPr>
        <w:br/>
      </w:r>
      <w:r>
        <w:rPr>
          <w:lang w:eastAsia="zh-CN"/>
        </w:rPr>
        <w:t>　　针对客户服务部今年以来人员调整的客观原因，客户服务部新入人员对专业知识及业务技能的缺乏，__年,我部将继续采取多种方式及途径,对所辖员工进行定期与不定期的培训,从本职工作做起,对于相关岗位技能进行专门培训,加强所辖人员的职业道德教育,有针对性地组织和开展业务知识及服务礼仪培训,对于分公司下发的业管文件及时进行传达及学习，真正领会其操作要领，将其运用到实际操作中。通过培训，推行公司综合柜员制，更好的为客户服务。配合公司团险、中介、个险三支销售渠道各项业务竞赛活动的开展，更好地对业务发展提供强有力的业务支持及后援保障积极配合公司团险、中介、个险三支销售渠道开展各项业务竞赛活动，全力促进公司业务持续、健康地发展。</w:t>
      </w:r>
      <w:r>
        <w:rPr>
          <w:lang w:eastAsia="zh-CN"/>
        </w:rPr>
        <w:br/>
      </w:r>
      <w:r>
        <w:rPr>
          <w:lang w:eastAsia="zh-CN"/>
        </w:rPr>
        <w:t>　　三、以服务为本,促进销售，把日常业务处理和服务工作紧密结合，全面诠释国寿“1+n”服务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1、配合分公司在全区范围内将要实行的银行、邮政转账收费、转账付费项目实施方案，保证此项目的顺利实施。</w:t>
      </w:r>
      <w:r>
        <w:rPr>
          <w:lang w:eastAsia="zh-CN"/>
        </w:rPr>
        <w:br/>
      </w:r>
      <w:r>
        <w:rPr>
          <w:lang w:eastAsia="zh-CN"/>
        </w:rPr>
        <w:t>　　2、保证“两鸿”满期给付、转保工作和银行、邮政转账收付费工作的顺利进行，同时为了提高销售人员活动量,挖掘积累客户,有效整合客户资源,做好客户的二次开发,努力促进转保，为__年开门红奠定基础,以进一步提升公司服务品质,增强客户对公司的满意度。</w:t>
      </w:r>
      <w:r>
        <w:rPr>
          <w:lang w:eastAsia="zh-CN"/>
        </w:rPr>
        <w:br/>
      </w:r>
      <w:r>
        <w:rPr>
          <w:lang w:eastAsia="zh-CN"/>
        </w:rPr>
        <w:t>　　3、进一步加强柜面管理工作，营建良好的学习氛围，组织培训与自我学习相结合，建立体系化的培训教程，鼓励员工不断提高自身综合素质。</w:t>
      </w:r>
      <w:r>
        <w:rPr>
          <w:lang w:eastAsia="zh-CN"/>
        </w:rPr>
        <w:br/>
      </w:r>
      <w:r>
        <w:rPr>
          <w:lang w:eastAsia="zh-CN"/>
        </w:rPr>
        <w:t>　　总之，客户服务部明年的发展思路将以加强客服队伍建设为根本，以加强柜面服务质量考核为重点，以人员管理办法为后盾，以教育训练为基础，积极推进柜面职场标准化建设，不断创新服务方式，建立科学、完善、严格的品质管理办法和监督、考核机制，提高客户满意度，提升柜面运营能力，防范经营风险，树立中国人寿热情、真诚的服务形象，使柜面真正承担起中国人寿品牌载体的重任。</w:t>
      </w:r>
      <w:r>
        <w:rPr>
          <w:lang w:eastAsia="zh-CN"/>
        </w:rPr>
        <w:br/>
      </w:r>
      <w:r>
        <w:rPr>
          <w:lang w:eastAsia="zh-CN"/>
        </w:rPr>
        <w:t>　　客户服务工作是一项长期的工作，如何在激烈的服务竞争中处于不败之地，真正把对客户的服务做“好”、做“永久”、做到“深入人心”，并非一个人一朝一夕能够完成的，而是公司每一个部门整体的工作，人人都是公司客户服务链的一个关键环节，我们只有把客户服务各项工作及活动的开展与日常业务处理和服务工作结合起来,全员服务，营造良好的服务氛围，</w:t>
      </w:r>
      <w:r>
        <w:rPr>
          <w:lang w:eastAsia="zh-CN"/>
        </w:rPr>
        <w:br/>
      </w:r>
      <w:r>
        <w:rPr>
          <w:lang w:eastAsia="zh-CN"/>
        </w:rPr>
        <w:t>　　国寿“1+n”服务需要我们每一个客户服务人员去全面诠释,</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良好的客户关系需要我们每一个国寿员工去共同增进，客户的满意度与国寿品牌知名度及形象的提升将是我们每一个国寿人的责任与骄傲!</w:t>
      </w:r>
      <w:r>
        <w:rPr>
          <w:lang w:eastAsia="zh-CN"/>
        </w:rPr>
        <w:br/>
      </w:r>
      <w:r>
        <w:rPr>
          <w:lang w:eastAsia="zh-CN"/>
        </w:rPr>
        <w:t>　　记得有一位实战培训专家曾说过，“简单的事情重复做，你就是专家;重复的事情快乐做，你就是羸家”。客户服务工作是一项长期的、较为复杂的综合性工作，我部将要求所辖人员在平凡的工作中，不断提高服务意识，营造全员为客户服务的氛围，将简单的工作做成不简单的事，达到客户、公司、自我的三嬴。</w:t>
      </w:r>
      <w:r>
        <w:rPr>
          <w:lang w:eastAsia="zh-CN"/>
        </w:rPr>
        <w:br/>
      </w:r>
      <w:r>
        <w:rPr>
          <w:lang w:eastAsia="zh-CN"/>
        </w:rPr>
        <w:t xml:space="preserve">    银行电话客服个人工作总结2024 篇7 </w:t>
      </w:r>
      <w:r>
        <w:rPr>
          <w:lang w:eastAsia="zh-CN"/>
        </w:rPr>
        <w:br/>
      </w:r>
      <w:r>
        <w:rPr>
          <w:lang w:eastAsia="zh-CN"/>
        </w:rPr>
        <w:t>　　岁月如梭，不知不觉我来__公司已经有一年多了，我在客服部从事客户回访和热线咨询的工作。此刻回顾当初应聘来我们公司客服部还像昨日发生的事情一样，但是在这段时光里，我学到了很多，也成熟了很多。以下是我本年度的工作总结。</w:t>
      </w:r>
      <w:r>
        <w:rPr>
          <w:lang w:eastAsia="zh-CN"/>
        </w:rPr>
        <w:br/>
      </w:r>
      <w:r>
        <w:rPr>
          <w:lang w:eastAsia="zh-CN"/>
        </w:rPr>
        <w:t>　　一、电话回访方面</w:t>
      </w:r>
      <w:r>
        <w:rPr>
          <w:lang w:eastAsia="zh-CN"/>
        </w:rPr>
        <w:br/>
      </w:r>
      <w:r>
        <w:rPr>
          <w:lang w:eastAsia="zh-CN"/>
        </w:rPr>
        <w:t>　　很多人可能会认为客服部工作很简单，枯燥，定义为售后服务，其实不然，业的客服人员，也需要了解多方面的知识，从事此工作的过程，还会影响到个人的性格，提升心理素质。不论以前是学过什么专业，从事过什么样的工作，来到我们这个群体都应从头学起。站在同一个起跑线上，才能真正明白学无止境的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们定期对新老顾客做健康回访，是每位客服部员工每一天必做的工作。应对每一天重复的工作，我们的客服人员要把自我的工作做好。应持有耐心和真诚的工作态度，在这个信息时代，市场竞争激烈，竞品公司也会对顾客进行电话回访，并不会让人觉得稀奇。很多顾客可能每一天都能接到一家或几家的回访，怎样才能让对方对我们的服务感兴趣呢？</w:t>
      </w:r>
      <w:r>
        <w:rPr>
          <w:lang w:eastAsia="zh-CN"/>
        </w:rPr>
        <w:br/>
      </w:r>
      <w:r>
        <w:rPr>
          <w:lang w:eastAsia="zh-CN"/>
        </w:rPr>
        <w:t>　　我们要明白，在与顾客交流的过程中，虽然不是面对面的，但我们的语气和表情，对方都能感觉到。有气无力或面无表情的对话，结果可能是对你爱理不理，甚至拒听。反之，你的微笑服务让对方感到亲切，这样我们和顾客的距离也就拉近了。还有，在交流的过程中，应抓住顾客较关心的话题，给予顾客最前沿的信息。</w:t>
      </w:r>
      <w:r>
        <w:rPr>
          <w:lang w:eastAsia="zh-CN"/>
        </w:rPr>
        <w:br/>
      </w:r>
      <w:r>
        <w:rPr>
          <w:lang w:eastAsia="zh-CN"/>
        </w:rPr>
        <w:t>　　二、接听热线方面</w:t>
      </w:r>
      <w:r>
        <w:rPr>
          <w:lang w:eastAsia="zh-CN"/>
        </w:rPr>
        <w:br/>
      </w:r>
      <w:r>
        <w:rPr>
          <w:lang w:eastAsia="zh-CN"/>
        </w:rPr>
        <w:t>　　相对于电话回访，接听热线，让我变得更有耐性，在性格方面，也让我抛掉以往的焦躁和不成熟。很多时候应对顾客的情绪发泄，刚开始的时候都承受不了。自我的情绪也会随着顾客的责骂，甚至脏话，情不自禁的激动，有时就会提高嗓门。我认识到做为客服人员最基本的条件就是处事不惊、理性应对顾客的各种投诉。</w:t>
      </w:r>
      <w:r>
        <w:rPr>
          <w:lang w:eastAsia="zh-CN"/>
        </w:rPr>
        <w:br/>
      </w:r>
      <w:r>
        <w:rPr>
          <w:lang w:eastAsia="zh-CN"/>
        </w:rPr>
        <w:t>　　渐渐地，我更学会了从顾客的角度出发，多站在对方的立场想想，换位思考，更不能激化矛盾。在很多时候顾客也只是想发泄一下，越说越生气，啥话解气说啥，其实，并没有顾客所表达的那么严重的。应持着平静的心态，先学会耐心倾听和温婉安抚顾客，了解事件来龙去脉，并和顾客做具体的分析，尽量在第一时光解决顾客反映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遇到无理取闹的客户，我还应学会和同事就事分析总结经验，互相鼓励，一来能够让自我放松一下，二来还能够让同事有个准备，并尽早为顾客解决问题，防止纠缠不休。在多次的磨练中，我们都在慢慢成长，慢慢成熟，学会调整自我的情绪，用用心向上的乐观心态对待工作和生活。我们有过委屈想流泪、有过气愤想发泄，然而我们最终没有气馁和放下，磨练才是成功最重要的动力。</w:t>
      </w:r>
      <w:r>
        <w:rPr>
          <w:lang w:eastAsia="zh-CN"/>
        </w:rPr>
        <w:br/>
      </w:r>
      <w:r>
        <w:rPr>
          <w:lang w:eastAsia="zh-CN"/>
        </w:rPr>
        <w:t>　　三、今后的工作方向</w:t>
      </w:r>
      <w:r>
        <w:rPr>
          <w:lang w:eastAsia="zh-CN"/>
        </w:rPr>
        <w:br/>
      </w:r>
      <w:r>
        <w:rPr>
          <w:lang w:eastAsia="zh-CN"/>
        </w:rPr>
        <w:t>　　__市场越来越大，选取顾客也越来越多，顾客咨询的问题也越来越来专业与深奥了。此时此刻，我们迫切需要自我学习更多的东西，更专业的东西。因此我们利用了业余时光去学习相关书籍，以及查阅相关的网站，充实自我。而接下来顾客打进热线，寻求的不仅仅仅是喂养知识的指导，有更多是关于市场今后服务的资料、产品、活动、服务态度等引起的投诉和推荐。经过不断的充电我们才会做的更好。</w:t>
      </w:r>
      <w:r>
        <w:rPr>
          <w:lang w:eastAsia="zh-CN"/>
        </w:rPr>
        <w:br/>
      </w:r>
      <w:r>
        <w:rPr>
          <w:lang w:eastAsia="zh-CN"/>
        </w:rPr>
        <w:t>　　我们客服部是人员最多的，在这个大家庭里，感受到领导的关爱和同事们的团结。在这个大学校里，我们锻炼了自我，提高了自我，互相学习，互相交流借鉴。更重要的是我们也是公司的窗口，我们务必不断的提升，跟上公司前进的步伐，相信我们客服部会越来越出色。</w:t>
      </w:r>
      <w:r>
        <w:rPr>
          <w:lang w:eastAsia="zh-CN"/>
        </w:rPr>
        <w:br/>
      </w:r>
      <w:r>
        <w:rPr>
          <w:lang w:eastAsia="zh-CN"/>
        </w:rPr>
        <w:t xml:space="preserve">    银行电话客服个人工作总结2024 篇8 </w:t>
      </w:r>
      <w:r>
        <w:rPr>
          <w:lang w:eastAsia="zh-CN"/>
        </w:rPr>
        <w:br/>
      </w:r>
      <w:r>
        <w:rPr>
          <w:lang w:eastAsia="zh-CN"/>
        </w:rPr>
        <w:t>　　201_年我在滁州移动公司10086任职客服话务员。一年的工作，使我对客服工作有了一定的了解和认识。现就将我的感想及对客服工作的认识作如下总结：</w:t>
      </w:r>
      <w:r>
        <w:rPr>
          <w:lang w:eastAsia="zh-CN"/>
        </w:rPr>
        <w:br/>
      </w:r>
      <w:r>
        <w:rPr>
          <w:lang w:eastAsia="zh-CN"/>
        </w:rPr>
        <w:t>　　1.客服人员所需的基本技能及素质要求：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客服人员所需的基本技能需要有良好的服务精神、具有良好的沟通能力、普通话流利、工作认真细致、需要有良好的团队精神和工作协作意识，纪律意识强及良好的有良好的心态。</w:t>
      </w:r>
      <w:r>
        <w:rPr>
          <w:lang w:eastAsia="zh-CN"/>
        </w:rPr>
        <w:br/>
      </w:r>
      <w:r>
        <w:rPr>
          <w:lang w:eastAsia="zh-CN"/>
        </w:rPr>
        <w:t>　　2.作为客服人员，需要一定的技能技巧：</w:t>
      </w:r>
      <w:r>
        <w:rPr>
          <w:lang w:eastAsia="zh-CN"/>
        </w:rPr>
        <w:br/>
      </w:r>
      <w:r>
        <w:rPr>
          <w:lang w:eastAsia="zh-CN"/>
        </w:rPr>
        <w:t>　　(1)学会忍耐与宽容。忍耐与宽容是面对无理客户的法宝，是一种美德，需要包容和理解客户。客户的性格不同，人生观、世界观、价值观也不同，因此客户服务是根据客户本人的喜好使他满意。</w:t>
      </w:r>
      <w:r>
        <w:rPr>
          <w:lang w:eastAsia="zh-CN"/>
        </w:rPr>
        <w:br/>
      </w:r>
      <w:r>
        <w:rPr>
          <w:lang w:eastAsia="zh-CN"/>
        </w:rPr>
        <w:t>　　(2)不轻易承诺，说到就要做到。客户服务人员不要轻易地承诺，随便答应客户做什么，这样会给工作造成被动。但是客户服务人员必须要注重自己的诺言，一旦答应客户，就要尽心尽力去做到。在移动公司作为话务员期间，公司规定在接到客户投诉问题后，要在48小时之内必须做出处理，这是一种信誉的体现，也是对作为客服的基本要求。</w:t>
      </w:r>
      <w:r>
        <w:rPr>
          <w:lang w:eastAsia="zh-CN"/>
        </w:rPr>
        <w:br/>
      </w:r>
      <w:r>
        <w:rPr>
          <w:lang w:eastAsia="zh-CN"/>
        </w:rPr>
        <w:t>　　(3)勇于承担责任。客户服务人员需要经常承担各种各样的责任和失误。出现问题的时候，同事之间往往会相互推卸责任。客户服务是一个企业的服务窗口，应该去包容整个企业对客户带来的所有损失。因此，在客户服务部门，不能说这是那个部门的责任，一切的责任都需要通过客服人员化解，需要勇于承担责任。</w:t>
      </w:r>
      <w:r>
        <w:rPr>
          <w:lang w:eastAsia="zh-CN"/>
        </w:rPr>
        <w:br/>
      </w:r>
      <w:r>
        <w:rPr>
          <w:lang w:eastAsia="zh-CN"/>
        </w:rPr>
        <w:t>　　3.作为客服，需要一定的技能素质：</w:t>
      </w:r>
      <w:r>
        <w:rPr>
          <w:lang w:eastAsia="zh-CN"/>
        </w:rPr>
        <w:br/>
      </w:r>
      <w:r>
        <w:rPr>
          <w:lang w:eastAsia="zh-CN"/>
        </w:rPr>
        <w:t>　　(1)良好的语言表达能力。与客户沟通过程中，普通话流利，语速适中，用词恰当，谦恭自信。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丰富的行业知识及经验。丰富的行业知识及经验是解决客户问题的必备武器。不管做那个行业都需要具备扎实的专业知识和经验。不仅能跟客户沟通、赔礼道歉，而且要成为此项服务的专家，能够解释客户提出的问题。如果客户服务人员不能成为业内人士，不是专业人才，有些问题可能就解决不了。作为客户，最希望得到的就是服务人员的帮助。因此，客户服务人员要有很丰富的行业知识和经验。</w:t>
      </w:r>
      <w:r>
        <w:rPr>
          <w:lang w:eastAsia="zh-CN"/>
        </w:rPr>
        <w:br/>
      </w:r>
      <w:r>
        <w:rPr>
          <w:lang w:eastAsia="zh-CN"/>
        </w:rPr>
        <w:t>　　(3)要学会换位思考，我们在考虑自已利益的同时也要会客户着想，这样是维护客户、留住客户最好且最有力的办法，在遇到客户投诉时如能换位思考可以平衡工作情绪，提升自身素质。</w:t>
      </w:r>
      <w:r>
        <w:rPr>
          <w:lang w:eastAsia="zh-CN"/>
        </w:rPr>
        <w:br/>
      </w:r>
      <w:r>
        <w:rPr>
          <w:lang w:eastAsia="zh-CN"/>
        </w:rPr>
        <w:t xml:space="preserve">    银行电话客服个人工作总结2024 篇9 </w:t>
      </w:r>
      <w:r>
        <w:rPr>
          <w:lang w:eastAsia="zh-CN"/>
        </w:rPr>
        <w:br/>
      </w:r>
      <w:r>
        <w:rPr>
          <w:lang w:eastAsia="zh-CN"/>
        </w:rPr>
        <w:t>　　一年来，在公司党委的正确领导和关心帮助下，本人认真学习三个代表的重要思想，牢固树立以八荣八耻为内容的荣辱观，按照局党委确定的工作思路，以微笑服务为己任，以顾客满意为宗旨，立足本职、爱岗敬业、扎扎实实地做好电信基层客服工作。现对自己全年的工作总结</w:t>
      </w:r>
      <w:r>
        <w:rPr>
          <w:lang w:eastAsia="zh-CN"/>
        </w:rPr>
        <w:br/>
      </w:r>
      <w:r>
        <w:rPr>
          <w:lang w:eastAsia="zh-CN"/>
        </w:rPr>
        <w:t>　　一、立足本职，爱岗敬业</w:t>
      </w:r>
      <w:r>
        <w:rPr>
          <w:lang w:eastAsia="zh-CN"/>
        </w:rPr>
        <w:br/>
      </w:r>
      <w:r>
        <w:rPr>
          <w:lang w:eastAsia="zh-CN"/>
        </w:rPr>
        <w:t>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w:t>
      </w:r>
      <w:r>
        <w:rPr>
          <w:lang w:eastAsia="zh-CN"/>
        </w:rPr>
        <w:br/>
      </w:r>
      <w:r>
        <w:rPr>
          <w:lang w:eastAsia="zh-CN"/>
        </w:rPr>
        <w:t>　　二、勤奋学习，与时俱进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理论是行动的先导。作为电信基层客服人员，我深刻体会到理论学习不仅是任务，而且是一种责任，更是一种境界。一年来我坚持勤奋学习，努力提高理论水平，强化思维能力，注重用理论联系实际，用实践来锻炼自己。</w:t>
      </w:r>
      <w:r>
        <w:rPr>
          <w:lang w:eastAsia="zh-CN"/>
        </w:rPr>
        <w:br/>
      </w:r>
      <w:r>
        <w:rPr>
          <w:lang w:eastAsia="zh-CN"/>
        </w:rPr>
        <w:t>　　1、注重理论联系实际。在工作中用理论来指导解决实践，学习目的再于应用，以理论的指导，不断提高了分析问题和解决问题的能力，增强了工作中的原则性、系统性、预见性和创造性。到公司三年来，我注重把理论转化为自己的科学思维方法，转化为对实际工作的正确把握，转化为指导工作的思路办法，积极研究新情况，解决新问题，走出新路子，克服因循守旧的思想，力戒经验主义，拓展思维。</w:t>
      </w:r>
      <w:r>
        <w:rPr>
          <w:lang w:eastAsia="zh-CN"/>
        </w:rPr>
        <w:br/>
      </w:r>
      <w:r>
        <w:rPr>
          <w:lang w:eastAsia="zh-CN"/>
        </w:rPr>
        <w:t>　　2、注重克服思想上的惰性。坚持按制度，按计划进行理论学习。首先不把理论学习视为软指标和额外负担，自觉参加每季度的党课集中学习;其次是按自己的学习计划，坚持个人自学，发扬钉子精神，挤时间学，正确处理工作与学习的矛盾，不因工作忙而忽视学习，不因任务重而放松学习。</w:t>
      </w:r>
      <w:r>
        <w:rPr>
          <w:lang w:eastAsia="zh-CN"/>
        </w:rPr>
        <w:br/>
      </w:r>
      <w:r>
        <w:rPr>
          <w:lang w:eastAsia="zh-CN"/>
        </w:rPr>
        <w:t>　　在今后的工作中，我会继续发扬我在过去的工作方式，我会努力的继续工作，在工作中保持好和客户之间的关系，用最好的服务来解决客户的困难，让我用最好的服务来化解客户的难题。</w:t>
      </w:r>
      <w:r>
        <w:rPr>
          <w:lang w:eastAsia="zh-CN"/>
        </w:rPr>
        <w:br/>
      </w:r>
      <w:r>
        <w:rPr>
          <w:lang w:eastAsia="zh-CN"/>
        </w:rPr>
        <w:t>　　工作就是这样，干一行爱一行，我已经对我的工作非常的热爱了，我会在今后的工作中继续的努力，为公司的发展做出自己最大的努力!</w:t>
      </w:r>
      <w:r>
        <w:rPr>
          <w:lang w:eastAsia="zh-CN"/>
        </w:rPr>
        <w:br/>
      </w:r>
      <w:r>
        <w:rPr>
          <w:lang w:eastAsia="zh-CN"/>
        </w:rPr>
        <w:t xml:space="preserve">    银行电话客服个人工作总结2024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经过了几天的培训，我对这份工作有了一定的了解和认识，现在我将感想以及工作的认识总结如下：</w:t>
      </w:r>
      <w:r>
        <w:rPr>
          <w:lang w:eastAsia="zh-CN"/>
        </w:rPr>
        <w:br/>
      </w:r>
      <w:r>
        <w:rPr>
          <w:lang w:eastAsia="zh-CN"/>
        </w:rPr>
        <w:t>　　1。客服人员所需的基本技能及素质要求：客服人员所需的基本技能需要有良好的服务精神，具有良好的沟通能力，工作认真细致，需要有良好的团队精神和工作协作意识，纪律意识及良好的心态。</w:t>
      </w:r>
      <w:r>
        <w:rPr>
          <w:lang w:eastAsia="zh-CN"/>
        </w:rPr>
        <w:br/>
      </w:r>
      <w:r>
        <w:rPr>
          <w:lang w:eastAsia="zh-CN"/>
        </w:rPr>
        <w:t>　　2。作为客服人员，需要一定的技能技巧;学会忍耐和宽容，忍耐与宽容是面对无理客户的法宝，是一种美德，需要包容和理解客户，</w:t>
      </w:r>
      <w:r>
        <w:rPr>
          <w:lang w:eastAsia="zh-CN"/>
        </w:rPr>
        <w:br/>
      </w:r>
      <w:r>
        <w:rPr>
          <w:lang w:eastAsia="zh-CN"/>
        </w:rPr>
        <w:t>　　3。对于公司经营的产品一定要了解、熟悉其功能</w:t>
      </w:r>
      <w:r>
        <w:rPr>
          <w:lang w:eastAsia="zh-CN"/>
        </w:rPr>
        <w:br/>
      </w:r>
      <w:r>
        <w:rPr>
          <w:lang w:eastAsia="zh-CN"/>
        </w:rPr>
        <w:t>　　以下是我的一些感想：</w:t>
      </w:r>
      <w:r>
        <w:rPr>
          <w:lang w:eastAsia="zh-CN"/>
        </w:rPr>
        <w:br/>
      </w:r>
      <w:r>
        <w:rPr>
          <w:lang w:eastAsia="zh-CN"/>
        </w:rPr>
        <w:t>　　算算，我来到公司已经将近两个多月了。回想一下，在这段时间里面我虽然感觉到了前所未有的压力，但是，我也一直在努力适应着这种压力，虽然曾经有放弃过，但是我深思过后，既然已经来了，就要做到最好，受一点委屈算什么，如果这一点委屈都受不了，那根本就不用出家门，直接呆在家里天天靠父母好了，虽然现在还会犯错误，但是只要我每天都努力了，每天都有进步了。那就是收获。</w:t>
      </w:r>
      <w:r>
        <w:rPr>
          <w:lang w:eastAsia="zh-CN"/>
        </w:rPr>
        <w:br/>
      </w:r>
      <w:r>
        <w:rPr>
          <w:lang w:eastAsia="zh-CN"/>
        </w:rPr>
        <w:t>　　其实，可能还是我不太熟悉和了解吧，所以出现错误的机率就会比较多一些，而且以前一直没有接触过这个东西，但我始终相信只要我有用心去学去接触，真正的融入这行，总会有收获的。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客服，其实是一个复杂而又简单的工作，简单的说，就是为客户服务，一切为客户着想，当然这得确保在不损公司利益的情况下，如果想做好一个客服，第一，就是要有良好的心态，就像前段时间，我一直以为我可能要被开除了。我这么差，还老是犯错误，没有一点信心，结果后面出错的机率越来越多，连最基本的服务都没有做好，导致技术员到工地无法施工，就是因我事先没有和客户沟通好。不过，俗话说：人非圣贤谁能无过其实最主要的还是心态没有放好，吃一堑长一智。错误出现一次就尽量不要出现第二次，反省一下为什么出错，错在哪里，为什么错了，下一回就会不会出现这样的错误了。自接手派工岗位以来，自己不知犯了多少个错误，每一次犯错后都挨了不少骂，曾经想过让自己放弃，因觉得这样太受气太委屈了，慢慢的觉得压力好大，想想之前的同事的话，现在真的应了他们的话了，这个工作真的不好做。但也有同事赞过我说没有人带我都能做到现在，真的不错的，可惜我还是会犯下不少的错。我不知接下的，将会发生怎么样的变化，既然我还在公司做，我就会很努务尽量让自动做到最好来。因为已经吸取教训了，就像谢丽说的，犯第一错没有关系，第二次错如果还犯的话那就是自身的问题了，而且犯了错误就要及时提出来，不要私立自解决，之前就是因出现问题时自己没有及时反馈上去才导致发生那么的事。</w:t>
      </w:r>
      <w:r>
        <w:rPr>
          <w:lang w:eastAsia="zh-CN"/>
        </w:rPr>
        <w:br/>
      </w:r>
      <w:r>
        <w:rPr>
          <w:lang w:eastAsia="zh-CN"/>
        </w:rPr>
        <w:t>　　现在，以后我会努力奋斗，努力学习，尽量做到不犯错误，认真对待每一个客户，努力做到每个客户都能满意，以及领导和同事的满意。</w:t>
      </w:r>
      <w:r>
        <w:rPr>
          <w:lang w:eastAsia="zh-CN"/>
        </w:rPr>
        <w:br/>
      </w:r>
      <w:r>
        <w:rPr>
          <w:lang w:eastAsia="zh-CN"/>
        </w:rPr>
        <w:t xml:space="preserve">    银行电话客服个人工作总结2024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忙碌的20__年即将过去。回首一年来的工作，感慨颇深。这一年来我在公司各级领导的关心和支持下、在服务中心全体人员的积极努力配合下、在发现、解决、总结中逐渐成熟，并且取得了一定的成绩。</w:t>
      </w:r>
      <w:r>
        <w:rPr>
          <w:lang w:eastAsia="zh-CN"/>
        </w:rPr>
        <w:br/>
      </w:r>
      <w:r>
        <w:rPr>
          <w:lang w:eastAsia="zh-CN"/>
        </w:rPr>
        <w:t>　　一、提高服务质量，规范管家服务。</w:t>
      </w:r>
      <w:r>
        <w:rPr>
          <w:lang w:eastAsia="zh-CN"/>
        </w:rPr>
        <w:br/>
      </w:r>
      <w:r>
        <w:rPr>
          <w:lang w:eastAsia="zh-CN"/>
        </w:rPr>
        <w:t>　　自20__年_月推出一对一管家式服务来，在日常工作中无论遇到任何问题，都能作到各项工作不推诿，负责到底。不管是否属于本岗位的事宜都要跟踪落实，保证公司各项工作的连惯性，使工作在一个良性的状态下进行，大大提高了我们的工作效率和服务质量。根据记录统计，在一对一管家式服务落实的同时，还参加公司组织的各类培训。主要针对《客户大使服务规范》、《交房接待人员服务规范用语》、《仪态礼仪》、《谈吐礼仪》、《送客礼仪》、《接听礼仪》、〈举止行为〉、等进行培训。培训后还进行了现场模拟和日检查的形式进行考核，如微笑、问候、规范等。我们根据平时成绩到月底进行奖惩，使我的服务水平有了较大的提高，得到了业主的认可。</w:t>
      </w:r>
      <w:r>
        <w:rPr>
          <w:lang w:eastAsia="zh-CN"/>
        </w:rPr>
        <w:br/>
      </w:r>
      <w:r>
        <w:rPr>
          <w:lang w:eastAsia="zh-CN"/>
        </w:rPr>
        <w:t>　　二、规范服务流程，物业管理走向专业化。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随着新《物业管理条例》的颁布和实施，以及其它相关法律、法规的日益健全，人们对物业公司的要求也越来越高。物业管理已不再满足于走在边缘的现状，而是朝着专业化、程序化和规范化的方向迈进。在对小区的日常管理中，我们严格控制、加强巡视，发现小区内违章的操作和装修，我们从管理服务角度出发，善意劝导，及时制止并给出合理化建议，并且同公司的相关部门进行沟通，制定了相应的整改措施，如私搭乱建佛堂、露台搭建阳光房等，一经发现我们马上发整改通知书，令其立即整改。</w:t>
      </w:r>
      <w:r>
        <w:rPr>
          <w:lang w:eastAsia="zh-CN"/>
        </w:rPr>
        <w:br/>
      </w:r>
      <w:r>
        <w:rPr>
          <w:lang w:eastAsia="zh-CN"/>
        </w:rPr>
        <w:t>　　三、加强培训、提高业务水平</w:t>
      </w:r>
      <w:r>
        <w:rPr>
          <w:lang w:eastAsia="zh-CN"/>
        </w:rPr>
        <w:br/>
      </w:r>
      <w:r>
        <w:rPr>
          <w:lang w:eastAsia="zh-CN"/>
        </w:rPr>
        <w:t>　　专业知识对于搞物业管理者来说很重要。实践中缺乏经验。市场环境逐步形成，步入正轨还需一段很长的时间。这些客观条件都决定了我们从业人员需不断地学习，学习该行业的法律法规及动态，对于搞好我们的工作是很有益处的。</w:t>
      </w:r>
      <w:r>
        <w:rPr>
          <w:lang w:eastAsia="zh-CN"/>
        </w:rPr>
        <w:br/>
      </w:r>
      <w:r>
        <w:rPr>
          <w:lang w:eastAsia="zh-CN"/>
        </w:rPr>
        <w:t>　　客服是与业主打交道最直接最频繁的部门，员工的素质高低代表着企业的形象，所以公司一直不断地搞好员工培训、提高我们的整体服务水平，我们培训的主要内容有：</w:t>
      </w:r>
      <w:r>
        <w:rPr>
          <w:lang w:eastAsia="zh-CN"/>
        </w:rPr>
        <w:br/>
      </w:r>
      <w:r>
        <w:rPr>
          <w:lang w:eastAsia="zh-CN"/>
        </w:rPr>
        <w:t>　　(一)搞好礼仪培训、规范仪容仪表</w:t>
      </w:r>
      <w:r>
        <w:rPr>
          <w:lang w:eastAsia="zh-CN"/>
        </w:rPr>
        <w:br/>
      </w:r>
      <w:r>
        <w:rPr>
          <w:lang w:eastAsia="zh-CN"/>
        </w:rPr>
        <w:t>　　良好的形象给人以赏心悦悦目的感觉，物业管理首先是一个服务行业，接待业主来访，我们做到热情周到、微笑服务、态度和蔼、这样即使业主带着情绪来，我们的周到服务也会让其消减一些，以便我们帮助业主解决这方面问题。前台服务人员必须站立服务，无论是公司领导还是业主见面时都要说你好，这样，即提升了客服的形象，在一定程度也提升了整个物业公司的形象，更突出了物业公司的服务性质。</w:t>
      </w:r>
      <w:r>
        <w:rPr>
          <w:lang w:eastAsia="zh-CN"/>
        </w:rPr>
        <w:br/>
      </w:r>
      <w:r>
        <w:rPr>
          <w:lang w:eastAsia="zh-CN"/>
        </w:rPr>
        <w:t>　　(二)搞好专业知识培训、提高专业技能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除了礼仪培训以外，专业知识的培训是主要的。公司还定期给员工做这方面的培训。主要是结合《__市住宅区物业管理条例》、《工业园区住宅物业管理办法》、《住宅室内装饰装修管理办法》等法律、法规、学习相关法律知识，从法律上解决实际当中遇到的问题，清楚明白物业管理不是永远保修的，也不是交了物业管理费物业公司就什么都负责的，公司还拿一些经典案例，大家共同探讨、分析、学习，发生纠纷物业公司承担多大的责任等。都需要我们在工作中不断学习、不断积累经验。</w:t>
      </w:r>
      <w:r>
        <w:rPr>
          <w:lang w:eastAsia="zh-CN"/>
        </w:rPr>
        <w:br/>
      </w:r>
      <w:r>
        <w:rPr>
          <w:lang w:eastAsia="zh-CN"/>
        </w:rPr>
        <w:t>　　20__年将是崭新的一年，随着我们服务质量的不断提高，小区入住业主的增多，物业将会向着更高、更强的目标迈进，客服全体员工也将会一如既往的保持高涨的工作热情，以更饱满的精神去迎接新的一年，共同努力为我们万科物业公司逸庭服务中心谱写崭新辉煌的一页!</w:t>
      </w:r>
      <w:r>
        <w:rPr>
          <w:lang w:eastAsia="zh-CN"/>
        </w:rPr>
        <w:br/>
      </w:r>
      <w:r>
        <w:rPr>
          <w:lang w:eastAsia="zh-CN"/>
        </w:rPr>
        <w:t>　　20__年我们的工作计划是：</w:t>
      </w:r>
      <w:r>
        <w:rPr>
          <w:lang w:eastAsia="zh-CN"/>
        </w:rPr>
        <w:br/>
      </w:r>
      <w:r>
        <w:rPr>
          <w:lang w:eastAsia="zh-CN"/>
        </w:rPr>
        <w:t>　　一、针对20__年满意度调查时业主反映的情况进行跟进处理，以便提高20__年入住率。</w:t>
      </w:r>
      <w:r>
        <w:rPr>
          <w:lang w:eastAsia="zh-CN"/>
        </w:rPr>
        <w:br/>
      </w:r>
      <w:r>
        <w:rPr>
          <w:lang w:eastAsia="zh-CN"/>
        </w:rPr>
        <w:t>　　二、继续规范各项工作流程，认真贯彻执行各岗位的岗位职责。</w:t>
      </w:r>
      <w:r>
        <w:rPr>
          <w:lang w:eastAsia="zh-CN"/>
        </w:rPr>
        <w:br/>
      </w:r>
      <w:r>
        <w:rPr>
          <w:lang w:eastAsia="zh-CN"/>
        </w:rPr>
        <w:t xml:space="preserve">    银行电话客服个人工作总结2024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对于一个客服代表来说，做客服工作的感受就象是一个学会了吃辣椒的人，整个过程感受最多的只有一个字：辣。如果到有一天你已经习惯了这种味道，不再被这种味道呛得咳嗽或是摸鼻涕流眼泪的时候就说明你已经是一个非常有经验的老员工了。我是从一线员工上来的，所以深谙这种味道。作为一个班长，在接近两年的.班长工作中，我就一直在不断地探索，企图能够找到另外一种味道，能够化解和消融前台因用户所产生的这种辣味，这就是话务员情绪管理。毕竟大多数的人需要对自己的情绪进行管理、控制和调节。</w:t>
      </w:r>
      <w:r>
        <w:rPr>
          <w:lang w:eastAsia="zh-CN"/>
        </w:rPr>
        <w:t xml:space="preserve"> 在每一个新员工上线之前，我会告诉她们，一个优秀的客服代表，仅有熟练的业务知识和高超的服务技巧还不够，要尝试着在以下两点的基础上不断地完善作为一个客服代表的职业心理素质，要学会把枯燥和单调的工作做得有声有色，学会把工作当成是一种享受。首先，对于用户要以诚相待，当成亲人或是朋友，真心为用户提供切实有效地咨询和帮助，这是愉快工作的前提之一。然后，在为用户提供咨询时要认真倾听用户的问题而不是去关注用户的态度，这样才会保持冷静，细细为之分析引导，熄灭用户情绪上的怒火，防止因服务态度问题火上烧油引起用户更大的</w:t>
      </w:r>
      <w:r>
        <w:rPr>
          <w:lang w:eastAsia="zh-CN"/>
        </w:rPr>
        <w:br/>
      </w:r>
      <w:r>
        <w:rPr>
          <w:lang w:eastAsia="zh-CN"/>
        </w:rPr>
        <w:t xml:space="preserve">    银行电话客服个人工作总结2024 篇13 </w:t>
      </w:r>
      <w:r>
        <w:rPr>
          <w:lang w:eastAsia="zh-CN"/>
        </w:rPr>
        <w:br/>
      </w:r>
      <w:r>
        <w:rPr>
          <w:lang w:eastAsia="zh-CN"/>
        </w:rPr>
        <w:t>　　三个多月以来，在同事们的帮助下，自己在电销方面学到了很多东西，下面将以前的工作总结如下：</w:t>
      </w:r>
      <w:r>
        <w:rPr>
          <w:lang w:eastAsia="zh-CN"/>
        </w:rPr>
        <w:br/>
      </w:r>
      <w:r>
        <w:rPr>
          <w:lang w:eastAsia="zh-CN"/>
        </w:rPr>
        <w:t>　　还记得当同事已经打了好多通电话之后，我才敢打自己的第一通电话，当时拿电话的手都是颤抖的，心里竟然还在祈祷不要有人接电话。可是并不如我所愿，那边接起了电话，我一时之间竟不知道自己要说什么了：开始想好的那些话语都烟消云散了，后来就把话术都记在本子上慢慢习惯了也就好了。到现在想想，那时真的是很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做电话销售也可能是所有销售里最难，有挑战性的了；对于别人的拒绝总是很让我伤自尊。但是自己必须要迈过这个门槛。说实话当时我是把自己看成被“逼”上梁山的好汉，每天都在打电话，打好多的电话让自己遭受拒绝，学会承受。在开始的时候也是在师傅包括一部的同志们帮助以及熏陶下才慢慢的适应，别人可以做到，为什么我就不可以？</w:t>
      </w:r>
      <w:r>
        <w:rPr>
          <w:lang w:eastAsia="zh-CN"/>
        </w:rPr>
        <w:br/>
      </w:r>
      <w:r>
        <w:rPr>
          <w:lang w:eastAsia="zh-CN"/>
        </w:rPr>
        <w:t>　　作为销售人员我感觉背负着挺大的工作压力。当面对背井离乡孤军奋战时的寂寞时，当面对完不成销售任务的沮丧时，当面对部分蛮不讲理的客户时，一旦丢失了坚强的意志，那么就只能逃离营销这个职业或者浑浑恶恶过日子。尤其是做电话销售，我们每天至少打五十个电话，每个月如果有十六个工作日，那每个月我们就要800个电话。可见我们要经受多少次的拒绝，我们听得最多的声音就是“拒绝”，如果不能激励自己，不能互相激励，那我们可能每天都会愁云罩面，每天都不想打电话，甚至看到电话头就痛，因为没有一个人会喜欢被拒绝的感觉。</w:t>
      </w:r>
      <w:r>
        <w:rPr>
          <w:lang w:eastAsia="zh-CN"/>
        </w:rPr>
        <w:br/>
      </w:r>
      <w:r>
        <w:rPr>
          <w:lang w:eastAsia="zh-CN"/>
        </w:rPr>
        <w:t>　　在追求成功的时候，必然会碰到各种各样的困难、曲折、打击、不如意。可能这个世界上会有极少数的人，他的一生一路顺风，但是大部分的人，他都曾经遭遇过失败或正在遭遇失败，包括很多成功人士也是一样。除了要对自己当初确立的目标要有坚定的信心外，必须要不时回过头去，检验自己一路走来的足迹有没有偏离了轨道，有没有多走了弯路，如果走偏了就赶紧回来，赶紧修正，不时地总结和回顾，才能保证方向永远是正确的。正如常言道：“一个人不追求进步的同时就是在原地踏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此时回头一想，我本人在工作中还是存在不少的缺点和不足之处，尤其最明显的一点就是马虎大意，在发传真的时候忘记该称呼有几次，甚至有次去开会竟然还把鞋子忘记带，最后还是满天去借，此等性质的问题细节在生活中也是经常发生；打电话的时候还是不能够独立面对问题，在客户遇到问题的时候自己容易惊慌失措，不能镇定的稳住阵脚，就把电话直接塞给师傅或者其他同事了，这点来说，现在做的非常不好，包括打回访自己都不会去打，现在刚来了不到一个月的新人都可以自己面对这些问题，我这点就做的不够成功了，以后一定要努力改掉这个习惯，不能什么时候都依靠别人，要靠自己解决！还有一点是平时工作和生活两者不能区分开来，有时工作中的烦恼会带到生活中，而生活中不愉快的心情也有时导致一天的心情，当然这样是肯定不好的，因为一天没有好心情就直接决定能否有回执来报答一天的劳效！所以平时工作以及生活中，在自己给自己调解的同时要坚信：郁闷的人找郁闷的人，会更加郁闷。一定要找比自己成功的人，比自己愉快的人，他的愉快会感染会传染，就会找到力量和信心。</w:t>
      </w:r>
      <w:r>
        <w:rPr>
          <w:lang w:eastAsia="zh-CN"/>
        </w:rPr>
        <w:br/>
      </w:r>
      <w:r>
        <w:rPr>
          <w:lang w:eastAsia="zh-CN"/>
        </w:rPr>
        <w:t>　　为今后做个打算，不能和以前一样从来不做总结，从来不设定目标，那样就像是一个无头苍蝇乱碰一天天的混日子了，没有目标性，一天不知道要有什么样的结果，在此一定明确了：至少一场会保持两个客户，不然一个月下来就八场会的话，自己来那么几个客户还不能保证是不是质量客户，那样签单的几率就太小了，至少在自己的努力中能够充实自己，给自己的同学一个榜样，给家里一个交待，能让所有关心自己的人放心，会认为我过的很好就ok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一零年已成为过去，勇敢来挑战一一年的成功，成功肯定会眷顾那些努力的人！</w:t>
      </w:r>
      <w:r>
        <w:rPr>
          <w:lang w:eastAsia="zh-CN"/>
        </w:rPr>
        <w:br/>
      </w:r>
      <w:r>
        <w:rPr>
          <w:lang w:eastAsia="zh-CN"/>
        </w:rPr>
        <w:t xml:space="preserve">    银行电话客服个人工作总结2024 篇14 </w:t>
      </w:r>
      <w:r>
        <w:rPr>
          <w:lang w:eastAsia="zh-CN"/>
        </w:rPr>
        <w:br/>
      </w:r>
      <w:r>
        <w:rPr>
          <w:lang w:eastAsia="zh-CN"/>
        </w:rPr>
        <w:t>　　时间太瘦，指缝太窄，一晃，20__年就这样过了，刚来到公司可能一下子还没从学生的角色转变过来，有点不适应，但慢慢就习惯了这样的节奏。入职恒力公司的客服部到现在已经半年有余，过去的一年里，在领导和同事们的悉心关怀和指导以及包容下，通过自身的不懈努力，在工作上取得了一定的成果，但也存在着不足。</w:t>
      </w:r>
      <w:r>
        <w:rPr>
          <w:lang w:eastAsia="zh-CN"/>
        </w:rPr>
        <w:br/>
      </w:r>
      <w:r>
        <w:rPr>
          <w:lang w:eastAsia="zh-CN"/>
        </w:rPr>
        <w:t>　　客服部是管理处的桥梁和信息中枢，起着联系内外的作用，所以各个部门的同事都要和谐相处，因为客服人员的服务水平和服务素质以及各部门在工作上的支持直接影响着客服部整体工作，因此老大对每个客服人员的要求还是挺严格的，认真细致和专业是必不可少的。要学会把枯燥而单调的工作做得有声有色单有专业知识是远远不够的，所以老大对新入职员工的各方面的培训做的还是挺到位的，就连最基本的都要教，就我个人而言，刚来公司培训了一个月调回工作，感觉自己只是把客服人员最基本的皮毛学了下而已，但在之后又要求我回公司再深入学习一个月，当时觉得没这个必要，但是当我下来感觉自己有点落后之后觉得确实有这个必要，可以为自己将来在韶关工作打下更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工作中随时都会遇到自己不懂的问题，被问及的同事都挺乐意教，不会摆着一副老员工的架子，这点对于新员工来说是一种欣慰，当然工作中也会遇到一些很刁钻的客户，作为一个客服人员来说，首先应该对客户以诚相待，把客户当成朋友，真心为客户提供切实有效地咨询和帮助，在为客户提供咨询时要认真倾听客户的问题，这样才会保持冷静，细细为之分析引导，熄灭客户情绪上的怒火，处理这样的问题不单客服人员基本的技巧要掌握还要学会随机应变，防止因服务态度问题火上烧油引起客户更大的投诉，所以在工作中要积累更多的经验。</w:t>
      </w:r>
      <w:r>
        <w:rPr>
          <w:lang w:eastAsia="zh-CN"/>
        </w:rPr>
        <w:br/>
      </w:r>
      <w:r>
        <w:rPr>
          <w:lang w:eastAsia="zh-CN"/>
        </w:rPr>
        <w:t>　　说真的，在工作中有时候有些细节问题自己也察觉不到，可能是因为自己不够细心和熟练，或者还不够专业，有时工作中出点错也在所难免，我会尽力克服这些缺点，希望以后可以做到更好。</w:t>
      </w:r>
      <w:r>
        <w:rPr>
          <w:lang w:eastAsia="zh-CN"/>
        </w:rPr>
        <w:br/>
      </w:r>
      <w:r>
        <w:rPr>
          <w:lang w:eastAsia="zh-CN"/>
        </w:rPr>
        <w:t>　　回顾__年，公司在人员有点紧缺的情况下超额地完成了任务，对于刚刚参加工作的我来说有点艰辛，却收获了成长与成绩，很感谢公司给我这样一个平台，展望明年，迎接我们的是机遇和挑战。为此，我会在明年的工作中继续团结一致、齐心协力的去实现部门目标，为公司发展贡献一份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20__年，是全新的一年，也是自我挑战的一年，我将努力改正过去一年工作中的不足，把新一年的工作做好，为公司的发展尽一份力。在此，对一直以来支持我工作的同事表示感谢。谢谢同事们的包容和耐心，谢谢老大在工作上教导和生活中的关心，没有公司的培养就没有我现在的进步，虽然进步不是很明显。公司的部分员工在工作能力上的成长和进步。作为同事让我有一些成就感，同时也是对我的鞭策。不断的学习才能不断的进步，老大交给我的每一项工作都当成是给我的一次学习的机会，认真努力地完成它。时间总是年复一年的轮回，岁月却把所有的优与劣、利与弊记载下来。在新的一年中，我将带着我在昔日工作中积累的所有的经验投入到新一年的工作中。我将更加努力的进行本职工作，加强部门的凝聚力，力争在新一年的工作中焕然一新，取得更大进步。</w:t>
      </w:r>
      <w:r>
        <w:rPr>
          <w:lang w:eastAsia="zh-CN"/>
        </w:rPr>
        <w:br/>
      </w:r>
      <w:r>
        <w:rPr>
          <w:lang w:eastAsia="zh-CN"/>
        </w:rPr>
        <w:t>　　20__年初我很荣幸客户服务中心一员从进入客服中心之日起我把客服中心视同家中心每一位员工都是亲人不论是公司正式员工还是聘用员工无论是年纪大员工还是刚进入社会女孩她们性格、兴趣我了如指掌她们喜怒哀乐都让我牵挂在心相互信赖无话不谈在沟通中她们倾诉委屈释放压力在放松中调整心态保持阳光心情她们眼中我不仅是中心负责人更是她们工作和生活导师我常与她们分享工作和人生快乐心法：即做人要有品德做事要有品质生活要有品位指导年轻员工怎样去工作如何去生活真正让员工感受到工作快乐从而把握着幸福生活。</w:t>
      </w:r>
      <w:r>
        <w:rPr>
          <w:lang w:eastAsia="zh-CN"/>
        </w:rPr>
        <w:br/>
      </w:r>
      <w:r>
        <w:rPr>
          <w:lang w:eastAsia="zh-CN"/>
        </w:rPr>
        <w:t>　　两年来我将关爱体现在生活最小细节中把真情融入工作每一环节里从爱心出发相互理解真心相待赢得了员工尊敬和认同这是我人生最大财富!我骄傲是公司最友爱团队我自豪我是优秀团队中一员!</w:t>
      </w:r>
      <w:r>
        <w:rPr>
          <w:lang w:eastAsia="zh-CN"/>
        </w:rPr>
        <w:br/>
      </w:r>
      <w:r>
        <w:rPr>
          <w:lang w:eastAsia="zh-CN"/>
        </w:rPr>
        <w:t>　　一、注重客服中心服务理念和团队文化建设努力创建一支富有凝聚力和战斗力学习型团队</w:t>
      </w:r>
      <w:r>
        <w:rPr>
          <w:lang w:eastAsia="zh-CN"/>
        </w:rPr>
        <w:br/>
      </w:r>
      <w:r>
        <w:rPr>
          <w:lang w:eastAsia="zh-CN"/>
        </w:rPr>
        <w:t>　　所谓团队单纯理解为特定范围一群人而应是大家同一目标声音一起努力团体这一团体是否团结是否有凝聚力是否有相互学习、知识共享决定了团队战斗力它是影响单位或部门发展关键因素之一。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众心齐泰山移我深知：无论多么优秀管理人员其个人能力是有限而众人智慧是无穷怎样去设计客服中心内部文化激发每一位员工爱岗敬业、积极向上工作热情创建一支富有凝聚力和战斗力学习型团队让每员工具有归属感和职业自豪感这是自客服中心成立之日起至今一直是我孜孜追求境界和竭力奋斗目标。</w:t>
      </w:r>
      <w:r>
        <w:rPr>
          <w:lang w:eastAsia="zh-CN"/>
        </w:rPr>
        <w:br/>
      </w:r>
      <w:r>
        <w:rPr>
          <w:lang w:eastAsia="zh-CN"/>
        </w:rPr>
        <w:t>　　号在公司团队建设中是难度系数最大单位中心员工年龄差别大用工方式不统一薪酬待遇偏低工作烦琐压力大个人素质要求高而且在工作中经常不被理解遭遇委屈是家常便饭客服中心是防火墙话务员是灭火器这是号日常工作真实写照常戏称客服中心对外是矛盾汇集中心对内是克服困难中心事实确如此面对现状如何在这种情况下舒缓员工压力?怎样防止服务过程员工自我情绪失控而产生负面影响?通过样方式和途径去激发员工工作和学习热情增强员工对岗位认同感对企业忠诚度是我常常思考和需解决实际问题。</w:t>
      </w:r>
      <w:r>
        <w:rPr>
          <w:lang w:eastAsia="zh-CN"/>
        </w:rPr>
        <w:br/>
      </w:r>
      <w:r>
        <w:rPr>
          <w:lang w:eastAsia="zh-CN"/>
        </w:rPr>
        <w:t>　　管理是观点是服务更是艺术激励与日常管理与团队建设密切相关不可分割客服中心激励工作具有人力资源管理共性也有它特殊性大家都知道无论任何单位发展都离不开全体员工创造力和积极性虽然物质激励仍然是衡量员工自身价值重要指标但事实上在特定环境下精神激励作用在一定程度上超出了物质奖励意义我认为：有激励就有动力有期许就有冲刺有认同就会产生归属感两者之间是作用力与反作用力关系基于这个观念在号日常管理工作中将激励措施面向所有员工我关注每个员工一点一滴进步表现量体裁衣灵活运用一张满意笑容赞许眼光一句肯定话都会员工温馨服务天天进步动力重视员工欣赏员工塑造员工点点滴滴积累就形成了团队合力保证了中心整体服务水平不断提升和各项目标顺利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我常常告戒和勉励同仁：面对市场面对客户所呈现必须是最好已与电信溶为一体站出来就代表着电信!</w:t>
      </w:r>
      <w:r>
        <w:rPr>
          <w:lang w:eastAsia="zh-CN"/>
        </w:rPr>
        <w:br/>
      </w:r>
      <w:r>
        <w:rPr>
          <w:lang w:eastAsia="zh-CN"/>
        </w:rPr>
        <w:t>　　二、细化基础管理量化绩效指标营造了公平、公正、公开考核氛围</w:t>
      </w:r>
      <w:r>
        <w:rPr>
          <w:lang w:eastAsia="zh-CN"/>
        </w:rPr>
        <w:br/>
      </w:r>
      <w:r>
        <w:rPr>
          <w:lang w:eastAsia="zh-CN"/>
        </w:rPr>
        <w:t>　　标杆要定位管理要精细指标要量化评价要公允这是我对客服中心日常管理工作简单概括。</w:t>
      </w:r>
      <w:r>
        <w:rPr>
          <w:lang w:eastAsia="zh-CN"/>
        </w:rPr>
        <w:br/>
      </w:r>
      <w:r>
        <w:rPr>
          <w:lang w:eastAsia="zh-CN"/>
        </w:rPr>
        <w:t>　　以正面引导为主大胆执行分公司绩效考核精神结合中心实际针对不同岗位进行了分工分别制定了岗位职责给每一员工下达了绩效考核指标设置优质服务明星岗在细化、量化员工工作任务同时提出工作具体要求和标准使每个员工对应承担职责做到心中有数客观评价公平看待他人最大限度发挥员工工作积极性营造了积极向上、争先创优竞赛氛围。</w:t>
      </w:r>
      <w:r>
        <w:rPr>
          <w:lang w:eastAsia="zh-CN"/>
        </w:rPr>
        <w:br/>
      </w:r>
      <w:r>
        <w:rPr>
          <w:lang w:eastAsia="zh-CN"/>
        </w:rPr>
        <w:t xml:space="preserve">    银行电话客服个人工作总结2024 篇15 </w:t>
      </w:r>
      <w:r>
        <w:rPr>
          <w:lang w:eastAsia="zh-CN"/>
        </w:rPr>
        <w:br/>
      </w:r>
      <w:r>
        <w:rPr>
          <w:lang w:eastAsia="zh-CN"/>
        </w:rPr>
        <w:t>　　一、立足本职，爱岗敬业</w:t>
      </w:r>
      <w:r>
        <w:rPr>
          <w:lang w:eastAsia="zh-CN"/>
        </w:rPr>
        <w:br/>
      </w:r>
      <w:r>
        <w:rPr>
          <w:lang w:eastAsia="zh-CN"/>
        </w:rPr>
        <w:t>　　作为客服人员，我始终坚持把简单的事做好就是不简单。工作中认真对待每一件事，每当遇到繁杂琐事，总是积极、努力的去做;当同事遇到困难需要替班时，能毫无怨言地放弃休息时间，做好工作计划，坚决服从公司的安排，全身心的投入工作;</w:t>
      </w:r>
      <w:r>
        <w:rPr>
          <w:lang w:eastAsia="zh-CN"/>
        </w:rPr>
        <w:br/>
      </w:r>
      <w:r>
        <w:rPr>
          <w:lang w:eastAsia="zh-CN"/>
        </w:rPr>
        <w:t>　　二、勤奋学习，与时俱进</w:t>
      </w:r>
      <w:r>
        <w:rPr>
          <w:lang w:eastAsia="zh-CN"/>
        </w:rPr>
        <w:br/>
      </w:r>
    </w:p>
    <w:p w:rsidR="001B1F19" w14:textId="27C3F48A">
      <w:pPr>
        <w:rPr>
          <w:rFonts w:hint="eastAsia"/>
          <w:lang w:eastAsia="zh-CN"/>
        </w:rPr>
      </w:pPr>
      <w:r>
        <w:rPr>
          <w:lang w:eastAsia="zh-CN"/>
        </w:rPr>
        <w:t>　　记得石主任给我们新员工上过的一堂课的上有讲过这样一句话：选择了建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w:t>
      </w:r>
      <w:r>
        <w:rPr>
          <w:lang w:eastAsia="zh-CN"/>
        </w:rPr>
        <w:br/>
      </w:r>
      <w:r>
        <w:rPr>
          <w:lang w:eastAsia="zh-CN"/>
        </w:rPr>
        <w:t>　　1、注重理论联系实际。在工作中用理论来指导解决实践，学习目的在于应用，以理论的指导，不断提高了分析问题和解决问题的能力，增强了工作中的原则性、系统性、预见性和创造性;</w:t>
      </w:r>
      <w:r>
        <w:rPr>
          <w:lang w:eastAsia="zh-CN"/>
        </w:rPr>
        <w:br/>
      </w:r>
      <w:r>
        <w:rPr>
          <w:lang w:eastAsia="zh-CN"/>
        </w:rPr>
        <w:t>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w:t>
      </w:r>
      <w:r>
        <w:rPr>
          <w:lang w:eastAsia="zh-CN"/>
        </w:rPr>
        <w:br/>
      </w:r>
      <w:r>
        <w:rPr>
          <w:lang w:eastAsia="zh-CN"/>
        </w:rPr>
        <w:t>　　在今后的工作中，我会努力的继续工作，在工作中保持好和客户之间的关系，用最好的服务来解决客户的困难，让我用最好的服务来化解客户的难题。制定如下计划：</w:t>
      </w:r>
      <w:r>
        <w:rPr>
          <w:lang w:eastAsia="zh-CN"/>
        </w:rPr>
        <w:br/>
      </w:r>
      <w:r>
        <w:rPr>
          <w:lang w:eastAsia="zh-CN"/>
        </w:rPr>
        <w:t>　　一、效完成外呼任务。在进行每天的外，学会总结各地方的特点，善于发现各地区客户的生活习惯和性格特征，高效的外呼。例如在进行__地区的个贷催收时，一般在下午的时间拨打接触率比较高，所以对于客户我们要多进行预约回拨;再例如行的客户他们理解能力和反映能力偏慢，我们在进行外呼时需要放慢语速，做到与客户匹配。做到数量、质量、效率三者结合;</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https://d.book118.com/846030135111010101</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6030135111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