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教师期中考试成绩分析总结2024年（31篇）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教师期中考试成绩分析总结2024年（精选31篇）</w:t>
      </w:r>
      <w:r>
        <w:rPr>
          <w:lang w:eastAsia="zh-CN"/>
        </w:rPr>
        <w:br/>
      </w:r>
      <w:r>
        <w:rPr>
          <w:lang w:eastAsia="zh-CN"/>
        </w:rPr>
        <w:t xml:space="preserve">    教师期中考试成绩分析总结2024年 篇1 </w:t>
      </w:r>
      <w:r>
        <w:rPr>
          <w:lang w:eastAsia="zh-CN"/>
        </w:rPr>
        <w:br/>
      </w:r>
      <w:r>
        <w:rPr>
          <w:lang w:eastAsia="zh-CN"/>
        </w:rPr>
        <w:t>　　如何提高一个班的整体水平，补差是必不可少的工作。在学期的开始，根据学生的学习情况，我特意挑出来有针对性的补差名单。其中四年级有孟-;一年级有徐-。</w:t>
      </w:r>
      <w:r>
        <w:rPr>
          <w:lang w:eastAsia="zh-CN"/>
        </w:rPr>
        <w:br/>
      </w:r>
      <w:r>
        <w:rPr>
          <w:lang w:eastAsia="zh-CN"/>
        </w:rPr>
        <w:t>　　先来说一下四年级</w:t>
      </w:r>
      <w:r>
        <w:rPr>
          <w:lang w:eastAsia="zh-CN"/>
        </w:rPr>
        <w:br/>
      </w:r>
      <w:r>
        <w:rPr>
          <w:lang w:eastAsia="zh-CN"/>
        </w:rPr>
        <w:t>　　马-和张-情况有点类似，之前基础知识不是太好，上课听课状态不是太好，经常发呆，作业完成情况不好，经常不做完。这次期中考试他们的成绩和以前相比进步挺明显的，尤其是基础知识，正确率变高了，我问过他们，他们也说做这题比以前轻松多了。而且上课的状态也明显有了较大改善，能积极回答问题，虽然有时仍然走神，但注意力时间比之前明显延长，总的来说，上课时精神状态较好。</w:t>
      </w:r>
      <w:r>
        <w:rPr>
          <w:lang w:eastAsia="zh-CN"/>
        </w:rPr>
        <w:br/>
      </w:r>
      <w:r>
        <w:rPr>
          <w:lang w:eastAsia="zh-CN"/>
        </w:rPr>
        <w:t>　　孙-上课听课状态很差，小动作很多，而且容易走神，作业完成情况不好。经过补差之后虽然有进步，但是进步没有前面两位同学明显。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现在来说一下孟庆浩同学，这位同学可以用进步神速来形容。原本及格都很难，这一次语文竟然上了80分，说明他课下真的用功了。</w:t>
      </w:r>
      <w:r>
        <w:rPr>
          <w:lang w:eastAsia="zh-CN"/>
        </w:rPr>
        <w:br/>
      </w:r>
      <w:r>
        <w:rPr>
          <w:lang w:eastAsia="zh-CN"/>
        </w:rPr>
        <w:t>　　在来说一下一年级</w:t>
      </w:r>
      <w:r>
        <w:rPr>
          <w:lang w:eastAsia="zh-CN"/>
        </w:rPr>
        <w:br/>
      </w:r>
      <w:r>
        <w:rPr>
          <w:lang w:eastAsia="zh-CN"/>
        </w:rPr>
        <w:t>　　徐-是个非常内向的女孩子，不爱说话，上课经常走神，做题时老是马虎，反应有点迟钝。这次考试有进步，但是幅度不大，在下阶段工作中，会进一步对她加强关注。</w:t>
      </w:r>
      <w:r>
        <w:rPr>
          <w:lang w:eastAsia="zh-CN"/>
        </w:rPr>
        <w:br/>
      </w:r>
      <w:r>
        <w:rPr>
          <w:lang w:eastAsia="zh-CN"/>
        </w:rPr>
        <w:t>　　张-也是一个相对来说比较老实的孩子，因此，在针对他的补差当中，我加强了上课对他的提问，经过一段时间，明显感觉他的学习态度发生了好的转变，原本上课爱做小动作的毛病也有了极大的改善。在这次考试中，有了大的进步。</w:t>
      </w:r>
      <w:r>
        <w:rPr>
          <w:lang w:eastAsia="zh-CN"/>
        </w:rPr>
        <w:br/>
      </w:r>
      <w:r>
        <w:rPr>
          <w:lang w:eastAsia="zh-CN"/>
        </w:rPr>
        <w:t>　　吕-他最大的毛病是不认真。体现在上课不认真，做题不认真，考试就不会，虽然我平时也对他进行了纠正，但是成效不大，这次考试不升反降。我要反思一下，及时调整策略，在下阶段提高他的成绩。</w:t>
      </w:r>
      <w:r>
        <w:rPr>
          <w:lang w:eastAsia="zh-CN"/>
        </w:rPr>
        <w:br/>
      </w:r>
      <w:r>
        <w:rPr>
          <w:lang w:eastAsia="zh-CN"/>
        </w:rPr>
        <w:t>　　经过这一段时间的补差工作，收到了良好的效果。虽然对学困生花的工夫多，收效也不算很大,但在今后的教学工作中，我仍要继续做好补差工作，因为每个孩子都是天使，都是我们的希望!</w:t>
      </w:r>
      <w:r>
        <w:rPr>
          <w:lang w:eastAsia="zh-CN"/>
        </w:rPr>
        <w:br/>
      </w:r>
      <w:r>
        <w:rPr>
          <w:lang w:eastAsia="zh-CN"/>
        </w:rPr>
        <w:t xml:space="preserve">    教师期中考试成绩分析总结2024年 篇2 </w:t>
      </w:r>
      <w:r>
        <w:rPr>
          <w:lang w:eastAsia="zh-CN"/>
        </w:rPr>
        <w:br/>
      </w:r>
      <w:r>
        <w:rPr>
          <w:lang w:eastAsia="zh-CN"/>
        </w:rPr>
        <w:t>　　按教务工作计划，本学期的期中考试于第十周星期四、五如期举行。针对前期取得的成绩和存在的不足，教务处特作以下小结，以促进后期教育教学工作更加顺利进行。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一、本次考试的主要目的：</w:t>
      </w:r>
      <w:r>
        <w:rPr>
          <w:lang w:eastAsia="zh-CN"/>
        </w:rPr>
        <w:br/>
      </w:r>
      <w:r>
        <w:rPr>
          <w:lang w:eastAsia="zh-CN"/>
        </w:rPr>
        <w:t>　　1、检验初一新生入学后对初中学习生活的适应情况，让师、生、教导处做到心中有数。</w:t>
      </w:r>
      <w:r>
        <w:rPr>
          <w:lang w:eastAsia="zh-CN"/>
        </w:rPr>
        <w:br/>
      </w:r>
      <w:r>
        <w:rPr>
          <w:lang w:eastAsia="zh-CN"/>
        </w:rPr>
        <w:t>　　2、对初全校总体教学状况做一个摸底。</w:t>
      </w:r>
      <w:r>
        <w:rPr>
          <w:lang w:eastAsia="zh-CN"/>
        </w:rPr>
        <w:br/>
      </w:r>
      <w:r>
        <w:rPr>
          <w:lang w:eastAsia="zh-CN"/>
        </w:rPr>
        <w:t>　　3、对我校教师的年级搭配及教学成果进行检测。</w:t>
      </w:r>
      <w:r>
        <w:rPr>
          <w:lang w:eastAsia="zh-CN"/>
        </w:rPr>
        <w:br/>
      </w:r>
      <w:r>
        <w:rPr>
          <w:lang w:eastAsia="zh-CN"/>
        </w:rPr>
        <w:t>　　4、通过考试发现教学中存在的问题及时总结，并指导下一步工作，促进教学质量的提高。</w:t>
      </w:r>
      <w:r>
        <w:rPr>
          <w:lang w:eastAsia="zh-CN"/>
        </w:rPr>
        <w:br/>
      </w:r>
      <w:r>
        <w:rPr>
          <w:lang w:eastAsia="zh-CN"/>
        </w:rPr>
        <w:t>　　二、题目及试卷制作情况</w:t>
      </w:r>
      <w:r>
        <w:rPr>
          <w:lang w:eastAsia="zh-CN"/>
        </w:rPr>
        <w:br/>
      </w:r>
      <w:r>
        <w:rPr>
          <w:lang w:eastAsia="zh-CN"/>
        </w:rPr>
        <w:t>　　这次考试教导处基本上采取部分题目校内非本年级教师教师命题和外乡镇兄弟学校题目相结合，目的是想促进教师教学思想的交流，学习兄弟学校的经验，同时也保证此次考试的真实性和时效性。由于教导室工作的疏忽，部分试卷印制不够清楚及背面未印内容。</w:t>
      </w:r>
      <w:r>
        <w:rPr>
          <w:lang w:eastAsia="zh-CN"/>
        </w:rPr>
        <w:br/>
      </w:r>
      <w:r>
        <w:rPr>
          <w:lang w:eastAsia="zh-CN"/>
        </w:rPr>
        <w:t>　　三、考试过程</w:t>
      </w:r>
      <w:r>
        <w:rPr>
          <w:lang w:eastAsia="zh-CN"/>
        </w:rPr>
        <w:br/>
      </w:r>
      <w:r>
        <w:rPr>
          <w:lang w:eastAsia="zh-CN"/>
        </w:rPr>
        <w:t>　　本次考试前，在周前会上教导处对全校师生进行了充分的考前动员，并鼓励全校师生以真实的成绩对开学以来教师的教和学生的学做全面的检测，要把本次考试作为对学生进行诚信教育的有利契机，为此，教导处把全校七、八、九三个年级的学生进行了交叉编排。当然，这样安排，增加了老师们的工作量。有极少数监考教师将试卷顺序收错，密封线位置订错，也出现了部分试卷收掉的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考试前，各班主任在教导处的指导下对学生做了较为深刻的思想动员，使得全校同学精神振奋，心态平和，抱着强有力的集体荣誉感投入到考试中。在整个考试过程中，秩序井然，监考老师对整个监考过程认真负责，纪律严明，自始至终很少有作弊现象发生。</w:t>
      </w:r>
      <w:r>
        <w:rPr>
          <w:lang w:eastAsia="zh-CN"/>
        </w:rPr>
        <w:br/>
      </w:r>
      <w:r>
        <w:rPr>
          <w:lang w:eastAsia="zh-CN"/>
        </w:rPr>
        <w:t>　　四、考试分析</w:t>
      </w:r>
      <w:r>
        <w:rPr>
          <w:lang w:eastAsia="zh-CN"/>
        </w:rPr>
        <w:br/>
      </w:r>
      <w:r>
        <w:rPr>
          <w:lang w:eastAsia="zh-CN"/>
        </w:rPr>
        <w:t>　　这次考试组织严密，基本达到了预期的效果，考试结果真实有效。为了及时对考试进行总结，教导处及彭乾飞副校长在全校教师会上对本次考试也作了较为深入细致的总结，并要求各班级和所有老师组写出学科考试分析，并组织各班召开了科任教师会，部分班级还召开了师生面对面的期中小结班会。</w:t>
      </w:r>
      <w:r>
        <w:rPr>
          <w:lang w:eastAsia="zh-CN"/>
        </w:rPr>
        <w:br/>
      </w:r>
      <w:r>
        <w:rPr>
          <w:lang w:eastAsia="zh-CN"/>
        </w:rPr>
        <w:t>　　从上交的学科考试分析来看，老师对本次考题较满意，认为出题者作了较深入地研究才出题的，有一定的交流和参考价值。当然也了极少数题目命题教师在命题过程中校对不够严谨，如该画线的未画线，该打点的未打点或者一题有多个答案的。或有的卷面不清楚，出题意图不够明确，教学进度不一致等。介于这一问题，部分考题作了调整，主要是初二语语文、英语和初一地理。</w:t>
      </w:r>
      <w:r>
        <w:rPr>
          <w:lang w:eastAsia="zh-CN"/>
        </w:rPr>
        <w:br/>
      </w:r>
      <w:r>
        <w:rPr>
          <w:lang w:eastAsia="zh-CN"/>
        </w:rPr>
        <w:t>　　从考试的结果分析，初一各班成绩没有较大差异，但总体成绩不容乐观。原因在于：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尖子生明显不如往届，尤其是服务范围内学生。如小考语、数成绩在180分(小考全镇前37名)以上者，不少学生成绩都未能进入年级前50名。从考试成绩来看，年级前50名学生分布情况基本均衡，703班11人、704班13人，较基四个班略多，但以上两班进入前50名的学生均有3-5人来自务工外回学生，在分班时属于不确定因素)，从整体状况来看，702、703、704班发展状况良好，期中考试过后701、705、706三个班的班主任均表示不甘落后，综上所述，七年级六个班虽部分学科暂时存在细微差距，但整体发展势头良好。</w:t>
      </w:r>
      <w:r>
        <w:rPr>
          <w:lang w:eastAsia="zh-CN"/>
        </w:rPr>
        <w:br/>
      </w:r>
      <w:r>
        <w:rPr>
          <w:lang w:eastAsia="zh-CN"/>
        </w:rPr>
        <w:t>　　2、个别教师教学中存在粗心意识;七年级数学、英语仍有大部分学生偏科;八年级六班与上期相比有一定的滑坡。(针对这一情况，新接任班主任钟孝平老师和科任老师一起在校长办公室召开了科任教师会，分析了原因，通过班会对学生进行有针对性的教育。)八年级数学、英语、生物、历史等学科应该引起重视，年级差距均不小。</w:t>
      </w:r>
      <w:r>
        <w:rPr>
          <w:lang w:eastAsia="zh-CN"/>
        </w:rPr>
        <w:br/>
      </w:r>
      <w:r>
        <w:rPr>
          <w:lang w:eastAsia="zh-CN"/>
        </w:rPr>
        <w:t>　　3、九年级各科成绩较为均衡，特别是902、904班语文、英语等学科进步较为明显。但从年级30名-70名的学生来看，仍然存在偏科现象，希望各班主任协调相应学生薄弱学科的科任教师，做好“监界生”的培养工作。</w:t>
      </w:r>
      <w:r>
        <w:rPr>
          <w:lang w:eastAsia="zh-CN"/>
        </w:rPr>
        <w:br/>
      </w:r>
      <w:r>
        <w:rPr>
          <w:lang w:eastAsia="zh-CN"/>
        </w:rPr>
        <w:t>　　五、今后的打算下一步</w:t>
      </w:r>
      <w:r>
        <w:rPr>
          <w:lang w:eastAsia="zh-CN"/>
        </w:rPr>
        <w:br/>
      </w:r>
      <w:r>
        <w:rPr>
          <w:lang w:eastAsia="zh-CN"/>
        </w:rPr>
        <w:t>　　教导室将认真总结前段工作中存在的不足，努力搞好教育教学服务工作，提高服务意识，搞好教学管理。一方面要加强课堂教学的力度，努力打造高效课堂，加强课后辅导工作，特别是对潜能生的教育。二要促进教师教育观念的转变，努力打造新型的师生关系。三是尽量配合学校完善考评机制，充分调动大家工作的积极性。</w:t>
      </w:r>
      <w:r>
        <w:rPr>
          <w:lang w:eastAsia="zh-CN"/>
        </w:rPr>
        <w:br/>
      </w:r>
      <w:r>
        <w:rPr>
          <w:lang w:eastAsia="zh-CN"/>
        </w:rPr>
        <w:t xml:space="preserve">    教师期中考试成绩分析总结2024年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期中考试已经陆续告终，对于这次的期中考试，同学们不能掉以轻心。考后的成绩已成定局，无论好还是坏，同学们都要总结原因。在同样的错误下，要严格要求自我不能犯第二次。考后的反思重要性并不亚于考试本身，它有助于同学们总结错误，在未来的考试上取得更优异的成绩。下头，对期中考试，供给三点总结提议。</w:t>
      </w:r>
      <w:r>
        <w:rPr>
          <w:lang w:eastAsia="zh-CN"/>
        </w:rPr>
        <w:br/>
      </w:r>
      <w:r>
        <w:rPr>
          <w:lang w:eastAsia="zh-CN"/>
        </w:rPr>
        <w:t>　　(一)整体总结</w:t>
      </w:r>
      <w:r>
        <w:rPr>
          <w:lang w:eastAsia="zh-CN"/>
        </w:rPr>
        <w:br/>
      </w:r>
      <w:r>
        <w:rPr>
          <w:lang w:eastAsia="zh-CN"/>
        </w:rPr>
        <w:t>　　首先，提议大家先对自我的期中考试整体情景做一个总结。想必同学们对自我的成绩都有必须的期望值，至少有必须的期待。那么，这次考试，是否到达了你的期望，是否是你这段时间学习状况的真实反映。提议同学们问自我几个问题：</w:t>
      </w:r>
      <w:r>
        <w:rPr>
          <w:lang w:eastAsia="zh-CN"/>
        </w:rPr>
        <w:br/>
      </w:r>
      <w:r>
        <w:rPr>
          <w:lang w:eastAsia="zh-CN"/>
        </w:rPr>
        <w:t>　　1.名次、成绩是上升还是下滑</w:t>
      </w:r>
      <w:r>
        <w:rPr>
          <w:lang w:eastAsia="zh-CN"/>
        </w:rPr>
        <w:br/>
      </w:r>
      <w:r>
        <w:rPr>
          <w:lang w:eastAsia="zh-CN"/>
        </w:rPr>
        <w:t>　　2.如果上升，是因为题目适合你(有些同学遇到比较难的题目成绩会比较好，有些反之)，还是同水平的同学出现了失误，还是自我的水平真实上升了。</w:t>
      </w:r>
      <w:r>
        <w:rPr>
          <w:lang w:eastAsia="zh-CN"/>
        </w:rPr>
        <w:br/>
      </w:r>
      <w:r>
        <w:rPr>
          <w:lang w:eastAsia="zh-CN"/>
        </w:rPr>
        <w:t>　　3.如果下滑，问题又出在哪里。</w:t>
      </w:r>
      <w:r>
        <w:rPr>
          <w:lang w:eastAsia="zh-CN"/>
        </w:rPr>
        <w:br/>
      </w:r>
      <w:r>
        <w:rPr>
          <w:lang w:eastAsia="zh-CN"/>
        </w:rPr>
        <w:t>　　(二)知识点总结</w:t>
      </w:r>
      <w:r>
        <w:rPr>
          <w:lang w:eastAsia="zh-CN"/>
        </w:rPr>
        <w:br/>
      </w:r>
      <w:r>
        <w:rPr>
          <w:lang w:eastAsia="zh-CN"/>
        </w:rPr>
        <w:t>　　知识点的总结是期中考试总结最重要的一环。那里有两种情景很可怕，一是根本不进行总结，那么你下次可能还掉在相同的陷阱里。第二种情景是就题论题进行总结，这样的结果是你下次可能掉在一个相似的陷阱里。</w:t>
      </w:r>
      <w:r>
        <w:rPr>
          <w:lang w:eastAsia="zh-CN"/>
        </w:rPr>
        <w:br/>
      </w:r>
      <w:r>
        <w:rPr>
          <w:lang w:eastAsia="zh-CN"/>
        </w:rPr>
        <w:t>　　那么，如何正确进行知识点的总结</w:t>
      </w:r>
      <w:r>
        <w:rPr>
          <w:lang w:eastAsia="zh-CN"/>
        </w:rPr>
        <w:br/>
      </w:r>
      <w:r>
        <w:rPr>
          <w:lang w:eastAsia="zh-CN"/>
        </w:rPr>
        <w:t>　　首先，同学们拿到卷子后，应对自我答这份卷子的情景进行一个全面的回想。请同学们细细浏览卷子中的每道题。注意，此时你关注的，不应只是错题。而是包括你答起来不流畅的题，思维有障碍的题，以及凭运气做对的题。这些题都是你的软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其次，同学们应着重对这部分知识进行复习。那里应当注意的是，千万不要就题论题。如果只是这道题做错了，改正了。那这样的总结只是让你多会做一道题而已，下次类似的题变一变形，可能又错了。殊不知，一道题错了，可能是你相关的知识体系就没有搞清楚。</w:t>
      </w:r>
      <w:r>
        <w:rPr>
          <w:lang w:eastAsia="zh-CN"/>
        </w:rPr>
        <w:br/>
      </w:r>
      <w:r>
        <w:rPr>
          <w:lang w:eastAsia="zh-CN"/>
        </w:rPr>
        <w:t>　　所以，同学们应当做的是，由点及面，对这部分题涉及的知识做一个更深、更广的复习。英语错了一道考察冠词的单选题，那你是不是对冠词这部分知识就没掌握好物理一道大题的受力分析又错了，好好想想你的受力分析是不是一向就存在问题</w:t>
      </w:r>
      <w:r>
        <w:rPr>
          <w:lang w:eastAsia="zh-CN"/>
        </w:rPr>
        <w:br/>
      </w:r>
      <w:r>
        <w:rPr>
          <w:lang w:eastAsia="zh-CN"/>
        </w:rPr>
        <w:t>　　如果答案是肯定的话，为什么不以这次期中考试为契机，把这部分知识疏漏处赶紧补上呢如果又是应付了事，下次必须还会出问题。要拖到什么时候呢</w:t>
      </w:r>
      <w:r>
        <w:rPr>
          <w:lang w:eastAsia="zh-CN"/>
        </w:rPr>
        <w:br/>
      </w:r>
      <w:r>
        <w:rPr>
          <w:lang w:eastAsia="zh-CN"/>
        </w:rPr>
        <w:t>　　(三)考试技巧总结</w:t>
      </w:r>
      <w:r>
        <w:rPr>
          <w:lang w:eastAsia="zh-CN"/>
        </w:rPr>
        <w:br/>
      </w:r>
      <w:r>
        <w:rPr>
          <w:lang w:eastAsia="zh-CN"/>
        </w:rPr>
        <w:t>　　考试技巧的总结上，初三的同学应尤其注意。请同学们再次回顾整个考试过程，这次你的回顾重点是在考试技巧上。请同学回想，也问自我几个问题。</w:t>
      </w:r>
      <w:r>
        <w:rPr>
          <w:lang w:eastAsia="zh-CN"/>
        </w:rPr>
        <w:br/>
      </w:r>
      <w:r>
        <w:rPr>
          <w:lang w:eastAsia="zh-CN"/>
        </w:rPr>
        <w:t>　　1.这次考试你的策略是什么时间安排是否合理，有没有出现先紧后松或先松后紧的现象</w:t>
      </w:r>
      <w:r>
        <w:rPr>
          <w:lang w:eastAsia="zh-CN"/>
        </w:rPr>
        <w:br/>
      </w:r>
      <w:r>
        <w:rPr>
          <w:lang w:eastAsia="zh-CN"/>
        </w:rPr>
        <w:t>　　2.有没有出现填错答题卡，或者一些很明显的低级失误如果有，你要怎样能让自我记住这个血的教训</w:t>
      </w:r>
      <w:r>
        <w:rPr>
          <w:lang w:eastAsia="zh-CN"/>
        </w:rPr>
        <w:br/>
      </w:r>
      <w:r>
        <w:rPr>
          <w:lang w:eastAsia="zh-CN"/>
        </w:rPr>
        <w:t>　　3.具体到每门学科。英语是否没有时间看完整个阅读听力是否因为纠结前面的资料而影响了听后面的资料数学是否因为专注后面的某道很难的大题而没有检查，导致丢了一些不该丢的分，等等。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经过考试技巧的总结，想必同学们自我就能明白，在这次考试中，如果你能怎样安排时间，安排答题顺序，就能取得更好的成绩。把你总结的记下来，这都是你最宝贵的经验。</w:t>
      </w:r>
      <w:r>
        <w:rPr>
          <w:lang w:eastAsia="zh-CN"/>
        </w:rPr>
        <w:br/>
      </w:r>
      <w:r>
        <w:rPr>
          <w:lang w:eastAsia="zh-CN"/>
        </w:rPr>
        <w:t>　　进行这些总结后，同学们不要忘了，有一项工作是必需的：把这次考试的错题总结到你的错题本上，以更好的回顾和吸取教训。</w:t>
      </w:r>
      <w:r>
        <w:rPr>
          <w:lang w:eastAsia="zh-CN"/>
        </w:rPr>
        <w:br/>
      </w:r>
      <w:r>
        <w:rPr>
          <w:lang w:eastAsia="zh-CN"/>
        </w:rPr>
        <w:t>　　最终，请同学们根据以上的总结，结合你个人和学校的情景，对下一阶段的学习，可能是下一次月考前或期终考试前的学习，调整你的计划、学习资料、时间安排，做出更适合你的计划和安排。让这一次犯的错反省出梦想，在以后的路上，走得更远，变得更强。</w:t>
      </w:r>
      <w:r>
        <w:rPr>
          <w:lang w:eastAsia="zh-CN"/>
        </w:rPr>
        <w:br/>
      </w:r>
      <w:r>
        <w:rPr>
          <w:lang w:eastAsia="zh-CN"/>
        </w:rPr>
        <w:t xml:space="preserve">    教师期中考试成绩分析总结2024年 篇4 </w:t>
      </w:r>
      <w:r>
        <w:rPr>
          <w:lang w:eastAsia="zh-CN"/>
        </w:rPr>
        <w:br/>
      </w:r>
      <w:r>
        <w:rPr>
          <w:lang w:eastAsia="zh-CN"/>
        </w:rPr>
        <w:t>　　一、让学生紧张的期中考试已经结束了，通过考试中反映出来的问题，特对近两个月的教学工作反思如下：</w:t>
      </w:r>
      <w:r>
        <w:rPr>
          <w:lang w:eastAsia="zh-CN"/>
        </w:rPr>
        <w:br/>
      </w:r>
      <w:r>
        <w:rPr>
          <w:lang w:eastAsia="zh-CN"/>
        </w:rPr>
        <w:t>　　1、从学科角度分析本次考试学生存在问题：</w:t>
      </w:r>
      <w:r>
        <w:rPr>
          <w:lang w:eastAsia="zh-CN"/>
        </w:rPr>
        <w:br/>
      </w:r>
      <w:r>
        <w:rPr>
          <w:lang w:eastAsia="zh-CN"/>
        </w:rPr>
        <w:t>　　(1)、本次考试由于教学进度安排的比较紧，教学中没来得及全面复习，所以学生的考试成绩并不理想。</w:t>
      </w:r>
      <w:r>
        <w:rPr>
          <w:lang w:eastAsia="zh-CN"/>
        </w:rPr>
        <w:br/>
      </w:r>
      <w:r>
        <w:rPr>
          <w:lang w:eastAsia="zh-CN"/>
        </w:rPr>
        <w:t>　　(2)、从学生答题情况来看，基础知识掌握不牢固，计算题的准确率较低，部分学生对于理解性的题目学生分析能力较差，得分不高。</w:t>
      </w:r>
      <w:r>
        <w:rPr>
          <w:lang w:eastAsia="zh-CN"/>
        </w:rPr>
        <w:br/>
      </w:r>
      <w:r>
        <w:rPr>
          <w:lang w:eastAsia="zh-CN"/>
        </w:rPr>
        <w:t>　　2、从学生成绩角度分析学生存在的问题：</w:t>
      </w:r>
      <w:r>
        <w:rPr>
          <w:lang w:eastAsia="zh-CN"/>
        </w:rPr>
        <w:br/>
      </w:r>
      <w:r>
        <w:rPr>
          <w:lang w:eastAsia="zh-CN"/>
        </w:rPr>
        <w:t>　　(1)、本次考试中，不少题目都是平时经常练习的题目，但学生掌握的水平参差不齐，成绩不太理想。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这次考试中，从优生来看，五班成还可以，但与全市相比，还有很大的差距，而六班的就不尽人意，与学校兄弟班级相比，就有较大的差距，同时，两个班的良好生和合格生成绩不理想，尤其是与府前中学等成绩较高的学校，有着20分的差距。</w:t>
      </w:r>
      <w:r>
        <w:rPr>
          <w:lang w:eastAsia="zh-CN"/>
        </w:rPr>
        <w:br/>
      </w:r>
      <w:r>
        <w:rPr>
          <w:lang w:eastAsia="zh-CN"/>
        </w:rPr>
        <w:t>　　3、从审题角度分析学生知识掌握的灵活程度：</w:t>
      </w:r>
      <w:r>
        <w:rPr>
          <w:lang w:eastAsia="zh-CN"/>
        </w:rPr>
        <w:br/>
      </w:r>
      <w:r>
        <w:rPr>
          <w:lang w:eastAsia="zh-CN"/>
        </w:rPr>
        <w:t>　　本次考试中，不少题目都是学生已经学习题目的变式题，但改变了要求，但是，学生对平时所学内容学的死，分析能力较差，发现不了题目中的本质联系。</w:t>
      </w:r>
      <w:r>
        <w:rPr>
          <w:lang w:eastAsia="zh-CN"/>
        </w:rPr>
        <w:br/>
      </w:r>
      <w:r>
        <w:rPr>
          <w:lang w:eastAsia="zh-CN"/>
        </w:rPr>
        <w:t>　　二、策略辅导：</w:t>
      </w:r>
      <w:r>
        <w:rPr>
          <w:lang w:eastAsia="zh-CN"/>
        </w:rPr>
        <w:br/>
      </w:r>
      <w:r>
        <w:rPr>
          <w:lang w:eastAsia="zh-CN"/>
        </w:rPr>
        <w:t>　　1、在课堂上进行分层递进教学，最大限度的提高每一位学生的学习成绩。尤其注重优生的培养与辅导，给他们一定量的综合性的题目，培养学生的综合分析问题的能力。在教学中抓住基本知识，重视基础知识的巩固，通过基础练习和类型题训练进行巩固强化。</w:t>
      </w:r>
      <w:r>
        <w:rPr>
          <w:lang w:eastAsia="zh-CN"/>
        </w:rPr>
        <w:br/>
      </w:r>
      <w:r>
        <w:rPr>
          <w:lang w:eastAsia="zh-CN"/>
        </w:rPr>
        <w:t>　　2、经常与学生谈心，建立融洽的师生关系，掌握以激励为主的教学艺术，最大限度的调动学生的主动性，培养学生的兴趣，树立学生学习数学的信心。</w:t>
      </w:r>
      <w:r>
        <w:rPr>
          <w:lang w:eastAsia="zh-CN"/>
        </w:rPr>
        <w:br/>
      </w:r>
      <w:r>
        <w:rPr>
          <w:lang w:eastAsia="zh-CN"/>
        </w:rPr>
        <w:t>　　3、教给学生学习的方法，结合数学特点，最大限度的提高学生知识迁移的能力。教学中，重视当堂内容的达标率，设计一定的学案引导，学生进行学习，巩固当堂内容，并通过当堂达标测试，以检测学生的掌握情况，同时，教学中，多让学生回顾与反思，培养学生分析问题的能力。</w:t>
      </w:r>
      <w:r>
        <w:rPr>
          <w:lang w:eastAsia="zh-CN"/>
        </w:rPr>
        <w:br/>
      </w:r>
      <w:r>
        <w:rPr>
          <w:lang w:eastAsia="zh-CN"/>
        </w:rPr>
        <w:t>　　总之，在今后的工作中，我要用教师的热情唤起学生学习的动力，潜心钻研，热心辅导，使学生的数学成绩有较大幅度的提高。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整个考试过程中，秩序井然，纪律严明，组织严密，达到了预期的效果。这次期中考试从成绩看比上学期有进步，这要归功于全体老师。感谢你们的努力和付出。我们今天之所以召开期中考试质量分析会：一是对上半学期工作的一个小结，二也是对下半学期工作的一个研讨。我们举行期中总结会，就是要让我们的老师看到前一段的成绩，以便于总结得失，使后一阶段的教学工作再上新台阶。</w:t>
      </w:r>
      <w:r>
        <w:rPr>
          <w:lang w:eastAsia="zh-CN"/>
        </w:rPr>
        <w:br/>
      </w:r>
      <w:r>
        <w:rPr>
          <w:lang w:eastAsia="zh-CN"/>
        </w:rPr>
        <w:t>　　开学以来，我们的教学秩序总体上是稳定的，我们的老师本着对事业的责任心，本着对同学们的美好前途负责，怀着强烈的奉献精神，在教育的道路上追求着、探索着。他们排除各种干扰，把教学工作放在第一位，默默无闻地奉献着。可以说，正是老师们的这种积极向上精神，才使我们的教学出现了和谐、愉快、奋发的局面。</w:t>
      </w:r>
      <w:r>
        <w:rPr>
          <w:lang w:eastAsia="zh-CN"/>
        </w:rPr>
        <w:br/>
      </w:r>
      <w:r>
        <w:rPr>
          <w:lang w:eastAsia="zh-CN"/>
        </w:rPr>
        <w:t>　　从期中考试和常规教学检查中，我们发现了存在着以下一些问题，值得大家关注：</w:t>
      </w:r>
      <w:r>
        <w:rPr>
          <w:lang w:eastAsia="zh-CN"/>
        </w:rPr>
        <w:br/>
      </w:r>
      <w:r>
        <w:rPr>
          <w:lang w:eastAsia="zh-CN"/>
        </w:rPr>
        <w:t>　　1、有的教师教案不规范，具体表现在备课节数不足，内容不具体，没有重难点，没写课后反思。有的组集体备课实施不到位，流于形式，时间短，人员不齐。个别教师网络教育任务没有很好完成。</w:t>
      </w:r>
      <w:r>
        <w:rPr>
          <w:lang w:eastAsia="zh-CN"/>
        </w:rPr>
        <w:br/>
      </w:r>
      <w:r>
        <w:rPr>
          <w:lang w:eastAsia="zh-CN"/>
        </w:rPr>
        <w:t>　　2、课堂讲课时学法指导少，学生活动少，只是为了完成这节课的教学任务。</w:t>
      </w:r>
      <w:r>
        <w:rPr>
          <w:lang w:eastAsia="zh-CN"/>
        </w:rPr>
        <w:br/>
      </w:r>
      <w:r>
        <w:rPr>
          <w:lang w:eastAsia="zh-CN"/>
        </w:rPr>
        <w:t>　　3、个别老师课堂上不能激发学生学习兴趣，与学生沟通交流少，甚至和部分学生形成对立面。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4、有的老师不管课堂纪律，个别班纪律很不稳定，有时班主任老师跟紧了，好一些，班主任老师不在时，纪律就比较乱;还有个别班级就是老师在教室，教室里的纪律也不好，学生自我管理比较差。普通班较为明显。</w:t>
      </w:r>
      <w:r>
        <w:rPr>
          <w:lang w:eastAsia="zh-CN"/>
        </w:rPr>
        <w:br/>
      </w:r>
      <w:r>
        <w:rPr>
          <w:lang w:eastAsia="zh-CN"/>
        </w:rPr>
        <w:t>　　5、学生学习抓得不紧，学习主动性差，还有的不能按时完成作业，有的学生厌学情绪严重，无所谓态度严重。主动问问题的学生少;学生学习方法较死板;学生不会合理安排时间，不能有效学习;课后不复习;运用知识不够灵活;缺乏主动性，对老师的讲解分析不加重视;学生对难题缺乏信心和攻坚精神;学生缺乏运用基础知识进行自主学习和创新的能力。</w:t>
      </w:r>
      <w:r>
        <w:rPr>
          <w:lang w:eastAsia="zh-CN"/>
        </w:rPr>
        <w:br/>
      </w:r>
      <w:r>
        <w:rPr>
          <w:lang w:eastAsia="zh-CN"/>
        </w:rPr>
        <w:t>　　6、个别教师的批改不规范：次数没写，评价没写的，有误批的，还有差生的作业没及时督促交的，批改不及时，不进行讲评纠错的。</w:t>
      </w:r>
      <w:r>
        <w:rPr>
          <w:lang w:eastAsia="zh-CN"/>
        </w:rPr>
        <w:br/>
      </w:r>
      <w:r>
        <w:rPr>
          <w:lang w:eastAsia="zh-CN"/>
        </w:rPr>
        <w:t>　　针对以上存在的问题，我在此提出教学工作的几点个人不成熟的建议，仅供大家参考：</w:t>
      </w:r>
      <w:r>
        <w:rPr>
          <w:lang w:eastAsia="zh-CN"/>
        </w:rPr>
        <w:br/>
      </w:r>
      <w:r>
        <w:rPr>
          <w:lang w:eastAsia="zh-CN"/>
        </w:rPr>
        <w:t>　　1、任课教师要想方设法增强学生学习主动性。</w:t>
      </w:r>
      <w:r>
        <w:rPr>
          <w:lang w:eastAsia="zh-CN"/>
        </w:rPr>
        <w:br/>
      </w:r>
      <w:r>
        <w:rPr>
          <w:lang w:eastAsia="zh-CN"/>
        </w:rPr>
        <w:t>　　教师在教学过程中，要帮助学生订立学习目标。每过一个阶段，帮助学生问一问自己，距离目标还有多远，还需要在哪些方面下功夫。如此，才能每日、每周、每月有进步、有突破、有成效。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从现在课堂教学改革和教育形势来说，学生的学所占的地位越来越重要。各种学习任务最终要靠我们同学们落实和完成的，积极学和被动的学，效果是截然不同的。因此，对于每一位任课老师来说，都要加强对学生学习主动性的培养。课前认真预习、课堂上认真听讲，积极开动脑筋思考，课后进行巩固，遇有疑难问题积极和同学们探讨，和老师交流，尤其是要加强师生之间的交流：我们老师一是要给师生的这种交流创造一个平台，二是要发自内心的不厌其烦的交流，学生能感受到你发自内心的真爱，三是交流的形式要多样化，利于学生的接受。只有这样，才能让学生对我们老师感兴趣，才能对我们这门学科感兴趣，才能够全身心的投入到我们的课堂学习中来，才能够真正的逐步提高我们的课堂效率。过去的“填鸭式”教学，我们现在还部分存在。学生缺乏学习主动性和针对性，为了作业而作业。只管完成，从未认真思考过，作业没有起到查缺补漏的作用。我们有些老师恨铁不成钢，希望通过大量的作业来唤起学生对这种门学科的重视，从而导致个别班级个别科目作业量过大，不仅没有取得想要的效果，反而导致了学生的逆反心理，进入一个恶性循环状态，从而对整个班级的学习产生了负面的影响。</w:t>
      </w:r>
      <w:r>
        <w:rPr>
          <w:lang w:eastAsia="zh-CN"/>
        </w:rPr>
        <w:br/>
      </w:r>
      <w:r>
        <w:rPr>
          <w:lang w:eastAsia="zh-CN"/>
        </w:rPr>
        <w:t>　　2、从学法上要帮助学生反思，让学生充满信心。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们的学生由于种种原因，缺乏信心，总认为自己不行，有很强的自卑感。天生我才必有用，成绩差一点不要怕，要有信心去改变。有句格言：心态决定习惯，习惯决定性格，性格决定人生。我们要不断激励学生，鼓舞学生，要他们知道“我们不是最优秀的，但我们是最执着的”，这个工作不仅仅是靠我们班主任老师来完成，说实话，班主任一个人也完成不了，我们需要全体任课老师能真正的发自内心的去关爱我们的学生，激励我们的学生，发挥团队的作用，挖掘集体的力量，营造一个全员育人的整体的氛围，做到：不挖苦、不歧视、不抛弃、不放弃!学生反映上来的其中一个重要的原因就是我们老师给的批评永远多于表扬，有的甚至根本就不是批评直截了当的刻薄的挖苦，这种状况下，孩子们的信心从哪去找!或许是老师的一个无意识的眼神，就让一个孩子失去了学习的兴趣!现在的孩子是早熟的，敏感的，脆弱的，所以我们老师们只有发自内心的设身处地的为他好，他才会真正的悦纳你，靠近你，追随你，我们需要做的只是给他们一点找到自信的机会和条件。</w:t>
      </w:r>
      <w:r>
        <w:rPr>
          <w:lang w:eastAsia="zh-CN"/>
        </w:rPr>
        <w:br/>
      </w:r>
      <w:r>
        <w:rPr>
          <w:lang w:eastAsia="zh-CN"/>
        </w:rPr>
        <w:t>　　3、狠抓课堂纪律，提高课高课堂教学效率。</w:t>
      </w:r>
      <w:r>
        <w:rPr>
          <w:lang w:eastAsia="zh-CN"/>
        </w:rPr>
        <w:br/>
      </w:r>
      <w:r>
        <w:rPr>
          <w:lang w:eastAsia="zh-CN"/>
        </w:rPr>
        <w:t>　　一个课堂要保证教学质量，完成教学目标，就必须有良好的课堂纪律作为前提。一个吵吵嚷嚷、秩序混乱的课堂，很难保证教学目标的完成。为了使学生能较好地参与学习活动，教师有必要建立一套行之有效的课堂教学常规，把一些一般性的要求固定下来，成为学生的课堂行为规范，进而督促形成良好的学习习惯。教师从一节课的开始就应努力做到。</w:t>
      </w:r>
      <w:r>
        <w:rPr>
          <w:lang w:eastAsia="zh-CN"/>
        </w:rPr>
        <w:br/>
      </w:r>
      <w:r>
        <w:rPr>
          <w:lang w:eastAsia="zh-CN"/>
        </w:rPr>
        <w:t xml:space="preserve">    教师期中考试成绩分析总结2024年 篇5 </w:t>
      </w:r>
      <w:r>
        <w:rPr>
          <w:lang w:eastAsia="zh-CN"/>
        </w:rPr>
        <w:br/>
      </w:r>
      <w:r>
        <w:rPr>
          <w:lang w:eastAsia="zh-CN"/>
        </w:rPr>
        <w:t>　　1、熟练度不够</w:t>
      </w:r>
      <w:r>
        <w:rPr>
          <w:lang w:eastAsia="zh-CN"/>
        </w:rPr>
        <w:br/>
      </w:r>
      <w:r>
        <w:rPr>
          <w:lang w:eastAsia="zh-CN"/>
        </w:rPr>
        <w:t>　　所谓熟练度，能够想象一下我们成年人，做小学一年级的计算题，每一题其实对我们来说都很简单。可是当我们在计时的情景下完成1000题，并不必须全对。如果平时经常做计算类的工作，很可能做的又快又准;如果平时疏于做简单计算的人，很可能又慢又错误百出。</w:t>
      </w:r>
      <w:r>
        <w:rPr>
          <w:lang w:eastAsia="zh-CN"/>
        </w:rPr>
        <w:br/>
      </w:r>
      <w:r>
        <w:rPr>
          <w:lang w:eastAsia="zh-CN"/>
        </w:rPr>
        <w:t>　　解决方法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一道题目，反复接触至少要六次以上，并且每次都在思考，才会熟悉并产生记忆。这样才会在考试中能做对。</w:t>
      </w:r>
      <w:r>
        <w:rPr>
          <w:lang w:eastAsia="zh-CN"/>
        </w:rPr>
        <w:br/>
      </w:r>
      <w:r>
        <w:rPr>
          <w:lang w:eastAsia="zh-CN"/>
        </w:rPr>
        <w:t>　　2、基本概念不清</w:t>
      </w:r>
      <w:r>
        <w:rPr>
          <w:lang w:eastAsia="zh-CN"/>
        </w:rPr>
        <w:br/>
      </w:r>
      <w:r>
        <w:rPr>
          <w:lang w:eastAsia="zh-CN"/>
        </w:rPr>
        <w:t>　　还有一些题目，学生们认为自我是会做的，因为平时做对过，只是考试错了。但很可能是他们只看过1-2次，有一个模糊的概念，很多概念的细节到底是什么?之间的关联是什么?能够有哪些变化?并未深究。</w:t>
      </w:r>
      <w:r>
        <w:rPr>
          <w:lang w:eastAsia="zh-CN"/>
        </w:rPr>
        <w:br/>
      </w:r>
      <w:r>
        <w:rPr>
          <w:lang w:eastAsia="zh-CN"/>
        </w:rPr>
        <w:t>　　在考试有时间限制和压力的情景下，人通常本能的选择自我大脑中最先搜素到的记忆存储，而这个记忆和认知很可能是错误和疏漏的。</w:t>
      </w:r>
      <w:r>
        <w:rPr>
          <w:lang w:eastAsia="zh-CN"/>
        </w:rPr>
        <w:br/>
      </w:r>
      <w:r>
        <w:rPr>
          <w:lang w:eastAsia="zh-CN"/>
        </w:rPr>
        <w:t>　　所以考试订正时，这类题目，不妨再变形或者深究一下，举一反三，这时会发现同学们又疑惑或者糊涂了。所以，学过，并不等于是学会，更不等于融会贯通。</w:t>
      </w:r>
      <w:r>
        <w:rPr>
          <w:lang w:eastAsia="zh-CN"/>
        </w:rPr>
        <w:br/>
      </w:r>
      <w:r>
        <w:rPr>
          <w:lang w:eastAsia="zh-CN"/>
        </w:rPr>
        <w:t>　　解决方法</w:t>
      </w:r>
      <w:r>
        <w:rPr>
          <w:lang w:eastAsia="zh-CN"/>
        </w:rPr>
        <w:br/>
      </w:r>
      <w:r>
        <w:rPr>
          <w:lang w:eastAsia="zh-CN"/>
        </w:rPr>
        <w:t>　　试着去讲解题目，如果做到能讲解题目，表示确实理解了。通常在讲解过程中，也会不断发现自我知识上的漏洞。这也是教学相长的意思。学然后知不足，教然后知困。知不足然后能自反也，知困然后能自强也。故曰教学相长也。</w:t>
      </w:r>
      <w:r>
        <w:rPr>
          <w:lang w:eastAsia="zh-CN"/>
        </w:rPr>
        <w:br/>
      </w:r>
      <w:r>
        <w:rPr>
          <w:lang w:eastAsia="zh-CN"/>
        </w:rPr>
        <w:t>　　3、准确率不高</w:t>
      </w:r>
      <w:r>
        <w:rPr>
          <w:lang w:eastAsia="zh-CN"/>
        </w:rPr>
        <w:br/>
      </w:r>
      <w:r>
        <w:rPr>
          <w:lang w:eastAsia="zh-CN"/>
        </w:rPr>
        <w:t>　　家长能够回想一下自我打字时，你是每个词是一次输入正确，还是不断删除修改?这个也是准确率的`问题。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如果平时做事力求“一遍做对”，“每遍都提升”，关键时刻才有可能一次做对。这需要用心投入和沉稳，还需要刻意自我要求，反复多次后才能成为本能。</w:t>
      </w:r>
      <w:r>
        <w:rPr>
          <w:lang w:eastAsia="zh-CN"/>
        </w:rPr>
        <w:br/>
      </w:r>
      <w:r>
        <w:rPr>
          <w:lang w:eastAsia="zh-CN"/>
        </w:rPr>
        <w:t>　　如果做错了，觉得“没关系，以后还有机会”，常常会造成多次也无法做到比较好的状态。另外，准确率还和“做题量”以及“题目类型”有关。</w:t>
      </w:r>
      <w:r>
        <w:rPr>
          <w:lang w:eastAsia="zh-CN"/>
        </w:rPr>
        <w:br/>
      </w:r>
      <w:r>
        <w:rPr>
          <w:lang w:eastAsia="zh-CN"/>
        </w:rPr>
        <w:t>　　所以如果平时单元的作业100题总要错3-5题，考试的出错率基本会翻2-3倍。而概率因素导致平时错误率越高，考试时失分率越成倍增大。因为考试时题目的类型更加宽泛和变化多端。</w:t>
      </w:r>
      <w:r>
        <w:rPr>
          <w:lang w:eastAsia="zh-CN"/>
        </w:rPr>
        <w:br/>
      </w:r>
      <w:r>
        <w:rPr>
          <w:lang w:eastAsia="zh-CN"/>
        </w:rPr>
        <w:t>　　4、解决方法</w:t>
      </w:r>
      <w:r>
        <w:rPr>
          <w:lang w:eastAsia="zh-CN"/>
        </w:rPr>
        <w:br/>
      </w:r>
      <w:r>
        <w:rPr>
          <w:lang w:eastAsia="zh-CN"/>
        </w:rPr>
        <w:t>　　每次做题都认真对待，提高准确率，争取会的做题，建立错题本。</w:t>
      </w:r>
      <w:r>
        <w:rPr>
          <w:lang w:eastAsia="zh-CN"/>
        </w:rPr>
        <w:br/>
      </w:r>
      <w:r>
        <w:rPr>
          <w:lang w:eastAsia="zh-CN"/>
        </w:rPr>
        <w:t>　　好吧，我们再回到那位跳水运动员这儿----如果半年后他参加比赛，他此刻就需要各项体能的训练，基本动作的反复练-每次都要力求完美，整套动作也需要练得无比熟悉犹如本能，然后才有可能走上赛场。即使这样，也不是万无一失的。</w:t>
      </w:r>
      <w:r>
        <w:rPr>
          <w:lang w:eastAsia="zh-CN"/>
        </w:rPr>
        <w:br/>
      </w:r>
      <w:r>
        <w:rPr>
          <w:lang w:eastAsia="zh-CN"/>
        </w:rPr>
        <w:t>　　所以放弃“粗心”这样的说法吧，放弃“粗心”这个观点之后我们才有可能认真查找原因，制定训练的计划，获得真正提升。</w:t>
      </w:r>
      <w:r>
        <w:rPr>
          <w:lang w:eastAsia="zh-CN"/>
        </w:rPr>
        <w:br/>
      </w:r>
      <w:r>
        <w:rPr>
          <w:lang w:eastAsia="zh-CN"/>
        </w:rPr>
        <w:t>　　获得提升的，决不仅仅是成绩，还包括审视问题的角度，解决问题的策略，行动力，意志力。</w:t>
      </w:r>
      <w:r>
        <w:rPr>
          <w:lang w:eastAsia="zh-CN"/>
        </w:rPr>
        <w:br/>
      </w:r>
      <w:r>
        <w:rPr>
          <w:lang w:eastAsia="zh-CN"/>
        </w:rPr>
        <w:t xml:space="preserve">    教师期中考试成绩分析总结2024年 篇6 </w:t>
      </w:r>
      <w:r>
        <w:rPr>
          <w:lang w:eastAsia="zh-CN"/>
        </w:rPr>
        <w:br/>
      </w:r>
      <w:r>
        <w:rPr>
          <w:lang w:eastAsia="zh-CN"/>
        </w:rPr>
        <w:t>　　一、综合成绩分析：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均分：全校语文均分85.18分(去年同期88.25分)，数学均分85.45分(89.36分)，综合科均分80.6分(84.13分)，语数全校均分85.27分(88.8分)，语数综合全校均分83.74分(87.25分)。本学期语数全校均分85.27分较上一学期88.8分降低3.53分。</w:t>
      </w:r>
      <w:r>
        <w:rPr>
          <w:lang w:eastAsia="zh-CN"/>
        </w:rPr>
        <w:br/>
      </w:r>
      <w:r>
        <w:rPr>
          <w:lang w:eastAsia="zh-CN"/>
        </w:rPr>
        <w:t>　　2.百分：双百24人，单百24人。</w:t>
      </w:r>
      <w:r>
        <w:rPr>
          <w:lang w:eastAsia="zh-CN"/>
        </w:rPr>
        <w:br/>
      </w:r>
      <w:r>
        <w:rPr>
          <w:lang w:eastAsia="zh-CN"/>
        </w:rPr>
        <w:t>　　其中：语文6人，数学3人，社会14人，科学1人，思品2人，英语0人。</w:t>
      </w:r>
      <w:r>
        <w:rPr>
          <w:lang w:eastAsia="zh-CN"/>
        </w:rPr>
        <w:br/>
      </w:r>
      <w:r>
        <w:rPr>
          <w:lang w:eastAsia="zh-CN"/>
        </w:rPr>
        <w:t>　　3.语数均分提高5分以上者：有四人_</w:t>
      </w:r>
      <w:r>
        <w:rPr>
          <w:lang w:eastAsia="zh-CN"/>
        </w:rPr>
        <w:br/>
      </w:r>
      <w:r>
        <w:rPr>
          <w:lang w:eastAsia="zh-CN"/>
        </w:rPr>
        <w:t>　　4.不及格：共56人：语文2人，数学7人，思品6人，社会3人，科学21人，英语39人。五科不及格1人：郭_</w:t>
      </w:r>
      <w:r>
        <w:rPr>
          <w:lang w:eastAsia="zh-CN"/>
        </w:rPr>
        <w:br/>
      </w:r>
      <w:r>
        <w:rPr>
          <w:lang w:eastAsia="zh-CN"/>
        </w:rPr>
        <w:t>　　三科不及格5人：_</w:t>
      </w:r>
      <w:r>
        <w:rPr>
          <w:lang w:eastAsia="zh-CN"/>
        </w:rPr>
        <w:br/>
      </w:r>
      <w:r>
        <w:rPr>
          <w:lang w:eastAsia="zh-CN"/>
        </w:rPr>
        <w:t>　　双科不及格8人：_</w:t>
      </w:r>
      <w:r>
        <w:rPr>
          <w:lang w:eastAsia="zh-CN"/>
        </w:rPr>
        <w:br/>
      </w:r>
      <w:r>
        <w:rPr>
          <w:lang w:eastAsia="zh-CN"/>
        </w:rPr>
        <w:t>　　单科不及格42人。</w:t>
      </w:r>
      <w:r>
        <w:rPr>
          <w:lang w:eastAsia="zh-CN"/>
        </w:rPr>
        <w:br/>
      </w:r>
      <w:r>
        <w:rPr>
          <w:lang w:eastAsia="zh-CN"/>
        </w:rPr>
        <w:t>　　二、具体年级成绩分析：</w:t>
      </w:r>
      <w:r>
        <w:rPr>
          <w:lang w:eastAsia="zh-CN"/>
        </w:rPr>
        <w:br/>
      </w:r>
      <w:r>
        <w:rPr>
          <w:lang w:eastAsia="zh-CN"/>
        </w:rPr>
        <w:t>　　1.一、二年级语文、数学、科任成绩都没有去年同期好，去年都在90分以上，今年语数是89分左右。</w:t>
      </w:r>
      <w:r>
        <w:rPr>
          <w:lang w:eastAsia="zh-CN"/>
        </w:rPr>
        <w:br/>
      </w:r>
      <w:r>
        <w:rPr>
          <w:lang w:eastAsia="zh-CN"/>
        </w:rPr>
        <w:t>　　2.三年级语文85.28较去年同期87.7降低2分;数学85.12较去年同期92.3降低7分。</w:t>
      </w:r>
      <w:r>
        <w:rPr>
          <w:lang w:eastAsia="zh-CN"/>
        </w:rPr>
        <w:br/>
      </w:r>
      <w:r>
        <w:rPr>
          <w:lang w:eastAsia="zh-CN"/>
        </w:rPr>
        <w:t>　　3.四年级语文80.61比去年同期86.11降低6分;数学83.35比去年同期97.35降低14分。</w:t>
      </w:r>
      <w:r>
        <w:rPr>
          <w:lang w:eastAsia="zh-CN"/>
        </w:rPr>
        <w:br/>
      </w:r>
      <w:r>
        <w:rPr>
          <w:lang w:eastAsia="zh-CN"/>
        </w:rPr>
        <w:t>　　4.五年级语文86.39分，较去年度79.97提高7分;数学87.71较去年度86.24有所提高1.5。</w:t>
      </w:r>
      <w:r>
        <w:rPr>
          <w:lang w:eastAsia="zh-CN"/>
        </w:rPr>
        <w:br/>
      </w:r>
      <w:r>
        <w:rPr>
          <w:lang w:eastAsia="zh-CN"/>
        </w:rPr>
        <w:t>　　5.六年级语文80.13分，较去年度87.63降低7分;数学81.64分,较去年度同期71.67提高10分。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6..科任成绩：三四五年级社会成绩不错，均分在93分以上，六年级79.79分，一二年在80分以上。</w:t>
      </w:r>
      <w:r>
        <w:rPr>
          <w:lang w:eastAsia="zh-CN"/>
        </w:rPr>
        <w:br/>
      </w:r>
      <w:r>
        <w:rPr>
          <w:lang w:eastAsia="zh-CN"/>
        </w:rPr>
        <w:t>　　科学均分不高，三年72，四年66，五年74，六年89。</w:t>
      </w:r>
      <w:r>
        <w:rPr>
          <w:lang w:eastAsia="zh-CN"/>
        </w:rPr>
        <w:br/>
      </w:r>
      <w:r>
        <w:rPr>
          <w:lang w:eastAsia="zh-CN"/>
        </w:rPr>
        <w:t>　　英语：三年68.79较去年同期77.1降低成本9分;四年69.8较去年同期59提高10分;</w:t>
      </w:r>
      <w:r>
        <w:rPr>
          <w:lang w:eastAsia="zh-CN"/>
        </w:rPr>
        <w:br/>
      </w:r>
      <w:r>
        <w:rPr>
          <w:lang w:eastAsia="zh-CN"/>
        </w:rPr>
        <w:t>　　五年80.05较去年同期50.87提高30分;六年69较去年同期36.36提高33分。</w:t>
      </w:r>
      <w:r>
        <w:rPr>
          <w:lang w:eastAsia="zh-CN"/>
        </w:rPr>
        <w:br/>
      </w:r>
      <w:r>
        <w:rPr>
          <w:lang w:eastAsia="zh-CN"/>
        </w:rPr>
        <w:t>　　总均分71.91较去年同期55.83提高16.08分。</w:t>
      </w:r>
      <w:r>
        <w:rPr>
          <w:lang w:eastAsia="zh-CN"/>
        </w:rPr>
        <w:br/>
      </w:r>
      <w:r>
        <w:rPr>
          <w:lang w:eastAsia="zh-CN"/>
        </w:rPr>
        <w:t>　　三、具体科目分析：</w:t>
      </w:r>
      <w:r>
        <w:rPr>
          <w:lang w:eastAsia="zh-CN"/>
        </w:rPr>
        <w:br/>
      </w:r>
      <w:r>
        <w:rPr>
          <w:lang w:eastAsia="zh-CN"/>
        </w:rPr>
        <w:t>　　(一)数学</w:t>
      </w:r>
      <w:r>
        <w:rPr>
          <w:lang w:eastAsia="zh-CN"/>
        </w:rPr>
        <w:br/>
      </w:r>
      <w:r>
        <w:rPr>
          <w:lang w:eastAsia="zh-CN"/>
        </w:rPr>
        <w:t>　　1.试卷分析：考卷总体来说知识考查较为全面，双基考查仍是重点，在此基础上，综合性更加强，大部分题目难易适中，但也有个别题目较难，学生做起来比较吃力。</w:t>
      </w:r>
      <w:r>
        <w:rPr>
          <w:lang w:eastAsia="zh-CN"/>
        </w:rPr>
        <w:br/>
      </w:r>
      <w:r>
        <w:rPr>
          <w:lang w:eastAsia="zh-CN"/>
        </w:rPr>
        <w:t>　　2.学生答题情况分析</w:t>
      </w:r>
      <w:r>
        <w:rPr>
          <w:lang w:eastAsia="zh-CN"/>
        </w:rPr>
        <w:br/>
      </w:r>
      <w:r>
        <w:rPr>
          <w:lang w:eastAsia="zh-CN"/>
        </w:rPr>
        <w:t>　　从学生的情况来看，基础知识掌握比较扎实，细心度不够。因为总体成绩不是那么到理想。但由于时间仓促，没有为其中考试专门耗时进行复习，成绩是很真实的，很常态的。具体情况</w:t>
      </w:r>
      <w:r>
        <w:rPr>
          <w:lang w:eastAsia="zh-CN"/>
        </w:rPr>
        <w:br/>
      </w:r>
      <w:r>
        <w:rPr>
          <w:lang w:eastAsia="zh-CN"/>
        </w:rPr>
        <w:t>　　(1)习惯：</w:t>
      </w:r>
      <w:r>
        <w:rPr>
          <w:lang w:eastAsia="zh-CN"/>
        </w:rPr>
        <w:br/>
      </w:r>
      <w:r>
        <w:rPr>
          <w:lang w:eastAsia="zh-CN"/>
        </w:rPr>
        <w:t>　　卷面较整洁，基本没有构画现象，对待数学考试的态度还是很好的。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数学学习习惯还没有完全养成——粗心，马虎，学生做完题后也没有细细的检查：不能认真读题，仔细审题，出现理错题意，列对算式，算错结果，简单计算也出现错误，甚至漏题的现象。</w:t>
      </w:r>
      <w:r>
        <w:rPr>
          <w:lang w:eastAsia="zh-CN"/>
        </w:rPr>
        <w:br/>
      </w:r>
      <w:r>
        <w:rPr>
          <w:lang w:eastAsia="zh-CN"/>
        </w:rPr>
        <w:t>　　(2)知识：</w:t>
      </w:r>
      <w:r>
        <w:rPr>
          <w:lang w:eastAsia="zh-CN"/>
        </w:rPr>
        <w:br/>
      </w:r>
      <w:r>
        <w:rPr>
          <w:lang w:eastAsia="zh-CN"/>
        </w:rPr>
        <w:t>　　基础知识的掌握、基本技能的形成较好。从卷面看学生数学基础知识的掌握和基本技能的形成还是较好地达成了目标。</w:t>
      </w:r>
      <w:r>
        <w:rPr>
          <w:lang w:eastAsia="zh-CN"/>
        </w:rPr>
        <w:br/>
      </w:r>
      <w:r>
        <w:rPr>
          <w:lang w:eastAsia="zh-CN"/>
        </w:rPr>
        <w:t>　　综合运用知识的能力及正确理解较复杂题目意思的能力相对较弱。本次考题中出现了很多与生活实际相联系的例子，需要灵活地利用所学的知识，还有一些题在所不知识点多转了一个弯，甚至两三个弯，需要学生仔细理解题意，并灵活胜利所学的知识加以解决，这一部分学生的答题效果不佳，失分较重。</w:t>
      </w:r>
      <w:r>
        <w:rPr>
          <w:lang w:eastAsia="zh-CN"/>
        </w:rPr>
        <w:br/>
      </w:r>
      <w:r>
        <w:rPr>
          <w:lang w:eastAsia="zh-CN"/>
        </w:rPr>
        <w:t>　　(3)潜能生问题上：</w:t>
      </w:r>
      <w:r>
        <w:rPr>
          <w:lang w:eastAsia="zh-CN"/>
        </w:rPr>
        <w:br/>
      </w:r>
      <w:r>
        <w:rPr>
          <w:lang w:eastAsia="zh-CN"/>
        </w:rPr>
        <w:t>　　个别潜能生在老师的关注下，有了较大进步，例如郭江超同学在很多同学因为粗心而在计算上丢分的地方，他却大部分都做对了。但整体上，潜能生的问题还是很严峻的，各年级还是存在很多潜能生，学习习惯不好，基础不扎实，综合拓展应用自然也不好。</w:t>
      </w:r>
      <w:r>
        <w:rPr>
          <w:lang w:eastAsia="zh-CN"/>
        </w:rPr>
        <w:br/>
      </w:r>
      <w:r>
        <w:rPr>
          <w:lang w:eastAsia="zh-CN"/>
        </w:rPr>
        <w:t>　　3.下一阶段努力方向：</w:t>
      </w:r>
      <w:r>
        <w:rPr>
          <w:lang w:eastAsia="zh-CN"/>
        </w:rPr>
        <w:br/>
      </w:r>
      <w:r>
        <w:rPr>
          <w:lang w:eastAsia="zh-CN"/>
        </w:rPr>
        <w:t>　　(1)习惯上还需加强，首先老师要在平时的工作中重视，做到及时提醒、巩固;其次还要想一些具体的方法落实加强，如对易错的知识以各种题型加以巩固应用，加强训练;如注重演算本与错题集的合理利用，等。尤其对于三年级学生来说，他们在二年级一直是在老师读题下做的，现在要自己做题，所以平时就要有意识地加强他们独立审题、理解题意，解决问题的习惯与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(2)双基上面，最基本的计算能力还需加强，不要在最基础的地方失分，这是可以通过努力与加强解决的。</w:t>
      </w:r>
      <w:r>
        <w:rPr>
          <w:lang w:eastAsia="zh-CN"/>
        </w:rPr>
        <w:br/>
      </w:r>
      <w:r>
        <w:rPr>
          <w:lang w:eastAsia="zh-CN"/>
        </w:rPr>
        <w:t>　　(3)对于发展题的重视程度还要加强。提高学生综合运用知识的能力。这是学校目前整体比较薄弱的地方。首先是老师们要不断地继续学习教学理念，不仅要立足课本教学，还要从思想上认识到数学与生活的.紧密联系，激发学生的探索欲望，使知识的学习具有广度与深度，不为教而教。</w:t>
      </w:r>
      <w:r>
        <w:rPr>
          <w:lang w:eastAsia="zh-CN"/>
        </w:rPr>
        <w:br/>
      </w:r>
      <w:r>
        <w:rPr>
          <w:lang w:eastAsia="zh-CN"/>
        </w:rPr>
        <w:t>　　(4)对于潜能生，不能放弃每一个同学，只要能达到他自己应有的水平并能有所提高就是很大的进步了。我们所能做的就是尽量多地关注他们，让他们也能体验到自己努力而有收获的喜悦。不能出现优者更新，差者更差的情况。</w:t>
      </w:r>
      <w:r>
        <w:rPr>
          <w:lang w:eastAsia="zh-CN"/>
        </w:rPr>
        <w:br/>
      </w:r>
      <w:r>
        <w:rPr>
          <w:lang w:eastAsia="zh-CN"/>
        </w:rPr>
        <w:t>　　通过这次考试，不仅看到了学生的不足，更看出了自己平时教学中的不足。望各位老师在今后的教学过程中能逐步改进，争取更好的成绩。</w:t>
      </w:r>
      <w:r>
        <w:rPr>
          <w:lang w:eastAsia="zh-CN"/>
        </w:rPr>
        <w:br/>
      </w:r>
      <w:r>
        <w:rPr>
          <w:lang w:eastAsia="zh-CN"/>
        </w:rPr>
        <w:t xml:space="preserve">    教师期中考试成绩分析总结2024年 篇7 </w:t>
      </w:r>
      <w:r>
        <w:rPr>
          <w:lang w:eastAsia="zh-CN"/>
        </w:rPr>
        <w:br/>
      </w:r>
      <w:r>
        <w:rPr>
          <w:lang w:eastAsia="zh-CN"/>
        </w:rPr>
        <w:t>　　此次的期中考试已经结束了，通过这将近两个月的学习，使我对我接手的三个班的学生也有了一定的了解，现我将这三个班的期中考试情况一一总结如下：</w:t>
      </w:r>
      <w:r>
        <w:rPr>
          <w:lang w:eastAsia="zh-CN"/>
        </w:rPr>
        <w:br/>
      </w:r>
      <w:r>
        <w:rPr>
          <w:lang w:eastAsia="zh-CN"/>
        </w:rPr>
        <w:t>　　首先对于洪恩2这个班，这次考试主要是以口试为主，除了一道连线题，一道涂颜色的题，剩下的都是以认读单词、故事、唱歌曲歌谣的形式来考核的，我认为大部分孩子表现的都很不错，但通过考试使我发现也存在一些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在课堂上集体读单词时，感觉他们都会，但单独读时，就不会了，我认为这可能是上课时我光以集体教学为主了，忽略了个体教学，还有一种原因是孩子回家后没有巩固，所以在后半学期的学习中我会多注意这点。</w:t>
      </w:r>
      <w:r>
        <w:rPr>
          <w:lang w:eastAsia="zh-CN"/>
        </w:rPr>
        <w:br/>
      </w:r>
      <w:r>
        <w:rPr>
          <w:lang w:eastAsia="zh-CN"/>
        </w:rPr>
        <w:t>　　2、孩子在认读字母方面比较薄弱，把I和L区分不了，失分率也比较高，所以在今后要多加强字母认读方面的活动与游戏。</w:t>
      </w:r>
      <w:r>
        <w:rPr>
          <w:lang w:eastAsia="zh-CN"/>
        </w:rPr>
        <w:br/>
      </w:r>
      <w:r>
        <w:rPr>
          <w:lang w:eastAsia="zh-CN"/>
        </w:rPr>
        <w:t>　　3、孩子唱歌曲歌谣时，动作放的不是很开，在今后我要善于发现做的好的孩子，并奖励他，让他为其他孩子做个榜样，激励其他的孩子。</w:t>
      </w:r>
      <w:r>
        <w:rPr>
          <w:lang w:eastAsia="zh-CN"/>
        </w:rPr>
        <w:br/>
      </w:r>
      <w:r>
        <w:rPr>
          <w:lang w:eastAsia="zh-CN"/>
        </w:rPr>
        <w:t>　　4、个别孩子上课注意力不集中，易打扰其他小朋友，所以要把他们调开坐，并设置一些多样化的活动和游戏，吸引他们的注意力，并及时鼓励他们。</w:t>
      </w:r>
      <w:r>
        <w:rPr>
          <w:lang w:eastAsia="zh-CN"/>
        </w:rPr>
        <w:br/>
      </w:r>
      <w:r>
        <w:rPr>
          <w:lang w:eastAsia="zh-CN"/>
        </w:rPr>
        <w:t>　　其次是洪恩5这个班，因为有部分孩子是新插进来的，可能没有英语基础，所以为了顾全大局，我主要还是以口试为主，占大部分分数，同时也涉及到了26个字母的正确书写，判断句子的正误，自然拼音的认读，但在这方面失分率也是最高的。对于本册书，明显发现一节课的单词也增加了，歌曲也变得长了，所以孩子在接受能力上也变得有些吃力。通过两个月的了解，这个班存在的问题主要如下：</w:t>
      </w:r>
      <w:r>
        <w:rPr>
          <w:lang w:eastAsia="zh-CN"/>
        </w:rPr>
        <w:br/>
      </w:r>
      <w:r>
        <w:rPr>
          <w:lang w:eastAsia="zh-CN"/>
        </w:rPr>
        <w:t>　　1、部分孩子缺课太多，补课时效果也不是很理想，所以就导致了孩子跟不上，所以在今后要跟家长沟通好，让他们尽量避免请假次数，让他们认识到这样对孩子学习的影响。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2、个别长的歌曲歌谣节奏跟不上，动作也不规范，需要在老师的引导下才能完成，今后可以每天让他们反复唱，反复听，让唱的好的带头唱。</w:t>
      </w:r>
      <w:r>
        <w:rPr>
          <w:lang w:eastAsia="zh-CN"/>
        </w:rPr>
        <w:br/>
      </w:r>
      <w:r>
        <w:rPr>
          <w:lang w:eastAsia="zh-CN"/>
        </w:rPr>
        <w:t>　　3、自然拼音的发音规律掌握的不是特别好，要让他们清楚发音的部位和规则再去发音，老师要及时纠音。</w:t>
      </w:r>
      <w:r>
        <w:rPr>
          <w:lang w:eastAsia="zh-CN"/>
        </w:rPr>
        <w:br/>
      </w:r>
      <w:r>
        <w:rPr>
          <w:lang w:eastAsia="zh-CN"/>
        </w:rPr>
        <w:t>　　4、26个字母的书写，大部分孩子都可以正确的书写下来，注意区分i和k的手写体的正确书写方法。</w:t>
      </w:r>
      <w:r>
        <w:rPr>
          <w:lang w:eastAsia="zh-CN"/>
        </w:rPr>
        <w:br/>
      </w:r>
      <w:r>
        <w:rPr>
          <w:lang w:eastAsia="zh-CN"/>
        </w:rPr>
        <w:t>　　5、今后做好跟家长的沟通，及时了解孩子的情况和心理特点，多鼓励关心他们。</w:t>
      </w:r>
      <w:r>
        <w:rPr>
          <w:lang w:eastAsia="zh-CN"/>
        </w:rPr>
        <w:br/>
      </w:r>
      <w:r>
        <w:rPr>
          <w:lang w:eastAsia="zh-CN"/>
        </w:rPr>
        <w:t>　　最后是剑桥预备级（上）这个班，总的来说，这个班考的不是特别理想，也没有达到我想要的目的。这个班主要存在的问题如下：</w:t>
      </w:r>
      <w:r>
        <w:rPr>
          <w:lang w:eastAsia="zh-CN"/>
        </w:rPr>
        <w:br/>
      </w:r>
      <w:r>
        <w:rPr>
          <w:lang w:eastAsia="zh-CN"/>
        </w:rPr>
        <w:t>　　1、26个字母的正确书写，少数孩子容易把I、L、和R区分不开，易混淆，书写的顺序也有错误，这也造成了失分的原因。</w:t>
      </w:r>
      <w:r>
        <w:rPr>
          <w:lang w:eastAsia="zh-CN"/>
        </w:rPr>
        <w:br/>
      </w:r>
      <w:r>
        <w:rPr>
          <w:lang w:eastAsia="zh-CN"/>
        </w:rPr>
        <w:t>　　2、孩子初次涉及到背单词，有的孩子怎么背也背不会，再加上家长在家也不监督，让在写完作业后家长签字也没有签。</w:t>
      </w:r>
      <w:r>
        <w:rPr>
          <w:lang w:eastAsia="zh-CN"/>
        </w:rPr>
        <w:br/>
      </w:r>
      <w:r>
        <w:rPr>
          <w:lang w:eastAsia="zh-CN"/>
        </w:rPr>
        <w:t>　　3、在句子的理解和认读方面也存在一定问题，没有及时巩固。</w:t>
      </w:r>
      <w:r>
        <w:rPr>
          <w:lang w:eastAsia="zh-CN"/>
        </w:rPr>
        <w:br/>
      </w:r>
      <w:r>
        <w:rPr>
          <w:lang w:eastAsia="zh-CN"/>
        </w:rPr>
        <w:t>　　4、没有省清题目便去做题，完全没有理解题目的意思。</w:t>
      </w:r>
      <w:r>
        <w:rPr>
          <w:lang w:eastAsia="zh-CN"/>
        </w:rPr>
        <w:br/>
      </w:r>
      <w:r>
        <w:rPr>
          <w:lang w:eastAsia="zh-CN"/>
        </w:rPr>
        <w:t>　　5、没有养成良好的学习习惯，缺乏独立自主性。</w:t>
      </w:r>
      <w:r>
        <w:rPr>
          <w:lang w:eastAsia="zh-CN"/>
        </w:rPr>
        <w:br/>
      </w:r>
      <w:r>
        <w:rPr>
          <w:lang w:eastAsia="zh-CN"/>
        </w:rPr>
        <w:t>　　6、老师没有及时反馈孩子在学校的情况。</w:t>
      </w:r>
      <w:r>
        <w:rPr>
          <w:lang w:eastAsia="zh-CN"/>
        </w:rPr>
        <w:br/>
      </w:r>
      <w:r>
        <w:rPr>
          <w:lang w:eastAsia="zh-CN"/>
        </w:rPr>
        <w:t>　　所以在后半学期我主要采取的措施如下：</w:t>
      </w:r>
      <w:r>
        <w:rPr>
          <w:lang w:eastAsia="zh-CN"/>
        </w:rPr>
        <w:br/>
      </w:r>
      <w:r>
        <w:rPr>
          <w:lang w:eastAsia="zh-CN"/>
        </w:rPr>
        <w:t>　　1、对于积极背单词的学生要及时奖励，对于不背单词的学生要跟他们家长沟通，督促孩子在家背诵，如果还是不背，则要适当的惩罚。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2、每次的作业家长必须签字。</w:t>
      </w:r>
      <w:r>
        <w:rPr>
          <w:lang w:eastAsia="zh-CN"/>
        </w:rPr>
        <w:br/>
      </w:r>
      <w:r>
        <w:rPr>
          <w:lang w:eastAsia="zh-CN"/>
        </w:rPr>
        <w:t>　　3、每天必须晨读10-20分钟。</w:t>
      </w:r>
      <w:r>
        <w:rPr>
          <w:lang w:eastAsia="zh-CN"/>
        </w:rPr>
        <w:br/>
      </w:r>
      <w:r>
        <w:rPr>
          <w:lang w:eastAsia="zh-CN"/>
        </w:rPr>
        <w:t>　　4、及时和家长沟通并反映孩子的学习情况，说明孩子的优点与不足，让老师和家长互相配合。</w:t>
      </w:r>
      <w:r>
        <w:rPr>
          <w:lang w:eastAsia="zh-CN"/>
        </w:rPr>
        <w:br/>
      </w:r>
      <w:r>
        <w:rPr>
          <w:lang w:eastAsia="zh-CN"/>
        </w:rPr>
        <w:t>　　总的来说，期中考试对学生而言，是对学习态度、学习作风，学习方法，学习效果等学习情况的检查和总结。通过这次考试，我也找到了学生学习上的薄弱之处，并找到了有效的解决方法。从而保证在今后的教学工作中，适时地拿出行之有效的教育教学方法和手段,力争使每个学生都所进步，不断提高孩子们的学习成绩。</w:t>
      </w:r>
      <w:r>
        <w:rPr>
          <w:lang w:eastAsia="zh-CN"/>
        </w:rPr>
        <w:br/>
      </w:r>
      <w:r>
        <w:rPr>
          <w:lang w:eastAsia="zh-CN"/>
        </w:rPr>
        <w:t xml:space="preserve">    教师期中考试成绩分析总结2024年 篇8 </w:t>
      </w:r>
      <w:r>
        <w:rPr>
          <w:lang w:eastAsia="zh-CN"/>
        </w:rPr>
        <w:br/>
      </w:r>
      <w:r>
        <w:rPr>
          <w:lang w:eastAsia="zh-CN"/>
        </w:rPr>
        <w:t>　　本次期中检测，通过和学生课下交流及我们对试卷的认真分析研究，得知学生对已学知识掌握的很不扎实，遗忘现象严重；语法知识分词的用法，掌握欠扎实、一知半解；语篇整体理解能力差、书面表达中语言贫乏、语法错误较多等等。通过这次考试中暴漏出的问题，我们制定以下改进措施。</w:t>
      </w:r>
      <w:r>
        <w:rPr>
          <w:lang w:eastAsia="zh-CN"/>
        </w:rPr>
        <w:br/>
      </w:r>
      <w:r>
        <w:rPr>
          <w:lang w:eastAsia="zh-CN"/>
        </w:rPr>
        <w:t>　　1、搞好集体备课与学案的制作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每周我们进行一次集体备课，主要是总结上周的教学情况并为下周的教学工作做好打算，主要形式就是老师们在一起讨论上周学案的使用情况、学案中存在的问题、下周要用的学案注意事项及英语考试中的问题等。每个单元我们打算制定五个学案（预习学案、讲授学案、语法学案、巩固学案和检测学案）。争取提前一周制做好学案，然后老师可以依据学案并根据自己及自己的学生状况进行个人备课。学案的制作我们本着细致、准确、实用性强的原则并力求有我们自己的特点。</w:t>
      </w:r>
      <w:r>
        <w:rPr>
          <w:lang w:eastAsia="zh-CN"/>
        </w:rPr>
        <w:br/>
      </w:r>
      <w:r>
        <w:rPr>
          <w:lang w:eastAsia="zh-CN"/>
        </w:rPr>
        <w:t>　　2、巩固基础、加大训练量</w:t>
      </w:r>
      <w:r>
        <w:rPr>
          <w:lang w:eastAsia="zh-CN"/>
        </w:rPr>
        <w:br/>
      </w:r>
      <w:r>
        <w:rPr>
          <w:lang w:eastAsia="zh-CN"/>
        </w:rPr>
        <w:t>　　根据英语学科的特点，在控制好进度，打牢英语基础知识点的基础上，进行尽可能多的训练以提高做题的速度及准确率。</w:t>
      </w:r>
      <w:r>
        <w:rPr>
          <w:lang w:eastAsia="zh-CN"/>
        </w:rPr>
        <w:br/>
      </w:r>
      <w:r>
        <w:rPr>
          <w:lang w:eastAsia="zh-CN"/>
        </w:rPr>
        <w:t>　　1)利用每周周四自习课进行一次阅读周测（50分钟），题型以完形填空、阅读理解、阅读表达为主，加大学生的阅读训练量，从而培养学生的阅读能力。</w:t>
      </w:r>
      <w:r>
        <w:rPr>
          <w:lang w:eastAsia="zh-CN"/>
        </w:rPr>
        <w:br/>
      </w:r>
      <w:r>
        <w:rPr>
          <w:lang w:eastAsia="zh-CN"/>
        </w:rPr>
        <w:t>　　2)借鉴去年的做法，每单元进行一次单词拼写的滚动检测，单词检测以本单元单词为主，同时对以前所学单词也一并进行考查。</w:t>
      </w:r>
      <w:r>
        <w:rPr>
          <w:lang w:eastAsia="zh-CN"/>
        </w:rPr>
        <w:br/>
      </w:r>
      <w:r>
        <w:rPr>
          <w:lang w:eastAsia="zh-CN"/>
        </w:rPr>
        <w:t>　　3)每周进行一次考试，做到认真阅卷、评卷、对每班前十名及个别同学要做到面批，发现的问题做到及时解决。</w:t>
      </w:r>
      <w:r>
        <w:rPr>
          <w:lang w:eastAsia="zh-CN"/>
        </w:rPr>
        <w:br/>
      </w:r>
      <w:r>
        <w:rPr>
          <w:lang w:eastAsia="zh-CN"/>
        </w:rPr>
        <w:t>　　3、组织年级英语口语比赛，促进英语学习氛围</w:t>
      </w:r>
      <w:r>
        <w:rPr>
          <w:lang w:eastAsia="zh-CN"/>
        </w:rPr>
        <w:br/>
      </w:r>
      <w:r>
        <w:rPr>
          <w:lang w:eastAsia="zh-CN"/>
        </w:rPr>
        <w:t>　　以口语竞赛为锲机，一来营造学习英语的良好氛围，二来为市口语大赛选拔苗子。</w:t>
      </w:r>
      <w:r>
        <w:rPr>
          <w:lang w:eastAsia="zh-CN"/>
        </w:rPr>
        <w:br/>
      </w:r>
      <w:r>
        <w:rPr>
          <w:lang w:eastAsia="zh-CN"/>
        </w:rPr>
        <w:t>　　4、重视作业的布置及错题本的整理</w:t>
      </w:r>
      <w:r>
        <w:rPr>
          <w:lang w:eastAsia="zh-CN"/>
        </w:rPr>
        <w:br/>
      </w:r>
      <w:r>
        <w:rPr>
          <w:lang w:eastAsia="zh-CN"/>
        </w:rPr>
        <w:t>　　作业的内容主要是本单元的重、难点、易错点、并认真、及时为学生批阅讲评。同时对学生的错题本整理要进行必要的指导和检查。</w:t>
      </w:r>
      <w:r>
        <w:rPr>
          <w:lang w:eastAsia="zh-CN"/>
        </w:rPr>
        <w:br/>
      </w:r>
      <w:r>
        <w:rPr>
          <w:lang w:eastAsia="zh-CN"/>
        </w:rPr>
        <w:t>　　5、注重平日落实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要本着利用有限的课时得到最有效的教学效果的原则，每节课布置的作业要及时检测，要重视检测，要注意变换检测的形式，检测的面一定要大并使检测的方式方法灵活多样并卓有成效。真正使学生觉得每次作业老师都有可能检查，绝不能让学生有侥幸心理，绝不能让学生觉得有空子可钻、有机可乘，更不能让学生摸着老师检测的规律，要让学生觉得只能好好准备，别无他法。</w:t>
      </w:r>
      <w:r>
        <w:rPr>
          <w:lang w:eastAsia="zh-CN"/>
        </w:rPr>
        <w:br/>
      </w:r>
      <w:r>
        <w:rPr>
          <w:lang w:eastAsia="zh-CN"/>
        </w:rPr>
        <w:t>　　6、注重与学生交流</w:t>
      </w:r>
      <w:r>
        <w:rPr>
          <w:lang w:eastAsia="zh-CN"/>
        </w:rPr>
        <w:br/>
      </w:r>
      <w:r>
        <w:rPr>
          <w:lang w:eastAsia="zh-CN"/>
        </w:rPr>
        <w:t>　　利用作业、考试、自习等时机，随时随地与学生进行交流，及时解决教学中出现的问题，加强和学生之间的感情交流，让学生真正的做到乐学英语。</w:t>
      </w:r>
      <w:r>
        <w:rPr>
          <w:lang w:eastAsia="zh-CN"/>
        </w:rPr>
        <w:br/>
      </w:r>
      <w:r>
        <w:rPr>
          <w:lang w:eastAsia="zh-CN"/>
        </w:rPr>
        <w:t>　　7、注重课堂重、难、易错、易混点的讲解</w:t>
      </w:r>
      <w:r>
        <w:rPr>
          <w:lang w:eastAsia="zh-CN"/>
        </w:rPr>
        <w:br/>
      </w:r>
      <w:r>
        <w:rPr>
          <w:lang w:eastAsia="zh-CN"/>
        </w:rPr>
        <w:t>　　特别是对于重、难、易错、易混点，在集体备课的基础上，结合学生实际情况，进行详细解释，通过变式等训练，让学生真正弄懂。</w:t>
      </w:r>
      <w:r>
        <w:rPr>
          <w:lang w:eastAsia="zh-CN"/>
        </w:rPr>
        <w:br/>
      </w:r>
      <w:r>
        <w:rPr>
          <w:lang w:eastAsia="zh-CN"/>
        </w:rPr>
        <w:t>　　8、在组题上下功夫</w:t>
      </w:r>
      <w:r>
        <w:rPr>
          <w:lang w:eastAsia="zh-CN"/>
        </w:rPr>
        <w:br/>
      </w:r>
      <w:r>
        <w:rPr>
          <w:lang w:eastAsia="zh-CN"/>
        </w:rPr>
        <w:t>　　组题时，认真研究课程标准对于本单元或本阶段知识点的目标要求及考纲要求，强调对易考点的变式、循环滚动检测。另外注重题目的'时效性、新颖性，通过考试资源网等提供的最新材料加以整合，此外每组好一份题目，再整合集体的智慧，放到集体备课中加以讨论、整改，最后定稿，力求每道题目精致、合理。</w:t>
      </w:r>
      <w:r>
        <w:rPr>
          <w:lang w:eastAsia="zh-CN"/>
        </w:rPr>
        <w:br/>
      </w:r>
      <w:r>
        <w:rPr>
          <w:lang w:eastAsia="zh-CN"/>
        </w:rPr>
        <w:t xml:space="preserve">    教师期中考试成绩分析总结2024年 篇9 </w:t>
      </w:r>
      <w:r>
        <w:rPr>
          <w:lang w:eastAsia="zh-CN"/>
        </w:rPr>
        <w:br/>
      </w:r>
      <w:r>
        <w:rPr>
          <w:lang w:eastAsia="zh-CN"/>
        </w:rPr>
        <w:t>　　一、试卷分析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试卷难易程度适中，特别是阅读理解，5篇阅读，其中2篇属于附加题，难度由易到难，区分度很好，学生能读懂，能拿分，但是想拿高分却需要较好的基础。学生在阅读表达上基本能得6至8分，得分率较高。试题知识面覆盖较全，分布到位并非常仔细，把握每个单元的英语知识分轻重的对学生进行了考核，尤其在试题内容中采取了灵活变化的形式，充分体现了不仅仅是单调考知识内容，而是考灵活运用知识的能力。但是相对普通班而言，没有把低重心运行的理念贯彻到底，以致学生考试成绩相当不理想。</w:t>
      </w:r>
      <w:r>
        <w:rPr>
          <w:lang w:eastAsia="zh-CN"/>
        </w:rPr>
        <w:br/>
      </w:r>
      <w:r>
        <w:rPr>
          <w:lang w:eastAsia="zh-CN"/>
        </w:rPr>
        <w:t>　　二、学生考试情况分析</w:t>
      </w:r>
      <w:r>
        <w:rPr>
          <w:lang w:eastAsia="zh-CN"/>
        </w:rPr>
        <w:br/>
      </w:r>
      <w:r>
        <w:rPr>
          <w:lang w:eastAsia="zh-CN"/>
        </w:rPr>
        <w:t>　　经分析，有的学生得分较好的是单词拼写题，失分较多的是完形填空题以及阅读表达，还有作文写作也失分较多主要是在失分在卷面书写上，普遍较差。</w:t>
      </w:r>
      <w:r>
        <w:rPr>
          <w:lang w:eastAsia="zh-CN"/>
        </w:rPr>
        <w:br/>
      </w:r>
      <w:r>
        <w:rPr>
          <w:lang w:eastAsia="zh-CN"/>
        </w:rPr>
        <w:t>　　三、教学现状产生的原因及改进措施</w:t>
      </w:r>
      <w:r>
        <w:rPr>
          <w:lang w:eastAsia="zh-CN"/>
        </w:rPr>
        <w:br/>
      </w:r>
      <w:r>
        <w:rPr>
          <w:lang w:eastAsia="zh-CN"/>
        </w:rPr>
        <w:t>　　从这次考试情况来看，一定程度上防范了两极分化的现象出现，但是也体现出了一些问题。经过平常的课堂教学的巩固工作和复习阶段的努力，学生在对阅读和单选题水平上都有了较大的提高，但个别语法知识的掌握还不够牢固，尤其是个别题目反复做过几次也没能把握好，阅读表达解题能力也相对较弱，也与平时的不够重视和练习较少有关，针对这些问题和现象，在接下来的下半学期要采取的措施有：</w:t>
      </w:r>
      <w:r>
        <w:rPr>
          <w:lang w:eastAsia="zh-CN"/>
        </w:rPr>
        <w:br/>
      </w:r>
      <w:r>
        <w:rPr>
          <w:lang w:eastAsia="zh-CN"/>
        </w:rPr>
        <w:t>　　1、帮助学生树立学习英语的自信心，增加学生学习的积极性还是至关重要，尤其是要以鼓励和表扬为主，要保证课堂教学质量以及学生的听课质量，做到“双向促进”。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2、教学过程中在以巩固基础知识为前提的基础上多注重开展运用能力的训练和练习，多帮助学生做到“学以致用”。</w:t>
      </w:r>
      <w:r>
        <w:rPr>
          <w:lang w:eastAsia="zh-CN"/>
        </w:rPr>
        <w:br/>
      </w:r>
      <w:r>
        <w:rPr>
          <w:lang w:eastAsia="zh-CN"/>
        </w:rPr>
        <w:t>　　3、充分利用周天晚的30分钟时间加强查英语词典的训练和每天30分钟英语文章的背诵练习。</w:t>
      </w:r>
      <w:r>
        <w:rPr>
          <w:lang w:eastAsia="zh-CN"/>
        </w:rPr>
        <w:br/>
      </w:r>
      <w:r>
        <w:rPr>
          <w:lang w:eastAsia="zh-CN"/>
        </w:rPr>
        <w:t>　　4、注意对优秀学生的引导和创造能力的培养，拓展他们的知识面，培养他们运用语言进行创造的能力。</w:t>
      </w:r>
      <w:r>
        <w:rPr>
          <w:lang w:eastAsia="zh-CN"/>
        </w:rPr>
        <w:br/>
      </w:r>
      <w:r>
        <w:rPr>
          <w:lang w:eastAsia="zh-CN"/>
        </w:rPr>
        <w:t>　　5、继续抓好对后进学生的辅导与帮助，尤其是这次期中考试不及格的学生要重点帮助和跟进。</w:t>
      </w:r>
      <w:r>
        <w:rPr>
          <w:lang w:eastAsia="zh-CN"/>
        </w:rPr>
        <w:br/>
      </w:r>
      <w:r>
        <w:rPr>
          <w:lang w:eastAsia="zh-CN"/>
        </w:rPr>
        <w:t xml:space="preserve">    教师期中考试成绩分析总结2024年 篇10 </w:t>
      </w:r>
      <w:r>
        <w:rPr>
          <w:lang w:eastAsia="zh-CN"/>
        </w:rPr>
        <w:br/>
      </w:r>
      <w:r>
        <w:rPr>
          <w:lang w:eastAsia="zh-CN"/>
        </w:rPr>
        <w:t>　　紧张的期中考试已经结束，希望同学们及时总结反思。通过反思，大家才可以发现平时学习上的.不足与缺陷，考试就像捕鱼，每一次考试你都会发现鱼网上的漏洞，经过一次次的修补，一次次的捕捞，你的知识与能力编成的鱼网一定已经是牢不可破的。这次考试，我们每一位同学都经受了失败、痛苦和成功的洗礼。而这正是每个成功者必经的阶段。通过磨练、反省达到升华自我的目的，这正是我们最大的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我们要正确面对考试成绩。俗话说胜败乃兵家常事，对这次考试取得成功的同学，我要提醒你们不能盲目乐观，无论是谁，都不可能完美无缺，也许你还有许多弱点和缺点没有暴露，做每份试卷都会有不同的结果。应该说，良好的开端只是成功的一半，那还有另一半呢?那另一半就是你要善于总结，不停地反思，不停地拼搏。假如你还一直陶醉在暂时的幸福中，失败只是迟早到来的结局。在顺利登上理想的彼岸之前，不轻言成功。没有最好，只有更好，这才是我们应取的态度。对于成绩不理想的同学来说，考试失利也未必是坏事，失败是一支清醒剂，是不断成功的动力，即使我们一百次跌倒也要第一百零一次爬起。我们正处在人生攀登的山腰上，还有好长的路等待我们去开拓、创造。失败乃成功之母，靠什么来孕育成功?那就是——态度、目标、勤奋。</w:t>
      </w:r>
      <w:r>
        <w:rPr>
          <w:lang w:eastAsia="zh-CN"/>
        </w:rPr>
        <w:br/>
      </w:r>
      <w:r>
        <w:rPr>
          <w:lang w:eastAsia="zh-CN"/>
        </w:rPr>
        <w:t>　　首先是态度，态度决定一切。态度决定高度，高度决定成功。有这样一句话：“当我冷眼旁观时，生命是一只蓝色的蛹;当我热情相拥时，生命是一只金色的蝶”，学习也是这样，当你把学习当作自己成长发展的享受时，才能体验到学习的快乐;当你把学习当作是一种负担时，学习就是一种痛苦，谁愿在一片郁闷和痛苦中学习呢?所以说，我们首先要调整心态，以愉快的心情投入到紧张的学习生活中，并善于在学习的过程中体验获取知识的快乐，体验克服困难的快乐，体验取得成功的快乐。</w:t>
      </w:r>
      <w:r>
        <w:rPr>
          <w:lang w:eastAsia="zh-CN"/>
        </w:rPr>
        <w:br/>
      </w:r>
      <w:r>
        <w:rPr>
          <w:lang w:eastAsia="zh-CN"/>
        </w:rPr>
        <w:t>　　其次是目标，目标是前进的灯塔。一个人没有目标，就象大海中迷失方向的航船，不可能达到成功的彼岸。生活中，每个人都应该有一个既定目标，瞄准目标奋力攀登，就一定会取得成功，最终的总体目标，是由一个个切近的具体目标逐步递进而实现的。因此，每个阶段性目标的实现都关系到总体目标的实现，在这个历程中，需要不断地将自己行为的结果与阶段性目标相比较，反思自己的目标，并进行合理的调节，制定出切合实际、通过努力能够达到的目标。因此，请同学们一定要确立自己的努力方向和适当的近期目标，在不断的超越中成长自我，成就自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再次是勤奋，勤奋是成长的阶梯。书山有路勤为径，天上不会掉馅饼，要学习真本领没有勤奋的耕耘不行。有句诗这样写到：“梦里走了许多路，醒来却还在床上”，不勤奋，理想永远是空想。但勤奋并非只是简单的忙忙碌碌，更需要思考和反思有的同学终日劳累，却没有明显的进步，原因何在?我想，应该是没有注意方法，缺少思考和反思，还未认识到自己学习中的“短处”。课前不预习，抓不住关键的课堂学习环节，重作业轻复习，忽视学习规律的总结和学习方法的琢磨，学习在高耗和低效中进行。所以，我劝同学们忙中偷闲，时时反思自己的“短处”，力求一份耕耘两份收获!或许一次次的努力，换来的仍然是未能如愿的成绩;或许带给心灵冲击的不仅仅是努力与结果的反差;或许在无人知晓的时刻，坚强或委屈的泪水曾在心中流淌……但令人佩服的正是这样一种挑战自我、永不言败的精神。我坚信：你们一定会拥有属于自己的成功!那一天一定不会太远。你们身上已经具备了成功人士必备的基本素质，那就是不畏挫折、永不言败、执着追求、顽强不屈的毅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期中考试已经结束，一次考试并不是句号，更不是人生的全部，人生道路有风和日丽的日子，也有阴雨连绵的岁月，你不能左右天气，却可以改变心情;你不能改变容貌，却可以展现笑容，你不能改变世界，却可以改变自已。我们要从暂时的喜悦中走出来，从暂时的沮丧中走出来，胜不骄，败不馁，荣辱不惊，卧薪尝胆，及时调整自己，为下一次考试早作准备，有这样一句格言：“在人生的道路上，想哭就哭，想笑就笑吧，只是别忘了赶路”。文学大师冰心告诫我们：“成功的花，人们惊羡她现时的明艳!然而当初她的芽儿，浸透着奋斗的泪泉，洒遍了牺牲的血雨。”所以如果失败，我们无须遗憾，那成功可能是我们竭尽所能也摘不到的天星;如果我们一味怨天尤人，遗憾抱怨，那就太失败了，那成功可能是我们俯首可及却没有弯腰去拾的珍宝。期中总结之后又是一个新的起点，春种一粒粟，秋收万颗籽，让我们携起手来，共同努力吧。我坚信，你们的青春会因你们的不懈努力而绚烂，老师和家长会因你们的身心健康成长而感到欣慰和自豪。</w:t>
      </w:r>
      <w:r>
        <w:rPr>
          <w:lang w:eastAsia="zh-CN"/>
        </w:rPr>
        <w:br/>
      </w:r>
      <w:r>
        <w:rPr>
          <w:lang w:eastAsia="zh-CN"/>
        </w:rPr>
        <w:t xml:space="preserve">    教师期中考试成绩分析总结2024年 篇11 </w:t>
      </w:r>
      <w:r>
        <w:rPr>
          <w:lang w:eastAsia="zh-CN"/>
        </w:rPr>
        <w:br/>
      </w:r>
      <w:r>
        <w:rPr>
          <w:lang w:eastAsia="zh-CN"/>
        </w:rPr>
        <w:t>　　一年级做卷子时是由老师读题，领着大家一起做的。而升入二年级后，老师不再读题，一切都要靠学生自己去分析、领会。没有了老师的.指引，学生就像破浪行驶的小船，要通过努力才能找到方向。在初步独立做卷的阶段，原来一些靠老师指引得高分的孩子可能就要滑落下来。还有那些注意力容易分散的同学，丢一两道题也是有可能的。如果在日常的练习中，我能有意识地培养孩子独立答题的能力，有重点地训练学生的理解能力，我想会有一些孩子的成绩更理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看着卷面上简单的组词也被一个个大红叉所覆盖，心里一次又一次地问：“这都练过多少遍了，怎么还错呢？”可是细细想来，这样简单的练习我都是让学生自己写，同桌检查，真正过关测试的又有几回呢？是我对学生太过于信任，认为他们有能力学会这些简单的知识，认为只要我认真讲了，他们就应该会……太多的应该，到头来都变成了不应该。二年级的学生还小，自制力很差，学习的主动性低，有的孩子能偷懒就偷懒，有些孩子的注意力不集中，在老师讲到重点知识时也许溜号了，就不知道自己的想法正确与否，于是按照自己的判断强化知识，可能一错再错。学习是一个不断反复的过程，在这个过程中，离不开教师的监督和检查，及时的检查和反馈更能促进学生的学习。</w:t>
      </w:r>
      <w:r>
        <w:rPr>
          <w:lang w:eastAsia="zh-CN"/>
        </w:rPr>
        <w:br/>
      </w:r>
      <w:r>
        <w:rPr>
          <w:lang w:eastAsia="zh-CN"/>
        </w:rPr>
        <w:t>　　日常里的听写每个孩子都能取得令人满意的成绩，但为什么形近字组词、选字填空还错得一塌糊涂呢？每天的说话练习、写话练习都在继续，效果也较好，为什么写一句话这么费劲呢？究其原因，还是我在教学时教的太死板，指导不到位。听写时总是书中课后的“写一写”，内容单一，缺少变化。题型不够多样，除了读生字，就是读词语，课堂上还是要进行形近字组词、选字填空、一字组多词等多样的练习。在语言训练方面，不能放任自流，要进行细致的指导，将好的范例展示出来，让所有的学生都能明白好在哪里，以后自己如何写得更好。</w:t>
      </w:r>
      <w:r>
        <w:rPr>
          <w:lang w:eastAsia="zh-CN"/>
        </w:rPr>
        <w:br/>
      </w:r>
      <w:r>
        <w:rPr>
          <w:lang w:eastAsia="zh-CN"/>
        </w:rPr>
        <w:t>　　试卷上除了反映学生对知识的掌握情况，更体现了对学习的态度。有的同学卷面干干净净，字迹工工整整，有的同学的卷子却“不堪入目”，好的字给人以舒服的感觉，字如其人，字反映了一个人的精神面貌……新课标中也指出了书写的重要性，我将在以后的教学中，细致指导学生的书写，认真上好学校规定的每周两节的书法课，提高学生的书写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一次考试，一次反思，这种阶段性的反思会让我们的工作更有方向性、针对性，相信我们会在反思中找到更好的方法。</w:t>
      </w:r>
      <w:r>
        <w:rPr>
          <w:lang w:eastAsia="zh-CN"/>
        </w:rPr>
        <w:br/>
      </w:r>
      <w:r>
        <w:rPr>
          <w:lang w:eastAsia="zh-CN"/>
        </w:rPr>
        <w:t xml:space="preserve">    教师期中考试成绩分析总结2024年 篇12 </w:t>
      </w:r>
      <w:r>
        <w:rPr>
          <w:lang w:eastAsia="zh-CN"/>
        </w:rPr>
        <w:br/>
      </w:r>
      <w:r>
        <w:rPr>
          <w:lang w:eastAsia="zh-CN"/>
        </w:rPr>
        <w:t>　　尊敬的领导老师们：</w:t>
      </w:r>
      <w:r>
        <w:rPr>
          <w:lang w:eastAsia="zh-CN"/>
        </w:rPr>
        <w:br/>
      </w:r>
      <w:r>
        <w:rPr>
          <w:lang w:eastAsia="zh-CN"/>
        </w:rPr>
        <w:t>　　大家晚上好：</w:t>
      </w:r>
      <w:r>
        <w:rPr>
          <w:lang w:eastAsia="zh-CN"/>
        </w:rPr>
        <w:br/>
      </w:r>
      <w:r>
        <w:rPr>
          <w:lang w:eastAsia="zh-CN"/>
        </w:rPr>
        <w:t>　　今天我交流的题目是：《温暖·鼓掌·领航》，有不当之处还望大家批评指正。</w:t>
      </w:r>
      <w:r>
        <w:rPr>
          <w:lang w:eastAsia="zh-CN"/>
        </w:rPr>
        <w:br/>
      </w:r>
      <w:r>
        <w:rPr>
          <w:lang w:eastAsia="zh-CN"/>
        </w:rPr>
        <w:t>　　电视剧《虎妈猫爸》，相信大家都已看过，里面所涉及到的有关当代教育观念的问题，实在是引发了我们的众多反思。</w:t>
      </w:r>
      <w:r>
        <w:rPr>
          <w:lang w:eastAsia="zh-CN"/>
        </w:rPr>
        <w:br/>
      </w:r>
      <w:r>
        <w:rPr>
          <w:lang w:eastAsia="zh-CN"/>
        </w:rPr>
        <w:t>　　敞开怀抱给孩子们温暖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毕大千是一位优秀的高中物理老师，他用了极端严厉的方法将那么多的孩子送入了重点大学，他收藏当年孩子们的成绩单和作业作为自己的骄傲，可是这些当年的优秀学生在毕大千要与他们见面时却一个个躲了起来，在举行同学聚会时故意不请他。为什么？老师当年的付出学生不领情。这就是爱这颗子弹射了出去，由于子弹的力度太大，因此虽然很准，却穿透了靶子，靶子上留下了一个永远的洞。我在反思：那么，什么样的教育才是既会教好孩子又不会对孩子们造成伤害的教育？我在想，从参加工作以来，我又伤害了哪些孩子呢，但愿他们在心里能够慢慢地原谅我，也会像毕大千的学生们一样，在理解了老师的良苦用心后也会感激我们。不同的孩子会有不同的需要，如果我们真的要对孩子们一个标准，一个要求，也许真的会伤害了他们。学习之路本就很苦很难，虽说“忠言逆耳利于行，良药苦口利于病”，但是，让孩子们吃苦药的时候，他们不想吃，可我们想尽一切办法非逼他们吃，他们肯定会恨我们。我们可否在这苦药中掺点儿蜜进去，让它既能治病又能让孩子们不恨我们。在班里少去指责，不断地发现做得好的孩子，多表扬他们，将他们的优点放大，让大家有了模仿的对象，而不去强化做得不好的孩子的错误。可是这蜜掺得多少真得拿捏得合适，这难度的确不小，要根据不同的孩子，不同的情况灵活地选择。</w:t>
      </w:r>
      <w:r>
        <w:rPr>
          <w:lang w:eastAsia="zh-CN"/>
        </w:rPr>
        <w:br/>
      </w:r>
      <w:r>
        <w:rPr>
          <w:lang w:eastAsia="zh-CN"/>
        </w:rPr>
        <w:t>　　伸出双手为孩子们鼓掌</w:t>
      </w:r>
      <w:r>
        <w:rPr>
          <w:lang w:eastAsia="zh-CN"/>
        </w:rPr>
        <w:br/>
      </w:r>
      <w:r>
        <w:rPr>
          <w:lang w:eastAsia="zh-CN"/>
        </w:rPr>
        <w:t>　　花节期间，在科技广场，观看当红的网络原创歌手王璐的现场演唱会，主持人在不停地向观众煽情，要大家配合着让王璐多唱几首歌，观众的掌声雷动，呼声震天，王璐的热情瞬间被点燃。主持人说：“大家知道观众的掌声对演员有多么的重要吗？他们的成长就是受了观众的认可与鼓励。”我想：我们的孩子们不正像是成长中的演员吗？他们需要我们的鼓励。我在听崔燕老师开家长会时，说道：“孩子们不需要指责，而是需要我们为他们伸出自己的双手，为他们鼓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我想：当学生的作文遇到瓶颈时，多么希望老师能够肯定地告诉他：“孩子，你的作文细节描写真生动，修辞用得多准确。这个开头不仅用词恰当而且直接点题。”当学生的书写不好时，多么希望老师能够从众多潦草的字中找出一个稍好点的，或是从中找出一个还不错的笔画告诉他：“如果每个字都像这个字，每一笔都像这一笔，我想，你的书写一定是满分。”当学生做阅读题可以得满分时，多么希望老师能够当着全班同学的面，向他伸出大拇指，为他点赞，告诉大家：“孩子，真棒，阅读技巧掌握得很扎实，运用得很灵活，审题很准确，考虑的要点很全面。”当学生做文言文阅读不是很顺利时，多么希望老师能够告诉他：“不要着急，把课内的文言文实虚词重点掌握，把它迁移到课外文言文的翻译中，字字对译，试着调整语序，注意字句的通顺。”</w:t>
      </w:r>
      <w:r>
        <w:rPr>
          <w:lang w:eastAsia="zh-CN"/>
        </w:rPr>
        <w:br/>
      </w:r>
      <w:r>
        <w:rPr>
          <w:lang w:eastAsia="zh-CN"/>
        </w:rPr>
        <w:t>　　阅读经典为孩子们领航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我们学校的图书室真是个宝库，里面的藏书多，内容广。从进入文峰的那天起，我就时常出入我们的图书室，认真尽责的韩老师、徐老师总是不厌其烦地给我找来各种书籍，各种名家散文，我找出他们写法中的共同点与不同点，做好记录，给学生在写作引领时，拿出来做借鉴。现在我自己采用了一种方法去选择书籍，专门找学生各册语文课本下的课文出处去读原著，这样在讲授课文的时候，相信会有一种总览全局的效果。前几年，我用了九个月的课余时间，将初一到初四的全部课文先自己读，然后查找各种资料，每篇文章，精读的，略读的，我都进行了精心地备课批注，因为一直教初四，所以对初一至初四的文章不熟悉，用这种方法，我对于学生在语文学习上的指导就会有方法。每篇课文中的每个字我都仔仔细细地读了一遍，只要有读不准的字音我就马上查字典，那个过程是枯燥而单调的，但是真正地做完了，却感到了一种莫大的成就感。我用了半年的时间读初一至初四的名著，有的名著，我在自己读的时候也不会被吸引，我就想，如果让学生读如何激发他们的兴趣，在学生读的时候我就会采取措施。我现在在读初四课文的原著《资治通鉴》、《四书五经》，刚开始读时，文白对照着读，慢慢地可以尝试着只读文言文，也许只有量变才会引起质变，读的东西必须到了一定的量，才会引起自己内心世界，大的改变。读到《易经》时发现，原来自己以前对它有着太多的误解，本来以为它只是一些卦相，真正读了才发现，里面是一些哲学，我们的前辈是在教我们如何做人，如何做事。现在进行中考的备战阶段，与学生共做文言文题，可以给学生一些读文言文时自己的切实感受和做法，让学生少走不少的弯路。</w:t>
      </w:r>
      <w:r>
        <w:rPr>
          <w:lang w:eastAsia="zh-CN"/>
        </w:rPr>
        <w:br/>
      </w:r>
      <w:r>
        <w:rPr>
          <w:lang w:eastAsia="zh-CN"/>
        </w:rPr>
        <w:t>　　其实，我的教学体会就是这样的三句话：敞开怀抱给孩子们温暖——先让他们接受我；伸出双手为孩子们鼓掌——再让我欣赏他们；学习指导为孩子们领航——让我们共同前行。</w:t>
      </w:r>
      <w:r>
        <w:rPr>
          <w:lang w:eastAsia="zh-CN"/>
        </w:rPr>
        <w:br/>
      </w:r>
      <w:r>
        <w:rPr>
          <w:lang w:eastAsia="zh-CN"/>
        </w:rPr>
        <w:t>　　《虎妈猫爸》中唐琳有一句经典的台词：“中国的教育一爱就乱，一管就死”，我们不想让它死，想让它活，而且要好好地活，那么就要学会爱，想要爱，就要自己先学习，做好孩子们成长中的领航者，幸福地欣赏他们成长，而不是拽着他们的手逼着他们成长。认可、欣赏、共赢，就是教学的三部曲，互动的最高境界即为共赢。</w:t>
      </w:r>
      <w:r>
        <w:rPr>
          <w:lang w:eastAsia="zh-CN"/>
        </w:rPr>
        <w:br/>
      </w:r>
      <w:r>
        <w:rPr>
          <w:lang w:eastAsia="zh-CN"/>
        </w:rPr>
        <w:t>　　我的交流结束，谢谢大家！</w:t>
      </w:r>
      <w:r>
        <w:rPr>
          <w:lang w:eastAsia="zh-CN"/>
        </w:rPr>
        <w:br/>
      </w:r>
      <w:r>
        <w:rPr>
          <w:lang w:eastAsia="zh-CN"/>
        </w:rPr>
        <w:t xml:space="preserve">    教师期中考试成绩分析总结2024年 篇13 </w:t>
      </w:r>
      <w:r>
        <w:rPr>
          <w:lang w:eastAsia="zh-CN"/>
        </w:rPr>
        <w:br/>
      </w:r>
      <w:r>
        <w:rPr>
          <w:lang w:eastAsia="zh-CN"/>
        </w:rPr>
        <w:t>　　一、综合评价与建议。</w:t>
      </w:r>
      <w:r>
        <w:rPr>
          <w:lang w:eastAsia="zh-CN"/>
        </w:rPr>
        <w:br/>
      </w:r>
      <w:r>
        <w:rPr>
          <w:lang w:eastAsia="zh-CN"/>
        </w:rPr>
        <w:t>　　本次试卷涉及的内容较多，基础性知识也占了大多数，试卷安排也比较合理，而且今年的考试最后都有一道附加题，这是对学生解决问题能力的一种考验，也拉开了优等生和中等生之间的差距。</w:t>
      </w:r>
      <w:r>
        <w:rPr>
          <w:lang w:eastAsia="zh-CN"/>
        </w:rPr>
        <w:br/>
      </w:r>
    </w:p>
    <w:p w:rsidR="001B1F19" w14:textId="27C3F48A">
      <w:pPr>
        <w:rPr>
          <w:rFonts w:hint="eastAsia"/>
          <w:lang w:eastAsia="zh-CN"/>
        </w:rPr>
      </w:pPr>
      <w:r>
        <w:rPr>
          <w:lang w:eastAsia="zh-CN"/>
        </w:rPr>
        <w:t>　　二、学生考试总体情况分析与教学反思。</w:t>
      </w:r>
      <w:r>
        <w:rPr>
          <w:lang w:eastAsia="zh-CN"/>
        </w:rPr>
        <w:br/>
      </w:r>
      <w:r>
        <w:rPr>
          <w:lang w:eastAsia="zh-CN"/>
        </w:rPr>
        <w:t>　　本次考试，因为有附加分，所以我们班学生的成绩都在90分以上的，没有不及格的学生，优秀率是100%，及格率也是100%。这次考试中，我们班失分较多的是：填空题中的图形的拼组，拼正方形;判断题中一个两位数的十位上的数和个位上的数表示的意义是否一样，还有长方形和正方形的四条边是否都一样长;解决问题：“一一班有36人，如果每人一根跳绳，还差6根。一一班有多少根跳绳?”往往孩子在拼图形的时候，容易把正方形和正方体搞混，出现这样的情况是由于孩子没有掌握好图形的认识，缺乏动手实践的能力。判断题是学生没有理解题意，没有掌握好一个两位数的十位上的数和个位上的数表示的意义。出现这样的情况是由于学生对这方面的知识没有完全理解，还有教师在数位表示的意义这方面没有多强调。解决问题也是学生没有理解题意，没有动脑子去分析问题，才导致算式列错。今后教师应该在这些方面的题多加讲解和训练，培养学生灵活运用知识来解决问题的能力。</w:t>
      </w:r>
      <w:r>
        <w:rPr>
          <w:lang w:eastAsia="zh-CN"/>
        </w:rPr>
        <w:br/>
      </w:r>
      <w:r>
        <w:rPr>
          <w:lang w:eastAsia="zh-CN"/>
        </w:rPr>
        <w:t>　　三、对后进生原因分析与补进措施。</w:t>
      </w:r>
      <w:r>
        <w:rPr>
          <w:lang w:eastAsia="zh-CN"/>
        </w:rPr>
        <w:br/>
      </w:r>
      <w:r>
        <w:rPr>
          <w:lang w:eastAsia="zh-CN"/>
        </w:rPr>
        <w:t>　　经过前几次的辅导后进生已经有了很大的进步了，但由于学生基础不太扎实，有几个小学生学习习惯还不好，对题目的理解能力太差，还需要加大对个别后进生的辅导的强度，我现在采用组长帮组员的学习方式，并采取一定的奖励措施，进行多鼓励、多激励的.手段，慢慢让小学生把被动学习变为主动学习。</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https://d.book118.com/846222225020010053</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46222225020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