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军训第二天的心得体会（31篇）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军训第二天的心得体会（通用31篇）</w:t>
      </w:r>
      <w:r>
        <w:rPr>
          <w:lang w:eastAsia="zh-CN"/>
        </w:rPr>
        <w:br/>
      </w:r>
      <w:r>
        <w:rPr>
          <w:lang w:eastAsia="zh-CN"/>
        </w:rPr>
        <w:t xml:space="preserve">    军训第二天的心得体会 篇1 </w:t>
      </w:r>
      <w:r>
        <w:rPr>
          <w:lang w:eastAsia="zh-CN"/>
        </w:rPr>
        <w:br/>
      </w:r>
      <w:r>
        <w:rPr>
          <w:lang w:eastAsia="zh-CN"/>
        </w:rPr>
        <w:t>　　经历过昨天的煎熬与磨练之后，拖着无力的身躯再次来到了熟悉的地方。快速整齐的站好是在昨天的不断惩罚中训练出来的。还是这个猛烈晒着大地的太阳，还是那个严肃没有笑容的教官，但已经不是昨天那个还愣头愣脑的我们，再也不敢随意发出声响，随时都是由于紧紧要住牙关而略微鼓起的两腮。第二天的生活就是这样开始的。</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还是昨天的那些动作，只不过今天的频率略快，也没有太多的“报告”声，大家都绷紧了神经，就怕会产生太多的错误。今天新要学习的就是一些一般的口令，以及齐步走，这些早在一开始上体育课时就已经会了，但是军训是什么，军队是怎样的，我们就必须要是怎样的，一切动作要做到果断、干净、利落，对于刚刚叫出口的口令，完全不能够有那么一丝一毫的思考，就必须要立即做出反应，这仿佛是在练就一种下意识的动作，让人一听到口令便会不用过脑子般做出动作。这样快速的反应才是真正军队需要的。然而感受着我们的'训练简直是那叫一个凌乱啊，每个同学都有自己的反应速度，或快或慢，整体放在一起来看就是一场乱七八糟的表演。这次教官却也没有生气，仅仅是不断地让我们训练着，让我们自己感受。练习的次数多了，自然也就有所感悟了，好像腿脚就利索了不少，队伍也更是整齐不少。</w:t>
      </w:r>
      <w:r>
        <w:rPr>
          <w:lang w:eastAsia="zh-CN"/>
        </w:rPr>
        <w:br/>
      </w:r>
      <w:r>
        <w:rPr>
          <w:lang w:eastAsia="zh-CN"/>
        </w:rPr>
        <w:t>　　在下午的时候有一个全部连队的大汇演，其实就是由一个教官在喊口号，所有的连队对应做动作，由该教官来评判好坏，并对应做出责罚。从最开始的站军姿就有同学先动了，于是使我们连队整体被罚了50个下蹲，接着后的稍息、立正等口令，不整齐什么的都是不断地接受惩罚，这一系列的惩罚下来，我已经是完全不记得自己做了多少个了，早就已经跟不上下蹲的节奏口令了，但是还是必须要死死的撑住。紧紧挨的几个都是相互搀扶着慢慢的下蹲，起来，这一切的惩罚都是为了展现团队的精神，一人出错，就是集体的事，要有集体来承担。经历过如此的惩罚之后，大家都不顾形象，更是不顾地板被烤得有多么滚烫都一屁股坐在地上，来放松双腿，以求得可以更舒适一些。</w:t>
      </w:r>
      <w:r>
        <w:rPr>
          <w:lang w:eastAsia="zh-CN"/>
        </w:rPr>
        <w:br/>
      </w:r>
      <w:r>
        <w:rPr>
          <w:lang w:eastAsia="zh-CN"/>
        </w:rPr>
        <w:t xml:space="preserve">    军训第二天的心得体会 篇2 </w:t>
      </w:r>
      <w:r>
        <w:rPr>
          <w:lang w:eastAsia="zh-CN"/>
        </w:rPr>
        <w:br/>
      </w:r>
      <w:r>
        <w:rPr>
          <w:lang w:eastAsia="zh-CN"/>
        </w:rPr>
        <w:t>　　有人说，生命中绝大部分的所遇、所思不过像蒲公英一样，飘然而来，飘然而去，全然不留一丝痕迹，但生命中却有些真挚的东西值得收藏，短短的军训日子，使我们洗涤去许多的酸甜苦辣，我愿意记取这最难忘刻骨的记忆。使他牢牢的占据我的心。这些记忆将是我生命中的珍宝。</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军训的日子就把自己当部队的军人看待了，在这里有中命令是绝对的服从，在这里有种纪律叫：绝对严明。虽然条条框框，却把人训练的堂堂正正，犹如中国的汉字，横平竖直，坦荡有力，在这里没有个人的魅力，只有团结的力量，在这里没有婉转的歌喉，却有高歌荡气的回肠。</w:t>
      </w:r>
      <w:r>
        <w:rPr>
          <w:lang w:eastAsia="zh-CN"/>
        </w:rPr>
        <w:br/>
      </w:r>
      <w:r>
        <w:rPr>
          <w:lang w:eastAsia="zh-CN"/>
        </w:rPr>
        <w:t>　　军训的日子虽苦，却像咖啡一样可以品尝出浓浓的滋味。我原先认为不行的，它却考验了我并告诉我要坚持到底，胜利终将属于有信念的人。每天的军姿站立，我知觉的时间已不在是时间，纵然两腿发酸却换得一身挺直。每次的坚持到底都会让我超越自己的感受。有过斜风细雨的洗淋却没有潮湿我火红的心，有过炎炎夏日的直射，却没有像晒黑皮肤一样，晒着我的执著。如果没有这种训练，我都不止到片刻的休息都会成为一种施舍，与平时休闲时间相比，那叫做真正的奢侈。</w:t>
      </w:r>
      <w:r>
        <w:rPr>
          <w:lang w:eastAsia="zh-CN"/>
        </w:rPr>
        <w:br/>
      </w:r>
      <w:r>
        <w:rPr>
          <w:lang w:eastAsia="zh-CN"/>
        </w:rPr>
        <w:t xml:space="preserve">    军训第二天的心得体会 篇3 </w:t>
      </w:r>
      <w:r>
        <w:rPr>
          <w:lang w:eastAsia="zh-CN"/>
        </w:rPr>
        <w:br/>
      </w:r>
      <w:r>
        <w:rPr>
          <w:lang w:eastAsia="zh-CN"/>
        </w:rPr>
        <w:t>　　今天，是我们快乐军训的第二天，休息了一个晚上，大家精力充沛，精神抖擞，马上恢复了最好的状态，迎接新的考验。新的一天，必定有新的开始，但是从同学们的神情上来看，大家并不怕，而是以最好的状态，来迎接它!</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早上，我们像昨天那样，早早地下到操场去集中开会。今天的天气也还算不错，不算热，也不冷，阴阴的，挺舒服!开会的内容就是，由总教官――李云教官亲自检阅我们昨天所学的内容，并给我们致词。李云教官说了很多很多话，但是令我印象最深、觉得说得最对还是那一句：军训就是军训，必须接受严格的训练，如果只是随便玩玩的话，那就不叫军训，军训是有效果的，是模仿军人的训练，必须接受严峻的挑战。这句话说得真对，我们的训练已经算是很轻松的了!而军人们的训练呢?是多么的苦，只是我们不曾体验过，他们每天站岗，就连凌晨也要纹丝不动地站岗。每天从早上5点多，一直训练到晚上，没有一位军人会喊苦喊累的，根本连休息的时间都没有!而还有同学说军训是被逼参加的，我想，如果当他们亲身体会到军人训练的辛苦时，绝对不会再喊苦喊累啦!</w:t>
      </w:r>
      <w:r>
        <w:rPr>
          <w:lang w:eastAsia="zh-CN"/>
        </w:rPr>
        <w:br/>
      </w:r>
      <w:r>
        <w:rPr>
          <w:lang w:eastAsia="zh-CN"/>
        </w:rPr>
        <w:t>　　集会结束后，在朱古力教练、miss cai和卢老师的陪同下，正式开始了快乐军训第二天的训练。早上，我们学习了原地踏步和起步走的动作。可能你认为十分简单，但是，我可以明确地告诉你，一点都不简单、不轻松。本来这两个动作是十分容易的，但是朱古力教官很严格，让我们一排排来操练，谁不过关，就要留到下一排，继续跟着大家训练。我们是第一排，可能因为教官让我们给后面的同学做示范吧，我们这排训练的时间特别长，而且教官也特别严格。幸好，我发挥正常，都按照朱古力教官的指定去做，合格通过了。说真的，那时候的我，可谓不醒人事了，真的很累，双腿已经发软了。付出必定有收获，因为我们的认真训练，老师的满意。所以，朱古力教练奖励我们做游戏，有：团队合作的生日线，有好玩有趣的兔子跳大家都开心极了!</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下午，我们在课室里学习了几首好听的歌曲，初步接触了一下。《朋友》教会我们一定要珍惜身边的每一位知心朋友，他们会给你带来欢乐，也会成为你人生一个美好的回忆。《真心英雄》鼓励着我们不要喊苦喊累，要做一个坚强的好孩子，就像英雄那样，展现自己最坚强的一面。另外，我们还学习了一套少林拳法，大家模仿着教官，还挺像一位武林高手的!于是，军训第二天又在一片欢呼声结束</w:t>
      </w:r>
      <w:r>
        <w:rPr>
          <w:lang w:eastAsia="zh-CN"/>
        </w:rPr>
        <w:br/>
      </w:r>
      <w:r>
        <w:rPr>
          <w:lang w:eastAsia="zh-CN"/>
        </w:rPr>
        <w:t>　　在宿舍中，有些同学因为早上的军训而让身上发出一片片红色的皮炎，又痒又痛，难以忍受，但是他们依然与自己的疼痛意志做斗争，坚决不放弃军训。这时同学看到了他欲挠不挠的样子非常痛心，于是就决定将自己那比较舒适的床位让给他，让他能够在疼痛中稍微舒缓下。他宁愿自己睡觉时满身是汗，也希望让同学能够好过，这样的精神值得我们学习。</w:t>
      </w:r>
      <w:r>
        <w:rPr>
          <w:lang w:eastAsia="zh-CN"/>
        </w:rPr>
        <w:br/>
      </w:r>
      <w:r>
        <w:rPr>
          <w:lang w:eastAsia="zh-CN"/>
        </w:rPr>
        <w:t xml:space="preserve">    军训第二天的心得体会 篇4 </w:t>
      </w:r>
      <w:r>
        <w:rPr>
          <w:lang w:eastAsia="zh-CN"/>
        </w:rPr>
        <w:br/>
      </w:r>
      <w:r>
        <w:rPr>
          <w:lang w:eastAsia="zh-CN"/>
        </w:rPr>
        <w:t>　　在本周五，我一回到家就躺在了床上。哇!好累啊!你想知道我去干什么了吗?告诉你吧：我们五年级同学去了军营，参加了军训，虽然累，但我们都过得开心极了。</w:t>
      </w:r>
      <w:r>
        <w:rPr>
          <w:lang w:eastAsia="zh-CN"/>
        </w:rPr>
        <w:br/>
      </w:r>
      <w:r>
        <w:rPr>
          <w:lang w:eastAsia="zh-CN"/>
        </w:rPr>
        <w:t>　　上午九点半，我们来到军营，走进寝室，换好军装，接受了军队的训练，可真严啊!</w:t>
      </w:r>
      <w:r>
        <w:rPr>
          <w:lang w:eastAsia="zh-CN"/>
        </w:rPr>
        <w:br/>
      </w:r>
      <w:r>
        <w:rPr>
          <w:lang w:eastAsia="zh-CN"/>
        </w:rPr>
        <w:t>　　虽然严格，但我们也很快乐。午餐后，我们来到海边，那时，正好赶上退潮时。我们一起奔向海滩，踩在沙地上，我感到像是踩在棉絮上一样，舒服极了!我抓起一把泥，软绵绵的，向空中抛去，顿时水花四溅，它溅在了我的脸上，衣服上。那种感觉可真是秒不可言呢!我舔了舔嘴边的海水，啊，咸咸的，苦苦的，虽说海水的味道不好，但我的心里却开心得比蜜还甜。在欢声笑语中，我们跑着，跳着，互相追逐着，我们一起拾贝壳，捉小蟹，可热闹了。</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时间飞快，在不知不觉中，一个小时过去了。我们依依不舍地离开了海边，虽然不想走，但我还是上了车。如果下次有机会，一定还要来海边，踏踏海水，欣赏一下海边独有的风景。</w:t>
      </w:r>
      <w:r>
        <w:rPr>
          <w:lang w:eastAsia="zh-CN"/>
        </w:rPr>
        <w:br/>
      </w:r>
      <w:r>
        <w:rPr>
          <w:lang w:eastAsia="zh-CN"/>
        </w:rPr>
        <w:t>　　我们不仅去了海边，还乘了快艇，打了气枪，参观了海螺馆……</w:t>
      </w:r>
      <w:r>
        <w:rPr>
          <w:lang w:eastAsia="zh-CN"/>
        </w:rPr>
        <w:br/>
      </w:r>
      <w:r>
        <w:rPr>
          <w:lang w:eastAsia="zh-CN"/>
        </w:rPr>
        <w:t>　　在这次的军营二日营生活中，我们过得愉快极了!</w:t>
      </w:r>
      <w:r>
        <w:rPr>
          <w:lang w:eastAsia="zh-CN"/>
        </w:rPr>
        <w:br/>
      </w:r>
      <w:r>
        <w:rPr>
          <w:lang w:eastAsia="zh-CN"/>
        </w:rPr>
        <w:t xml:space="preserve">    军训第二天的心得体会 篇5 </w:t>
      </w:r>
      <w:r>
        <w:rPr>
          <w:lang w:eastAsia="zh-CN"/>
        </w:rPr>
        <w:br/>
      </w:r>
      <w:r>
        <w:rPr>
          <w:lang w:eastAsia="zh-CN"/>
        </w:rPr>
        <w:t>　　11月30日，我们五年级学生组织到海珠教育基地去军训，那日子十分有趣，虽然是两天，但在我记忆中留下深刻痕迹。</w:t>
      </w:r>
      <w:r>
        <w:rPr>
          <w:lang w:eastAsia="zh-CN"/>
        </w:rPr>
        <w:br/>
      </w:r>
      <w:r>
        <w:rPr>
          <w:lang w:eastAsia="zh-CN"/>
        </w:rPr>
        <w:t>　　假若让时间倒退，我只想回到军训的时候。</w:t>
      </w:r>
      <w:r>
        <w:rPr>
          <w:lang w:eastAsia="zh-CN"/>
        </w:rPr>
        <w:br/>
      </w:r>
      <w:r>
        <w:rPr>
          <w:lang w:eastAsia="zh-CN"/>
        </w:rPr>
        <w:t>　　最能体现有趣的地方就是第一天晚上的团辅晚会了。团辅晚会到一半时，霎时间，灯光从柔和的白光变到刺眼的五光十色。同学们有的搞怪，有的跳舞，2班的何浩竟然把“nobody”都搬出来了。似乎受了他的感染，我们搞怪搞的更起劲了。更好玩的是，我们可敬可亲的老师也出来玩了!老师搞怪简直不比我们学生逊色。还有林老师的“降蚊十八掌”，给这个有趣的晚会增添了不少笑声。我们乐在其中，鞭炮般的笑声从晚会中传来。</w:t>
      </w:r>
      <w:r>
        <w:rPr>
          <w:lang w:eastAsia="zh-CN"/>
        </w:rPr>
        <w:br/>
      </w:r>
      <w:r>
        <w:rPr>
          <w:lang w:eastAsia="zh-CN"/>
        </w:rPr>
        <w:t>　　还有军训，立正时千万不要动，否则会受到严重的惩罚——围着大操场跑十圈!我们昂首挺胸，全神贯注，生怕不小心走神就动了一下，而要受到严重惩罚。“可以休息。”教官面无表情的说。突如其来的幸福让我们感到不可思议。教官见我们没动，怒道：“那你们就不要休息了!”我们才反应过来，才开始休息。</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军训的趣事说不清，道不明。所以，我才那么渴望再次回到军训的时候呀!</w:t>
      </w:r>
      <w:r>
        <w:rPr>
          <w:lang w:eastAsia="zh-CN"/>
        </w:rPr>
        <w:br/>
      </w:r>
      <w:r>
        <w:rPr>
          <w:lang w:eastAsia="zh-CN"/>
        </w:rPr>
        <w:t xml:space="preserve">    军训第二天的心得体会 篇6 </w:t>
      </w:r>
      <w:r>
        <w:rPr>
          <w:lang w:eastAsia="zh-CN"/>
        </w:rPr>
        <w:br/>
      </w:r>
      <w:r>
        <w:rPr>
          <w:lang w:eastAsia="zh-CN"/>
        </w:rPr>
        <w:t>　　高一军训第二天心得体会6点半左右，大家在餐厅门口集合。本以为接下去可以用早餐了，没想到莫名其妙地跟着教官晨跑。跑到一大片空地上，又开始跳集体舞，练习了几次之后便开始比赛。显然，对于这突如其来的比赛，大家都还没有做好充分的准备，跳得很乱，但比我想象中的群魔乱舞好那么一点。用完早餐，开始了第一项拓展训练——钻电网(当然网不是真的带电，只是一张网上有高低不同、大小不一的10个圈，在用到8个圈且不触网的情况下使一组中的.同学全过到网的另一边，用时最短一组获胜)。我所在小组因为最后一个上场，吸取里前面几组的经验，以最短时间完成了任务。接下去的模拟逃生是班级间进行比赛。我们班级以为第一个上场，在没多少时间准备的情况下，用时最长，成了最后一名。不过，同学们在逃生时的团结合作也是不小的收获。</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之后的定向越野，真的非常令人难忘。开头三个点顺利到达，可到了寻找第四个，也是最后一个，我们小组不知从哪里开始出错，绕了大半个东方绿舟，彻底迷路了......下午的内容是单兵训练和战伤救护学习。下午的天气不知怎么的，一下子从上午的阳光明媚成了狂风大作，在户外活动了一下午，也就这么被风吹了一下午。发型再乱也管不了了，就这么让风吹去把，最重要的是保持头脑清醒，否则很容易被吹得晕晕乎乎的。一个下午下来，除了记得风把草地上细碎的小草吹进我的嘴里，让我享用了一下午的草外，也就记得教官耍人似的让我们一次次卧倒、滚，而我们也只能乖乖照做。我不明白，为什么蜘蛛侠怎么爬都潇</w:t>
      </w:r>
      <w:r>
        <w:rPr>
          <w:lang w:eastAsia="zh-CN"/>
        </w:rPr>
        <w:br/>
      </w:r>
      <w:r>
        <w:rPr>
          <w:lang w:eastAsia="zh-CN"/>
        </w:rPr>
        <w:t>　　洒自如，而我们爬起来却活像一群受了诅咒从地底爬上地面的僵尸?!终于，在这一系列的折腾中结束了第二天的训练。篇三：军训</w:t>
      </w:r>
      <w:r>
        <w:rPr>
          <w:lang w:eastAsia="zh-CN"/>
        </w:rPr>
        <w:br/>
      </w:r>
      <w:r>
        <w:rPr>
          <w:lang w:eastAsia="zh-CN"/>
        </w:rPr>
        <w:t xml:space="preserve">    军训第二天的心得体会 篇7 </w:t>
      </w:r>
      <w:r>
        <w:rPr>
          <w:lang w:eastAsia="zh-CN"/>
        </w:rPr>
        <w:br/>
      </w:r>
      <w:r>
        <w:rPr>
          <w:lang w:eastAsia="zh-CN"/>
        </w:rPr>
        <w:t>　　伴着淅沥沥的小雨，我从家出来 ，到学校开始了与高一(14)班全体同学的军训生活。</w:t>
      </w:r>
      <w:r>
        <w:rPr>
          <w:lang w:eastAsia="zh-CN"/>
        </w:rPr>
        <w:br/>
      </w:r>
      <w:r>
        <w:rPr>
          <w:lang w:eastAsia="zh-CN"/>
        </w:rPr>
        <w:t>　　开始军训的时候雨早就停了。还好，没有骄阳当头，阵阵风吹过。感觉还不错。我有信心，取得本次“战斗”的胜利。</w:t>
      </w:r>
      <w:r>
        <w:rPr>
          <w:lang w:eastAsia="zh-CN"/>
        </w:rPr>
        <w:br/>
      </w:r>
      <w:r>
        <w:rPr>
          <w:lang w:eastAsia="zh-CN"/>
        </w:rPr>
        <w:t>　　开始是站军姿，然后是喊口号，后来又练稍息立正。多少有点累。到了下午又练习转弯，转地我有点晕。但可算是撑了下来。两个半小时后，军训结束了，大家解放了，累呀——回顾今天一天，才知道自己的体质不怎么样。教官给我们说了很多道理，不仅仅在军训方面，在学习方面也是很准确的。军训锻炼我们的体质和意志，为高一的学习生活做准备，增强国防观念和组织纪律性，养成良好的学风。但通过军训也让我不得不佩服像我们教官一样的所有武警战士们，每一个动作都做得那么标准有力，在他们的脸上看不到一点累。你们真的很棒!</w:t>
      </w:r>
      <w:r>
        <w:rPr>
          <w:lang w:eastAsia="zh-CN"/>
        </w:rPr>
        <w:br/>
      </w:r>
      <w:r>
        <w:rPr>
          <w:lang w:eastAsia="zh-CN"/>
        </w:rPr>
        <w:t>　　其实军训不仅让我得到锻炼，也认识了新同学。我还在担心如何与同学交往，今天却交到两位很好的同学。</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很高兴能分到14班，和我们有实力的同学一起接受训练，一起学习。</w:t>
      </w:r>
      <w:r>
        <w:rPr>
          <w:lang w:eastAsia="zh-CN"/>
        </w:rPr>
        <w:br/>
      </w:r>
      <w:r>
        <w:rPr>
          <w:lang w:eastAsia="zh-CN"/>
        </w:rPr>
        <w:t>　　我会继续努力，做好准备迎接明天的训练。</w:t>
      </w:r>
      <w:r>
        <w:rPr>
          <w:lang w:eastAsia="zh-CN"/>
        </w:rPr>
        <w:br/>
      </w:r>
      <w:r>
        <w:rPr>
          <w:lang w:eastAsia="zh-CN"/>
        </w:rPr>
        <w:t xml:space="preserve">    军训第二天的心得体会 篇8 </w:t>
      </w:r>
      <w:r>
        <w:rPr>
          <w:lang w:eastAsia="zh-CN"/>
        </w:rPr>
        <w:br/>
      </w:r>
      <w:r>
        <w:rPr>
          <w:lang w:eastAsia="zh-CN"/>
        </w:rPr>
        <w:t>　　说起十一月，大家能想到的总是充斥着寒风的隆冬，而军训着的我们感受到的只有越发灿烂的太阳和越发猛烈的阳光，一如惯例的站军姿十分钟，余光所及每一个同学都笔直着身子站着，好像大路上一颗颗挺立着的行道树！汗水从鬓边滑落却没有人伸出手去擦拭，因为我们正在站军姿，无令则止！军姿结束后我们复习了昨日学习的四个科目，虽然队伍里还是有打着报告表示自己做错的声音，但是一切还是那么和谐。这天，教官采取了一种新方式，那就是让我们每一列轮流着自己去训练。这样的方式似乎更有成效，大家走的更好了，但我明白那还是大家配合的成果。</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这天我们训练的资料是齐步走与跑步。上午的齐步走训练中，听着一声声一二一，一二一的.口令，大家迈着整齐的步伐一遍一遍走着，在一次一次的训练中，让我们懂得了大家团结合作的重要性，只有大家整齐的步伐才能展现出我们整个班的风采，大家不怕苦不拍累，一遍一遍地走着，真正展现出了军训带给我们的好处。中午短暂的休息后，两点半大家又准时集合在操场，虽然有了耀眼的太阳，但是仍然没有将我们击倒，刚开始接触跑步的我们开始一点都不熟练，但是经过我们一次又一次的训练，最后我们最后能够喊着统一的口号，迈着整齐的步伐，这正是我们的收获，虽然累，却也有很多欢乐。正是因为我们的团结与坚持，我们才能体会出这样别具一格的乐趣。相信在后面的训练中，我们依然能够展现出我们班级的团结精神，我们自然也会越来越好！</w:t>
      </w:r>
      <w:r>
        <w:rPr>
          <w:lang w:eastAsia="zh-CN"/>
        </w:rPr>
        <w:br/>
      </w:r>
      <w:r>
        <w:rPr>
          <w:lang w:eastAsia="zh-CN"/>
        </w:rPr>
        <w:t>　　军训的第二天，教官还是那么可爱。总是心疼辛苦训练的我们，一有时间就让我们休息，纵然有同学还是没有做好，但是他也没有一点不耐烦的样貌，总是一遍一遍的和我们重复所有细节，他总是说不要着急我们一步一步慢慢来。我们的教官啊，他就是最可爱的人！同学们还是那么认真，一次次地训练着相同的科目却从不抱怨，一次次的在休息时间重复训练自己的弱项。一声声属于我们这个群众的口号声音响彻在西区田径场上，回荡着我们的决心。纵使太阳更加的炽热了，但我们尽力而为的心不变。和太阳一同前行的大家，加油啊！</w:t>
      </w:r>
      <w:r>
        <w:rPr>
          <w:lang w:eastAsia="zh-CN"/>
        </w:rPr>
        <w:br/>
      </w:r>
      <w:r>
        <w:rPr>
          <w:lang w:eastAsia="zh-CN"/>
        </w:rPr>
        <w:t xml:space="preserve">    军训第二天的心得体会 篇9 </w:t>
      </w:r>
      <w:r>
        <w:rPr>
          <w:lang w:eastAsia="zh-CN"/>
        </w:rPr>
        <w:br/>
      </w:r>
      <w:r>
        <w:rPr>
          <w:lang w:eastAsia="zh-CN"/>
        </w:rPr>
        <w:t>　　今年的假期格外的漫长，由于疫情的'影响，我们一直在网上上课，不知不觉中我们已经成为大二的学生了，然而在成为一名大二学生之前，我们还要接受一项磨炼和挑战，便是十四天的军训。</w:t>
      </w:r>
      <w:r>
        <w:rPr>
          <w:lang w:eastAsia="zh-CN"/>
        </w:rPr>
        <w:br/>
      </w:r>
      <w:r>
        <w:rPr>
          <w:lang w:eastAsia="zh-CN"/>
        </w:rPr>
        <w:t>　　第一天学校进行了军训开幕式的活动，学校领导和部队领导都分别进行了讲话，向我们展示了学校对此次军训的重视。同时我们还观看了一些军队的宣传片，看到部队军人飒爽风姿以及热血的训练场面，我觉得受到了极大的鼓舞，虽然军训会很累很苦，但我觉得自己可以克服一切困难，以一个很好的精神面貌来迎接军训。</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然而在军训的第一天，我们练习了站军姿、跨立、停止间转法，看起来简简单单，练习起来才知道有多么的累，对于各个动作的细节要求都非常的高，教官都非常的负责任，一对一地教我们。后来第二天难度又增加，学习了更多的知识，通过这一天半的军训，我深切地感觉到大学的军训是不同于初中高中的军训的，他更注重于锻炼强度和军训的质量，所以每次练完之后我都只能感觉到一个字，累。但是虽然累，但我也会坚持。</w:t>
      </w:r>
      <w:r>
        <w:rPr>
          <w:lang w:eastAsia="zh-CN"/>
        </w:rPr>
        <w:br/>
      </w:r>
      <w:r>
        <w:rPr>
          <w:lang w:eastAsia="zh-CN"/>
        </w:rPr>
        <w:t>　　军训对我们以后学习生活的影响是深远持久的，举足轻重的，它教会了我们团队协作能力，纪律的严肃性。它不但提高我们的身体素质，迅速加深我们对同学的认识和新集体荣誉感的形成，更从中培养我们一种团队精神。有纪律，有组织是为团体中优秀成员必不可少的条件之一。通过军训，我学会了如何去面对挫折，如何在人生路上披荆斩棘，如何去踏平坎均，做到自制、自爱、自理、自强，走出自己的阳光大道，走出一片自己的天空，我会将这段军训时光永久地珍藏，当作人生的瑰宝，让它的精神贯穿我的整个人生。</w:t>
      </w:r>
      <w:r>
        <w:rPr>
          <w:lang w:eastAsia="zh-CN"/>
        </w:rPr>
        <w:br/>
      </w:r>
      <w:r>
        <w:rPr>
          <w:lang w:eastAsia="zh-CN"/>
        </w:rPr>
        <w:t>　　不可否认，军训是很苦的，但通过军训,我懂得了自制、自爱、自理、自强，90后的我们几乎是在父母的羽翼下长大的。但现在，我长大了，我可以独自去接受风雨的洗礼，在实实在在的生活和学习中，认识自己，提高自己，完善自己。这样，我们的路才会越走越宽，眼前才会有美丽的风景。即使是烈日炎炎，我们都选择坚持，即使是风雨飘摇，我们亦选择坚持。因为我们深信，没有日晒雨淋，没有狂风暴雨，就没有属于我们自己的彩虹，就没有属于我们自己的天地!</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十四天军训，加油!</w:t>
      </w:r>
      <w:r>
        <w:rPr>
          <w:lang w:eastAsia="zh-CN"/>
        </w:rPr>
        <w:br/>
      </w:r>
      <w:r>
        <w:rPr>
          <w:lang w:eastAsia="zh-CN"/>
        </w:rPr>
        <w:t xml:space="preserve">    军训第二天的心得体会 篇10 </w:t>
      </w:r>
      <w:r>
        <w:rPr>
          <w:lang w:eastAsia="zh-CN"/>
        </w:rPr>
        <w:br/>
      </w:r>
      <w:r>
        <w:rPr>
          <w:lang w:eastAsia="zh-CN"/>
        </w:rPr>
        <w:t>　　今天是新生训练营的第二天，也是正式开始军训的第一天。早上我们有四节课的军训，教官先让我们立正，虽然我们站在阴凉处训练，但是炎热依旧没有散去的迹象。平时站立姿势不是特别正确的我立正时感到有些吃力，汗水不断地顺着我的脸颊和脖子流下来，像一条条虫子一样，在不停地爬，真的是好痒。但是我知道这时候千万不可以动，即使再不舒服也不能。因为我知道，现在如果用手抹一把汗就失去了军训的意义，一直所保持的毅力也会随之失去。</w:t>
      </w:r>
      <w:r>
        <w:rPr>
          <w:lang w:eastAsia="zh-CN"/>
        </w:rPr>
        <w:br/>
      </w:r>
      <w:r>
        <w:rPr>
          <w:lang w:eastAsia="zh-CN"/>
        </w:rPr>
        <w:t>　　我忍住了，顿时有一种战胜自我的快感。又过去了一会儿，教官宣布休息，我们都向自己的杯子奔去，我也不例外。我拿起水杯喝了一口水，发现那水格外的甜，而这种体会在暑假里是从没有感受过的。</w:t>
      </w:r>
      <w:r>
        <w:rPr>
          <w:lang w:eastAsia="zh-CN"/>
        </w:rPr>
        <w:br/>
      </w:r>
      <w:r>
        <w:rPr>
          <w:lang w:eastAsia="zh-CN"/>
        </w:rPr>
        <w:t>　　接下来，我们又练习了跨立、下蹲与坐下，这些动作都是我们以前没有接触过的，练习的时间长了，我的脚都已经麻了。虽然在身体上说感觉军训很累，但是在精神上是很充实的。</w:t>
      </w:r>
      <w:r>
        <w:rPr>
          <w:lang w:eastAsia="zh-CN"/>
        </w:rPr>
        <w:br/>
      </w:r>
      <w:r>
        <w:rPr>
          <w:lang w:eastAsia="zh-CN"/>
        </w:rPr>
        <w:t>　　晚上，我们在篮球场上进行拔河比赛与观看月全食活动。军训真的很有意思，它让我的生活变得更多姿多彩，成为我生活中一道亮丽的风景线。</w:t>
      </w:r>
      <w:r>
        <w:rPr>
          <w:lang w:eastAsia="zh-CN"/>
        </w:rPr>
        <w:br/>
      </w:r>
      <w:r>
        <w:rPr>
          <w:lang w:eastAsia="zh-CN"/>
        </w:rPr>
        <w:t xml:space="preserve">    军训第二天的心得体会 篇11 </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军训对于学生来说是一项特别的社会活动，是当代绝大部分学生所必须经历的，是为了锻炼当代学生的身体素质，养成良好习惯，更是为了培养出学生吃苦耐劳的精神以及磨练出学生面对困难依旧坚韧不拔的意志。苏轼曾云“古之立大事者,不惟有超世之才,亦必有坚忍不拔之志”，由此可以看出坚韧不拔的人有更多机会可以取得成功，甚至是只有坚韧不拔的人才有机会获得成功，这也是军训最大的意义，将祖国的花朵变成屹立不倒的高大树木，为祖国带来更多希望与未来。</w:t>
      </w:r>
      <w:r>
        <w:rPr>
          <w:lang w:eastAsia="zh-CN"/>
        </w:rPr>
        <w:br/>
      </w:r>
      <w:r>
        <w:rPr>
          <w:lang w:eastAsia="zh-CN"/>
        </w:rPr>
        <w:t>　　在军训第一天的早晨，我校召开了动员大会。动员大会说明了国家的安全与潜在危险，更是介绍军队作为桥上的护栏为保护国家所展开的各项任务，同时军队也是祖国外交决策的最基础依据，表明我国军队完全有能力捍卫我国领土完整。</w:t>
      </w:r>
      <w:r>
        <w:rPr>
          <w:lang w:eastAsia="zh-CN"/>
        </w:rPr>
        <w:br/>
      </w:r>
      <w:r>
        <w:rPr>
          <w:lang w:eastAsia="zh-CN"/>
        </w:rPr>
        <w:t>　　说了这么多，军训理所当然不会轻松，是很苦很累的。但就算是这样，我依旧满怀期待与信心地迎接军训，这是寻求自身蜕变的最好时机，军训是大学生活中战胜自我，锻炼身心的最佳的社会活动。尽管会经历严苛训练、烈日酷暑，心中又何尝不是五味杂陈，但这何尝不是另一种快乐，其名为“收获”，收获向目标勇敢迈步前进的信心以及顽强不屈的意志。</w:t>
      </w:r>
      <w:r>
        <w:rPr>
          <w:lang w:eastAsia="zh-CN"/>
        </w:rPr>
        <w:br/>
      </w:r>
      <w:r>
        <w:rPr>
          <w:lang w:eastAsia="zh-CN"/>
        </w:rPr>
        <w:t>　　这两天的军训并不轻松，但也不会太过严厉，或许教官的耐心教导渐渐变成严厉的训斥，但我相信最终我们凌乱的步伐会渐渐变得整齐划一、坚定有力，懦弱无力的口号声渐渐变得齐声洪亮，稀稀拉拉的军歌将嘹亮响彻于整个操场。</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站军姿教会我们遇到任何情况绝不轻易弯下脊梁，转体告诉我们思考不通时要学会转变方向，整齐划一的要求不仅体现了军队过硬的素质要求，更是强调集体主义的伟大。想要一个完整的、高质量的方队，其要求十分严苛，不能放过任何一个细节，需要的是每个人的努力、团结合作的力量以及团队精神的建立、培养和完善，强调了每个岗位的重要性以及相互协作、扶持。这些无不表现出军训对于我们学生的重要性。</w:t>
      </w:r>
      <w:r>
        <w:rPr>
          <w:lang w:eastAsia="zh-CN"/>
        </w:rPr>
        <w:br/>
      </w:r>
      <w:r>
        <w:rPr>
          <w:lang w:eastAsia="zh-CN"/>
        </w:rPr>
        <w:t>　　实际上，军训清楚明白地告诉我们：每个人的人生路都将布满荆棘，有着诸多坎坷，需要脚踩泥泞，需要一步一步地走下去，脚踏实地地前行并步步坚定，并无虚伪可言。</w:t>
      </w:r>
      <w:r>
        <w:rPr>
          <w:lang w:eastAsia="zh-CN"/>
        </w:rPr>
        <w:br/>
      </w:r>
      <w:r>
        <w:rPr>
          <w:lang w:eastAsia="zh-CN"/>
        </w:rPr>
        <w:t xml:space="preserve">    军训第二天的心得体会 篇12 </w:t>
      </w:r>
      <w:r>
        <w:rPr>
          <w:lang w:eastAsia="zh-CN"/>
        </w:rPr>
        <w:br/>
      </w:r>
      <w:r>
        <w:rPr>
          <w:lang w:eastAsia="zh-CN"/>
        </w:rPr>
        <w:t>　　怀着对未来生活的希望和憧憬，我走进了一中的校园，面对的是高中生活的第一堂课——军训。</w:t>
      </w:r>
      <w:r>
        <w:rPr>
          <w:lang w:eastAsia="zh-CN"/>
        </w:rPr>
        <w:br/>
      </w:r>
      <w:r>
        <w:rPr>
          <w:lang w:eastAsia="zh-CN"/>
        </w:rPr>
        <w:t>　　对于军训，我有一种既兴奋又有点害怕的感觉。因为在这短短的军训期间，我们要与原本不认识的同学相互认识，并且要做到互帮互助，团结一致，我们要从原本懒懒散散的暑期生活中脱离出来，参加严格训练，接受阳光的洗礼，面对种.种的考验。</w:t>
      </w:r>
      <w:r>
        <w:rPr>
          <w:lang w:eastAsia="zh-CN"/>
        </w:rPr>
        <w:br/>
      </w:r>
      <w:r>
        <w:rPr>
          <w:lang w:eastAsia="zh-CN"/>
        </w:rPr>
        <w:t>　　开学典礼结束后，就开始军训。教官给我们排好位置，就开始从最基本的军姿练起。还好，今天天公作美，天气很凉爽，减轻了同学们的负担。尽管很累，但大家都很认真地练习着。站在我右边的郑哲同学，虽然身体不舒服，但是一直坚持着，当我们问起她需不需要休息，她却笑着说没事，让我很佩服。</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一天的时间很快就过去了，训练的每一个动作，都让我深深地体会到了团结的力量，合作的力量，以及团队精神的重要，我相信，它将使我终身受益，无论在哪个岗位上。</w:t>
      </w:r>
      <w:r>
        <w:rPr>
          <w:lang w:eastAsia="zh-CN"/>
        </w:rPr>
        <w:br/>
      </w:r>
      <w:r>
        <w:rPr>
          <w:lang w:eastAsia="zh-CN"/>
        </w:rPr>
        <w:t xml:space="preserve">    军训第二天的心得体会 篇13 </w:t>
      </w:r>
      <w:r>
        <w:rPr>
          <w:lang w:eastAsia="zh-CN"/>
        </w:rPr>
        <w:br/>
      </w:r>
      <w:r>
        <w:rPr>
          <w:lang w:eastAsia="zh-CN"/>
        </w:rPr>
        <w:t>　　今天已经是军训的第2天啦！离回家的时间又近了一分。在这军训的几天里，有痛、有苦、有难受，但我始终记住一句话：把泪水往肚子里咽，流血流汗不流泪。而且，我做到了！</w:t>
      </w:r>
      <w:r>
        <w:rPr>
          <w:lang w:eastAsia="zh-CN"/>
        </w:rPr>
        <w:br/>
      </w:r>
      <w:r>
        <w:rPr>
          <w:lang w:eastAsia="zh-CN"/>
        </w:rPr>
        <w:t>　　我们一营有一个很好的教官，只要我们一嘟哝，一难受，他便会让我们短暂休息。可是，他也有严厉的一面，在下午的时候，他让我们不停地练习跑步，尽管我们已经都气喘吁吁了，不过我们都很情愿。因为我们要向第一名奋勇前进，做一支最好的队伍！军训日记第二天</w:t>
      </w:r>
      <w:r>
        <w:rPr>
          <w:lang w:eastAsia="zh-CN"/>
        </w:rPr>
        <w:br/>
      </w:r>
      <w:r>
        <w:rPr>
          <w:lang w:eastAsia="zh-CN"/>
        </w:rPr>
        <w:t>　　早上，我们学习了一首歌《军中绿花》，其中一句歌词，让我记忆深刻：“亲爱的战友，你别想家，别想妈妈”，这句话，反而让我更想家了。</w:t>
      </w:r>
      <w:r>
        <w:rPr>
          <w:lang w:eastAsia="zh-CN"/>
        </w:rPr>
        <w:br/>
      </w:r>
      <w:r>
        <w:rPr>
          <w:lang w:eastAsia="zh-CN"/>
        </w:rPr>
        <w:t>　　今天的教官也非常的幽默，在唱《军中绿花》的时候，我们的教官突然忘词儿了，他不停地用咳嗽来掩饰自己，最后实在想不起来了，只好说：“不好意思，我忘词了。”大家顿时哈哈大笑。</w:t>
      </w:r>
      <w:r>
        <w:rPr>
          <w:lang w:eastAsia="zh-CN"/>
        </w:rPr>
        <w:br/>
      </w:r>
      <w:r>
        <w:rPr>
          <w:lang w:eastAsia="zh-CN"/>
        </w:rPr>
        <w:t>　　晚上回到宿舍，大家的聊天中，已经没有叫苦叫累的了，经过这几天的磨练，大家都差不多已经适应了军训的生活了，不再觉得太辛苦了，相信，在不久的将来，我们一定是国家的栋梁，国家的希望！</w:t>
      </w:r>
      <w:r>
        <w:rPr>
          <w:lang w:eastAsia="zh-CN"/>
        </w:rPr>
        <w:br/>
      </w:r>
      <w:r>
        <w:rPr>
          <w:lang w:eastAsia="zh-CN"/>
        </w:rPr>
        <w:t xml:space="preserve">    军训第二天的心得体会 篇14 </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今天是军训的第一天，也是一星期军训生活的第一天。我们从享受中迈向紧张的军训，从丰富充实的学校生活走向另一种多姿多彩的军营生活，总之军训生活中有苦也有甜。而且，军训生活确实很苦也很累。</w:t>
      </w:r>
      <w:r>
        <w:rPr>
          <w:lang w:eastAsia="zh-CN"/>
        </w:rPr>
        <w:br/>
      </w:r>
      <w:r>
        <w:rPr>
          <w:lang w:eastAsia="zh-CN"/>
        </w:rPr>
        <w:t>　　严肃的教官站在队伍旁边，严格地指导着每个学生，似乎要帮助我们打造一个全新的自我。立正、稍息、下蹲、摆臂、踏步这些基本动作要我们反复地做着。这些动作平常看起来非常简单的而现在做起来却没那容易了。</w:t>
      </w:r>
      <w:r>
        <w:rPr>
          <w:lang w:eastAsia="zh-CN"/>
        </w:rPr>
        <w:br/>
      </w:r>
      <w:r>
        <w:rPr>
          <w:lang w:eastAsia="zh-CN"/>
        </w:rPr>
        <w:t>　　军训时，教官对动作的准确性要求的非常严格，对同学们也充满很高的期望，同时军训也赋于我们一个健康的身体与坚强的毅力。</w:t>
      </w:r>
      <w:r>
        <w:rPr>
          <w:lang w:eastAsia="zh-CN"/>
        </w:rPr>
        <w:br/>
      </w:r>
      <w:r>
        <w:rPr>
          <w:lang w:eastAsia="zh-CN"/>
        </w:rPr>
        <w:t>　　一天的军训生活下来使我们对小学生活又有了新的认识，而且让我们的身心也得到了锻炼。</w:t>
      </w:r>
      <w:r>
        <w:rPr>
          <w:lang w:eastAsia="zh-CN"/>
        </w:rPr>
        <w:br/>
      </w:r>
      <w:r>
        <w:rPr>
          <w:lang w:eastAsia="zh-CN"/>
        </w:rPr>
        <w:t>　　虽然我们都来自一个学校，但是我们却有着共同的梦想。我们相信无论以后的军训生活有多苦，我们都会坚强地一起走过!携手共进，一起度过我们的军训生活!</w:t>
      </w:r>
      <w:r>
        <w:rPr>
          <w:lang w:eastAsia="zh-CN"/>
        </w:rPr>
        <w:br/>
      </w:r>
      <w:r>
        <w:rPr>
          <w:lang w:eastAsia="zh-CN"/>
        </w:rPr>
        <w:t xml:space="preserve">    军训第二天的心得体会 篇15 </w:t>
      </w:r>
      <w:r>
        <w:rPr>
          <w:lang w:eastAsia="zh-CN"/>
        </w:rPr>
        <w:br/>
      </w:r>
      <w:r>
        <w:rPr>
          <w:lang w:eastAsia="zh-CN"/>
        </w:rPr>
        <w:t>　　“哔！哔！起床了！起床了！”值班的教官吹响了小喇叭。我一听，迅速地爬了起来，过了一会儿，大家都排好队集合了。听教官说今天有三个活动，我们都很迫不及待。</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吃完早饭我们进行了操课练习，接着教官带我们来到了潜伏区，练习潜伏爬行。刚开始有一位同学先给我们做示范，只见他弯曲手臂、趴在草坪上，弯曲膝盖两脚一前一后的向前爬行。我们也学着这个动作开始练习起来，看着简单的动作到自己做的时候才感觉到是那么的不容易。才做了两下我就累的趴在原地，这时教官严厉的说：“你是不是脚废了，这么一点路也爬不动了。”我一听教官的话，咬牙坚持着终于到了终点。</w:t>
      </w:r>
      <w:r>
        <w:rPr>
          <w:lang w:eastAsia="zh-CN"/>
        </w:rPr>
        <w:br/>
      </w:r>
      <w:r>
        <w:rPr>
          <w:lang w:eastAsia="zh-CN"/>
        </w:rPr>
        <w:t>　　接着我们又开始练习扔手榴弹，只见教官身手敏捷的拿起一个手榴弹就往前扔，我也不甘示弱跟着练了起来，一个、两个、三个······终于把手榴弹投到了指定的轮胎里。</w:t>
      </w:r>
      <w:r>
        <w:rPr>
          <w:lang w:eastAsia="zh-CN"/>
        </w:rPr>
        <w:br/>
      </w:r>
      <w:r>
        <w:rPr>
          <w:lang w:eastAsia="zh-CN"/>
        </w:rPr>
        <w:t>　　第三项练习是打枪，看到重机枪同学们可兴奋啦，一个个争先恐后的想先打，经过教官的指导，我们就开始瞄准，可是我怎么也瞄不准，后来教官告诉我是用右眼瞄准的，不是左眼。哦！原来瞄准还有讲究的呀。</w:t>
      </w:r>
      <w:r>
        <w:rPr>
          <w:lang w:eastAsia="zh-CN"/>
        </w:rPr>
        <w:br/>
      </w:r>
      <w:r>
        <w:rPr>
          <w:lang w:eastAsia="zh-CN"/>
        </w:rPr>
        <w:t>　　一天的军训又块告一段落了，在这两天里我们学了很多，也收获了很多。我真开心。</w:t>
      </w:r>
      <w:r>
        <w:rPr>
          <w:lang w:eastAsia="zh-CN"/>
        </w:rPr>
        <w:br/>
      </w:r>
      <w:r>
        <w:rPr>
          <w:lang w:eastAsia="zh-CN"/>
        </w:rPr>
        <w:t xml:space="preserve">    军训第二天的心得体会 篇16 </w:t>
      </w:r>
      <w:r>
        <w:rPr>
          <w:lang w:eastAsia="zh-CN"/>
        </w:rPr>
        <w:br/>
      </w:r>
      <w:r>
        <w:rPr>
          <w:lang w:eastAsia="zh-CN"/>
        </w:rPr>
        <w:t>　　今天的天津，阳光明媚，而我们20__级新生的第二天军训也随之开始啦。</w:t>
      </w:r>
      <w:r>
        <w:rPr>
          <w:lang w:eastAsia="zh-CN"/>
        </w:rPr>
        <w:br/>
      </w:r>
      <w:r>
        <w:rPr>
          <w:lang w:eastAsia="zh-CN"/>
        </w:rPr>
        <w:t>　　面对即将到来的军训，我们已做好了一切准备，克服万难，迎接未来的挑战。上午的国防教育课让我们受益匪浅，大大增加了知识储备。通过上午的国防教育课，我了解到了国防的内容和重要意义，明白了我国国防的现状，提高了对于我国国防工作的信心。国防教育课帮我树立了为国防事业添砖加瓦的远大理想，培养了强烈的责任感。</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到了下午，我们20__级军训终于正式开始啦。今天带我们训练的教官是一个女教官，笑眼里盛满温柔，但一旦见到小动作，惩罚你就绝不会手软。</w:t>
      </w:r>
      <w:r>
        <w:rPr>
          <w:lang w:eastAsia="zh-CN"/>
        </w:rPr>
        <w:br/>
      </w:r>
      <w:r>
        <w:rPr>
          <w:lang w:eastAsia="zh-CN"/>
        </w:rPr>
        <w:t>　　同学们站起整齐划一的队伍，像一棵棵翠绿的松树般挺拔。虽然这才是军训的第一天，但我觉得我的耐力已经提高了很多。虽然站军姿很累，脚底板很疼，腿也非常酸痛，但我在心里不断的告诉自己，再坚持一会儿，坚持住，别人可以，我也一定行!</w:t>
      </w:r>
      <w:r>
        <w:rPr>
          <w:lang w:eastAsia="zh-CN"/>
        </w:rPr>
        <w:br/>
      </w:r>
      <w:r>
        <w:rPr>
          <w:lang w:eastAsia="zh-CN"/>
        </w:rPr>
        <w:t>　　半天的军训生活中充满了酸甜苦辣。</w:t>
      </w:r>
      <w:r>
        <w:rPr>
          <w:lang w:eastAsia="zh-CN"/>
        </w:rPr>
        <w:br/>
      </w:r>
      <w:r>
        <w:rPr>
          <w:lang w:eastAsia="zh-CN"/>
        </w:rPr>
        <w:t>　　军训是酸的。第一天下午我们连续训练两个多小时，昂首，挺胸，这些是最基本的要求。但不用半天的时间，我的腿就变得十分酸痛了。</w:t>
      </w:r>
      <w:r>
        <w:rPr>
          <w:lang w:eastAsia="zh-CN"/>
        </w:rPr>
        <w:br/>
      </w:r>
      <w:r>
        <w:rPr>
          <w:lang w:eastAsia="zh-CN"/>
        </w:rPr>
        <w:t>　　军训是苦的。经过了半天的训练，腰酸背痛不用说了，大腿更是十分酸痛。忍着痛，我仍尽力地站得笔直，坚持到最后，但依然体会到了辛苦。</w:t>
      </w:r>
      <w:r>
        <w:rPr>
          <w:lang w:eastAsia="zh-CN"/>
        </w:rPr>
        <w:br/>
      </w:r>
      <w:r>
        <w:rPr>
          <w:lang w:eastAsia="zh-CN"/>
        </w:rPr>
        <w:t>　　军训是辣的。严明的纪律，是军营生活中必不可少的，一旦听错口令或者动作稍慢，就会被教官单独点名。</w:t>
      </w:r>
      <w:r>
        <w:rPr>
          <w:lang w:eastAsia="zh-CN"/>
        </w:rPr>
        <w:br/>
      </w:r>
      <w:r>
        <w:rPr>
          <w:lang w:eastAsia="zh-CN"/>
        </w:rPr>
        <w:t>　　军训是甜的。用“苦尽甘来”四个字来描述军训生活很合适。大家坐在训练场上一起拉歌，空气中充满欢快的乐曲。</w:t>
      </w:r>
      <w:r>
        <w:rPr>
          <w:lang w:eastAsia="zh-CN"/>
        </w:rPr>
        <w:br/>
      </w:r>
      <w:r>
        <w:rPr>
          <w:lang w:eastAsia="zh-CN"/>
        </w:rPr>
        <w:t>　　一句句口令声，奏出了属于军人的气质，奏出了军人的灵魂，一顶顶帽子，一条条腰带，一套套军装，穿出了军人的生活，穿出了军人的气魄。</w:t>
      </w:r>
      <w:r>
        <w:rPr>
          <w:lang w:eastAsia="zh-CN"/>
        </w:rPr>
        <w:br/>
      </w:r>
      <w:r>
        <w:rPr>
          <w:lang w:eastAsia="zh-CN"/>
        </w:rPr>
        <w:t>　　孟子说：天将降大任于斯人也，必先苦其心志，劳其筋骨，饿其体肤，空乏其身，行拂乱其所为，所以动心忍性，增益其所不能。</w:t>
      </w:r>
      <w:r>
        <w:rPr>
          <w:lang w:eastAsia="zh-CN"/>
        </w:rPr>
        <w:br/>
      </w:r>
    </w:p>
    <w:p w:rsidR="001B1F19" w14:textId="27C3F48A">
      <w:pPr>
        <w:rPr>
          <w:lang w:eastAsia="zh-CN"/>
        </w:rPr>
      </w:pPr>
      <w:r>
        <w:rPr>
          <w:lang w:eastAsia="zh-CN"/>
        </w:rPr>
        <w:t>　　军训正是这样一个磨炼我们心志，增强我们意志的机会。古人说：“宝剑锋从磨砺出，梅花香自苦寒来。”当我们圆满完成这为期十四天的军训，相信我们必将以最饱满的姿态迎接未来三年的学习生活!</w:t>
      </w:r>
      <w:r>
        <w:rPr>
          <w:lang w:eastAsia="zh-CN"/>
        </w:rPr>
        <w:br/>
      </w:r>
      <w:r>
        <w:rPr>
          <w:lang w:eastAsia="zh-CN"/>
        </w:rPr>
        <w:t xml:space="preserve">    军训第二天的心得体会 篇17 </w:t>
      </w:r>
      <w:r>
        <w:rPr>
          <w:lang w:eastAsia="zh-CN"/>
        </w:rPr>
        <w:br/>
      </w:r>
      <w:r>
        <w:rPr>
          <w:lang w:eastAsia="zh-CN"/>
        </w:rPr>
        <w:t>　　8月末,火热的太阳吸取着我们的精华.往日暑假在家美美的一觉到午饭的待遇算是say goodbye.多少有些可惜.每天依旧是(7点30)的到校时间在我眼里真的是相当的折磨.老师却说这是百年不遇,想想到也是这么一回事.</w:t>
      </w:r>
      <w:r>
        <w:rPr>
          <w:lang w:eastAsia="zh-CN"/>
        </w:rPr>
        <w:br/>
      </w:r>
      <w:r>
        <w:rPr>
          <w:lang w:eastAsia="zh-CN"/>
        </w:rPr>
        <w:t>　　说自己因为这项光荣的任务而神采奕奕,精神焕发那是溜须拍马.堆积了一个学期的困意汹涌而来,一发不可收拾.几次在军训的原地站立练习中,悄无声息的闭上了眼.同样也是几次被教官嘹亮的声音从浑浑噩噩中惊醒,吓得直打激灵</w:t>
      </w:r>
      <w:r>
        <w:rPr>
          <w:lang w:eastAsia="zh-CN"/>
        </w:rPr>
        <w:br/>
      </w:r>
      <w:r>
        <w:rPr>
          <w:lang w:eastAsia="zh-CN"/>
        </w:rPr>
        <w:t>　　原本应该在高一年级就来承受的痛苦的军训,因为震惊中外,举世无双的北京奥运会而一再推迟.今年.今年这个夏天,中国60年大庆,作为志愿者,学校就把国庆训练的体能训练和军训结合在了一起,这个创意好了,一举两得.</w:t>
      </w:r>
      <w:r>
        <w:rPr>
          <w:lang w:eastAsia="zh-CN"/>
        </w:rPr>
        <w:br/>
      </w:r>
      <w:r>
        <w:rPr>
          <w:lang w:eastAsia="zh-CN"/>
        </w:rPr>
        <w:t>　　第一天军训,原本以为多少会轻松一些.但最终是转眼成了空.教官磅礴的气势在这个400米跑道的操场上无一遗漏的展现了出来,震慑四方</w:t>
      </w:r>
      <w:r>
        <w:rPr>
          <w:lang w:eastAsia="zh-CN"/>
        </w:rPr>
        <w:br/>
      </w:r>
      <w:r>
        <w:rPr>
          <w:lang w:eastAsia="zh-CN"/>
        </w:rPr>
        <w:t>　　哈哈.内容还是简单了些嘛.正中我这身体不协调的人下怀.立正.稍息.左右转法.跨立.正步走.就这么几样.内容少却不失精悍.</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https://d.book118.com/847006016146006054</w:t>
        </w:r>
      </w:hyperlink>
    </w:p>
    <w:p w:rsidR="001B1F19">
      <w:pPr>
        <w:rPr>
          <w:lang w:eastAsia="zh-CN"/>
        </w:rPr>
      </w:pPr>
    </w:p>
    <w:sectPr>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7006016146006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