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班级活动谋划壹篇</w:t>
      </w:r>
    </w:p>
    <w:p>
      <w:pPr>
        <w:spacing w:before="100" w:after="200" w:line="360" w:lineRule="auto"/>
        <w:ind w:firstLine="576"/>
        <w:jc w:val="left"/>
      </w:pPr>
      <w:r>
        <w:rPr>
          <w:rFonts w:ascii="宋体" w:eastAsia="宋体" w:hAnsi="宋体"/>
          <w:sz w:val="28"/>
        </w:rPr>
        <w:t>大学班级活动策划。</w:t>
      </w:r>
    </w:p>
    <w:p>
      <w:pPr>
        <w:spacing w:before="100" w:after="200" w:line="360" w:lineRule="auto"/>
        <w:jc w:val="left"/>
      </w:pPr>
      <w:r>
        <w:rPr>
          <w:rFonts w:ascii="宋体 (中文正文)" w:eastAsia="宋体" w:hAnsi="宋体 (中文正文)"/>
          <w:b/>
          <w:sz w:val="28"/>
        </w:rPr>
        <w:t>一、活动主题</w:t>
      </w:r>
    </w:p>
    <w:p>
      <w:pPr>
        <w:spacing w:before="100" w:after="200" w:line="360" w:lineRule="auto"/>
        <w:ind w:firstLine="576"/>
        <w:jc w:val="left"/>
      </w:pPr>
      <w:r>
        <w:rPr>
          <w:rFonts w:ascii="宋体" w:eastAsia="宋体" w:hAnsi="宋体"/>
          <w:sz w:val="28"/>
        </w:rPr>
        <w:t>（一）大主题</w:t>
      </w:r>
    </w:p>
    <w:p>
      <w:pPr>
        <w:spacing w:before="100" w:after="200" w:line="360" w:lineRule="auto"/>
        <w:ind w:firstLine="576"/>
        <w:jc w:val="left"/>
      </w:pPr>
      <w:r>
        <w:rPr>
          <w:rFonts w:ascii="宋体" w:eastAsia="宋体" w:hAnsi="宋体"/>
          <w:sz w:val="28"/>
        </w:rPr>
        <w:t>“粤动青春，梦随亚运”</w:t>
      </w:r>
    </w:p>
    <w:p>
      <w:pPr>
        <w:spacing w:before="100" w:after="200" w:line="360" w:lineRule="auto"/>
        <w:ind w:firstLine="576"/>
        <w:jc w:val="left"/>
      </w:pPr>
      <w:r>
        <w:rPr>
          <w:rFonts w:ascii="宋体" w:eastAsia="宋体" w:hAnsi="宋体"/>
          <w:sz w:val="28"/>
        </w:rPr>
        <w:t>（二）主题拓展</w:t>
      </w:r>
    </w:p>
    <w:p>
      <w:pPr>
        <w:spacing w:before="100" w:after="200" w:line="360" w:lineRule="auto"/>
        <w:ind w:firstLine="576"/>
        <w:jc w:val="left"/>
      </w:pPr>
      <w:r>
        <w:rPr>
          <w:rFonts w:ascii="宋体" w:eastAsia="宋体" w:hAnsi="宋体"/>
          <w:sz w:val="28"/>
        </w:rPr>
        <w:t>“健康亚运，知识亚运，快乐亚运”</w:t>
      </w:r>
    </w:p>
    <w:p>
      <w:pPr>
        <w:spacing w:before="100" w:after="200" w:line="360" w:lineRule="auto"/>
        <w:jc w:val="left"/>
      </w:pPr>
      <w:r>
        <w:rPr>
          <w:rFonts w:ascii="宋体 (中文正文)" w:eastAsia="宋体" w:hAnsi="宋体 (中文正文)"/>
          <w:b/>
          <w:sz w:val="28"/>
        </w:rPr>
        <w:t>二、活动背景：xxx</w:t>
      </w:r>
    </w:p>
    <w:p>
      <w:pPr>
        <w:spacing w:before="100" w:after="200" w:line="360" w:lineRule="auto"/>
        <w:jc w:val="left"/>
      </w:pPr>
      <w:r>
        <w:rPr>
          <w:rFonts w:ascii="宋体 (中文正文)" w:eastAsia="宋体" w:hAnsi="宋体 (中文正文)"/>
          <w:b/>
          <w:sz w:val="28"/>
        </w:rPr>
        <w:t>三、活动目的</w:t>
      </w:r>
    </w:p>
    <w:p>
      <w:pPr>
        <w:spacing w:before="100" w:after="200" w:line="360" w:lineRule="auto"/>
        <w:ind w:firstLine="576"/>
        <w:jc w:val="left"/>
      </w:pPr>
      <w:r>
        <w:rPr>
          <w:rFonts w:ascii="宋体" w:eastAsia="宋体" w:hAnsi="宋体"/>
          <w:sz w:val="28"/>
        </w:rPr>
        <w:t>本次团日活动旨在于引导同学们在增加对调研方式，及亚运知识了解的同时，学习亚运的精神，认识运动的重要性,从而养成良好的生活方式，提高自身的综合素质。此外，本次团日活动也有利于同学们彼此之间加强交流，增进情感，从而形成一个更具活力的团结友爱的团支部。</w:t>
      </w:r>
    </w:p>
    <w:p>
      <w:pPr>
        <w:spacing w:before="100" w:after="200" w:line="360" w:lineRule="auto"/>
        <w:jc w:val="left"/>
      </w:pPr>
      <w:r>
        <w:rPr>
          <w:rFonts w:ascii="宋体 (中文正文)" w:eastAsia="宋体" w:hAnsi="宋体 (中文正文)"/>
          <w:b/>
          <w:sz w:val="28"/>
        </w:rPr>
        <w:t>四、主办单位</w:t>
      </w:r>
    </w:p>
    <w:p>
      <w:pPr>
        <w:spacing w:before="100" w:after="200" w:line="360" w:lineRule="auto"/>
        <w:ind w:firstLine="576"/>
        <w:jc w:val="left"/>
      </w:pPr>
      <w:r>
        <w:rPr>
          <w:rFonts w:ascii="宋体" w:eastAsia="宋体" w:hAnsi="宋体"/>
          <w:sz w:val="28"/>
        </w:rPr>
        <w:t>广东外语外贸大学经贸学院国贸1006班</w:t>
      </w:r>
    </w:p>
    <w:p>
      <w:pPr>
        <w:spacing w:before="100" w:after="200" w:line="360" w:lineRule="auto"/>
        <w:jc w:val="left"/>
      </w:pPr>
      <w:r>
        <w:rPr>
          <w:rFonts w:ascii="宋体 (中文正文)" w:eastAsia="宋体" w:hAnsi="宋体 (中文正文)"/>
          <w:b/>
          <w:sz w:val="28"/>
        </w:rPr>
        <w:t>五、活动时间：xxx</w:t>
      </w:r>
    </w:p>
    <w:p>
      <w:pPr>
        <w:spacing w:before="100" w:after="200" w:line="360" w:lineRule="auto"/>
        <w:jc w:val="left"/>
      </w:pPr>
      <w:r>
        <w:rPr>
          <w:rFonts w:ascii="宋体 (中文正文)" w:eastAsia="宋体" w:hAnsi="宋体 (中文正文)"/>
          <w:b/>
          <w:sz w:val="28"/>
        </w:rPr>
        <w:t>六、活动地点</w:t>
      </w:r>
    </w:p>
    <w:p>
      <w:pPr>
        <w:spacing w:before="100" w:after="200" w:line="360" w:lineRule="auto"/>
        <w:ind w:firstLine="576"/>
        <w:jc w:val="left"/>
      </w:pPr>
      <w:r>
        <w:rPr>
          <w:rFonts w:ascii="宋体" w:eastAsia="宋体" w:hAnsi="宋体"/>
          <w:sz w:val="28"/>
        </w:rPr>
        <w:t>广州大学城，广州海心塔</w:t>
      </w:r>
    </w:p>
    <w:p>
      <w:pPr>
        <w:spacing w:before="100" w:after="200" w:line="360" w:lineRule="auto"/>
        <w:jc w:val="left"/>
        <w:sectPr w:rsidSect="00034616">
          <w:pgSz w:w="11906" w:h="16838"/>
          <w:pgMar w:top="1440" w:right="1440" w:bottom="1440" w:left="1440" w:header="720" w:footer="720" w:gutter="0"/>
          <w:cols w:space="720"/>
          <w:docGrid w:linePitch="360"/>
        </w:sectPr>
      </w:pPr>
      <w:r>
        <w:rPr>
          <w:rFonts w:ascii="宋体 (中文正文)" w:eastAsia="宋体" w:hAnsi="宋体 (中文正文)"/>
          <w:b/>
          <w:sz w:val="28"/>
        </w:rPr>
        <w:t>七、活动对象</w:t>
      </w:r>
    </w:p>
    <w:p>
      <w:pPr>
        <w:spacing w:before="100" w:after="200" w:line="360" w:lineRule="auto"/>
        <w:ind w:firstLine="576"/>
        <w:jc w:val="left"/>
      </w:pPr>
      <w:r>
        <w:rPr>
          <w:rFonts w:ascii="宋体" w:eastAsia="宋体" w:hAnsi="宋体"/>
          <w:sz w:val="28"/>
        </w:rPr>
        <w:t>广东外语外贸大学经贸学院国贸1006班全体成员</w:t>
      </w:r>
    </w:p>
    <w:p>
      <w:pPr>
        <w:spacing w:before="100" w:after="200" w:line="360" w:lineRule="auto"/>
        <w:jc w:val="left"/>
      </w:pPr>
      <w:r>
        <w:rPr>
          <w:rFonts w:ascii="宋体 (中文正文)" w:eastAsia="宋体" w:hAnsi="宋体 (中文正文)"/>
          <w:b/>
          <w:sz w:val="28"/>
        </w:rPr>
        <w:t>八、活动形式</w:t>
      </w:r>
    </w:p>
    <w:p>
      <w:pPr>
        <w:spacing w:before="100" w:after="200" w:line="360" w:lineRule="auto"/>
        <w:ind w:firstLine="576"/>
        <w:jc w:val="left"/>
      </w:pPr>
      <w:r>
        <w:rPr>
          <w:rFonts w:ascii="宋体" w:eastAsia="宋体" w:hAnsi="宋体"/>
          <w:sz w:val="28"/>
        </w:rPr>
        <w:t>本次活动以骑自行车，问卷调研，参观亚运开幕场地海心塔等方式来展示我们团日活动的“健康亚运，知识亚运，快乐亚运”的主题。</w:t>
      </w:r>
    </w:p>
    <w:p>
      <w:pPr>
        <w:spacing w:before="100" w:after="200" w:line="360" w:lineRule="auto"/>
        <w:ind w:firstLine="576"/>
        <w:jc w:val="left"/>
      </w:pPr>
      <w:r>
        <w:rPr>
          <w:rFonts w:ascii="宋体" w:eastAsia="宋体" w:hAnsi="宋体"/>
          <w:sz w:val="28"/>
        </w:rPr>
        <w:t>宣传方案</w:t>
      </w:r>
    </w:p>
    <w:p>
      <w:pPr>
        <w:spacing w:before="100" w:after="200" w:line="360" w:lineRule="auto"/>
        <w:jc w:val="left"/>
      </w:pPr>
      <w:r>
        <w:rPr>
          <w:rFonts w:ascii="宋体 (中文正文)" w:eastAsia="宋体" w:hAnsi="宋体 (中文正文)"/>
          <w:b/>
          <w:sz w:val="28"/>
        </w:rPr>
        <w:t>一、网络宣传</w:t>
      </w:r>
    </w:p>
    <w:p>
      <w:pPr>
        <w:spacing w:before="100" w:after="200" w:line="360" w:lineRule="auto"/>
        <w:ind w:firstLine="576"/>
        <w:jc w:val="left"/>
      </w:pPr>
      <w:r>
        <w:rPr>
          <w:rFonts w:ascii="宋体" w:eastAsia="宋体" w:hAnsi="宋体"/>
          <w:sz w:val="28"/>
        </w:rPr>
        <w:t>②Q群邮件：以Q群邮件的发送将团日活动的策划书发到每位</w:t>
      </w:r>
    </w:p>
    <w:p>
      <w:pPr>
        <w:spacing w:before="100" w:after="200" w:line="360" w:lineRule="auto"/>
        <w:ind w:firstLine="576"/>
        <w:jc w:val="left"/>
      </w:pPr>
      <w:r>
        <w:rPr>
          <w:rFonts w:ascii="宋体" w:eastAsia="宋体" w:hAnsi="宋体"/>
          <w:sz w:val="28"/>
        </w:rPr>
        <w:t>③blog：在班级blog上更新有关团日活动的消息。</w:t>
      </w:r>
    </w:p>
    <w:p>
      <w:pPr>
        <w:spacing w:before="100" w:after="200" w:line="360" w:lineRule="auto"/>
        <w:jc w:val="left"/>
      </w:pPr>
      <w:r>
        <w:rPr>
          <w:rFonts w:ascii="宋体 (中文正文)" w:eastAsia="宋体" w:hAnsi="宋体 (中文正文)"/>
          <w:b/>
          <w:sz w:val="28"/>
        </w:rPr>
        <w:t>二、短信宣传</w:t>
      </w:r>
    </w:p>
    <w:p>
      <w:pPr>
        <w:spacing w:before="100" w:after="200" w:line="360" w:lineRule="auto"/>
        <w:ind w:firstLine="576"/>
        <w:jc w:val="left"/>
      </w:pPr>
      <w:r>
        <w:rPr>
          <w:rFonts w:ascii="宋体" w:eastAsia="宋体" w:hAnsi="宋体"/>
          <w:sz w:val="28"/>
        </w:rPr>
        <w:t>①飞信：通知同学们有关的相关事宜，并提醒他们</w:t>
      </w:r>
    </w:p>
    <w:p>
      <w:pPr>
        <w:spacing w:before="100" w:after="200" w:line="360" w:lineRule="auto"/>
        <w:ind w:firstLine="576"/>
        <w:jc w:val="left"/>
      </w:pPr>
      <w:r>
        <w:rPr>
          <w:rFonts w:ascii="宋体" w:eastAsia="宋体" w:hAnsi="宋体"/>
          <w:sz w:val="28"/>
        </w:rPr>
        <w:t>活动流程</w:t>
      </w:r>
    </w:p>
    <w:p>
      <w:pPr>
        <w:spacing w:before="100" w:after="200" w:line="360" w:lineRule="auto"/>
        <w:ind w:firstLine="576"/>
        <w:jc w:val="left"/>
      </w:pPr>
      <w:r>
        <w:rPr>
          <w:rFonts w:ascii="宋体" w:eastAsia="宋体" w:hAnsi="宋体"/>
          <w:sz w:val="28"/>
        </w:rPr>
        <w:t>▲活动前期：1、11月1号~6号，完成活动策划及的撰写；</w:t>
      </w:r>
    </w:p>
    <w:p>
      <w:pPr>
        <w:spacing w:before="100" w:after="200" w:line="360" w:lineRule="auto"/>
        <w:ind w:firstLine="576"/>
        <w:jc w:val="left"/>
      </w:pPr>
      <w:r>
        <w:rPr>
          <w:rFonts w:ascii="宋体" w:eastAsia="宋体" w:hAnsi="宋体"/>
          <w:sz w:val="28"/>
        </w:rPr>
        <w:t>2、11月7号~11号购买物资，了解并熟悉活动的具</w:t>
      </w:r>
    </w:p>
    <w:p>
      <w:pPr>
        <w:spacing w:before="100" w:after="200" w:line="360" w:lineRule="auto"/>
        <w:ind w:firstLine="576"/>
        <w:jc w:val="left"/>
      </w:pPr>
      <w:r>
        <w:rPr>
          <w:rFonts w:ascii="宋体" w:eastAsia="宋体" w:hAnsi="宋体"/>
          <w:sz w:val="28"/>
        </w:rPr>
        <w:t>体流程如自行车租借，乘坐交通工具的线路，以及提</w:t>
      </w:r>
    </w:p>
    <w:p>
      <w:pPr>
        <w:spacing w:before="100" w:after="200" w:line="360" w:lineRule="auto"/>
        <w:ind w:firstLine="576"/>
        <w:jc w:val="left"/>
      </w:pPr>
      <w:r>
        <w:rPr>
          <w:rFonts w:ascii="宋体" w:eastAsia="宋体" w:hAnsi="宋体"/>
          <w:sz w:val="28"/>
        </w:rPr>
        <w:t>前了解天气情况。</w:t>
      </w:r>
    </w:p>
    <w:p>
      <w:pPr>
        <w:spacing w:before="100" w:after="200" w:line="360" w:lineRule="auto"/>
        <w:ind w:firstLine="576"/>
        <w:jc w:val="left"/>
      </w:pPr>
      <w:r>
        <w:rPr>
          <w:rFonts w:ascii="宋体" w:eastAsia="宋体" w:hAnsi="宋体"/>
          <w:sz w:val="28"/>
        </w:rPr>
        <w:t>▲活动流程:</w:t>
      </w:r>
    </w:p>
    <w:p>
      <w:pPr>
        <w:spacing w:before="100" w:after="200" w:line="360" w:lineRule="auto"/>
        <w:ind w:firstLine="576"/>
        <w:jc w:val="left"/>
      </w:pPr>
      <w:r>
        <w:rPr>
          <w:rFonts w:ascii="宋体" w:eastAsia="宋体" w:hAnsi="宋体"/>
          <w:sz w:val="28"/>
        </w:rPr>
        <w:t>1、健康亚运，大学城自行车环保行</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2、知识亚运，大学城跨校亚运调研</w:t>
      </w:r>
    </w:p>
    <w:p>
      <w:pPr>
        <w:spacing w:before="100" w:after="200" w:line="360" w:lineRule="auto"/>
        <w:ind w:firstLine="576"/>
        <w:jc w:val="left"/>
      </w:pPr>
      <w:r>
        <w:rPr>
          <w:rFonts w:ascii="宋体" w:eastAsia="宋体" w:hAnsi="宋体"/>
          <w:sz w:val="28"/>
        </w:rPr>
        <w:t>我们将会在大学城高校包括广外大在内的5所学校中进行有关亚运的调研，我们在人员安排上是5人一小组，共5小组分别负责5所高校，并向每所高校会派发50份的纸质版问卷 同时我们也会使用问卷星做出一个电子问卷，把问卷的链接放在班级blog，并在校内各Q群中进行宣传，邀请同学们参与。</w:t>
      </w:r>
    </w:p>
    <w:p>
      <w:pPr>
        <w:spacing w:before="100" w:after="200" w:line="360" w:lineRule="auto"/>
        <w:ind w:firstLine="576"/>
        <w:jc w:val="left"/>
      </w:pPr>
      <w:r>
        <w:rPr>
          <w:rFonts w:ascii="宋体" w:eastAsia="宋体" w:hAnsi="宋体"/>
          <w:sz w:val="28"/>
        </w:rPr>
        <w:t>调研方式：问卷调研</w:t>
      </w:r>
    </w:p>
    <w:p>
      <w:pPr>
        <w:spacing w:before="100" w:after="200" w:line="360" w:lineRule="auto"/>
        <w:jc w:val="left"/>
      </w:pPr>
      <w:r>
        <w:rPr>
          <w:rFonts w:ascii="宋体 (中文正文)" w:eastAsia="宋体" w:hAnsi="宋体 (中文正文)"/>
          <w:sz w:val="28"/>
        </w:rPr>
        <w:t>具体时间安排：</w:t>
      </w:r>
    </w:p>
    <w:p>
      <w:pPr>
        <w:spacing w:before="100" w:after="200" w:line="360" w:lineRule="auto"/>
        <w:ind w:firstLine="576"/>
        <w:jc w:val="left"/>
      </w:pPr>
      <w:r>
        <w:rPr>
          <w:rFonts w:ascii="宋体" w:eastAsia="宋体" w:hAnsi="宋体"/>
          <w:sz w:val="28"/>
        </w:rPr>
        <w:t>11月15号~17号进行问卷的设计及打印工作，并完成问</w:t>
      </w:r>
    </w:p>
    <w:p>
      <w:pPr>
        <w:spacing w:before="100" w:after="200" w:line="360" w:lineRule="auto"/>
        <w:ind w:firstLine="576"/>
        <w:jc w:val="left"/>
      </w:pPr>
      <w:r>
        <w:rPr>
          <w:rFonts w:ascii="宋体" w:eastAsia="宋体" w:hAnsi="宋体"/>
          <w:sz w:val="28"/>
        </w:rPr>
        <w:t>卷星电子版问卷的制作。客，学校Q群上发布问卷星的电子版问</w:t>
      </w:r>
    </w:p>
    <w:p>
      <w:pPr>
        <w:spacing w:before="100" w:after="200" w:line="360" w:lineRule="auto"/>
        <w:ind w:firstLine="576"/>
        <w:jc w:val="left"/>
      </w:pPr>
      <w:r>
        <w:rPr>
          <w:rFonts w:ascii="宋体" w:eastAsia="宋体" w:hAnsi="宋体"/>
          <w:sz w:val="28"/>
        </w:rPr>
        <w:t>卷链接。</w:t>
      </w:r>
    </w:p>
    <w:p>
      <w:pPr>
        <w:spacing w:before="100" w:after="200" w:line="360" w:lineRule="auto"/>
        <w:jc w:val="left"/>
      </w:pPr>
      <w:r>
        <w:rPr>
          <w:rFonts w:ascii="宋体 (中文正文)" w:eastAsia="宋体" w:hAnsi="宋体 (中文正文)"/>
          <w:sz w:val="28"/>
        </w:rPr>
        <w:t>具体人员安排：</w:t>
      </w:r>
    </w:p>
    <w:p>
      <w:pPr>
        <w:spacing w:before="100" w:after="200" w:line="360" w:lineRule="auto"/>
        <w:jc w:val="left"/>
      </w:pPr>
      <w:r>
        <w:rPr>
          <w:rFonts w:ascii="宋体 (中文正文)" w:eastAsia="宋体" w:hAnsi="宋体 (中文正文)"/>
          <w:b/>
          <w:sz w:val="28"/>
        </w:rPr>
        <w:t>一、问卷设计</w:t>
      </w:r>
    </w:p>
    <w:p>
      <w:pPr>
        <w:spacing w:before="100" w:after="200" w:line="360" w:lineRule="auto"/>
        <w:ind w:firstLine="576"/>
        <w:jc w:val="left"/>
      </w:pPr>
      <w:r>
        <w:rPr>
          <w:rFonts w:ascii="宋体" w:eastAsia="宋体" w:hAnsi="宋体"/>
          <w:sz w:val="28"/>
        </w:rPr>
        <w:t>小组长：肖林晓</w:t>
      </w:r>
    </w:p>
    <w:p>
      <w:pPr>
        <w:spacing w:before="100" w:after="200" w:line="360" w:lineRule="auto"/>
        <w:ind w:firstLine="576"/>
        <w:jc w:val="left"/>
      </w:pPr>
      <w:r>
        <w:rPr>
          <w:rFonts w:ascii="宋体" w:eastAsia="宋体" w:hAnsi="宋体"/>
          <w:sz w:val="28"/>
        </w:rPr>
        <w:t>组员：陈俊霖、古云天、郝晓丹、妥瑞、刘静敏、孔翼尧、梁绮雯、杨丽萍、</w:t>
      </w:r>
    </w:p>
    <w:p>
      <w:pPr>
        <w:spacing w:before="100" w:after="200" w:line="360" w:lineRule="auto"/>
        <w:ind w:firstLine="576"/>
        <w:jc w:val="left"/>
      </w:pPr>
      <w:r>
        <w:rPr>
          <w:rFonts w:ascii="宋体" w:eastAsia="宋体" w:hAnsi="宋体"/>
          <w:sz w:val="28"/>
        </w:rPr>
        <w:t>刘希纯、潘美燕</w:t>
      </w:r>
    </w:p>
    <w:p>
      <w:pPr>
        <w:spacing w:before="100" w:after="200" w:line="360" w:lineRule="auto"/>
        <w:jc w:val="left"/>
      </w:pPr>
      <w:r>
        <w:rPr>
          <w:rFonts w:ascii="宋体 (中文正文)" w:eastAsia="宋体" w:hAnsi="宋体 (中文正文)"/>
          <w:b/>
          <w:sz w:val="28"/>
        </w:rPr>
        <w:t>二、问卷派发及数据录入</w:t>
      </w:r>
    </w:p>
    <w:p>
      <w:pPr>
        <w:spacing w:before="100" w:after="200" w:line="360" w:lineRule="auto"/>
        <w:jc w:val="left"/>
      </w:pPr>
      <w:r>
        <w:rPr>
          <w:rFonts w:ascii="宋体 (中文正文)" w:eastAsia="宋体" w:hAnsi="宋体 (中文正文)"/>
          <w:sz w:val="28"/>
        </w:rPr>
        <w:t>①小组：</w:t>
      </w:r>
    </w:p>
    <w:p>
      <w:pPr>
        <w:spacing w:before="100" w:after="200" w:line="360" w:lineRule="auto"/>
        <w:ind w:firstLine="576"/>
        <w:jc w:val="left"/>
      </w:pPr>
      <w:r>
        <w:rPr>
          <w:rFonts w:ascii="宋体" w:eastAsia="宋体" w:hAnsi="宋体"/>
          <w:sz w:val="28"/>
        </w:rPr>
        <w:t>负责学校：广东工业大学小组长：郭杨娜</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组员：伍倩君，梁晓昕，黄素美，罗俊艺</w:t>
      </w:r>
    </w:p>
    <w:p>
      <w:pPr>
        <w:spacing w:before="100" w:after="200" w:line="360" w:lineRule="auto"/>
        <w:jc w:val="left"/>
      </w:pPr>
      <w:r>
        <w:rPr>
          <w:rFonts w:ascii="宋体 (中文正文)" w:eastAsia="宋体" w:hAnsi="宋体 (中文正文)"/>
          <w:sz w:val="28"/>
        </w:rPr>
        <w:t>②小组：</w:t>
      </w:r>
    </w:p>
    <w:p>
      <w:pPr>
        <w:spacing w:before="100" w:after="200" w:line="360" w:lineRule="auto"/>
        <w:ind w:firstLine="576"/>
        <w:jc w:val="left"/>
      </w:pPr>
      <w:r>
        <w:rPr>
          <w:rFonts w:ascii="宋体" w:eastAsia="宋体" w:hAnsi="宋体"/>
          <w:sz w:val="28"/>
        </w:rPr>
        <w:t>负责学校：广东外语外贸大学小组长：陈嘉煌</w:t>
      </w:r>
    </w:p>
    <w:p>
      <w:pPr>
        <w:spacing w:before="100" w:after="200" w:line="360" w:lineRule="auto"/>
        <w:ind w:firstLine="576"/>
        <w:jc w:val="left"/>
      </w:pPr>
      <w:r>
        <w:rPr>
          <w:rFonts w:ascii="宋体" w:eastAsia="宋体" w:hAnsi="宋体"/>
          <w:sz w:val="28"/>
        </w:rPr>
        <w:t>组员：毕嘉莹，李文贤，梁玉丽，张嘉仪</w:t>
      </w:r>
    </w:p>
    <w:p>
      <w:pPr>
        <w:spacing w:before="100" w:after="200" w:line="360" w:lineRule="auto"/>
        <w:jc w:val="left"/>
      </w:pPr>
      <w:r>
        <w:rPr>
          <w:rFonts w:ascii="宋体 (中文正文)" w:eastAsia="宋体" w:hAnsi="宋体 (中文正文)"/>
          <w:sz w:val="28"/>
        </w:rPr>
        <w:t>③小组：</w:t>
      </w:r>
    </w:p>
    <w:p>
      <w:pPr>
        <w:spacing w:before="100" w:after="200" w:line="360" w:lineRule="auto"/>
        <w:ind w:firstLine="576"/>
        <w:jc w:val="left"/>
      </w:pPr>
      <w:r>
        <w:rPr>
          <w:rFonts w:ascii="宋体" w:eastAsia="宋体" w:hAnsi="宋体"/>
          <w:sz w:val="28"/>
        </w:rPr>
        <w:t>负责学校：中山大学小组长：陈熙伦</w:t>
      </w:r>
    </w:p>
    <w:p>
      <w:pPr>
        <w:spacing w:before="100" w:after="200" w:line="360" w:lineRule="auto"/>
        <w:ind w:firstLine="576"/>
        <w:jc w:val="left"/>
      </w:pPr>
      <w:r>
        <w:rPr>
          <w:rFonts w:ascii="宋体" w:eastAsia="宋体" w:hAnsi="宋体"/>
          <w:sz w:val="28"/>
        </w:rPr>
        <w:t>组员：姜海宁，刘家宁，刘志业，黄柳</w:t>
      </w:r>
    </w:p>
    <w:p>
      <w:pPr>
        <w:spacing w:before="100" w:after="200" w:line="360" w:lineRule="auto"/>
        <w:jc w:val="left"/>
      </w:pPr>
      <w:r>
        <w:rPr>
          <w:rFonts w:ascii="宋体 (中文正文)" w:eastAsia="宋体" w:hAnsi="宋体 (中文正文)"/>
          <w:sz w:val="28"/>
        </w:rPr>
        <w:t>④小组：</w:t>
      </w:r>
    </w:p>
    <w:p>
      <w:pPr>
        <w:spacing w:before="100" w:after="200" w:line="360" w:lineRule="auto"/>
        <w:ind w:firstLine="576"/>
        <w:jc w:val="left"/>
      </w:pPr>
      <w:r>
        <w:rPr>
          <w:rFonts w:ascii="宋体" w:eastAsia="宋体" w:hAnsi="宋体"/>
          <w:sz w:val="28"/>
        </w:rPr>
        <w:t>负责学校：广州中医药大学小组长：许海胜</w:t>
      </w:r>
    </w:p>
    <w:p>
      <w:pPr>
        <w:spacing w:before="100" w:after="200" w:line="360" w:lineRule="auto"/>
        <w:ind w:firstLine="576"/>
        <w:jc w:val="left"/>
      </w:pPr>
      <w:r>
        <w:rPr>
          <w:rFonts w:ascii="宋体" w:eastAsia="宋体" w:hAnsi="宋体"/>
          <w:sz w:val="28"/>
        </w:rPr>
        <w:t>组员：卢幸延，王蔚然，李文乐，郭敏霞</w:t>
      </w:r>
    </w:p>
    <w:p>
      <w:pPr>
        <w:spacing w:before="100" w:after="200" w:line="360" w:lineRule="auto"/>
        <w:jc w:val="left"/>
      </w:pPr>
      <w:r>
        <w:rPr>
          <w:rFonts w:ascii="宋体 (中文正文)" w:eastAsia="宋体" w:hAnsi="宋体 (中文正文)"/>
          <w:sz w:val="28"/>
        </w:rPr>
        <w:t>⑤小组：</w:t>
      </w:r>
    </w:p>
    <w:p>
      <w:pPr>
        <w:spacing w:before="100" w:after="200" w:line="360" w:lineRule="auto"/>
        <w:ind w:firstLine="576"/>
        <w:jc w:val="left"/>
      </w:pPr>
      <w:r>
        <w:rPr>
          <w:rFonts w:ascii="宋体" w:eastAsia="宋体" w:hAnsi="宋体"/>
          <w:sz w:val="28"/>
        </w:rPr>
        <w:t>负责学校：华南理工大学小组长：吴洁婵</w:t>
      </w:r>
    </w:p>
    <w:p>
      <w:pPr>
        <w:spacing w:before="100" w:after="200" w:line="360" w:lineRule="auto"/>
        <w:ind w:firstLine="576"/>
        <w:jc w:val="left"/>
      </w:pPr>
      <w:r>
        <w:rPr>
          <w:rFonts w:ascii="宋体" w:eastAsia="宋体" w:hAnsi="宋体"/>
          <w:sz w:val="28"/>
        </w:rPr>
        <w:t>组员：邓丽柔，彭嘉杰，杨静林，胡燕华</w:t>
      </w:r>
    </w:p>
    <w:p>
      <w:pPr>
        <w:spacing w:before="100" w:after="200" w:line="360" w:lineRule="auto"/>
        <w:jc w:val="left"/>
      </w:pPr>
      <w:r>
        <w:rPr>
          <w:rFonts w:ascii="宋体 (中文正文)" w:eastAsia="宋体" w:hAnsi="宋体 (中文正文)"/>
          <w:b/>
          <w:sz w:val="28"/>
        </w:rPr>
        <w:t>三、撰写报告</w:t>
      </w:r>
    </w:p>
    <w:p>
      <w:pPr>
        <w:spacing w:before="100" w:after="200" w:line="360" w:lineRule="auto"/>
        <w:ind w:firstLine="576"/>
        <w:jc w:val="left"/>
      </w:pPr>
      <w:r>
        <w:rPr>
          <w:rFonts w:ascii="宋体" w:eastAsia="宋体" w:hAnsi="宋体"/>
          <w:sz w:val="28"/>
        </w:rPr>
        <w:t>小组长：冼智波</w:t>
      </w:r>
    </w:p>
    <w:p>
      <w:pPr>
        <w:spacing w:before="100" w:after="200" w:line="360" w:lineRule="auto"/>
        <w:ind w:firstLine="576"/>
        <w:jc w:val="left"/>
      </w:pPr>
      <w:r>
        <w:rPr>
          <w:rFonts w:ascii="宋体" w:eastAsia="宋体" w:hAnsi="宋体"/>
          <w:sz w:val="28"/>
        </w:rPr>
        <w:t>组员：胡迪鹤、王雁利、李剑锋，李顺华，罗志杰，欧阳韬，江沛燕，</w:t>
      </w:r>
    </w:p>
    <w:p>
      <w:pPr>
        <w:spacing w:before="100" w:after="200" w:line="360" w:lineRule="auto"/>
        <w:ind w:firstLine="576"/>
        <w:jc w:val="left"/>
      </w:pPr>
      <w:r>
        <w:rPr>
          <w:rFonts w:ascii="宋体" w:eastAsia="宋体" w:hAnsi="宋体"/>
          <w:sz w:val="28"/>
        </w:rPr>
        <w:t>叶颖恩，林叶珍</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3、快乐亚运，海心塔亚运开幕场观光</w:t>
      </w:r>
    </w:p>
    <w:p>
      <w:pPr>
        <w:spacing w:before="100" w:after="200" w:line="360" w:lineRule="auto"/>
        <w:ind w:firstLine="576"/>
        <w:jc w:val="left"/>
      </w:pPr>
      <w:r>
        <w:rPr>
          <w:rFonts w:ascii="宋体" w:eastAsia="宋体" w:hAnsi="宋体"/>
          <w:sz w:val="28"/>
        </w:rPr>
        <w:t>广州亚运会的开幕式的场地为广州海心塔，它作为广州又一地标性建筑，被赋予了揭开亚运开幕式神秘面纱的使命。我们团支部将会以观光该景点的方式了解这亚运代表性建筑。在观光中感受亚运独特的气氛，了解更多关于亚运的资讯。并在观光该景点愉快的气氛中，更好地促进同学之间的交流。</w:t>
      </w:r>
    </w:p>
    <w:p>
      <w:pPr>
        <w:spacing w:before="100" w:after="200" w:line="360" w:lineRule="auto"/>
        <w:ind w:firstLine="576"/>
        <w:jc w:val="left"/>
      </w:pPr>
      <w:r>
        <w:rPr>
          <w:rFonts w:ascii="宋体" w:eastAsia="宋体" w:hAnsi="宋体"/>
          <w:sz w:val="28"/>
        </w:rPr>
        <w:t>时间：11月19号一天</w:t>
      </w:r>
    </w:p>
    <w:p>
      <w:pPr>
        <w:spacing w:before="100" w:after="200" w:line="360" w:lineRule="auto"/>
        <w:ind w:firstLine="576"/>
        <w:jc w:val="left"/>
      </w:pPr>
      <w:r>
        <w:rPr>
          <w:rFonts w:ascii="宋体" w:eastAsia="宋体" w:hAnsi="宋体"/>
          <w:sz w:val="28"/>
        </w:rPr>
        <w:t>物资预算</w:t>
      </w:r>
    </w:p>
    <w:p>
      <w:pPr>
        <w:spacing w:before="100" w:after="200" w:line="360" w:lineRule="auto"/>
        <w:ind w:firstLine="576"/>
        <w:jc w:val="left"/>
      </w:pPr>
      <w:r>
        <w:rPr>
          <w:rFonts w:ascii="宋体" w:eastAsia="宋体" w:hAnsi="宋体"/>
          <w:sz w:val="28"/>
        </w:rPr>
        <w:t>1、购买亚运小旗20面，预算金额40元；</w:t>
      </w:r>
    </w:p>
    <w:p>
      <w:pPr>
        <w:spacing w:before="100" w:after="200" w:line="360" w:lineRule="auto"/>
        <w:ind w:firstLine="576"/>
        <w:jc w:val="left"/>
      </w:pPr>
      <w:r>
        <w:rPr>
          <w:rFonts w:ascii="宋体" w:eastAsia="宋体" w:hAnsi="宋体"/>
          <w:sz w:val="28"/>
        </w:rPr>
        <w:t>2、购买硬纸板，预算金额20元；</w:t>
      </w:r>
    </w:p>
    <w:p>
      <w:pPr>
        <w:spacing w:before="100" w:after="200" w:line="360" w:lineRule="auto"/>
        <w:ind w:firstLine="576"/>
        <w:jc w:val="left"/>
      </w:pPr>
      <w:r>
        <w:rPr>
          <w:rFonts w:ascii="宋体" w:eastAsia="宋体" w:hAnsi="宋体"/>
          <w:sz w:val="28"/>
        </w:rPr>
        <w:t>3、打印纸质版问卷250份（黑白双面打印）；预算金额40元</w:t>
      </w:r>
    </w:p>
    <w:p>
      <w:pPr>
        <w:spacing w:before="100" w:after="200" w:line="360" w:lineRule="auto"/>
        <w:ind w:firstLine="576"/>
        <w:jc w:val="left"/>
      </w:pPr>
      <w:r>
        <w:rPr>
          <w:rFonts w:ascii="宋体" w:eastAsia="宋体" w:hAnsi="宋体"/>
          <w:sz w:val="28"/>
        </w:rPr>
        <w:t>（五）时间进度表</w:t>
      </w:r>
    </w:p>
    <w:p>
      <w:pPr>
        <w:spacing w:before="100" w:after="200" w:line="360" w:lineRule="auto"/>
        <w:ind w:firstLine="576"/>
        <w:jc w:val="left"/>
      </w:pPr>
      <w:r>
        <w:rPr>
          <w:rFonts w:ascii="宋体" w:eastAsia="宋体" w:hAnsi="宋体"/>
          <w:sz w:val="28"/>
        </w:rPr>
        <w:t>工作事项</w:t>
      </w:r>
    </w:p>
    <w:p>
      <w:pPr>
        <w:spacing w:before="100" w:after="200" w:line="360" w:lineRule="auto"/>
        <w:ind w:firstLine="576"/>
        <w:jc w:val="left"/>
      </w:pPr>
      <w:r>
        <w:rPr>
          <w:rFonts w:ascii="宋体" w:eastAsia="宋体" w:hAnsi="宋体"/>
          <w:sz w:val="28"/>
        </w:rPr>
        <w:t>时间推进</w:t>
      </w:r>
    </w:p>
    <w:p>
      <w:pPr>
        <w:spacing w:before="100" w:after="200" w:line="360" w:lineRule="auto"/>
        <w:ind w:firstLine="576"/>
        <w:jc w:val="left"/>
      </w:pPr>
      <w:r>
        <w:rPr>
          <w:rFonts w:ascii="宋体" w:eastAsia="宋体" w:hAnsi="宋体"/>
          <w:sz w:val="28"/>
        </w:rPr>
        <w:t>备注</w:t>
      </w:r>
    </w:p>
    <w:p>
      <w:pPr>
        <w:spacing w:before="100" w:after="200" w:line="360" w:lineRule="auto"/>
        <w:ind w:firstLine="576"/>
        <w:jc w:val="left"/>
      </w:pPr>
      <w:r>
        <w:rPr>
          <w:rFonts w:ascii="宋体" w:eastAsia="宋体" w:hAnsi="宋体"/>
          <w:sz w:val="28"/>
        </w:rPr>
        <w:t>购买物资，熟悉流程</w:t>
      </w:r>
    </w:p>
    <w:p>
      <w:pPr>
        <w:spacing w:before="100" w:after="200" w:line="360" w:lineRule="auto"/>
        <w:ind w:firstLine="576"/>
        <w:jc w:val="left"/>
      </w:pPr>
      <w:r>
        <w:rPr>
          <w:rFonts w:ascii="宋体" w:eastAsia="宋体" w:hAnsi="宋体"/>
          <w:sz w:val="28"/>
        </w:rPr>
        <w:t>11月7号~11号</w:t>
      </w:r>
    </w:p>
    <w:p>
      <w:pPr>
        <w:spacing w:before="100" w:after="200" w:line="360" w:lineRule="auto"/>
        <w:ind w:firstLine="576"/>
        <w:jc w:val="left"/>
      </w:pPr>
      <w:r>
        <w:rPr>
          <w:rFonts w:ascii="宋体" w:eastAsia="宋体" w:hAnsi="宋体"/>
          <w:sz w:val="28"/>
        </w:rPr>
        <w:t>骑自行车绕内环如天气不允许，则推迟</w:t>
      </w:r>
    </w:p>
    <w:p>
      <w:pPr>
        <w:spacing w:before="100" w:after="200" w:line="360" w:lineRule="auto"/>
        <w:ind w:firstLine="576"/>
        <w:jc w:val="left"/>
      </w:pPr>
      <w:r>
        <w:rPr>
          <w:rFonts w:ascii="宋体" w:eastAsia="宋体" w:hAnsi="宋体"/>
          <w:sz w:val="28"/>
        </w:rPr>
        <w:t>调研工作的开展参观海心塔</w:t>
      </w:r>
    </w:p>
    <w:p>
      <w:pPr>
        <w:spacing w:before="100" w:after="200" w:line="360" w:lineRule="auto"/>
        <w:ind w:firstLine="576"/>
        <w:jc w:val="left"/>
      </w:pPr>
      <w:r>
        <w:rPr>
          <w:rFonts w:ascii="宋体" w:eastAsia="宋体" w:hAnsi="宋体"/>
          <w:sz w:val="28"/>
        </w:rPr>
        <w:t>11月19号</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如天气不允许，则推迟</w:t>
      </w:r>
    </w:p>
    <w:p>
      <w:pPr>
        <w:spacing w:before="100" w:after="200" w:line="360" w:lineRule="auto"/>
        <w:ind w:firstLine="576"/>
        <w:jc w:val="left"/>
      </w:pPr>
      <w:r>
        <w:rPr>
          <w:rFonts w:ascii="宋体" w:eastAsia="宋体" w:hAnsi="宋体"/>
          <w:sz w:val="28"/>
        </w:rPr>
        <w:t>整理材料，撰写报告（六）后期工作</w:t>
      </w:r>
    </w:p>
    <w:p>
      <w:pPr>
        <w:spacing w:before="100" w:after="200" w:line="360" w:lineRule="auto"/>
        <w:ind w:firstLine="576"/>
        <w:jc w:val="left"/>
      </w:pPr>
      <w:r>
        <w:rPr>
          <w:rFonts w:ascii="宋体" w:eastAsia="宋体" w:hAnsi="宋体"/>
          <w:sz w:val="28"/>
        </w:rPr>
        <w:t>▲工作总结</w:t>
      </w:r>
    </w:p>
    <w:p>
      <w:pPr>
        <w:spacing w:before="100" w:after="200" w:line="360" w:lineRule="auto"/>
        <w:ind w:firstLine="576"/>
        <w:jc w:val="left"/>
      </w:pPr>
      <w:r>
        <w:rPr>
          <w:rFonts w:ascii="宋体" w:eastAsia="宋体" w:hAnsi="宋体"/>
          <w:sz w:val="28"/>
        </w:rPr>
        <w:t>撰写主题团日活动总结报告。</w:t>
      </w:r>
    </w:p>
    <w:p>
      <w:pPr>
        <w:spacing w:before="100" w:after="200" w:line="360" w:lineRule="auto"/>
        <w:ind w:firstLine="576"/>
        <w:jc w:val="left"/>
      </w:pPr>
      <w:r>
        <w:rPr>
          <w:rFonts w:ascii="宋体" w:eastAsia="宋体" w:hAnsi="宋体"/>
          <w:sz w:val="28"/>
        </w:rPr>
        <w:t>▲更新博客</w:t>
      </w:r>
    </w:p>
    <w:p>
      <w:pPr>
        <w:spacing w:before="100" w:after="200" w:line="360" w:lineRule="auto"/>
        <w:ind w:firstLine="576"/>
        <w:jc w:val="left"/>
      </w:pPr>
      <w:r>
        <w:rPr>
          <w:rFonts w:ascii="宋体" w:eastAsia="宋体" w:hAnsi="宋体"/>
          <w:sz w:val="28"/>
        </w:rPr>
        <w:t>整合照片以及文章资料发布在博客。</w:t>
      </w:r>
    </w:p>
    <w:p>
      <w:pPr>
        <w:spacing w:before="100" w:after="200" w:line="360" w:lineRule="auto"/>
        <w:ind w:firstLine="576"/>
        <w:jc w:val="left"/>
      </w:pPr>
      <w:r>
        <w:rPr>
          <w:rFonts w:ascii="宋体" w:eastAsia="宋体" w:hAnsi="宋体"/>
          <w:sz w:val="28"/>
        </w:rPr>
        <w:t>▲团支部意见表</w:t>
      </w:r>
    </w:p>
    <w:p>
      <w:pPr>
        <w:spacing w:before="100" w:after="200" w:line="360" w:lineRule="auto"/>
        <w:ind w:firstLine="576"/>
        <w:jc w:val="left"/>
      </w:pPr>
      <w:r>
        <w:rPr>
          <w:rFonts w:ascii="宋体" w:eastAsia="宋体" w:hAnsi="宋体"/>
          <w:sz w:val="28"/>
        </w:rPr>
        <w:t>让团支部每位成员填写意见表，公开征集团支部成员的想法和意见。</w:t>
      </w:r>
    </w:p>
    <w:p>
      <w:pPr>
        <w:spacing w:before="100" w:after="200" w:line="360" w:lineRule="auto"/>
        <w:ind w:firstLine="576"/>
        <w:jc w:val="left"/>
      </w:pPr>
      <w:r>
        <w:rPr>
          <w:rFonts w:ascii="宋体" w:eastAsia="宋体" w:hAnsi="宋体"/>
          <w:sz w:val="28"/>
        </w:rPr>
        <w:t>03kkk.cOm精选阅读</w:t>
      </w:r>
    </w:p>
    <w:p>
      <w:pPr>
        <w:spacing w:before="100" w:after="200" w:line="360" w:lineRule="auto"/>
        <w:ind w:firstLine="576"/>
        <w:jc w:val="left"/>
      </w:pPr>
      <w:r>
        <w:rPr>
          <w:rFonts w:ascii="宋体" w:eastAsia="宋体" w:hAnsi="宋体"/>
          <w:sz w:val="28"/>
        </w:rPr>
        <w:t>[分享好文]班级活动谋划范例</w:t>
      </w:r>
    </w:p>
    <w:p>
      <w:pPr>
        <w:spacing w:before="100" w:after="200" w:line="360" w:lineRule="auto"/>
        <w:ind w:firstLine="576"/>
        <w:jc w:val="left"/>
      </w:pPr>
      <w:r>
        <w:rPr>
          <w:rFonts w:ascii="宋体" w:eastAsia="宋体" w:hAnsi="宋体"/>
          <w:sz w:val="28"/>
        </w:rPr>
        <w:t>【活动主题】秋冬之际，组织全班同学去省博物馆游玩。</w:t>
      </w:r>
    </w:p>
    <w:p>
      <w:pPr>
        <w:spacing w:before="100" w:after="200" w:line="360" w:lineRule="auto"/>
        <w:ind w:firstLine="576"/>
        <w:jc w:val="left"/>
      </w:pPr>
      <w:r>
        <w:rPr>
          <w:rFonts w:ascii="宋体" w:eastAsia="宋体" w:hAnsi="宋体"/>
          <w:sz w:val="28"/>
        </w:rPr>
        <w:t>【活动目的全班出游增厚全班同学之间友谊，使同学课余生活更充实，让大家在学习之</w:t>
      </w:r>
    </w:p>
    <w:p>
      <w:pPr>
        <w:spacing w:before="100" w:after="200" w:line="360" w:lineRule="auto"/>
        <w:ind w:firstLine="576"/>
        <w:jc w:val="left"/>
      </w:pPr>
      <w:r>
        <w:rPr>
          <w:rFonts w:ascii="宋体" w:eastAsia="宋体" w:hAnsi="宋体"/>
          <w:sz w:val="28"/>
        </w:rPr>
        <w:t>及意义】余得到放松，陶冶了同学们的情操，更可以让同学在游玩中增加对中国楚文化的知识，了解中国历史及古代人民的智慧，使同学们更加热爱我们的国家。</w:t>
      </w:r>
    </w:p>
    <w:p>
      <w:pPr>
        <w:spacing w:before="100" w:after="200" w:line="360" w:lineRule="auto"/>
        <w:ind w:firstLine="576"/>
        <w:jc w:val="left"/>
      </w:pPr>
      <w:r>
        <w:rPr>
          <w:rFonts w:ascii="宋体" w:eastAsia="宋体" w:hAnsi="宋体"/>
          <w:sz w:val="28"/>
        </w:rPr>
        <w:t>【活动时间】 20xx年11月14日（若非大雨，活动按时进行，否则活动顺延至下个星期六）</w:t>
      </w:r>
    </w:p>
    <w:p>
      <w:pPr>
        <w:spacing w:before="100" w:after="200" w:line="360" w:lineRule="auto"/>
        <w:ind w:firstLine="576"/>
        <w:jc w:val="left"/>
      </w:pPr>
      <w:r>
        <w:rPr>
          <w:rFonts w:ascii="宋体" w:eastAsia="宋体" w:hAnsi="宋体"/>
          <w:sz w:val="28"/>
        </w:rPr>
        <w:t>生活委员:王德俏</w:t>
      </w:r>
    </w:p>
    <w:p>
      <w:pPr>
        <w:spacing w:before="100" w:after="200" w:line="360" w:lineRule="auto"/>
        <w:ind w:firstLine="576"/>
        <w:jc w:val="left"/>
      </w:pPr>
      <w:r>
        <w:rPr>
          <w:rFonts w:ascii="宋体" w:eastAsia="宋体" w:hAnsi="宋体"/>
          <w:sz w:val="28"/>
        </w:rPr>
        <w:t>活动前后人员集合：体育委员：姚宗森</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两批人员负责人：一批，团支书：刘浩然</w:t>
      </w:r>
    </w:p>
    <w:p>
      <w:pPr>
        <w:spacing w:before="100" w:after="200" w:line="360" w:lineRule="auto"/>
        <w:ind w:firstLine="576"/>
        <w:jc w:val="left"/>
      </w:pPr>
      <w:r>
        <w:rPr>
          <w:rFonts w:ascii="宋体" w:eastAsia="宋体" w:hAnsi="宋体"/>
          <w:sz w:val="28"/>
        </w:rPr>
        <w:t>二批，班长：孟宪博</w:t>
      </w:r>
    </w:p>
    <w:p>
      <w:pPr>
        <w:spacing w:before="100" w:after="200" w:line="360" w:lineRule="auto"/>
        <w:ind w:firstLine="576"/>
        <w:jc w:val="left"/>
      </w:pPr>
      <w:r>
        <w:rPr>
          <w:rFonts w:ascii="宋体" w:eastAsia="宋体" w:hAnsi="宋体"/>
          <w:sz w:val="28"/>
        </w:rPr>
        <w:t>游玩中摄影：一批，副班长：林婷</w:t>
      </w:r>
    </w:p>
    <w:p>
      <w:pPr>
        <w:spacing w:before="100" w:after="200" w:line="360" w:lineRule="auto"/>
        <w:ind w:firstLine="576"/>
        <w:jc w:val="left"/>
      </w:pPr>
      <w:r>
        <w:rPr>
          <w:rFonts w:ascii="宋体" w:eastAsia="宋体" w:hAnsi="宋体"/>
          <w:sz w:val="28"/>
        </w:rPr>
        <w:t>二批，宣传委员：迟丽薇</w:t>
      </w:r>
    </w:p>
    <w:p>
      <w:pPr>
        <w:spacing w:before="100" w:after="200" w:line="360" w:lineRule="auto"/>
        <w:ind w:firstLine="576"/>
        <w:jc w:val="left"/>
      </w:pPr>
      <w:r>
        <w:rPr>
          <w:rFonts w:ascii="宋体" w:eastAsia="宋体" w:hAnsi="宋体"/>
          <w:sz w:val="28"/>
        </w:rPr>
        <w:t>游玩后总结活动经验并做出书面报告：学习委员：雷福平</w:t>
      </w:r>
    </w:p>
    <w:p>
      <w:pPr>
        <w:spacing w:before="100" w:after="200" w:line="360" w:lineRule="auto"/>
        <w:ind w:firstLine="576"/>
        <w:jc w:val="left"/>
      </w:pPr>
      <w:r>
        <w:rPr>
          <w:rFonts w:ascii="宋体" w:eastAsia="宋体" w:hAnsi="宋体"/>
          <w:sz w:val="28"/>
        </w:rPr>
        <w:t>组织委员：汪岩</w:t>
      </w:r>
    </w:p>
    <w:p>
      <w:pPr>
        <w:spacing w:before="100" w:after="200" w:line="360" w:lineRule="auto"/>
        <w:ind w:firstLine="576"/>
        <w:jc w:val="left"/>
      </w:pPr>
      <w:r>
        <w:rPr>
          <w:rFonts w:ascii="宋体" w:eastAsia="宋体" w:hAnsi="宋体"/>
          <w:sz w:val="28"/>
        </w:rPr>
        <w:t>【活动预算】项目金额</w:t>
      </w:r>
    </w:p>
    <w:p>
      <w:pPr>
        <w:spacing w:before="100" w:after="200" w:line="360" w:lineRule="auto"/>
        <w:ind w:firstLine="576"/>
        <w:jc w:val="left"/>
      </w:pPr>
      <w:r>
        <w:rPr>
          <w:rFonts w:ascii="宋体" w:eastAsia="宋体" w:hAnsi="宋体"/>
          <w:sz w:val="28"/>
        </w:rPr>
        <w:t>往返包车费60x2=120元</w:t>
      </w:r>
    </w:p>
    <w:p>
      <w:pPr>
        <w:spacing w:before="100" w:after="200" w:line="360" w:lineRule="auto"/>
        <w:ind w:firstLine="576"/>
        <w:jc w:val="left"/>
      </w:pPr>
      <w:r>
        <w:rPr>
          <w:rFonts w:ascii="宋体" w:eastAsia="宋体" w:hAnsi="宋体"/>
          <w:sz w:val="28"/>
        </w:rPr>
        <w:t>摄影及洗出照片费10元</w:t>
      </w:r>
    </w:p>
    <w:p>
      <w:pPr>
        <w:spacing w:before="100" w:after="200" w:line="360" w:lineRule="auto"/>
        <w:ind w:firstLine="576"/>
        <w:jc w:val="left"/>
      </w:pPr>
      <w:r>
        <w:rPr>
          <w:rFonts w:ascii="宋体" w:eastAsia="宋体" w:hAnsi="宋体"/>
          <w:sz w:val="28"/>
        </w:rPr>
        <w:t>门票费0元</w:t>
      </w:r>
    </w:p>
    <w:p>
      <w:pPr>
        <w:spacing w:before="100" w:after="200" w:line="360" w:lineRule="auto"/>
        <w:ind w:firstLine="576"/>
        <w:jc w:val="left"/>
      </w:pPr>
      <w:r>
        <w:rPr>
          <w:rFonts w:ascii="宋体" w:eastAsia="宋体" w:hAnsi="宋体"/>
          <w:sz w:val="28"/>
        </w:rPr>
        <w:t>总计130元</w:t>
      </w:r>
    </w:p>
    <w:p>
      <w:pPr>
        <w:spacing w:before="100" w:after="200" w:line="360" w:lineRule="auto"/>
        <w:ind w:firstLine="576"/>
        <w:jc w:val="left"/>
      </w:pPr>
      <w:r>
        <w:rPr>
          <w:rFonts w:ascii="宋体" w:eastAsia="宋体" w:hAnsi="宋体"/>
          <w:sz w:val="28"/>
        </w:rPr>
        <w:t>好范文推荐班级活动谋划</w:t>
      </w:r>
    </w:p>
    <w:p>
      <w:pPr>
        <w:spacing w:before="100" w:after="200" w:line="360" w:lineRule="auto"/>
        <w:ind w:firstLine="576"/>
        <w:jc w:val="left"/>
      </w:pPr>
      <w:r>
        <w:rPr>
          <w:rFonts w:ascii="宋体" w:eastAsia="宋体" w:hAnsi="宋体"/>
          <w:sz w:val="28"/>
        </w:rPr>
        <w:t>活动主题：展现女生魅力，弘扬雷锋精神</w:t>
      </w:r>
    </w:p>
    <w:p>
      <w:pPr>
        <w:spacing w:before="100" w:after="200" w:line="360" w:lineRule="auto"/>
        <w:ind w:firstLine="576"/>
        <w:jc w:val="left"/>
      </w:pPr>
      <w:r>
        <w:rPr>
          <w:rFonts w:ascii="宋体" w:eastAsia="宋体" w:hAnsi="宋体"/>
          <w:sz w:val="28"/>
        </w:rPr>
        <w:t>活动时间：2022年x月xx日上午9：00</w:t>
      </w:r>
    </w:p>
    <w:p>
      <w:pPr>
        <w:spacing w:before="100" w:after="200" w:line="360" w:lineRule="auto"/>
        <w:ind w:firstLine="576"/>
        <w:jc w:val="left"/>
      </w:pPr>
      <w:r>
        <w:rPr>
          <w:rFonts w:ascii="宋体" w:eastAsia="宋体" w:hAnsi="宋体"/>
          <w:sz w:val="28"/>
        </w:rPr>
        <w:t>活动地点：雕塑公园</w:t>
      </w:r>
    </w:p>
    <w:p>
      <w:pPr>
        <w:spacing w:before="100" w:after="200" w:line="360" w:lineRule="auto"/>
        <w:jc w:val="left"/>
      </w:pPr>
      <w:r>
        <w:rPr>
          <w:rFonts w:ascii="宋体 (中文正文)" w:eastAsia="宋体" w:hAnsi="宋体 (中文正文)"/>
          <w:sz w:val="28"/>
        </w:rPr>
        <w:t>活动目的：</w:t>
      </w:r>
    </w:p>
    <w:p>
      <w:pPr>
        <w:spacing w:before="100" w:after="200" w:line="360" w:lineRule="auto"/>
        <w:ind w:firstLine="576"/>
        <w:jc w:val="left"/>
      </w:pPr>
      <w:r>
        <w:rPr>
          <w:rFonts w:ascii="宋体" w:eastAsia="宋体" w:hAnsi="宋体"/>
          <w:sz w:val="28"/>
        </w:rPr>
        <w:t>1、让女大学生学会轻松学习、健康生活，永远开拓进取，努力成为最幸福的魅力女生。</w:t>
      </w:r>
    </w:p>
    <w:p>
      <w:pPr>
        <w:spacing w:before="100" w:after="200" w:line="360" w:lineRule="auto"/>
        <w:ind w:firstLine="576"/>
        <w:jc w:val="left"/>
      </w:pPr>
      <w:r>
        <w:rPr>
          <w:rFonts w:ascii="宋体" w:eastAsia="宋体" w:hAnsi="宋体"/>
          <w:sz w:val="28"/>
        </w:rPr>
        <w:t>2、学习雷锋，弘扬雷锋精神。</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参加人员：12新闻全体同学</w:t>
      </w:r>
    </w:p>
    <w:p>
      <w:pPr>
        <w:spacing w:before="100" w:after="200" w:line="360" w:lineRule="auto"/>
        <w:ind w:firstLine="576"/>
        <w:jc w:val="left"/>
      </w:pPr>
      <w:r>
        <w:rPr>
          <w:rFonts w:ascii="宋体" w:eastAsia="宋体" w:hAnsi="宋体"/>
          <w:sz w:val="28"/>
        </w:rPr>
        <w:t>活动计划：(分两个环节)</w:t>
      </w:r>
    </w:p>
    <w:p>
      <w:pPr>
        <w:spacing w:before="100" w:after="200" w:line="360" w:lineRule="auto"/>
        <w:ind w:firstLine="576"/>
        <w:jc w:val="left"/>
      </w:pPr>
      <w:r>
        <w:rPr>
          <w:rFonts w:ascii="宋体" w:eastAsia="宋体" w:hAnsi="宋体"/>
          <w:sz w:val="28"/>
        </w:rPr>
        <w:t>环节一：集体义演，跳“华尔兹”舞蹈。</w:t>
      </w:r>
    </w:p>
    <w:p>
      <w:pPr>
        <w:spacing w:before="100" w:after="200" w:line="360" w:lineRule="auto"/>
        <w:ind w:firstLine="576"/>
        <w:jc w:val="left"/>
      </w:pPr>
      <w:r>
        <w:rPr>
          <w:rFonts w:ascii="宋体" w:eastAsia="宋体" w:hAnsi="宋体"/>
          <w:sz w:val="28"/>
        </w:rPr>
        <w:t>在雕塑公园的广场进行义演，以组为单位，同学两俩搭配，把课堂上所学舞蹈在总人面前展示，为雕塑公园游客带来视觉享受。</w:t>
      </w:r>
    </w:p>
    <w:p>
      <w:pPr>
        <w:spacing w:before="100" w:after="200" w:line="360" w:lineRule="auto"/>
        <w:ind w:firstLine="576"/>
        <w:jc w:val="left"/>
      </w:pPr>
      <w:r>
        <w:rPr>
          <w:rFonts w:ascii="宋体" w:eastAsia="宋体" w:hAnsi="宋体"/>
          <w:sz w:val="28"/>
        </w:rPr>
        <w:t>环节二：每个同学以个人为单位或以自由组合的方式，任意选择公园内的景物作为拍摄背景，拍照出具有个人特色，能够展现女大学生风采的照片。</w:t>
      </w:r>
    </w:p>
    <w:p>
      <w:pPr>
        <w:spacing w:before="100" w:after="200" w:line="360" w:lineRule="auto"/>
        <w:jc w:val="left"/>
      </w:pPr>
      <w:r>
        <w:rPr>
          <w:rFonts w:ascii="宋体 (中文正文)" w:eastAsia="宋体" w:hAnsi="宋体 (中文正文)"/>
          <w:sz w:val="28"/>
        </w:rPr>
        <w:t>活动要求：</w:t>
      </w:r>
    </w:p>
    <w:p>
      <w:pPr>
        <w:spacing w:before="100" w:after="200" w:line="360" w:lineRule="auto"/>
        <w:ind w:firstLine="576"/>
        <w:jc w:val="left"/>
      </w:pPr>
      <w:r>
        <w:rPr>
          <w:rFonts w:ascii="宋体" w:eastAsia="宋体" w:hAnsi="宋体"/>
          <w:sz w:val="28"/>
        </w:rPr>
        <w:t>1、各位同学于你年x月x日9：00准时到雕塑公园门前集中。</w:t>
      </w:r>
    </w:p>
    <w:p>
      <w:pPr>
        <w:spacing w:before="100" w:after="200" w:line="360" w:lineRule="auto"/>
        <w:ind w:firstLine="576"/>
        <w:jc w:val="left"/>
      </w:pPr>
      <w:r>
        <w:rPr>
          <w:rFonts w:ascii="宋体" w:eastAsia="宋体" w:hAnsi="宋体"/>
          <w:sz w:val="28"/>
        </w:rPr>
        <w:t>2、各小组准备好一台照相机。</w:t>
      </w:r>
    </w:p>
    <w:p>
      <w:pPr>
        <w:spacing w:before="100" w:after="200" w:line="360" w:lineRule="auto"/>
        <w:ind w:firstLine="576"/>
        <w:jc w:val="left"/>
      </w:pPr>
      <w:r>
        <w:rPr>
          <w:rFonts w:ascii="宋体" w:eastAsia="宋体" w:hAnsi="宋体"/>
          <w:sz w:val="28"/>
        </w:rPr>
        <w:t>3、各小组长组织好本组的各项活动，并做好记录。</w:t>
      </w:r>
    </w:p>
    <w:p>
      <w:pPr>
        <w:spacing w:before="100" w:after="200" w:line="360" w:lineRule="auto"/>
        <w:ind w:firstLine="576"/>
        <w:jc w:val="left"/>
      </w:pPr>
      <w:r>
        <w:rPr>
          <w:rFonts w:ascii="宋体" w:eastAsia="宋体" w:hAnsi="宋体"/>
          <w:sz w:val="28"/>
        </w:rPr>
        <w:t>4、活动结束后，各小组长上交一份本组活动总结。</w:t>
      </w:r>
    </w:p>
    <w:p>
      <w:pPr>
        <w:spacing w:before="100" w:after="200" w:line="360" w:lineRule="auto"/>
        <w:jc w:val="left"/>
      </w:pPr>
      <w:r>
        <w:rPr>
          <w:rFonts w:ascii="宋体 (中文正文)" w:eastAsia="宋体" w:hAnsi="宋体 (中文正文)"/>
          <w:sz w:val="28"/>
        </w:rPr>
        <w:t>策划书预期效果：</w:t>
      </w:r>
    </w:p>
    <w:p>
      <w:pPr>
        <w:spacing w:before="100" w:after="200" w:line="360" w:lineRule="auto"/>
        <w:ind w:firstLine="576"/>
        <w:jc w:val="left"/>
      </w:pPr>
      <w:r>
        <w:rPr>
          <w:rFonts w:ascii="宋体" w:eastAsia="宋体" w:hAnsi="宋体"/>
          <w:sz w:val="28"/>
        </w:rPr>
        <w:t>各组长起带头作用，带动组员积极参与各环节活动，整个流程顺利进行，取得很好的效果。</w:t>
      </w:r>
    </w:p>
    <w:p>
      <w:pPr>
        <w:spacing w:before="100" w:after="200" w:line="360" w:lineRule="auto"/>
        <w:jc w:val="left"/>
      </w:pPr>
      <w:r>
        <w:rPr>
          <w:rFonts w:ascii="宋体 (中文正文)" w:eastAsia="宋体" w:hAnsi="宋体 (中文正文)"/>
          <w:b/>
          <w:sz w:val="28"/>
        </w:rPr>
        <w:t>一、活动主题、目的及活动意义</w:t>
      </w:r>
    </w:p>
    <w:p>
      <w:pPr>
        <w:spacing w:before="100" w:after="200" w:line="360" w:lineRule="auto"/>
        <w:ind w:firstLine="576"/>
        <w:jc w:val="left"/>
      </w:pPr>
      <w:r>
        <w:rPr>
          <w:rFonts w:ascii="宋体" w:eastAsia="宋体" w:hAnsi="宋体"/>
          <w:sz w:val="28"/>
        </w:rPr>
        <w:t>1、活动主题</w:t>
      </w:r>
    </w:p>
    <w:p>
      <w:pPr>
        <w:spacing w:before="100" w:after="200" w:line="360" w:lineRule="auto"/>
        <w:ind w:firstLine="576"/>
        <w:jc w:val="left"/>
      </w:pPr>
      <w:r>
        <w:rPr>
          <w:rFonts w:ascii="宋体" w:eastAsia="宋体" w:hAnsi="宋体"/>
          <w:sz w:val="28"/>
        </w:rPr>
        <w:t>我们班本次活动主题为“本硕大联欢和谐促发展”。通过在厚山举行纸牌游戏，素质拓展，集体游戏，烧烤等一系列活动来进行大联欢。</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2、活动目的</w:t>
      </w:r>
    </w:p>
    <w:p>
      <w:pPr>
        <w:spacing w:before="100" w:after="200" w:line="360" w:lineRule="auto"/>
        <w:ind w:firstLine="576"/>
        <w:jc w:val="left"/>
      </w:pPr>
      <w:r>
        <w:rPr>
          <w:rFonts w:ascii="宋体" w:eastAsia="宋体" w:hAnsi="宋体"/>
          <w:sz w:val="28"/>
        </w:rPr>
        <w:t>为了让本硕班同学们之间更好的进行交流，另一方面，为了让同学们走出宿舍，走出教室去欣赏美丽祖国，欣赏美丽校园。我们本硕班要在郑州大学充满魅力色彩的厚山进行丰富有趣的团日活动。活动主要就是为了让大家在一起多交流交流，抛开往日的学习烦恼，放下昔日里的生活杂事，离开万恶之源的宿舍，大家尽情的进行联欢。去接近大自然，从另一个方面去了解昔日的伙伴。提升本硕班的班级凝聚力。</w:t>
      </w:r>
    </w:p>
    <w:p>
      <w:pPr>
        <w:spacing w:before="100" w:after="200" w:line="360" w:lineRule="auto"/>
        <w:ind w:firstLine="576"/>
        <w:jc w:val="left"/>
      </w:pPr>
      <w:r>
        <w:rPr>
          <w:rFonts w:ascii="宋体" w:eastAsia="宋体" w:hAnsi="宋体"/>
          <w:sz w:val="28"/>
        </w:rPr>
        <w:t>3、活动意义</w:t>
      </w:r>
    </w:p>
    <w:p>
      <w:pPr>
        <w:spacing w:before="100" w:after="200" w:line="360" w:lineRule="auto"/>
        <w:ind w:firstLine="576"/>
        <w:jc w:val="left"/>
      </w:pPr>
      <w:r>
        <w:rPr>
          <w:rFonts w:ascii="宋体" w:eastAsia="宋体" w:hAnsi="宋体"/>
          <w:sz w:val="28"/>
        </w:rPr>
        <w:t>通过本次活动，可以让我们本硕班的同学从另一个方面去了解班级其他同学，既加强了我们彼此之间的感情，又让我们的班级凝聚力得到充分的提升，而且让我们在游玩中去接近美丽校园。纸牌等一些游戏小游戏不仅让大家得到放松，而且可以锻炼大家的智力。素质拓展与集体游戏可以可以加大班级同学之间的配合与合作，有利于和谐班集体的构建。自己动手烧烤可以提升大家的动手能力，另外可以让同学们体会到食物来之不易，以后养成节约粮食的好习惯。</w:t>
      </w:r>
    </w:p>
    <w:p>
      <w:pPr>
        <w:spacing w:before="100" w:after="200" w:line="360" w:lineRule="auto"/>
        <w:jc w:val="left"/>
      </w:pPr>
      <w:r>
        <w:rPr>
          <w:rFonts w:ascii="宋体 (中文正文)" w:eastAsia="宋体" w:hAnsi="宋体 (中文正文)"/>
          <w:b/>
          <w:sz w:val="28"/>
        </w:rPr>
        <w:t>二、活动人员</w:t>
      </w:r>
    </w:p>
    <w:p>
      <w:pPr>
        <w:spacing w:before="100" w:after="200" w:line="360" w:lineRule="auto"/>
        <w:ind w:firstLine="576"/>
        <w:jc w:val="left"/>
      </w:pPr>
      <w:r>
        <w:rPr>
          <w:rFonts w:ascii="宋体" w:eastAsia="宋体" w:hAnsi="宋体"/>
          <w:sz w:val="28"/>
        </w:rPr>
        <w:t>本硕班全体同学。</w:t>
      </w:r>
    </w:p>
    <w:p>
      <w:pPr>
        <w:spacing w:before="100" w:after="200" w:line="360" w:lineRule="auto"/>
        <w:jc w:val="left"/>
      </w:pPr>
      <w:r>
        <w:rPr>
          <w:rFonts w:ascii="宋体 (中文正文)" w:eastAsia="宋体" w:hAnsi="宋体 (中文正文)"/>
          <w:b/>
          <w:sz w:val="28"/>
        </w:rPr>
        <w:t>三、活动时间及地点</w:t>
      </w:r>
    </w:p>
    <w:p>
      <w:pPr>
        <w:spacing w:before="100" w:after="200" w:line="360" w:lineRule="auto"/>
        <w:ind w:firstLine="576"/>
        <w:jc w:val="left"/>
      </w:pPr>
      <w:r>
        <w:rPr>
          <w:rFonts w:ascii="宋体" w:eastAsia="宋体" w:hAnsi="宋体"/>
          <w:sz w:val="28"/>
        </w:rPr>
        <w:t>时间：11月14日10：00—15：30</w:t>
      </w:r>
    </w:p>
    <w:p>
      <w:pPr>
        <w:spacing w:before="100" w:after="200" w:line="360" w:lineRule="auto"/>
        <w:ind w:firstLine="576"/>
        <w:jc w:val="left"/>
      </w:pPr>
      <w:r>
        <w:rPr>
          <w:rFonts w:ascii="宋体" w:eastAsia="宋体" w:hAnsi="宋体"/>
          <w:sz w:val="28"/>
        </w:rPr>
        <w:t>地点：郑州大学厚山</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b/>
          <w:sz w:val="28"/>
        </w:rPr>
        <w:t>四、活动准备</w:t>
      </w:r>
    </w:p>
    <w:p>
      <w:pPr>
        <w:spacing w:before="100" w:after="200" w:line="360" w:lineRule="auto"/>
        <w:ind w:firstLine="576"/>
        <w:jc w:val="left"/>
      </w:pPr>
      <w:r>
        <w:rPr>
          <w:rFonts w:ascii="宋体" w:eastAsia="宋体" w:hAnsi="宋体"/>
          <w:sz w:val="28"/>
        </w:rPr>
        <w:t>1、召开团支部大会，提出团日活动主题，说明团日活动目的及意义，听取大家意见。根据大家的建议及意见进行适当地调整。并协商团日活动的时间及地点。</w:t>
      </w:r>
    </w:p>
    <w:p>
      <w:pPr>
        <w:spacing w:before="100" w:after="200" w:line="360" w:lineRule="auto"/>
        <w:ind w:firstLine="576"/>
        <w:jc w:val="left"/>
      </w:pPr>
      <w:r>
        <w:rPr>
          <w:rFonts w:ascii="宋体" w:eastAsia="宋体" w:hAnsi="宋体"/>
          <w:sz w:val="28"/>
        </w:rPr>
        <w:t>2、由团支部制定活动详细过程并草拟策划书。</w:t>
      </w:r>
    </w:p>
    <w:p>
      <w:pPr>
        <w:spacing w:before="100" w:after="200" w:line="360" w:lineRule="auto"/>
        <w:ind w:firstLine="576"/>
        <w:jc w:val="left"/>
      </w:pPr>
      <w:r>
        <w:rPr>
          <w:rFonts w:ascii="宋体" w:eastAsia="宋体" w:hAnsi="宋体"/>
          <w:sz w:val="28"/>
        </w:rPr>
        <w:t>3、团支部进一步讨论，完善活动流程及策划</w:t>
      </w:r>
    </w:p>
    <w:p>
      <w:pPr>
        <w:spacing w:before="100" w:after="200" w:line="360" w:lineRule="auto"/>
        <w:ind w:firstLine="576"/>
        <w:jc w:val="left"/>
      </w:pPr>
      <w:r>
        <w:rPr>
          <w:rFonts w:ascii="宋体" w:eastAsia="宋体" w:hAnsi="宋体"/>
          <w:sz w:val="28"/>
        </w:rPr>
        <w:t>4、团支书收集有趣的纸牌游戏名称，准备素质拓展所需要的物品，提前查看厚山情况，向美食协会租借烧烤烤具，列举所需要的烧烤物品。</w:t>
      </w:r>
    </w:p>
    <w:p>
      <w:pPr>
        <w:spacing w:before="100" w:after="200" w:line="360" w:lineRule="auto"/>
        <w:ind w:firstLine="576"/>
        <w:jc w:val="left"/>
      </w:pPr>
      <w:r>
        <w:rPr>
          <w:rFonts w:ascii="宋体" w:eastAsia="宋体" w:hAnsi="宋体"/>
          <w:sz w:val="28"/>
        </w:rPr>
        <w:t>5、活动当天班长做好通知工作，一定要提前通知全班同学，让同学们提前到达的活动地点。</w:t>
      </w:r>
    </w:p>
    <w:p>
      <w:pPr>
        <w:spacing w:before="100" w:after="200" w:line="360" w:lineRule="auto"/>
        <w:ind w:firstLine="576"/>
        <w:jc w:val="left"/>
      </w:pPr>
      <w:r>
        <w:rPr>
          <w:rFonts w:ascii="宋体" w:eastAsia="宋体" w:hAnsi="宋体"/>
          <w:sz w:val="28"/>
        </w:rPr>
        <w:t>6、活动当天团支书及班委要及时将烧烤烤具及所需的各种物品拿到活动地点。</w:t>
      </w:r>
    </w:p>
    <w:p>
      <w:pPr>
        <w:spacing w:before="100" w:after="200" w:line="360" w:lineRule="auto"/>
        <w:jc w:val="left"/>
      </w:pPr>
      <w:r>
        <w:rPr>
          <w:rFonts w:ascii="宋体 (中文正文)" w:eastAsia="宋体" w:hAnsi="宋体 (中文正文)"/>
          <w:b/>
          <w:sz w:val="28"/>
        </w:rPr>
        <w:t>五、活动流程</w:t>
      </w:r>
    </w:p>
    <w:p>
      <w:pPr>
        <w:spacing w:before="100" w:after="200" w:line="360" w:lineRule="auto"/>
        <w:ind w:firstLine="576"/>
        <w:jc w:val="left"/>
      </w:pPr>
      <w:r>
        <w:rPr>
          <w:rFonts w:ascii="宋体" w:eastAsia="宋体" w:hAnsi="宋体"/>
          <w:sz w:val="28"/>
        </w:rPr>
        <w:t>1、班委提前到厚山选定活动场地，并提前通知全体同学到活动场地。</w:t>
      </w:r>
    </w:p>
    <w:p>
      <w:pPr>
        <w:spacing w:before="100" w:after="200" w:line="360" w:lineRule="auto"/>
        <w:jc w:val="left"/>
      </w:pPr>
      <w:r>
        <w:rPr>
          <w:rFonts w:ascii="宋体 (中文正文)" w:eastAsia="宋体" w:hAnsi="宋体 (中文正文)"/>
          <w:sz w:val="28"/>
        </w:rPr>
        <w:t>2、活动分组：</w:t>
      </w:r>
    </w:p>
    <w:p>
      <w:pPr>
        <w:spacing w:before="100" w:after="200" w:line="360" w:lineRule="auto"/>
        <w:ind w:firstLine="576"/>
        <w:jc w:val="left"/>
      </w:pPr>
      <w:r>
        <w:rPr>
          <w:rFonts w:ascii="宋体" w:eastAsia="宋体" w:hAnsi="宋体"/>
          <w:sz w:val="28"/>
        </w:rPr>
        <w:t>将全体同学随机分成三组。</w:t>
      </w:r>
    </w:p>
    <w:p>
      <w:pPr>
        <w:spacing w:before="100" w:after="200" w:line="360" w:lineRule="auto"/>
        <w:jc w:val="left"/>
      </w:pPr>
      <w:r>
        <w:rPr>
          <w:rFonts w:ascii="宋体 (中文正文)" w:eastAsia="宋体" w:hAnsi="宋体 (中文正文)"/>
          <w:sz w:val="28"/>
        </w:rPr>
        <w:t>3、纸牌杀人游戏：</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p>
    <w:p>
      <w:pPr>
        <w:spacing w:before="100" w:after="200" w:line="360" w:lineRule="auto"/>
        <w:ind w:firstLine="576"/>
        <w:jc w:val="left"/>
      </w:pPr>
      <w:r>
        <w:rPr>
          <w:rFonts w:ascii="宋体" w:eastAsia="宋体" w:hAnsi="宋体"/>
          <w:sz w:val="28"/>
        </w:rPr>
        <w:t>（1）参加游戏人数共13人（12，16人皆可），选其中1人做法官。由法官准备12张扑克牌。其中3张a，6张为普通牌，3张k。众人坐定后，法官将洗好的12张牌交由大家抽。抽到普通牌的为良民，抽到a的为杀手，抽到k的为警察。自己看自己手里的牌，不要声张不要让其他人知道你抽到的是什么牌。</w:t>
      </w:r>
    </w:p>
    <w:p>
      <w:pPr>
        <w:spacing w:before="100" w:after="200" w:line="360" w:lineRule="auto"/>
        <w:ind w:firstLine="576"/>
        <w:jc w:val="left"/>
      </w:pPr>
      <w:r>
        <w:rPr>
          <w:rFonts w:ascii="宋体" w:eastAsia="宋体" w:hAnsi="宋体"/>
          <w:sz w:val="28"/>
        </w:rPr>
        <w:t>（2）法官说：黑夜来临了，请大家闭上眼睛睡觉了。此时只有法官一人能看到大家的情况，等都闭好眼睛后。法官又说：杀手挣开眼睛，可以出来杀人了。</w:t>
      </w:r>
    </w:p>
    <w:p>
      <w:pPr>
        <w:spacing w:before="100" w:after="200" w:line="360" w:lineRule="auto"/>
        <w:ind w:firstLine="576"/>
        <w:jc w:val="left"/>
      </w:pPr>
      <w:r>
        <w:rPr>
          <w:rFonts w:ascii="宋体" w:eastAsia="宋体" w:hAnsi="宋体"/>
          <w:sz w:val="28"/>
        </w:rPr>
        <w:t>4、素质拓展</w:t>
      </w:r>
    </w:p>
    <w:p>
      <w:pPr>
        <w:spacing w:before="100" w:after="200" w:line="360" w:lineRule="auto"/>
        <w:ind w:firstLine="576"/>
        <w:jc w:val="left"/>
      </w:pPr>
      <w:r>
        <w:rPr>
          <w:rFonts w:ascii="宋体" w:eastAsia="宋体" w:hAnsi="宋体"/>
          <w:sz w:val="28"/>
        </w:rPr>
        <w:t>让十二个人组成六组，每一组都拉一根绳子，形成高低不同的障碍，让参加先挣着眼通过障碍，当熟悉两遍记下路程后，用布蒙住眼睛再次通过，旁边的同学可以指导，看通过的时间长短来分出胜负。</w:t>
      </w:r>
    </w:p>
    <w:p>
      <w:pPr>
        <w:spacing w:before="100" w:after="200" w:line="360" w:lineRule="auto"/>
        <w:ind w:firstLine="576"/>
        <w:jc w:val="left"/>
      </w:pPr>
      <w:r>
        <w:rPr>
          <w:rFonts w:ascii="宋体" w:eastAsia="宋体" w:hAnsi="宋体"/>
          <w:sz w:val="28"/>
        </w:rPr>
        <w:t>5、烧烤及野炊</w:t>
      </w:r>
    </w:p>
    <w:p>
      <w:pPr>
        <w:spacing w:before="100" w:after="200" w:line="360" w:lineRule="auto"/>
        <w:ind w:firstLine="576"/>
        <w:jc w:val="left"/>
      </w:pPr>
      <w:r>
        <w:rPr>
          <w:rFonts w:ascii="宋体" w:eastAsia="宋体" w:hAnsi="宋体"/>
          <w:sz w:val="28"/>
        </w:rPr>
        <w:t>快到中午时间时，开始进行烧烤，将提前准备好的食品拿出来，每组挑出两到三人进行烧烤，再挑出三到四名女生进行炒菜。其他同学可以为这些同学帮忙或在一旁做游戏，玩纸牌。当食物烤熟后，大家要通过排队来领取食物，大家一定要仁让。注意保护环境。同时注意安全。</w:t>
      </w:r>
    </w:p>
    <w:p>
      <w:pPr>
        <w:spacing w:before="100" w:after="200" w:line="360" w:lineRule="auto"/>
        <w:jc w:val="left"/>
      </w:pPr>
      <w:r>
        <w:rPr>
          <w:rFonts w:ascii="宋体 (中文正文)" w:eastAsia="宋体" w:hAnsi="宋体 (中文正文)"/>
          <w:b/>
          <w:sz w:val="28"/>
        </w:rPr>
        <w:t>一、活动方案</w:t>
      </w:r>
    </w:p>
    <w:p>
      <w:pPr>
        <w:spacing w:before="100" w:after="200" w:line="360" w:lineRule="auto"/>
        <w:ind w:firstLine="576"/>
        <w:jc w:val="left"/>
      </w:pPr>
      <w:r>
        <w:rPr>
          <w:rFonts w:ascii="宋体" w:eastAsia="宋体" w:hAnsi="宋体"/>
          <w:sz w:val="28"/>
        </w:rPr>
        <w:t>活动时间：20xx年11月21日(具体时间暂定为：9：20，16：00)</w:t>
      </w:r>
    </w:p>
    <w:p>
      <w:pPr>
        <w:spacing w:before="100" w:after="200" w:line="360" w:lineRule="auto"/>
        <w:ind w:firstLine="576"/>
        <w:jc w:val="left"/>
      </w:pPr>
      <w:r>
        <w:rPr>
          <w:rFonts w:ascii="宋体" w:eastAsia="宋体" w:hAnsi="宋体"/>
          <w:sz w:val="28"/>
        </w:rPr>
        <w:t>活动地点：八度水库</w:t>
      </w:r>
    </w:p>
    <w:p>
      <w:pPr>
        <w:spacing w:before="100" w:after="200" w:line="360" w:lineRule="auto"/>
        <w:ind w:firstLine="576"/>
        <w:jc w:val="left"/>
      </w:pPr>
      <w:r>
        <w:rPr>
          <w:rFonts w:ascii="宋体" w:eastAsia="宋体" w:hAnsi="宋体"/>
          <w:sz w:val="28"/>
        </w:rPr>
        <w:t>活动人员：公司总部同事40人左右</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活动目的：加强同事之间的交流与学习，增进理解与沟通，努力培育协作向上的团队精神。</w:t>
      </w:r>
    </w:p>
    <w:p>
      <w:pPr>
        <w:spacing w:before="100" w:after="200" w:line="360" w:lineRule="auto"/>
        <w:ind w:firstLine="576"/>
        <w:jc w:val="left"/>
      </w:pPr>
      <w:r>
        <w:rPr>
          <w:rFonts w:ascii="宋体" w:eastAsia="宋体" w:hAnsi="宋体"/>
          <w:sz w:val="28"/>
        </w:rPr>
        <w:t>活动内容：野外自助烧烤，分团队的互动小游戏，自由活动(内容的具体形式文中将详细说明)</w:t>
      </w:r>
    </w:p>
    <w:p>
      <w:pPr>
        <w:spacing w:before="100" w:after="200" w:line="360" w:lineRule="auto"/>
        <w:ind w:firstLine="576"/>
        <w:jc w:val="left"/>
      </w:pPr>
      <w:r>
        <w:rPr>
          <w:rFonts w:ascii="宋体" w:eastAsia="宋体" w:hAnsi="宋体"/>
          <w:sz w:val="28"/>
        </w:rPr>
        <w:t>活动组织者：企管中心</w:t>
      </w:r>
    </w:p>
    <w:p>
      <w:pPr>
        <w:spacing w:before="100" w:after="200" w:line="360" w:lineRule="auto"/>
        <w:ind w:firstLine="576"/>
        <w:jc w:val="left"/>
      </w:pPr>
      <w:r>
        <w:rPr>
          <w:rFonts w:ascii="宋体" w:eastAsia="宋体" w:hAnsi="宋体"/>
          <w:sz w:val="28"/>
        </w:rPr>
        <w:t>活动要求：活动参加者请遵守相关纪律，严禁个别人脱离群体独自活动。</w:t>
      </w:r>
    </w:p>
    <w:p>
      <w:pPr>
        <w:spacing w:before="100" w:after="200" w:line="360" w:lineRule="auto"/>
        <w:jc w:val="left"/>
      </w:pPr>
      <w:r>
        <w:rPr>
          <w:rFonts w:ascii="宋体 (中文正文)" w:eastAsia="宋体" w:hAnsi="宋体 (中文正文)"/>
          <w:sz w:val="28"/>
        </w:rPr>
        <w:t>活动内容安排：</w:t>
      </w:r>
    </w:p>
    <w:p>
      <w:pPr>
        <w:spacing w:before="100" w:after="200" w:line="360" w:lineRule="auto"/>
        <w:ind w:firstLine="576"/>
        <w:jc w:val="left"/>
      </w:pPr>
      <w:r>
        <w:rPr>
          <w:rFonts w:ascii="宋体" w:eastAsia="宋体" w:hAnsi="宋体"/>
          <w:sz w:val="28"/>
        </w:rPr>
        <w:t>集合时间暂定为9：20~9：30</w:t>
      </w:r>
    </w:p>
    <w:p>
      <w:pPr>
        <w:spacing w:before="100" w:after="200" w:line="360" w:lineRule="auto"/>
        <w:ind w:firstLine="576"/>
        <w:jc w:val="left"/>
      </w:pPr>
      <w:r>
        <w:rPr>
          <w:rFonts w:ascii="宋体" w:eastAsia="宋体" w:hAnsi="宋体"/>
          <w:sz w:val="28"/>
        </w:rPr>
        <w:t>9：20分到公司大门前集合，做好出发准备</w:t>
      </w:r>
    </w:p>
    <w:p>
      <w:pPr>
        <w:spacing w:before="100" w:after="200" w:line="360" w:lineRule="auto"/>
        <w:ind w:firstLine="576"/>
        <w:jc w:val="left"/>
      </w:pPr>
      <w:r>
        <w:rPr>
          <w:rFonts w:ascii="宋体" w:eastAsia="宋体" w:hAnsi="宋体"/>
          <w:sz w:val="28"/>
        </w:rPr>
        <w:t>进发时间暂定为9:30~9：40</w:t>
      </w:r>
    </w:p>
    <w:p>
      <w:pPr>
        <w:spacing w:before="100" w:after="200" w:line="360" w:lineRule="auto"/>
        <w:ind w:firstLine="576"/>
        <w:jc w:val="left"/>
      </w:pPr>
      <w:r>
        <w:rPr>
          <w:rFonts w:ascii="宋体" w:eastAsia="宋体" w:hAnsi="宋体"/>
          <w:sz w:val="28"/>
        </w:rPr>
        <w:t>9：30分准时出发，约10分钟即可到达</w:t>
      </w:r>
    </w:p>
    <w:p>
      <w:pPr>
        <w:spacing w:before="100" w:after="200" w:line="360" w:lineRule="auto"/>
        <w:ind w:firstLine="576"/>
        <w:jc w:val="left"/>
      </w:pPr>
      <w:r>
        <w:rPr>
          <w:rFonts w:ascii="宋体" w:eastAsia="宋体" w:hAnsi="宋体"/>
          <w:sz w:val="28"/>
        </w:rPr>
        <w:t>准备时间暂定为9：40~10：00</w:t>
      </w:r>
    </w:p>
    <w:p>
      <w:pPr>
        <w:spacing w:before="100" w:after="200" w:line="360" w:lineRule="auto"/>
        <w:ind w:firstLine="576"/>
        <w:jc w:val="left"/>
      </w:pPr>
      <w:r>
        <w:rPr>
          <w:rFonts w:ascii="宋体" w:eastAsia="宋体" w:hAnsi="宋体"/>
          <w:sz w:val="28"/>
        </w:rPr>
        <w:t>分组、选队长、起队名、定队呼</w:t>
      </w:r>
    </w:p>
    <w:p>
      <w:pPr>
        <w:spacing w:before="100" w:after="200" w:line="360" w:lineRule="auto"/>
        <w:jc w:val="left"/>
      </w:pPr>
      <w:r>
        <w:rPr>
          <w:rFonts w:ascii="宋体 (中文正文)" w:eastAsia="宋体" w:hAnsi="宋体 (中文正文)"/>
          <w:sz w:val="28"/>
        </w:rPr>
        <w:t>步骤：</w:t>
      </w:r>
    </w:p>
    <w:p>
      <w:pPr>
        <w:spacing w:before="100" w:after="200" w:line="360" w:lineRule="auto"/>
        <w:ind w:firstLine="576"/>
        <w:jc w:val="left"/>
      </w:pPr>
      <w:r>
        <w:rPr>
          <w:rFonts w:ascii="宋体" w:eastAsia="宋体" w:hAnsi="宋体"/>
          <w:sz w:val="28"/>
        </w:rPr>
        <w:t>1.将队员划分成若干个由10~15个人组成的小组(根据我们的人数大致可以分成2组，1、2报数法)。</w:t>
      </w:r>
    </w:p>
    <w:p>
      <w:pPr>
        <w:spacing w:before="100" w:after="200" w:line="360" w:lineRule="auto"/>
        <w:ind w:firstLine="576"/>
        <w:jc w:val="left"/>
      </w:pPr>
      <w:r>
        <w:rPr>
          <w:rFonts w:ascii="宋体" w:eastAsia="宋体" w:hAnsi="宋体"/>
          <w:sz w:val="28"/>
        </w:rPr>
        <w:t>2.各组在10分钟内给自己的团队起一个名字，名字可以有实际意义，也可用符号代替。</w:t>
      </w:r>
    </w:p>
    <w:p>
      <w:pPr>
        <w:spacing w:before="100" w:after="200" w:line="360" w:lineRule="auto"/>
        <w:ind w:firstLine="576"/>
        <w:jc w:val="left"/>
      </w:pPr>
      <w:r>
        <w:rPr>
          <w:rFonts w:ascii="宋体" w:eastAsia="宋体" w:hAnsi="宋体"/>
          <w:sz w:val="28"/>
        </w:rPr>
        <w:t>3.各组长进行自我介绍，介绍他们的队名以及为什么选用这个名字。</w:t>
      </w:r>
    </w:p>
    <w:p>
      <w:pPr>
        <w:spacing w:before="100" w:after="200" w:line="360" w:lineRule="auto"/>
        <w:ind w:firstLine="576"/>
        <w:jc w:val="left"/>
      </w:pPr>
      <w:r>
        <w:rPr>
          <w:rFonts w:ascii="宋体" w:eastAsia="宋体" w:hAnsi="宋体"/>
          <w:sz w:val="28"/>
        </w:rPr>
        <w:t>4.游戏过程中要称呼他们的队名、队呼。</w:t>
      </w:r>
    </w:p>
    <w:p>
      <w:pPr>
        <w:spacing w:before="100" w:after="200" w:line="360" w:lineRule="auto"/>
        <w:ind w:firstLine="576"/>
        <w:jc w:val="left"/>
      </w:pPr>
      <w:r>
        <w:rPr>
          <w:rFonts w:ascii="宋体" w:eastAsia="宋体" w:hAnsi="宋体"/>
          <w:sz w:val="28"/>
        </w:rPr>
        <w:t>烧烤时间暂定为10：00，12：00</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https://d.book118.com/847060031014006042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47060031014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