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2024公司培训总结范文（30篇）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首先，我非常感谢公司给我们全体员工的集体培训，也很荣幸参加了这次培训，这说明公司对我们员工培训的重视，反映了公司重视人才，培养人才的战略方针;对于服务行业的我，也非常珍惜这次机会。</w:t>
      </w:r>
      <w:r>
        <w:rPr>
          <w:lang w:eastAsia="zh-CN"/>
        </w:rPr>
        <w:br/>
      </w:r>
      <w:r>
        <w:rPr>
          <w:lang w:eastAsia="zh-CN"/>
        </w:rPr>
        <w:t>　　经过这几天的培训，完全打破了我没培训之前认为这是个很枯燥乏味的过程的那种想法，让原本对服务行业不感兴趣的我，渐渐对服务充满浓厚的兴趣，服务作为一个大众化消费群体，我个认为最主要的是，它是一个具有挑战性、完善自我的的行业，而且与生活紧密相连。</w:t>
      </w:r>
      <w:r>
        <w:rPr>
          <w:lang w:eastAsia="zh-CN"/>
        </w:rPr>
        <w:br/>
      </w:r>
      <w:r>
        <w:rPr>
          <w:lang w:eastAsia="zh-CN"/>
        </w:rPr>
        <w:t>　　在这几天的培训中我还学到了，卖场的布局，商品的陈列，及在管理方面的根基，让我更加的了解超市是需要细心强和责任心强的员工。</w:t>
      </w:r>
      <w:r>
        <w:rPr>
          <w:lang w:eastAsia="zh-CN"/>
        </w:rPr>
        <w:br/>
      </w:r>
      <w:r>
        <w:rPr>
          <w:lang w:eastAsia="zh-CN"/>
        </w:rPr>
        <w:t>　　如果在工作中我们失去了细心，那么在布局及陈列当中就不能很好的抓住顾客的购买欲。及顾客的购物动向，巨大磁石点也将达不到理想的效果，失去应有的价值;另外货架的陈列要求我们了解励志网：怎样的陈列才能利用好货架的每一层，从而创造出更大的价值及效益;然而色彩的对比也能很大程度点亮顾客的眼睛，吸引并留住顾客的脚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公司的这一次培训，从培训的效果就可以看出公司对培训是非常着重的，老板及培训人员都做了很多准备，让我们在培训内充分感受到了公司对员工的负责的态度和良苦用心，让我们融为一体，我们在未来的工作中端正心态，更加努力!更加自信!</w:t>
      </w:r>
      <w:r>
        <w:rPr>
          <w:lang w:eastAsia="zh-CN"/>
        </w:rPr>
        <w:br/>
      </w:r>
      <w:r>
        <w:rPr>
          <w:lang w:eastAsia="zh-CN"/>
        </w:rPr>
        <w:t>　　接下来的培训，我想会更有趣、更专业，所以我会更认真听，理论与实践更加强化我们的工作，因为我也很热爱且珍惜这份工作!</w:t>
      </w:r>
      <w:r>
        <w:rPr>
          <w:lang w:eastAsia="zh-CN"/>
        </w:rPr>
        <w:br/>
      </w:r>
      <w:r>
        <w:rPr>
          <w:lang w:eastAsia="zh-CN"/>
        </w:rPr>
        <w:t>　　学习能让人进步，工作能让人自信，相信我们在不断地学习和工作经验当中让我们把超市变得更加美好。</w:t>
      </w:r>
      <w:r>
        <w:rPr>
          <w:lang w:eastAsia="zh-CN"/>
        </w:rPr>
        <w:br/>
      </w:r>
      <w:r>
        <w:rPr>
          <w:lang w:eastAsia="zh-CN"/>
        </w:rPr>
        <w:t xml:space="preserve">    2024最新公司培训总结范文 篇8 </w:t>
      </w:r>
      <w:r>
        <w:rPr>
          <w:lang w:eastAsia="zh-CN"/>
        </w:rPr>
        <w:br/>
      </w:r>
      <w:r>
        <w:rPr>
          <w:lang w:eastAsia="zh-CN"/>
        </w:rPr>
        <w:t>　　经过初步的报名、面试、考试，最终确定30名员工作为能信新特的第一批员工，为帮助新员工快速适应工作环境，完成从社会人到职业人的角色转变，公司企管部特安排了为期5天的入职培训，时间虽然很短，但因为学员们的极力配合，老师们的用心工作，总体来讲，这次培训是成功的，培训效果是令人满意的，尤其是本次培训作为公司成立以来的第一次培训，无论是培训质量还是培训效果都是超出我们预料的，为了总结经验，查找不足，更好的促进和指导以后的培训工作，现将5天来的培训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就培训内容来讲，本次培训主要着重于三个方面即：意志培训、认知培训、素质培训。意志培训：意志培训的形式主要是军训，其目的是为了培养新人的吃苦耐劳的精神、朴素勤俭的作风和团队协作的意识。尤其是针对于这批员工平均学历不高，年龄结构偏低的特点，军训显得深为重要，然而时间有限，仅仅只安排了2天的培训，为使在最短的时间收到最好的效果，我们有幸请到了有着丰富带兵经验的的李金成同志和随水亮同志，他们严谨的工作作风和务实的工作态度使本次培训的意识方面收到了良好的效果。</w:t>
      </w:r>
      <w:r>
        <w:rPr>
          <w:lang w:eastAsia="zh-CN"/>
        </w:rPr>
        <w:br/>
      </w:r>
      <w:r>
        <w:rPr>
          <w:lang w:eastAsia="zh-CN"/>
        </w:rPr>
        <w:t>　　认知培训：认知培训主要包括企业概况、企业主要管理者介绍、企业制度、员工守则、企业文化宣讲等内容，学习的方式实行集中培训，并由公司企管科的同志授课。认知培训主要是帮助新员工全面而准确的认识企业、了解企业，从而尽快找准自己的企业中的定位，本次招聘员工结构中，虽然有很多人积累了不少的工作经验，但在保温材料厂的主要产品微孔硅酸钙方面，一片空白，完全陌生的。对微孔硅酸钙的特点、性能、市场前景以及整个保温材料行业的状况及未来发展走势都作了详细地讲解和说明，使新进员工对微孔硅酸钙有了一个详细地了解，并增强了增强工作信心，产生了浓厚的工作兴趣。职业培训是为了使新员工尤其是刚走出校门、军营的学生、退伍兵完成角色转换，成为一名职业化的工作人员。其内容主要包括：社交礼仪、人际关系、沟通与谈判、科学的工作方法、团队合作技能等，培训的方式采用了集中授课，由企管部的讲师根据企业实际情况进行讲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职业培训作为此次培训的'重点，培训组的老师针对员工的素质结构结合新特保温的实际情况分别编写了针对性强、容易理解且操作的培训资料，从忠诚于企业，对自己的工作负责任；积极心态的作用、培养方法；提高团队协作能力，具备团队精神；提高自身综合素质，做有德有才之人等多个方面让新进员工了解到职业人必须必备的素质，有意识的培育他们的职业心态，为快速掌握职业技能打下一个良好的心态基础。在培训方式上，采取的培训方式以室内集中培训为主，即传统的讲座式、报告式教学，与课堂教学大体相似，因为学员的基础差、底子薄，以及接受能力非常有限，也因为此种方式比较适合传授新理念、新知识。这种方式的缺点是形式比较呆板，缺乏双向和多向的沟通和交流。</w:t>
      </w:r>
      <w:r>
        <w:rPr>
          <w:lang w:eastAsia="zh-CN"/>
        </w:rPr>
        <w:br/>
      </w:r>
      <w:r>
        <w:rPr>
          <w:lang w:eastAsia="zh-CN"/>
        </w:rPr>
        <w:t>　　最后通过对学员们的学习测试及自我总结，所看到的和所听到的是令我们颇感欣慰的，学员们对公司的经营管理理念不仅仅是熟记于心的，忠诚、严明、协作、进取没有仅仅停留在口头上，从不同方面的反馈可以肯定已经内化到了他们的内心深处，相信必将体现在以后的工作中，尤其是讲授了公司关于用人方面的管理理念，以人为本位，有多大的才能就给多大的舞台；是只蛟龙就给一条江河翻腾，是只老虎就给一座山守着；公司用人能者上、庸者让，做到不唯学历、不唯职称、不唯资历，不拘一格使用人才；有德有才，破格录用，有德无才，培养使用，况且强调此次招聘的所有人员的资料将全部纳入公司的人才信息库，做到人尽其才，才尽其用，这些无一不让他们对自己产生信心的同时，对公司产生强烈的认同感与归属感，这一点也是我们在培训中着重培育和力求的，也只有让员工具备这些，才会有好的执行力、凝聚力、向心力，也才可能最大程度上激发他们的工作积极性和主动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本着培训结合工作实际的原则，在培训中我们强调了责任心，用详尽的事例讲解了责任的重要性。具备强烈的责任意识是能信热力员工的优良传统，时时刻刻在工作中体现并加强着，优秀的员工必是一个有责任心的人，一个对工作、对上级、对自己负责任的人，对上级安排的工作要百分之百的负责任，百分之百的执行，按时按质按量的完成任务，工资不是别人发的，是给自己发的，只有赋予自己强烈的工作责任心，才能干好每一项工作，才能保证不会生产出次品。</w:t>
      </w:r>
      <w:r>
        <w:rPr>
          <w:lang w:eastAsia="zh-CN"/>
        </w:rPr>
        <w:br/>
      </w:r>
      <w:r>
        <w:rPr>
          <w:lang w:eastAsia="zh-CN"/>
        </w:rPr>
        <w:t>　　此次培训，是能够让学员们的接收和认可的，并从其中感受到了公司的正规性、规范性、现代化，他们知道，在所有的招聘中，相对本地是而言，能够抽出时间来专门作员工培训的单位是为数不多的，能够进入这样的企业参加这样的培训他们是颇感意外的，这一点从很多人惊奇欣喜的表情可以知道，尤其是关于公司人性化管理、用人机制、企业的前景优势，更是感到鼓舞和振奋。但但从这些方面看，培训作为公司打造一支素质优良、结构合理、朝气蓬勃的员工队伍的重要途径是科学的、正确的、可行的，是值得我们长期坚持下去的。值得注意的是，这些员工的积极性有好的一面，也有坏的一面，就是员工到岗位后的前期管理是否如培训中说得那样美好，是否能够在最大程度上尊重他们的存在，尊重他们的劳动，保证他们的“一分耕耘，一份收获”，能否让他们对把其当作廉价劳动力一样驱使的担心成为多余的。如若不然，他们的积极性是很容易受到挫折的。</w:t>
      </w:r>
      <w:r>
        <w:rPr>
          <w:lang w:eastAsia="zh-CN"/>
        </w:rPr>
        <w:br/>
      </w:r>
      <w:r>
        <w:rPr>
          <w:lang w:eastAsia="zh-CN"/>
        </w:rPr>
        <w:t xml:space="preserve">    2024最新公司培训总结范文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作为公司的新员工，在入职之后，公司组织我们进行了为期三天的培训。主要内容就是工作的要求、公司的规章制度和公司的福利待遇这三个方面。在入职之前只是从外界和人事那里对公司有了一个初步的了解，通过培训，我加深了对公司的了解。我之前对于工作的内容和要求只是有一个简单的了解，在经过培训之后，也知道了自己到底适不适合这份工作。</w:t>
      </w:r>
      <w:r>
        <w:rPr>
          <w:lang w:eastAsia="zh-CN"/>
        </w:rPr>
        <w:br/>
      </w:r>
      <w:r>
        <w:rPr>
          <w:lang w:eastAsia="zh-CN"/>
        </w:rPr>
        <w:t>　　在培训之前，我还没有接触过这一类型的工作。通过培训，加深了我对工作内容的了解，相信在培训之后，我进行工作的时候，就会少了很多的疑问，能够更好的投入工作。也能够更快的掌握好工作的内容，完成领导交代的所有任务。在培训中学习到了理论知识之后，就是在实际工作中运用好这些知识，这样才能把工作做得更好。在培训之后再让我们新员工开始工作，也可以减少我们出现错误的频率。若是没有对工作内容有一个了解，就直接开始工作，那肯定会手忙脚乱的，什么都做不好，还很容易出现错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大部分公司的规章制度都一样，不能迟到、早退、无故旷工等，这些都是我们员工应该要做到的事情。在培训中负责人反复提到了这些问题，还会提问，就是为了让我们之后正式开始工作的时候，不要再犯这样的错误。我相信自己肯定不会犯这样的错误的，因为我是一个人不喜欢迟到的人，上学的时候我就从来没有迟到过。公司的福利待遇非常的不错，节假日都会有员工福利，也不会要求员工加班。工作日的时候也不会加班，如果是自己当天的工作没做完那肯定是要做完再走的，这也不算加班，因为是你自己没有做完。在培训期间负责人把这些东西都给我们讲得清清楚楚的，就是防止以后有人因为这些事情跟公司闹。在培训期间，我们也了解了公司的环境。只有更加的了解公司，才知道自己适合不适合在公司工作。因为环境会影响到一个人的心情，心情又会影响到工作。</w:t>
      </w:r>
      <w:r>
        <w:rPr>
          <w:lang w:eastAsia="zh-CN"/>
        </w:rPr>
        <w:br/>
      </w:r>
      <w:r>
        <w:rPr>
          <w:lang w:eastAsia="zh-CN"/>
        </w:rPr>
        <w:t>　　通过培训，让我更加的了解了公司和我的工作，我觉得自己很适合在公司工作，也很适合这个工作岗位。同时我也发现了自己的很多不足之处，在以后需要改善。我会更加的努力，让自己进步得更快，早日掌握好工作内容，提高工作效率和工作质量。感谢公司组织我们进行了这次培训，让我收获了很多。</w:t>
      </w:r>
      <w:r>
        <w:rPr>
          <w:lang w:eastAsia="zh-CN"/>
        </w:rPr>
        <w:br/>
      </w:r>
      <w:r>
        <w:rPr>
          <w:lang w:eastAsia="zh-CN"/>
        </w:rPr>
        <w:t xml:space="preserve">    2024最新公司培训总结范文 篇10 </w:t>
      </w:r>
      <w:r>
        <w:rPr>
          <w:lang w:eastAsia="zh-CN"/>
        </w:rPr>
        <w:br/>
      </w:r>
      <w:r>
        <w:rPr>
          <w:lang w:eastAsia="zh-CN"/>
        </w:rPr>
        <w:t>　　转眼间，20__年已悄然走来，__年，综合办培训围绕公司经营目标，在公司的领导关心和帮助下，在全体员工的不懈努力下，圆满完成了全年的培训任务。为了总结经验，寻找差距，现将一年来的工作总结向如下：</w:t>
      </w:r>
      <w:r>
        <w:rPr>
          <w:lang w:eastAsia="zh-CN"/>
        </w:rPr>
        <w:br/>
      </w:r>
      <w:r>
        <w:rPr>
          <w:lang w:eastAsia="zh-CN"/>
        </w:rPr>
        <w:t>　　培训工作情况：</w:t>
      </w:r>
      <w:r>
        <w:rPr>
          <w:lang w:eastAsia="zh-CN"/>
        </w:rPr>
        <w:br/>
      </w:r>
      <w:r>
        <w:rPr>
          <w:lang w:eastAsia="zh-CN"/>
        </w:rPr>
        <w:t>　　__年综合办培训与其他部协作共举办了员工培训二十期以上，共四百多人人次参加，每届培训合格率达90%以上，基本达到了目标要求;(其中包括全公司员工消防知识，消防实战练习)</w:t>
      </w:r>
      <w:r>
        <w:rPr>
          <w:lang w:eastAsia="zh-CN"/>
        </w:rPr>
        <w:br/>
      </w:r>
      <w:r>
        <w:rPr>
          <w:lang w:eastAsia="zh-CN"/>
        </w:rPr>
        <w:t>　　培训工作分析：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__年的培训工作比起__年相比有了较大的进步，无论是在培训课程还是培训质量上都有了一定的增长幅度。一是：对一线操作人员开展技能培训，做到持证上岗;对管理人员进行现代管理理念和管理方法的培训;二是：全员培训,对所有员工进行安全教育、法律法规教育、企业文化构建与团队协作教育与培训;三是：脱产和半脱产培训,学校将参培人员送到其它培训机构或规模企业，接受创新思想和技术提高培训。</w:t>
      </w:r>
      <w:r>
        <w:rPr>
          <w:lang w:eastAsia="zh-CN"/>
        </w:rPr>
        <w:br/>
      </w:r>
      <w:r>
        <w:rPr>
          <w:lang w:eastAsia="zh-CN"/>
        </w:rPr>
        <w:t>　　2、完整了培训计划：建立了制度性培训体系，比起以往的培训工作缺乏制度完善和系统化，培训管理幅度和力度较弱，员工培训意识差，培训工作开展起来较为困难的情形。综合办建立了职工学校，利用职工学校平台，在总结了以往的培训经验基础上，优化了培训的重要性，重点加强了培训内容全面性，提升了培训工作的制度化管理。</w:t>
      </w:r>
      <w:r>
        <w:rPr>
          <w:lang w:eastAsia="zh-CN"/>
        </w:rPr>
        <w:br/>
      </w:r>
      <w:r>
        <w:rPr>
          <w:lang w:eastAsia="zh-CN"/>
        </w:rPr>
        <w:t>　　3、不断改进培训方式，积极探索新的培训模式：__年的培训工作，我们主要采取幻灯片、理论与实践相结合的方式来提高培训工作，让新入职员工尽快掌握相关知识，在投入工作。</w:t>
      </w:r>
      <w:r>
        <w:rPr>
          <w:lang w:eastAsia="zh-CN"/>
        </w:rPr>
        <w:br/>
      </w:r>
      <w:r>
        <w:rPr>
          <w:lang w:eastAsia="zh-CN"/>
        </w:rPr>
        <w:t>　　培训工作存在的问题与不足：</w:t>
      </w:r>
      <w:r>
        <w:rPr>
          <w:lang w:eastAsia="zh-CN"/>
        </w:rPr>
        <w:br/>
      </w:r>
      <w:r>
        <w:rPr>
          <w:lang w:eastAsia="zh-CN"/>
        </w:rPr>
        <w:t>　　1、培训工作考核少，造成培训“参加与不参加一个样，学好与学孬一个样”的消极局面，导致培训工作的被动性。</w:t>
      </w:r>
      <w:r>
        <w:rPr>
          <w:lang w:eastAsia="zh-CN"/>
        </w:rPr>
        <w:br/>
      </w:r>
      <w:r>
        <w:rPr>
          <w:lang w:eastAsia="zh-CN"/>
        </w:rPr>
        <w:t>　　2、虽改变了培训制度但是培训形式缺乏创新，只是一味的采取“上面讲，下面听‘形式，呆板、枯燥，提不起员工的兴趣，导致员工注意力不集中，影响了培训的效果。</w:t>
      </w:r>
      <w:r>
        <w:rPr>
          <w:lang w:eastAsia="zh-CN"/>
        </w:rPr>
        <w:br/>
      </w:r>
      <w:r>
        <w:rPr>
          <w:lang w:eastAsia="zh-CN"/>
        </w:rPr>
        <w:t>　　3、培训过于形式化：培训时间与课时的不长是导致形式化的主要体现，短短的1个小时不能完全将所要讲的课程融入到培训工作中来。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4、实施培训的针对性不好，后续效果评价不到位目前培训整体还是停留在推的阶段，培训计划更多地靠主管部门去督促和实施，相对缺乏对业务的支持，针对性不强。</w:t>
      </w:r>
      <w:r>
        <w:rPr>
          <w:lang w:eastAsia="zh-CN"/>
        </w:rPr>
        <w:br/>
      </w:r>
      <w:r>
        <w:rPr>
          <w:lang w:eastAsia="zh-CN"/>
        </w:rPr>
        <w:t>　　以上是我对培训工作的总结，认真进行总结是一个不断学习和提高的过程，只有在实际工作的过程中不断总结，通过总结寻找工作中的规律，从而培养和提高工作效率及完成工作能力。</w:t>
      </w:r>
      <w:r>
        <w:rPr>
          <w:lang w:eastAsia="zh-CN"/>
        </w:rPr>
        <w:br/>
      </w:r>
      <w:r>
        <w:rPr>
          <w:lang w:eastAsia="zh-CN"/>
        </w:rPr>
        <w:t xml:space="preserve">    2024最新公司培训总结范文 篇11 </w:t>
      </w:r>
      <w:r>
        <w:rPr>
          <w:lang w:eastAsia="zh-CN"/>
        </w:rPr>
        <w:br/>
      </w:r>
      <w:r>
        <w:rPr>
          <w:lang w:eastAsia="zh-CN"/>
        </w:rPr>
        <w:t>　　第一天踏入厂门的那一刻，我的心情激动又欣喜，总觉得有一股强烈的归属感，我终于能够成为_飞的一员了。可是同时我又感到孤独和陌生，走出校门和家门，来到一个陌生的城市，准备一份新的生活。公司的入职培训适时而来，带来了一片温暖的气氛，让我结识了许多新朋友。想到即将和这些与我有着共同志向的同龄人一起工作，便对未来充满了期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为期一周的培训中，我感受到了自己的提升。航空报国，强军富民的宗旨不是贴在墙上的一句标语，也不是挂在嘴边的一句空话，是每一位_飞员工深深刻在心里的一种情怀。每一位为我们上课的师傅都是我们新员工的领路人。在工作岗位上，我们必将以他们为榜样，并且秉承敬业诚信、创新超越的理念，在继承前辈们的技术与情操的同时，不断开拓创新，为祖国的航空事业添砖加瓦。仅仅一周的时间，我已经对公司有了一个比较全面的认识。从公司文化到员工职责，从产品研发到产品经营，还有公司的考勤制度，以及十分重要的保密义务。我明白我们肩上的担子十分沉重，我们要走的路还很漫长，所谓路漫漫其修远兮，吾将上下而求索，尽管任重而道远，我们在所不辞，亦将无所畏惧。</w:t>
      </w:r>
      <w:r>
        <w:rPr>
          <w:lang w:eastAsia="zh-CN"/>
        </w:rPr>
        <w:br/>
      </w:r>
      <w:r>
        <w:rPr>
          <w:lang w:eastAsia="zh-CN"/>
        </w:rPr>
        <w:t>　　下面我将对自己印象较为深刻的几个方面进行总结，不到位的地方恳请批评指正。</w:t>
      </w:r>
      <w:r>
        <w:rPr>
          <w:lang w:eastAsia="zh-CN"/>
        </w:rPr>
        <w:br/>
      </w:r>
      <w:r>
        <w:rPr>
          <w:lang w:eastAsia="zh-CN"/>
        </w:rPr>
        <w:t>　　一.企业文化。在祖国快速发展，航空事业倍受重视的今天，航空工业集团上下，在中国共产党的领导下，在祖国发展规划的指导下，制定了相应的发展战略与目标，我们与祖国一直在路上，一路相伴而行。作为新入职的员工，我十分认同公司的企业文化以及发展理念。要想跟上公司的步伐，我们必须具备许多优良的品质，吃苦耐劳，踏实努力，刻苦上进，诚实守信等等。但是若想为公司的发展给出思路与建议，就要求我们具有强烈的责任感与创新意识，要明白公司的未来掌握在我们这些人手中，我们要让未来有无限的可能。</w:t>
      </w:r>
      <w:r>
        <w:rPr>
          <w:lang w:eastAsia="zh-CN"/>
        </w:rPr>
        <w:br/>
      </w:r>
      <w:r>
        <w:rPr>
          <w:lang w:eastAsia="zh-CN"/>
        </w:rPr>
        <w:t>　　二.保密行为。保密就是保国家安全，保公司发展，保家庭幸福，这绝不是空口白话。在过往那些真实发生的泄密事件中，国家遭受的损失与打击不可忽视，做好保密工作具有必要性与重要性。作为_飞员工，我们要时刻牢记保密规范，不该说的话不说，不该做的事不做。</w:t>
      </w:r>
      <w:r>
        <w:rPr>
          <w:lang w:eastAsia="zh-CN"/>
        </w:rPr>
        <w:br/>
      </w:r>
      <w:r>
        <w:rPr>
          <w:lang w:eastAsia="zh-CN"/>
        </w:rPr>
        <w:t>　　三.6S管理。第一次接触时，我感到十分震惊，竟然把日常工作中方方面面的小事都做了行为指导，细致到物品的摆放与楼道地面的清洁。听说近几年公司在这方面有所退步，我想这就是对我们进行培训的目的所在。在认识6S管理系统的同时，要把行为落实在细微之处，以提高公司的运作效率与经营效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祖国终将选择那些忠诚于祖国的人，祖国终将记住那些奉献于祖国的人!祖国选择了我，我必奉献于祖国，不遗余力。</w:t>
      </w:r>
      <w:r>
        <w:rPr>
          <w:lang w:eastAsia="zh-CN"/>
        </w:rPr>
        <w:br/>
      </w:r>
      <w:r>
        <w:rPr>
          <w:lang w:eastAsia="zh-CN"/>
        </w:rPr>
        <w:t xml:space="preserve">    2024最新公司培训总结范文 篇12 </w:t>
      </w:r>
      <w:r>
        <w:rPr>
          <w:lang w:eastAsia="zh-CN"/>
        </w:rPr>
        <w:br/>
      </w:r>
      <w:r>
        <w:rPr>
          <w:lang w:eastAsia="zh-CN"/>
        </w:rPr>
        <w:t>　　我本是车行分行支行的一名普通柜员，刚参加工作不久，对信贷方面的知识了解非常不够。20__年3月份，我行举办了信贷业务方面的培训，一个星期的时间里，老师们对贷款知识的理论基础进行了深刻讲解，并组织了实际案例的讨论、演示和点评，既有实务操作又有理论讲解，是我对贷款类工作有了更多的认识和更深刻的理解。</w:t>
      </w:r>
      <w:r>
        <w:rPr>
          <w:lang w:eastAsia="zh-CN"/>
        </w:rPr>
        <w:br/>
      </w:r>
      <w:r>
        <w:rPr>
          <w:lang w:eastAsia="zh-CN"/>
        </w:rPr>
        <w:t>　　自信贷理论学习后，在营销中心信贷部实习已有一月左右。这段时间中，在上级领导的安排下，主要是跟随从事信贷方面的同事，对信贷的具体操作流程，细化的理论知识进行更深一步的学习，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__市车行信贷业务自中国车行__市分行20__年成立时开办，历时已有四年时间，在这四年中从开办第一笔业务开始至今已经取得骄人的成绩，其信贷产品也根据不同的需要不断的更新换代，以便能切合实际需要。通过学习首先加深了对__市车行信贷情况的了解，其中个人信贷业务包括小额贷款、个人商务贷款、二手房按揭贷款；小额贷款和商务贷款占了信贷业务的很大一部分比重。其中，小额贷款又分为保证贷款和联保贷款，还款方式分为一次性付清本金利息、等额本金、等额本息等。同时也认知到我行信贷产品相较于其他几家车行如中、农、工、建、华融湘江、农信社等起步晚、产品方面还存在有明显的不足，但是我们主要从事的小额信贷，客户群体以小微企业为主，产品具有流程简单、放款速度快，不需要抵押、质押，对于经营稳定微小工商户、农副产品种植户用于进货、资金周转或扩大经营来说提供了很大的帮助。当然，存在的弊端也不少，特别是预期风险难以控制，即使是贷款前调查时，客户的.经营情况及利润是优良反映，也不可避免许许多多的意外可能导致贷款者还贷能力下降或者丧失，因此，我们从事信贷的人员，在客户信息收集及评估时，要通过各方面的信息进行逻辑检验，将我们贷款的风险降至最低。</w:t>
      </w:r>
      <w:r>
        <w:rPr>
          <w:lang w:eastAsia="zh-CN"/>
        </w:rPr>
        <w:t xml:space="preserve"> 在信贷具体实际操作过程中，从客户接待、信贷产品介绍、现场调查、客户信息收集、审贷会陈述、客户合同签订、客户放款等流程都在师傅的指导下，逐一接触与了解。在这其中，让我感触最深的就是工作中细节问题。细节决定成败，整个业务流程中最出的一个词就是仔细，所以其中有很多次的审查、审批。车行是一个注重细节的企业，所以哪怕出现一点小小的错误，都可能导致整个业务的失败。小额信贷业务中就是核实资料、证件的有效性和授信调查的准确性，决不能因为贷款额度小就马虎大意。假如忽视了无数笔小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这就将造成一笔无限大的贷款损失，因此无论在学习中还是具体工作中，要关注细节，别让细节毁了整个工作。其次是专业知识能力、理论与实际结合的能力，在授信调查的过程中，如何运用自己的知识和交谈能力跟客户沟通是业务是否能够成功的关键。不可避免的是一些客户隐瞒其一些关键的财务信息或者提供虚假的信息，这时就需要信贷员凭借自己的知识利用自己掌握到信息进行分析评估，此业务是否符合我行的标准，以便来降低预期的风险。</w:t>
      </w:r>
      <w:r>
        <w:rPr>
          <w:lang w:eastAsia="zh-CN"/>
        </w:rPr>
        <w:t xml:space="preserve"> 正所谓</w:t>
      </w:r>
      <w:r>
        <w:rPr>
          <w:lang w:eastAsia="zh-CN"/>
        </w:rPr>
        <w:t xml:space="preserve"> “思路决定出路，思想决定未来”。对于刚入门的我们来说，最重要的是要树立客观的、正确的理念。通过一段时间的学习和实践，更加加强和深化了我对信贷的认识和理解。虽然还有很多欠缺的，但我会用自己的实际行动努力成长为一名合格且优秀的信贷员。篇二：信贷审查培训班心得体会2</w:t>
      </w:r>
      <w:r>
        <w:rPr>
          <w:lang w:eastAsia="zh-CN"/>
        </w:rPr>
        <w:t xml:space="preserve"> 信贷审查培训班心得体会</w:t>
      </w:r>
      <w:r>
        <w:rPr>
          <w:lang w:eastAsia="zh-CN"/>
        </w:rPr>
        <w:br/>
      </w:r>
      <w:r>
        <w:rPr>
          <w:lang w:eastAsia="zh-CN"/>
        </w:rPr>
        <w:t xml:space="preserve">    2024最新公司培训总结范文 篇13 </w:t>
      </w:r>
      <w:r>
        <w:rPr>
          <w:lang w:eastAsia="zh-CN"/>
        </w:rPr>
        <w:br/>
      </w:r>
      <w:r>
        <w:rPr>
          <w:lang w:eastAsia="zh-CN"/>
        </w:rPr>
        <w:t>　　一、年度培训总结</w:t>
      </w:r>
      <w:r>
        <w:rPr>
          <w:lang w:eastAsia="zh-CN"/>
        </w:rPr>
        <w:br/>
      </w:r>
      <w:r>
        <w:rPr>
          <w:lang w:eastAsia="zh-CN"/>
        </w:rPr>
        <w:t>　　20__年的培训工作包括新员工入职培训、企业内训和外训，其中我主要负责新员工入职培训和企业内训。</w:t>
      </w:r>
      <w:r>
        <w:rPr>
          <w:lang w:eastAsia="zh-CN"/>
        </w:rPr>
        <w:br/>
      </w:r>
      <w:r>
        <w:rPr>
          <w:lang w:eastAsia="zh-CN"/>
        </w:rPr>
        <w:t>　　（一）新员工入职培训</w:t>
      </w:r>
      <w:r>
        <w:rPr>
          <w:lang w:eastAsia="zh-CN"/>
        </w:rPr>
        <w:br/>
      </w:r>
      <w:r>
        <w:rPr>
          <w:lang w:eastAsia="zh-CN"/>
        </w:rPr>
        <w:t>　　本年度共进行6期新员工入职培训，其中我负责主讲5期，协助组织1期。</w:t>
      </w:r>
      <w:r>
        <w:rPr>
          <w:lang w:eastAsia="zh-CN"/>
        </w:rPr>
        <w:br/>
      </w:r>
      <w:r>
        <w:rPr>
          <w:lang w:eastAsia="zh-CN"/>
        </w:rPr>
        <w:t>　　1.完善入职培训的流程和表格：1个流程《新员工入职培训流程》；3个表格《新员工入职培训名单交接表》、《新员工入职培训签到表》和《新员工入职培训成绩表》模板。</w:t>
      </w:r>
      <w:r>
        <w:rPr>
          <w:lang w:eastAsia="zh-CN"/>
        </w:rPr>
        <w:br/>
      </w:r>
      <w:r>
        <w:rPr>
          <w:lang w:eastAsia="zh-CN"/>
        </w:rPr>
        <w:t>　　2.完善了新员工入职培训教材，已优化到第二版。</w:t>
      </w:r>
      <w:r>
        <w:rPr>
          <w:lang w:eastAsia="zh-CN"/>
        </w:rPr>
        <w:br/>
      </w:r>
      <w:r>
        <w:rPr>
          <w:lang w:eastAsia="zh-CN"/>
        </w:rPr>
        <w:t>　　3.6期培训共组织61人次参加，实际参加人次为46，出勤率为75.41%（其中11人次工假、1人次事假、2人次缺席），考试合格率为96.10%（2人考试不及格但补考及格、1人次未参加培训直接考试且及格）。</w:t>
      </w:r>
      <w:r>
        <w:rPr>
          <w:lang w:eastAsia="zh-CN"/>
        </w:rPr>
        <w:br/>
      </w:r>
      <w:r>
        <w:rPr>
          <w:lang w:eastAsia="zh-CN"/>
        </w:rPr>
        <w:t>　　（二）企业内训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本年度计划开展6次内训，顺利完成5次内训课程，《野战户外拓展》原计划10月开展，延期至12月14日。</w:t>
      </w:r>
      <w:r>
        <w:rPr>
          <w:lang w:eastAsia="zh-CN"/>
        </w:rPr>
        <w:br/>
      </w:r>
      <w:r>
        <w:rPr>
          <w:lang w:eastAsia="zh-CN"/>
        </w:rPr>
        <w:t>　　1.出勤率：目前已完成的5期共7天的课程中，11月2日的.《主管管理技能训练》、8月11日《关键时刻以服务促销售》和11月10日的《主管管理技能训练》的出勤率排列前三，分别是82.76%，81.%和81.63；而9月15日的《项目管理沙盘模拟》的出勤率最低，为46.43%</w:t>
      </w:r>
      <w:r>
        <w:rPr>
          <w:lang w:eastAsia="zh-CN"/>
        </w:rPr>
        <w:br/>
      </w:r>
      <w:r>
        <w:rPr>
          <w:lang w:eastAsia="zh-CN"/>
        </w:rPr>
        <w:t>　　2.培训费用：目前已完成的5期共7天的课程中，总体费用为152.444.5元，人均费用为408.1元。</w:t>
      </w:r>
      <w:r>
        <w:rPr>
          <w:lang w:eastAsia="zh-CN"/>
        </w:rPr>
        <w:br/>
      </w:r>
      <w:r>
        <w:rPr>
          <w:lang w:eastAsia="zh-CN"/>
        </w:rPr>
        <w:t>　　费用项目包括课程费、场地费、餐费、水费和住宿费，其中课程费和餐费在每次课程都有支出；住宿费仅在《项目管理沙盘模拟》课程支出（533元）；场地费在《执行力》课程未支出；水费在《关键时刻以服务促销售》和《主管管理技能训练》未支出。</w:t>
      </w:r>
      <w:r>
        <w:rPr>
          <w:lang w:eastAsia="zh-CN"/>
        </w:rPr>
        <w:br/>
      </w:r>
      <w:r>
        <w:rPr>
          <w:lang w:eastAsia="zh-CN"/>
        </w:rPr>
        <w:t>　　（三）企业外训</w:t>
      </w:r>
      <w:r>
        <w:rPr>
          <w:lang w:eastAsia="zh-CN"/>
        </w:rPr>
        <w:br/>
      </w:r>
      <w:r>
        <w:rPr>
          <w:lang w:eastAsia="zh-CN"/>
        </w:rPr>
        <w:t>　　1.参加了两次时代光华的外训课程，分别是《基于组织学习地图的培训体系建设》和《时代光华20__年培训课程采购大会》。</w:t>
      </w:r>
      <w:r>
        <w:rPr>
          <w:lang w:eastAsia="zh-CN"/>
        </w:rPr>
        <w:br/>
      </w:r>
      <w:r>
        <w:rPr>
          <w:lang w:eastAsia="zh-CN"/>
        </w:rPr>
        <w:t>　　二、企业文化</w:t>
      </w:r>
      <w:r>
        <w:rPr>
          <w:lang w:eastAsia="zh-CN"/>
        </w:rPr>
        <w:br/>
      </w:r>
      <w:r>
        <w:rPr>
          <w:lang w:eastAsia="zh-CN"/>
        </w:rPr>
        <w:t>　　1.完成公司宣传栏2次策划，分别是《风雨同路，欢喜共度》暨201220__年活动展示、《贫困无援，支援》暨廉江扶贫助学支援大行动捐款展示。</w:t>
      </w:r>
      <w:r>
        <w:rPr>
          <w:lang w:eastAsia="zh-CN"/>
        </w:rPr>
        <w:br/>
      </w:r>
      <w:r>
        <w:rPr>
          <w:lang w:eastAsia="zh-CN"/>
        </w:rPr>
        <w:t>　　2.协助肖惠兰主管完成第9期泰科通讯策划工作，携同姚智龙开展第10期泰科通讯策划工作。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三、培训专员工作手册</w:t>
      </w:r>
      <w:r>
        <w:rPr>
          <w:lang w:eastAsia="zh-CN"/>
        </w:rPr>
        <w:br/>
      </w:r>
      <w:r>
        <w:rPr>
          <w:lang w:eastAsia="zh-CN"/>
        </w:rPr>
        <w:t>　　建立了培训专员工作手册，此手册目前仅包含2项内容，分别是新员工入职培训和企业内训。</w:t>
      </w:r>
      <w:r>
        <w:rPr>
          <w:lang w:eastAsia="zh-CN"/>
        </w:rPr>
        <w:br/>
      </w:r>
      <w:r>
        <w:rPr>
          <w:lang w:eastAsia="zh-CN"/>
        </w:rPr>
        <w:t>　　1.建立了并优化新员工入职培训流程，共1项，其中包括：</w:t>
      </w:r>
      <w:r>
        <w:rPr>
          <w:lang w:eastAsia="zh-CN"/>
        </w:rPr>
        <w:br/>
      </w:r>
      <w:r>
        <w:rPr>
          <w:lang w:eastAsia="zh-CN"/>
        </w:rPr>
        <w:t>　　a）《新员工入职培训流程及工作标准》__1128第3版；</w:t>
      </w:r>
      <w:r>
        <w:rPr>
          <w:lang w:eastAsia="zh-CN"/>
        </w:rPr>
        <w:br/>
      </w:r>
      <w:r>
        <w:rPr>
          <w:lang w:eastAsia="zh-CN"/>
        </w:rPr>
        <w:t>　　2.建立并优化了企业内训相关文档，共7项，其中包括：</w:t>
      </w:r>
      <w:r>
        <w:rPr>
          <w:lang w:eastAsia="zh-CN"/>
        </w:rPr>
        <w:br/>
      </w:r>
      <w:r>
        <w:rPr>
          <w:lang w:eastAsia="zh-CN"/>
        </w:rPr>
        <w:t>　　a）《内训流程及工作标准》第1版__1128；</w:t>
      </w:r>
      <w:r>
        <w:rPr>
          <w:lang w:eastAsia="zh-CN"/>
        </w:rPr>
        <w:br/>
      </w:r>
      <w:r>
        <w:rPr>
          <w:lang w:eastAsia="zh-CN"/>
        </w:rPr>
        <w:t>　　b）《内训前期工作物料清单》第1版__1128；</w:t>
      </w:r>
      <w:r>
        <w:rPr>
          <w:lang w:eastAsia="zh-CN"/>
        </w:rPr>
        <w:br/>
      </w:r>
      <w:r>
        <w:rPr>
          <w:lang w:eastAsia="zh-CN"/>
        </w:rPr>
        <w:t>　　c）《内训签到表》第2版__0821；</w:t>
      </w:r>
      <w:r>
        <w:rPr>
          <w:lang w:eastAsia="zh-CN"/>
        </w:rPr>
        <w:br/>
      </w:r>
      <w:r>
        <w:rPr>
          <w:lang w:eastAsia="zh-CN"/>
        </w:rPr>
        <w:t>　　d）《内训反馈评估表》第3版__1129；</w:t>
      </w:r>
      <w:r>
        <w:rPr>
          <w:lang w:eastAsia="zh-CN"/>
        </w:rPr>
        <w:br/>
      </w:r>
      <w:r>
        <w:rPr>
          <w:lang w:eastAsia="zh-CN"/>
        </w:rPr>
        <w:t>　　e）《内训反馈评估统计表》第2版__0912；</w:t>
      </w:r>
      <w:r>
        <w:rPr>
          <w:lang w:eastAsia="zh-CN"/>
        </w:rPr>
        <w:br/>
      </w:r>
      <w:r>
        <w:rPr>
          <w:lang w:eastAsia="zh-CN"/>
        </w:rPr>
        <w:t>　　f）《内训反馈评估报告》模板__0814；</w:t>
      </w:r>
      <w:r>
        <w:rPr>
          <w:lang w:eastAsia="zh-CN"/>
        </w:rPr>
        <w:br/>
      </w:r>
      <w:r>
        <w:rPr>
          <w:lang w:eastAsia="zh-CN"/>
        </w:rPr>
        <w:t>　　g）《培训场地清单》__1025</w:t>
      </w:r>
      <w:r>
        <w:rPr>
          <w:lang w:eastAsia="zh-CN"/>
        </w:rPr>
        <w:br/>
      </w:r>
      <w:r>
        <w:rPr>
          <w:lang w:eastAsia="zh-CN"/>
        </w:rPr>
        <w:t>　　四、其他工作</w:t>
      </w:r>
      <w:r>
        <w:rPr>
          <w:lang w:eastAsia="zh-CN"/>
        </w:rPr>
        <w:br/>
      </w:r>
      <w:r>
        <w:rPr>
          <w:lang w:eastAsia="zh-CN"/>
        </w:rPr>
        <w:t>　　1.协助部门策划2次企业活动，分别是《中秋晚会》、《佛山南海旅游》，并担任《佛山南海旅游》活动晚宴的游戏主持人。</w:t>
      </w:r>
      <w:r>
        <w:rPr>
          <w:lang w:eastAsia="zh-CN"/>
        </w:rPr>
        <w:br/>
      </w:r>
      <w:r>
        <w:rPr>
          <w:lang w:eastAsia="zh-CN"/>
        </w:rPr>
        <w:t>　　2.搜索短信平台并提交相关方案，1份；</w:t>
      </w:r>
      <w:r>
        <w:rPr>
          <w:lang w:eastAsia="zh-CN"/>
        </w:rPr>
        <w:br/>
      </w:r>
      <w:r>
        <w:rPr>
          <w:lang w:eastAsia="zh-CN"/>
        </w:rPr>
        <w:t>　　3.协助营销部参加招投标，1次。</w:t>
      </w:r>
      <w:r>
        <w:rPr>
          <w:lang w:eastAsia="zh-CN"/>
        </w:rPr>
        <w:br/>
      </w:r>
      <w:r>
        <w:rPr>
          <w:lang w:eastAsia="zh-CN"/>
        </w:rPr>
        <w:t>　　五、20__年年度计划</w:t>
      </w:r>
      <w:r>
        <w:rPr>
          <w:lang w:eastAsia="zh-CN"/>
        </w:rPr>
        <w:br/>
      </w:r>
      <w:r>
        <w:rPr>
          <w:lang w:eastAsia="zh-CN"/>
        </w:rPr>
        <w:t>　　（一）新员工入职培训</w:t>
      </w:r>
      <w:r>
        <w:rPr>
          <w:lang w:eastAsia="zh-CN"/>
        </w:rPr>
        <w:br/>
      </w:r>
      <w:r>
        <w:rPr>
          <w:lang w:eastAsia="zh-CN"/>
        </w:rPr>
        <w:t>　　1.优化入职培训教材，添加广州焜桦企业管理有限公司的内容，并且将入职培训内容分成3个课程；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2.例行开展新员工入职培训工作，共__次。</w:t>
      </w:r>
      <w:r>
        <w:rPr>
          <w:lang w:eastAsia="zh-CN"/>
        </w:rPr>
        <w:br/>
      </w:r>
      <w:r>
        <w:rPr>
          <w:lang w:eastAsia="zh-CN"/>
        </w:rPr>
        <w:t>　　（二）企业内训</w:t>
      </w:r>
      <w:r>
        <w:rPr>
          <w:lang w:eastAsia="zh-CN"/>
        </w:rPr>
        <w:br/>
      </w:r>
      <w:r>
        <w:rPr>
          <w:lang w:eastAsia="zh-CN"/>
        </w:rPr>
        <w:t>　　1.协助上级开展20__年年度培训满意度调查；</w:t>
      </w:r>
      <w:r>
        <w:rPr>
          <w:lang w:eastAsia="zh-CN"/>
        </w:rPr>
        <w:br/>
      </w:r>
      <w:r>
        <w:rPr>
          <w:lang w:eastAsia="zh-CN"/>
        </w:rPr>
        <w:t>　　2.协助上级开展20__年年度内训需求调查并制定培训计划；</w:t>
      </w:r>
      <w:r>
        <w:rPr>
          <w:lang w:eastAsia="zh-CN"/>
        </w:rPr>
        <w:br/>
      </w:r>
      <w:r>
        <w:rPr>
          <w:lang w:eastAsia="zh-CN"/>
        </w:rPr>
        <w:t>　　3.按内训计划逐步开展相关课程。</w:t>
      </w:r>
      <w:r>
        <w:rPr>
          <w:lang w:eastAsia="zh-CN"/>
        </w:rPr>
        <w:br/>
      </w:r>
      <w:r>
        <w:rPr>
          <w:lang w:eastAsia="zh-CN"/>
        </w:rPr>
        <w:t>　　（三）其他</w:t>
      </w:r>
      <w:r>
        <w:rPr>
          <w:lang w:eastAsia="zh-CN"/>
        </w:rPr>
        <w:br/>
      </w:r>
      <w:r>
        <w:rPr>
          <w:lang w:eastAsia="zh-CN"/>
        </w:rPr>
        <w:t>　　1.携同姚智龙开展泰科通讯相关工作。《公司培训工作年终总结及20__年计划》是由为大家整理的，如果您喜欢，那就继续支持关注我们。</w:t>
      </w:r>
      <w:r>
        <w:rPr>
          <w:lang w:eastAsia="zh-CN"/>
        </w:rPr>
        <w:br/>
      </w:r>
      <w:r>
        <w:rPr>
          <w:lang w:eastAsia="zh-CN"/>
        </w:rPr>
        <w:t xml:space="preserve">    2024最新公司培训总结范文 篇14 </w:t>
      </w:r>
      <w:r>
        <w:rPr>
          <w:lang w:eastAsia="zh-CN"/>
        </w:rPr>
        <w:br/>
      </w:r>
      <w:r>
        <w:rPr>
          <w:lang w:eastAsia="zh-CN"/>
        </w:rPr>
        <w:t>　　经过这次培训，认识到自己很多不足之处，也学到了很多，通过这次培训知道了应该及时传达给店长，并由店长传达给店员，每到一个店要给员工做一次培训，教她们怎样处理客诉，培训新员工，陈列，摆设，并提高员工的销售技巧与产品知识，掌握程度，并严格要求店长，要把上面交待的任务传达给各个店长，并执行下去!落实到位!</w:t>
      </w:r>
      <w:r>
        <w:rPr>
          <w:lang w:eastAsia="zh-CN"/>
        </w:rPr>
        <w:br/>
      </w:r>
      <w:r>
        <w:rPr>
          <w:lang w:eastAsia="zh-CN"/>
        </w:rPr>
        <w:t xml:space="preserve">    2024最新公司培训总结范文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我是新进的成员，能够成为公司的一员我倍感荣幸。回想一下，来到中通这个大家庭已经一个半月了，很感激公司组织这次培训，也为身为这次培训的一员感到荣幸，公司组织这次培训，说明公司关注员工成长，对人才培养的重视。透过这次培训，我了解到了公司的企业文化，对今后的工作有了明确的思路，懂得了如何更好的完成自我的工作。</w:t>
      </w:r>
      <w:r>
        <w:rPr>
          <w:lang w:eastAsia="zh-CN"/>
        </w:rPr>
        <w:br/>
      </w:r>
      <w:r>
        <w:rPr>
          <w:lang w:eastAsia="zh-CN"/>
        </w:rPr>
        <w:t>　　这次培训资料很丰富，各位领导对于各方各面的经验、心得，给我们做了精彩的分享。</w:t>
      </w:r>
      <w:r>
        <w:rPr>
          <w:lang w:eastAsia="zh-CN"/>
        </w:rPr>
        <w:br/>
      </w:r>
      <w:r>
        <w:rPr>
          <w:lang w:eastAsia="zh-CN"/>
        </w:rPr>
        <w:t>　　首先是吴部长给我们介绍了公司简介和企业文化，其中有讲解有互动。可能是因为以前没有参加过这种培训，内心十分的紧张，只想弱弱的说一句：“手心都冒汗了”！吴部长一向鼓励我们用心发言，参与互动，同时还给我们准备了精美的小礼物作为奖励，让人倍感亲近。渐渐的随着对大家的熟悉，我的内心渐渐的恢复了平静，没有之前那么紧张了，也融入了这个大课堂，争先恐后的回答教师提出的问题。透过吴部长的讲解我们了解了公司的组成架构，企业文化。对公司有了更深层次的了解。</w:t>
      </w:r>
      <w:r>
        <w:rPr>
          <w:lang w:eastAsia="zh-CN"/>
        </w:rPr>
        <w:br/>
      </w:r>
      <w:r>
        <w:rPr>
          <w:lang w:eastAsia="zh-CN"/>
        </w:rPr>
        <w:t>　　之后是小陈总关于心态方面跟我们做的分享，小陈总十分的幽默，从实际生活中给我们阐述了心态真的很重要，心态决定一个人的成败，人要有一个强大的内心才能支撑人们努力的工作、生活，在当今社会能够生存下去。小陈总给我们举了一个很典型的例子，大家在生活中差不多都用过美团叫过外卖，外卖小哥的心态就十分强大，不管是刮风下雨，春夏秋冬。他们总是那么拼，准时将商品保质保量的送到客户手中，并且态度永久是那么的和颜悦色、用户至上。我们在今后的工作中也要具备这种心态，工作才能越做越好。</w:t>
      </w:r>
      <w:r>
        <w:rPr>
          <w:lang w:eastAsia="zh-CN"/>
        </w:rPr>
        <w:br/>
      </w:r>
      <w:r>
        <w:rPr>
          <w:lang w:eastAsia="zh-CN"/>
        </w:rPr>
        <w:t>　　然后讲解了礼仪，有关于走路、用餐、握手、问好、化妆、穿着的等等，教我们做一个知礼识礼的人，与人相处落落大方，让对方感到身心愉悦。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来，谢总出场了昂！谢总给我们讲解了执行力，让我们要用放大镜去看别人的优点，用望远镜去看别人的缺点，人与人相处学会包容、学会放下、更要学会尊重。从侧面切入，先学会做人的根本，要做一个优秀的人，才会有强大的执行力。</w:t>
      </w:r>
      <w:r>
        <w:rPr>
          <w:lang w:eastAsia="zh-CN"/>
        </w:rPr>
        <w:br/>
      </w:r>
      <w:r>
        <w:rPr>
          <w:lang w:eastAsia="zh-CN"/>
        </w:rPr>
        <w:t>　　说到心态，我们要学会包容与理解。谢总在培训中提到感恩、尊重、包容与放下，感恩孝道，常回家看看，给双方父母多一些陪伴；尊重领导，不找借口是最完美的执行力，认真准确地完成领导安排的工作；对待家人同事朋友，学会包容与放下，少一些计较，多一些欢乐。有缘成为中通人，工作中的事就是自我的事，坚持下去，自我会越做越好，有质的提升。</w:t>
      </w:r>
      <w:r>
        <w:rPr>
          <w:lang w:eastAsia="zh-CN"/>
        </w:rPr>
        <w:br/>
      </w:r>
      <w:r>
        <w:rPr>
          <w:lang w:eastAsia="zh-CN"/>
        </w:rPr>
        <w:t>　　对工作不要为自我找太多借口，在培训时，杜总用自我亲身经历，告诉我们沟通的重要性，遇到问题不要逃避，用沟通的方式去解决，经过沟通会减少很多麻烦甚至是成本。杜总真挚地讲述，不禁让我反思，自我在生活工作中，是否做到了有效沟通？以后如何与人沟通？</w:t>
      </w:r>
      <w:r>
        <w:rPr>
          <w:lang w:eastAsia="zh-CN"/>
        </w:rPr>
        <w:br/>
      </w:r>
      <w:r>
        <w:rPr>
          <w:lang w:eastAsia="zh-CN"/>
        </w:rPr>
        <w:t>　　一日的培训在夜幕降临前也接近尾声，听着吴部长总结，脑海里在回顾着三位分管老总发自肺腑讲解分享的课程，沉思及反省自我在今后的工作中，如何更好地对待工作，明确目标，调整心态，学会包容与放下，学会沟通，提升自我。仅有自我改变了，变得更好更优秀了，挣钱是顺带的事儿，哈哈！充实的一天，再次感激公司领导供给的这次培训学习的平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到最终杜总给我们讲解了沟通，口是心之门户，是代言的工具。人与人之间的交流大部分是透过语言进行沟通的，真诚、得体的语言会让我们事半功倍，要相信我们以诚待人，别人必定会以诚待我。</w:t>
      </w:r>
      <w:r>
        <w:rPr>
          <w:lang w:eastAsia="zh-CN"/>
        </w:rPr>
        <w:br/>
      </w:r>
      <w:r>
        <w:rPr>
          <w:lang w:eastAsia="zh-CN"/>
        </w:rPr>
        <w:t>　　透过这天的培训，我感触颇多。尤其是对能够成为公司的一份子让我感到十分的自豪，领导的关怀，同事的和睦，使我对今后的工作充满了热情，让我对明天的工作有了更高的期盼，以后我要严格要求自我，不断的提升自我，期望在公司领导的带领下，看到更加完美、灿烂的明天。</w:t>
      </w:r>
      <w:r>
        <w:rPr>
          <w:lang w:eastAsia="zh-CN"/>
        </w:rPr>
        <w:br/>
      </w:r>
      <w:r>
        <w:rPr>
          <w:lang w:eastAsia="zh-CN"/>
        </w:rPr>
        <w:t xml:space="preserve">    2024最新公司培训总结范文 篇16 </w:t>
      </w:r>
      <w:r>
        <w:rPr>
          <w:lang w:eastAsia="zh-CN"/>
        </w:rPr>
        <w:br/>
      </w:r>
      <w:r>
        <w:rPr>
          <w:lang w:eastAsia="zh-CN"/>
        </w:rPr>
        <w:t>　　新员工培训心得</w:t>
      </w:r>
      <w:r>
        <w:rPr>
          <w:lang w:eastAsia="zh-CN"/>
        </w:rPr>
        <w:br/>
      </w:r>
      <w:r>
        <w:rPr>
          <w:lang w:eastAsia="zh-CN"/>
        </w:rPr>
        <w:t>　　首先感谢公司能给我这次学习的机会，让我能够系统的认识山东国华物业管理有限公司，系统的学习物业管理知识，使培训学习不再是一种奢望。经过为期三天的新员工集中培训，使我受益匪浅，不但在思想行为、工作技能、礼仪举止等方面取得了较大的进步，更加明白了在以后的工作中如何给自己的定位、规划，对我今后的个人发展有很大的帮助。尽管有很多具体的工作方法及经验无法当场理解，但我会在今后的实际工作中加强学习，尽快将其转化为自己的知识，决不辜负领导的希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三天的时间，让我感触最深的是公司董事长刘涛女士的谈话。工作没有高低贵贱，虽然在当今社会物业服务不受人们关注，但在未来的社会发展中，物业服务将成为进一步深化，尤其是我们公司不同于一般的物业公司，有国华这个大家庭给我们做后盾。在今后的工作中，我必须转变观念、端正心态，以积极换取肯定，用努力赢取成功，做到以下三点：1、对公司忠诚；2、学会一定的工作技能；3、用所学的技能对公司做出贡献。</w:t>
      </w:r>
      <w:r>
        <w:rPr>
          <w:lang w:eastAsia="zh-CN"/>
        </w:rPr>
        <w:br/>
      </w:r>
      <w:r>
        <w:rPr>
          <w:lang w:eastAsia="zh-CN"/>
        </w:rPr>
        <w:t>　　通过此次培训，我学到了很多物业相关的知识：公司概况、员工管理、仪容仪表、安全知识等。在学习的.过程中，无论是公司领导的谈话还是授课讲师的教诲，都让我看到了一种优秀企业所具备的精神及发展前景，使我明白在这个公司中，不仅可以学到知识技能，更可以实现自我的成功。</w:t>
      </w:r>
      <w:r>
        <w:rPr>
          <w:lang w:eastAsia="zh-CN"/>
        </w:rPr>
        <w:br/>
      </w:r>
      <w:r>
        <w:rPr>
          <w:lang w:eastAsia="zh-CN"/>
        </w:rPr>
        <w:t>　　另外，在本次培训中无论是日常授课还是组织活动，所取得的各项成果都是通过团队协作共同完成，这使我充分认识到：没有团队，就没有个人角色的成功，只有更好的融入团队，承担责任，敢于担当，才能实现个人与团队的双赢。</w:t>
      </w:r>
      <w:r>
        <w:rPr>
          <w:lang w:eastAsia="zh-CN"/>
        </w:rPr>
        <w:br/>
      </w:r>
      <w:r>
        <w:rPr>
          <w:lang w:eastAsia="zh-CN"/>
        </w:rPr>
        <w:t>　　培训结束后，我给自己今后的工作制定了四项要求：</w:t>
      </w:r>
      <w:r>
        <w:rPr>
          <w:lang w:eastAsia="zh-CN"/>
        </w:rPr>
        <w:br/>
      </w:r>
      <w:r>
        <w:rPr>
          <w:lang w:eastAsia="zh-CN"/>
        </w:rPr>
        <w:t>　　第一、提高自己的责任感。只有自己对别人负责，别人才会对自己负责。严格要求自己，通过各种方式学习物业知识，努力提高业务水平。我是为公司工作，更是为自己工作，原地踏步等同于退步，只有不断的充实自己，提升自己“硬实力”，才可以保持足够的竞争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第二、工作必须务实。自己在进入公司之前也曾有过理想，也曾有过目标，但进入工作岗位，发现现实与理想之间的差距，必可避免的感到不适、低落。我必须克服这种负面情绪，一切“从零开始”，虚心向身边的老员工学习，在今后的工作中做到认认真真学习、勤勤恳恳工作、踏踏实实进步。同样的端茶倒水，不同的心态有不同的结果。</w:t>
      </w:r>
      <w:r>
        <w:rPr>
          <w:lang w:eastAsia="zh-CN"/>
        </w:rPr>
        <w:br/>
      </w:r>
      <w:r>
        <w:rPr>
          <w:lang w:eastAsia="zh-CN"/>
        </w:rPr>
        <w:t>　　第三、不断学习，努力成才。许多公司领导都是从基层一步步晋升到现在的职务，他们刚进公司时有的是维修工，有的是秩序员，还有的是保洁员，但他们并没有因为职位低就自暴自弃，而是不断学习充实自己，在做好本职工作的同时想着怎样为公司做更多的贡献。对于我而言也是这样，虽然岗位不起眼，但必须从本职工作入手，调整个人心态，努力学习，时刻为公司发展做好准备，与公司共同进步。</w:t>
      </w:r>
      <w:r>
        <w:rPr>
          <w:lang w:eastAsia="zh-CN"/>
        </w:rPr>
        <w:br/>
      </w:r>
      <w:r>
        <w:rPr>
          <w:lang w:eastAsia="zh-CN"/>
        </w:rPr>
        <w:t>　　第四、保持积极乐观的心态。作为新员工进入公司以后，面临各式各样的难题，有些可以解决，有些不能。不管面对什么样的难题，我都要用积极乐观的心态去面对、去思考，树立良好的工作态度。</w:t>
      </w:r>
      <w:r>
        <w:rPr>
          <w:lang w:eastAsia="zh-CN"/>
        </w:rPr>
        <w:br/>
      </w:r>
      <w:r>
        <w:rPr>
          <w:lang w:eastAsia="zh-CN"/>
        </w:rPr>
        <w:t>　　最后，再次感谢公司，为我提供了这次宝贵的学习机会，让我尽快转换角色、适应公司环境。这次培训不仅是知识的学习，更是提高个人能力的一次良机，如今，我已有足够的勇气迈进国华物业这个大家庭，在这里充分展现自我，为自己积累资本、为公司做出贡献。</w:t>
      </w:r>
      <w:r>
        <w:rPr>
          <w:lang w:eastAsia="zh-CN"/>
        </w:rPr>
        <w:br/>
      </w:r>
      <w:r>
        <w:rPr>
          <w:lang w:eastAsia="zh-CN"/>
        </w:rPr>
        <w:t xml:space="preserve">    2024最新公司培训总结范文 篇17 </w:t>
      </w:r>
      <w:r>
        <w:rPr>
          <w:lang w:eastAsia="zh-CN"/>
        </w:rPr>
        <w:br/>
      </w:r>
      <w:r>
        <w:rPr>
          <w:lang w:eastAsia="zh-CN"/>
        </w:rPr>
        <w:t>　　一年一度的员工培训自2月_日开始，到3月_日结束。 培训共分12次进行。其中：胶印车间6次（2个整天，4个半天），装订车间4次（3个整天一个半天），信封车间2次（一个整天，1个半天），后勤部分人员参加了“职业道德”专项培训。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企业员工培训其主要目的是为了提高员工的技术、技能及职业道德素质，加强职工队伍建设，使企业有一支思想合格，技术过硬，团结协作，文明生产的强有力的稳定的.职工队伍。为企业的发展壮大，打下良好的基础。为了把以后员工培训工作做的更好，现将此次培训做如下总结。</w:t>
      </w:r>
      <w:r>
        <w:rPr>
          <w:lang w:eastAsia="zh-CN"/>
        </w:rPr>
        <w:br/>
      </w:r>
      <w:r>
        <w:rPr>
          <w:lang w:eastAsia="zh-CN"/>
        </w:rPr>
        <w:t xml:space="preserve">    2024最新公司培训总结范文 篇18 </w:t>
      </w:r>
      <w:r>
        <w:rPr>
          <w:lang w:eastAsia="zh-CN"/>
        </w:rPr>
        <w:br/>
      </w:r>
      <w:r>
        <w:rPr>
          <w:lang w:eastAsia="zh-CN"/>
        </w:rPr>
        <w:t>　　为进一步提升我宾馆的服务质量和管理水平，我宾馆结合实际，对照国家星级饭店评定标准和星级饭店访查规范，把狠抓内部管理、完善和建立宾馆管理制度和规范服务标准、强化职业培训，不断提升服务技能作为突破口，认真进行安排部署，有计划、分阶段的进行整改和改进，各项工作稳步推进，现将具体情况汇报如下：</w:t>
      </w:r>
      <w:r>
        <w:rPr>
          <w:lang w:eastAsia="zh-CN"/>
        </w:rPr>
        <w:br/>
      </w:r>
      <w:r>
        <w:rPr>
          <w:lang w:eastAsia="zh-CN"/>
        </w:rPr>
        <w:t>　　一、统一思想，提高认识。</w:t>
      </w:r>
      <w:r>
        <w:rPr>
          <w:lang w:eastAsia="zh-CN"/>
        </w:rPr>
        <w:br/>
      </w:r>
      <w:r>
        <w:rPr>
          <w:lang w:eastAsia="zh-CN"/>
        </w:rPr>
        <w:t>　　宾馆领导及各部门认真组织学习了星级饭店评定标准及访查规范，明确内容，明确职责，明确要求，一级抓一级，层层抓落实。通过学习，使全体员工认识到服务质量是宾馆经营管理的生命线。宾馆成立了以总经理为总负责人的宾馆星级复核整改和服务质量提升小组，并充分发挥内审员职能作用，与提升服务质量活动小组成员及人力资源部积极配合，根据各部门的工作计划和内容，落实交叉互检制度，定期做好检查记录。各部门结合岗位工作性质，制定了具体的工作措施，经开会讨论，找准工作的结合点，找出工作中的不足和薄弱环节，不断加以完善和改进，从而有效提升服务质量。</w:t>
      </w:r>
      <w:r>
        <w:rPr>
          <w:lang w:eastAsia="zh-CN"/>
        </w:rPr>
        <w:br/>
      </w:r>
      <w:r>
        <w:rPr>
          <w:lang w:eastAsia="zh-CN"/>
        </w:rPr>
        <w:t>　　二、突出重点、抓好培训工作。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宾馆按照年初各部门制定的培训计划，按照“缺什么训什么，什么弱训什么”的原则，加大培训力度，完善培训内容，重点开展了岗</w:t>
      </w:r>
      <w:r>
        <w:rPr>
          <w:lang w:eastAsia="zh-CN"/>
        </w:rPr>
        <w:br/>
      </w:r>
      <w:r>
        <w:rPr>
          <w:lang w:eastAsia="zh-CN"/>
        </w:rPr>
        <w:t>　　位技能培训、语言强化培训、行为规范培训等基础培训内容，为提升星级宾馆服务质量打下了坚实的基础。以人为本，提高全员素质，是我们加强软件建设的重点。为提高员工素质，宾馆始终坚持以人为本，把全员培训放在一个重要的高度上。邀请区内外专家学者来宾馆授课，既讲授理论知识，又传授实践本领，对员工进行全面综合的培训，全面提高员工服务意识与水平。宾馆先后与__酒店管理公司、管理培训公司签订了培训协议，投入资金购买了资源杂志等书籍、光盘类培训教材，建立了培训电教室，在做好全员培训教育工作的基础上，逐渐形成上岗培训、在岗培训、素质培训等内外相结合的多层次的培训教育制度。并把培训工作与开展争先创优和提升服务质量活动结合起来，确保培训工作取得实效。</w:t>
      </w:r>
      <w:r>
        <w:rPr>
          <w:lang w:eastAsia="zh-CN"/>
        </w:rPr>
        <w:br/>
      </w:r>
      <w:r>
        <w:rPr>
          <w:lang w:eastAsia="zh-CN"/>
        </w:rPr>
        <w:t>　　三、坚持以人为本，加强“软件”建设</w:t>
      </w:r>
      <w:r>
        <w:rPr>
          <w:lang w:eastAsia="zh-CN"/>
        </w:rPr>
        <w:br/>
      </w:r>
      <w:r>
        <w:rPr>
          <w:lang w:eastAsia="zh-CN"/>
        </w:rPr>
        <w:t>　　在加大力度开展培训，提升宾馆整体服务质量的同时，加大宾馆服务软件建设的力度，强化服务基础和服务意识，尤其是严格贯彻落实四星级宾馆的服务规程，使宾馆的服务和内部管理更趋规范化，在质量管理方面打下扎实的基础。</w:t>
      </w:r>
      <w:r>
        <w:rPr>
          <w:lang w:eastAsia="zh-CN"/>
        </w:rPr>
        <w:br/>
      </w:r>
      <w:r>
        <w:rPr>
          <w:lang w:eastAsia="zh-CN"/>
        </w:rPr>
        <w:t>　　1、质检部根据不同岗位的工作性质和要求，按照标准和规范，认真落实日检、周检、月检的服务质量检查制度，严抓细抠，发现问题要明确责任，督促整改和限期整改，实行跟踪问效。</w:t>
      </w:r>
      <w:r>
        <w:rPr>
          <w:lang w:eastAsia="zh-CN"/>
        </w:rPr>
        <w:br/>
      </w:r>
    </w:p>
    <w:p w:rsidR="001B1F19" w14:textId="27C3F48A">
      <w:pPr>
        <w:rPr>
          <w:rFonts w:hint="eastAsia"/>
          <w:lang w:eastAsia="zh-CN"/>
        </w:rPr>
      </w:pPr>
      <w:r>
        <w:rPr>
          <w:lang w:eastAsia="zh-CN"/>
        </w:rPr>
        <w:t>　　2、宾馆今年还在以往质检部的基础上组建了以各部门经理为成员的质量检查小组，强化质检小组力量及功能。质检小组按照服务规范和星级标准对各部门、各区域进行每周一次定期检查和不少于两次的</w:t>
      </w:r>
      <w:r>
        <w:rPr>
          <w:lang w:eastAsia="zh-CN"/>
        </w:rPr>
        <w:br/>
      </w:r>
      <w:r>
        <w:rPr>
          <w:lang w:eastAsia="zh-CN"/>
        </w:rPr>
        <w:t>　　不定期检查，针对检查中发现的的问题，质检小组督促各部门整改，并对整改情况进行复查。对整改不力和敷衍了事的部门实行连带扣罚，以切实督促部门提高完善服务质量和管理水平，提高宾客满意度。</w:t>
      </w:r>
      <w:r>
        <w:rPr>
          <w:lang w:eastAsia="zh-CN"/>
        </w:rPr>
        <w:br/>
      </w:r>
      <w:r>
        <w:rPr>
          <w:lang w:eastAsia="zh-CN"/>
        </w:rPr>
        <w:t>　　3、为巩固已取得的良好局面，建立了值班经理每日重点部位巡检制度，每天的巡检部位不得少于七个点, 依照各岗位操作流程的相关规定和质量要求，开展设备设施维护保养、清洁卫生和服务质量检查工作，让每位中层干部都行使职权，进一步提高管理水平和能力，使宾馆的质量管理通过中层干部层层传递。</w:t>
      </w:r>
      <w:r>
        <w:rPr>
          <w:lang w:eastAsia="zh-CN"/>
        </w:rPr>
        <w:br/>
      </w:r>
      <w:r>
        <w:rPr>
          <w:lang w:eastAsia="zh-CN"/>
        </w:rPr>
        <w:t>　　4、“顾客满意”是宾馆永恒的主题。为进一步完善宾客投诉体系和宾客意见处理体系，由前厅经理负责宾客意见和投诉的汇总、整理、分析、反馈、跟踪，从而较好地建立了宾馆的宾客投诉处理体系，及时有效地处理宾客意见和投诉。</w:t>
      </w:r>
      <w:r>
        <w:rPr>
          <w:lang w:eastAsia="zh-CN"/>
        </w:rPr>
        <w:br/>
      </w:r>
      <w:r>
        <w:rPr>
          <w:lang w:eastAsia="zh-CN"/>
        </w:rPr>
        <w:t>　　5、在以往的基础上完善了目标管理考核办法，落实每月考核制度，对每个部门的工作情况实行量化打分，查找存在的问题，对照检查出来的问题，区分不同岗位、不同环节，制定整改措施，从而不断完善宾馆内部监督和运行服务质量的制度和标准。</w:t>
      </w:r>
      <w:r>
        <w:rPr>
          <w:lang w:eastAsia="zh-CN"/>
        </w:rPr>
        <w:br/>
      </w:r>
      <w:r>
        <w:rPr>
          <w:lang w:eastAsia="zh-CN"/>
        </w:rPr>
        <w:t>　　四、对照星评标准，制定措施，加强整改。</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https://d.book118.com/847105132006006043</w:t>
        </w:r>
      </w:hyperlink>
    </w:p>
    <w:p w:rsidR="001B1F19">
      <w:pPr>
        <w:rPr>
          <w:rFonts w:hint="eastAsia"/>
          <w:lang w:eastAsia="zh-CN"/>
        </w:rPr>
      </w:pPr>
    </w:p>
    <w:sectPr>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47105132006006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