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rsidRPr="00937657" w14:paraId="7F7A67AA" w14:textId="0AE8485B">
      <w:pPr>
        <w:pStyle w:val="Heading1"/>
        <w:jc w:val="center"/>
        <w:rPr>
          <w:color w:val="000000" w:themeColor="text1"/>
          <w:lang w:eastAsia="zh-CN"/>
        </w:rPr>
      </w:pPr>
      <w:r>
        <w:rPr>
          <w:color w:val="000000" w:themeColor="text1"/>
          <w:sz w:val="44"/>
          <w:lang w:eastAsia="zh-CN"/>
        </w:rPr>
        <w:t>设备维修工作总结（31篇）</w:t>
      </w:r>
    </w:p>
    <w:p w:rsidR="001B1F19" w14:paraId="15E7D7A0" w14:textId="27C3F48A">
      <w:pPr>
        <w:rPr>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设备维修工作总结（通用31篇）</w:t>
      </w:r>
      <w:r>
        <w:rPr>
          <w:lang w:eastAsia="zh-CN"/>
        </w:rPr>
        <w:br/>
      </w:r>
      <w:r>
        <w:rPr>
          <w:lang w:eastAsia="zh-CN"/>
        </w:rPr>
        <w:t xml:space="preserve">    设备维修工作总结 篇1 </w:t>
      </w:r>
      <w:r>
        <w:rPr>
          <w:lang w:eastAsia="zh-CN"/>
        </w:rPr>
        <w:br/>
      </w:r>
      <w:r>
        <w:rPr>
          <w:lang w:eastAsia="zh-CN"/>
        </w:rPr>
        <w:t>　　按“总体布署，__车间年度系统大修从_月__日全面展开，至_月__日全面结束，历时天，涉及技改维修项目91项，是_车间建成投产以来第一次大规模维修活动，受到公司高度重视。此次大修按照服务生产、保障生产的原则，以“安全、科技、优质、完美”为主题，_车间在大修指挥部的直接领导下，干部职工充分发扬“虎狼之师”团队精神，以“挑战极限、勇往直前”的工作姿态群策群力，奋勇拼搏，圆满完成了大修计划。为下半年生产工作的顺利进行奠定了坚实的硬件设施基础，提供了可靠的设备保障。在这次大修过程中，我们也积累了大量宝贵的设备维护经验，为以后的大修工作储备了大量可以赖以借鉴的维修案例，维修技术人员通过大修得到了实战锻炼，操作工也籍此对设备的'各项技术参数有了进一步的了解。为总结经验，查找不足，就此次大修任务的完成情况特向公司大修指挥部作总结如下：</w:t>
      </w:r>
      <w:r>
        <w:rPr>
          <w:lang w:eastAsia="zh-CN"/>
        </w:rPr>
        <w:br/>
      </w:r>
      <w:r>
        <w:rPr>
          <w:lang w:eastAsia="zh-CN"/>
        </w:rPr>
        <w:t>　　一、组织严密、准备充分。</w:t>
      </w:r>
      <w:r>
        <w:rPr>
          <w:lang w:eastAsia="zh-CN"/>
        </w:rPr>
        <w:br/>
      </w:r>
    </w:p>
    <w:p w:rsidR="001B1F19" w:rsidRPr="00937657" w14:textId="0AE8485B">
      <w:pPr>
        <w:pStyle w:val="Heading1"/>
        <w:jc w:val="center"/>
        <w:rPr>
          <w:color w:val="000000" w:themeColor="text1"/>
          <w:lang w:eastAsia="zh-CN"/>
        </w:rPr>
      </w:pPr>
      <w:r>
        <w:rPr>
          <w:color w:val="000000" w:themeColor="text1"/>
          <w:sz w:val="44"/>
          <w:lang w:eastAsia="zh-CN"/>
        </w:rPr>
        <w:t>设备维修工作总结（31篇）</w:t>
      </w:r>
    </w:p>
    <w:p w:rsidR="001B1F19" w14:textId="27C3F48A">
      <w:pPr>
        <w:rPr>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设备维修工作总结（通用31篇）</w:t>
      </w:r>
      <w:r>
        <w:rPr>
          <w:lang w:eastAsia="zh-CN"/>
        </w:rPr>
        <w:br/>
      </w:r>
      <w:r>
        <w:rPr>
          <w:lang w:eastAsia="zh-CN"/>
        </w:rPr>
        <w:t xml:space="preserve">    设备维修工作总结 篇1 </w:t>
      </w:r>
      <w:r>
        <w:rPr>
          <w:lang w:eastAsia="zh-CN"/>
        </w:rPr>
        <w:br/>
      </w:r>
      <w:r>
        <w:rPr>
          <w:lang w:eastAsia="zh-CN"/>
        </w:rPr>
        <w:t>　　按“总体布署，__车间年度系统大修从_月__日全面展开，至_月__日全面结束，历时天，涉及技改维修项目91项，是_车间建成投产以来第一次大规模维修活动，受到公司高度重视。此次大修按照服务生产、保障生产的原则，以“安全、科技、优质、完美”为主题，_车间在大修指挥部的直接领导下，干部职工充分发扬“虎狼之师”团队精神，以“挑战极限、勇往直前”的工作姿态群策群力，奋勇拼搏，圆满完成了大修计划。为下半年生产工作的顺利进行奠定了坚实的硬件设施基础，提供了可靠的设备保障。在这次大修过程中，我们也积累了大量宝贵的设备维护经验，为以后的大修工作储备了大量可以赖以借鉴的维修案例，维修技术人员通过大修得到了实战锻炼，操作工也籍此对设备的'各项技术参数有了进一步的了解。为总结经验，查找不足，就此次大修任务的完成情况特向公司大修指挥部作总结如下：</w:t>
      </w:r>
      <w:r>
        <w:rPr>
          <w:lang w:eastAsia="zh-CN"/>
        </w:rPr>
        <w:br/>
      </w:r>
      <w:r>
        <w:rPr>
          <w:lang w:eastAsia="zh-CN"/>
        </w:rPr>
        <w:t>　　一、组织严密、准备充分。</w:t>
      </w:r>
      <w:r>
        <w:rPr>
          <w:lang w:eastAsia="zh-CN"/>
        </w:rPr>
        <w:br/>
      </w:r>
    </w:p>
    <w:p w:rsidR="001B1F19" w14:textId="27C3F48A">
      <w:pPr>
        <w:rPr>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此次大修涉及维修部位多，设备情况复杂，参检人员众多。而且正值6、7月份，高温和阴雨天气频繁，影响安全的不利因素增多。为保证大修计划的顺利实施，全线停车前，_车间在公司大修指挥部的具体指导下，成立了以车间吴洪帅为总指挥、主任助理刘宝林、张运良为副总指挥，设备调度、设备技术员、工艺技术员为主要成员的大修领导小组，全面负责大修过程中的工作协调、现场监管计划落实，并指定安全员、后勤保障人员、宣传报道员、现场组织负责人，分头负责此次大修中的安全监督、后勤保障、宣传报道、技术操作。</w:t>
      </w:r>
      <w:r>
        <w:rPr>
          <w:lang w:eastAsia="zh-CN"/>
        </w:rPr>
        <w:br/>
      </w:r>
      <w:r>
        <w:rPr>
          <w:lang w:eastAsia="zh-CN"/>
        </w:rPr>
        <w:t>　　6月22日夜班开始，_车间全线停车。停车前，就停车后各部位的清理调试和安全防范工作，车间大修领导小组成员提前进入预定现场，进行检查督促、统筹协调，强调清理完一个部位，维修人员进入一个部位，清理工作必须迅速、安全、及时、彻底、不留死角，防止重复清理，影响大修进度。重点清理部位指定专人清理，明确清理标准，规定完成时限，强调注意事项；提前与材料库做好预借沟通，保证清理所需工、器具的准时、完备。提前做好安全防范用具、防暑用品、药品的领取发放，提前做好大修前的宣传鼓动工作。</w:t>
      </w:r>
      <w:r>
        <w:rPr>
          <w:lang w:eastAsia="zh-CN"/>
        </w:rPr>
        <w:br/>
      </w:r>
      <w:r>
        <w:rPr>
          <w:lang w:eastAsia="zh-CN"/>
        </w:rPr>
        <w:t>　　为确保大修工作的有序开展、大修实施前，_车间针对项目特点，专门制定了详细的《大修计划》、《大修进度网络图》，责成维修班组对各待修设备实行分工包干，具体到人。对项目维修进度做到维修有显示，实施有方案，完成有汇报，效果有测评。并规定大修期内每天下午16：30召开大修进度讲评会，就当天的工程进度、所遇问题、突发情况做汇总研商，总结讲评。</w:t>
      </w:r>
      <w:r>
        <w:rPr>
          <w:lang w:eastAsia="zh-CN"/>
        </w:rPr>
        <w:br/>
      </w:r>
    </w:p>
    <w:p w:rsidR="001B1F19" w14:textId="27C3F48A">
      <w:pPr>
        <w:rPr>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二、措施得力，开展有序。</w:t>
      </w:r>
      <w:r>
        <w:rPr>
          <w:lang w:eastAsia="zh-CN"/>
        </w:rPr>
        <w:br/>
      </w:r>
      <w:r>
        <w:rPr>
          <w:lang w:eastAsia="zh-CN"/>
        </w:rPr>
        <w:t>　　针对各项目的维修特点，_车间在大修计划的实施过程中制定了许多相应灵活的措施，这些措施有效加快了施工进度，保证了维修质量。预漂岗位碱化塔的防腐衬胶清理工作，清理难度大，清理标准高，空间狭窄，不能实施多人同时清理。为加快清理进度，保证清理效果，大修领导小组经过研究，决定实施倒班清理，_十四小时都有专人不间断施工，经过连续三昼夜的紧张清理，终于高标准完成了清理工作。蒸球减速机在维修过程中，输出轴十字联轴器由于长期运转，连接紧密，公司现有器具不足以对其实施拆卸，维修领导小组果断做出决定，将设备运出厂外，利用外部专用器具实施拆卸，保证了按时完成更换重装。</w:t>
      </w:r>
      <w:r>
        <w:rPr>
          <w:lang w:eastAsia="zh-CN"/>
        </w:rPr>
        <w:br/>
      </w:r>
      <w:r>
        <w:rPr>
          <w:lang w:eastAsia="zh-CN"/>
        </w:rPr>
        <w:t>　　车间新上蒸球，由于土建工程尚未完工，附属元件不能实施一次性安装调试。为此，维修领导小组决定采取边施工边安装，双向同步进行的安装策略，到大修结束前，驱动电机、推进器等大型附属设备均己安装完毕。</w:t>
      </w:r>
      <w:r>
        <w:rPr>
          <w:lang w:eastAsia="zh-CN"/>
        </w:rPr>
        <w:br/>
      </w:r>
    </w:p>
    <w:p w:rsidR="001B1F19" w14:textId="27C3F48A">
      <w:pPr>
        <w:rPr>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安全工作是大修期间的工作难点，由于焊接需要，车间内用火点相较平时骤然增多，为确保安全，_车间由孙艳军、张世东两名同志专门负责，实行现场跟踪监督，严查消防隐患。两名同志不分昼夜，分头巡查在大修前线，有效杜绝了安全事故隐患，为大修营造了安全平稳的作业环境。张淑梅、米海霞两同志积极做好防暑物资的领取、库存和发放工作，为大修期间员工的后勤保障任劳任怨，不辞辛苦。宣传报道人员深入一线收集先进事迹，写下现场报道十余篇，协助工会制作宣传用旗帜五面，有效起到了精神激励作用。</w:t>
      </w:r>
      <w:r>
        <w:rPr>
          <w:lang w:eastAsia="zh-CN"/>
        </w:rPr>
        <w:br/>
      </w:r>
      <w:r>
        <w:rPr>
          <w:lang w:eastAsia="zh-CN"/>
        </w:rPr>
        <w:t>　　三、员工在大修期间顾全大局，精神振奋，协作意识强，涌现出大量先进人物和感人事迹。</w:t>
      </w:r>
      <w:r>
        <w:rPr>
          <w:lang w:eastAsia="zh-CN"/>
        </w:rPr>
        <w:br/>
      </w:r>
      <w:r>
        <w:rPr>
          <w:lang w:eastAsia="zh-CN"/>
        </w:rPr>
        <w:t>　　由于这次大修_车间是主阵地，一车间维修工受命来到_车间帮助工作后，他们充分体现了顾全大局，不计得失的可贵精神。在完成任务中，他们高姿态服从上级分配，高标准严格自身，高质量完成任务，为_车间大修工作做出了重要贡献。在大修进行期间，他们还与_车间维修工展开了积极向上的劳动竞赛，比作风、比进度、比质量，比安全。</w:t>
      </w:r>
      <w:r>
        <w:rPr>
          <w:lang w:eastAsia="zh-CN"/>
        </w:rPr>
        <w:br/>
      </w:r>
      <w:r>
        <w:rPr>
          <w:lang w:eastAsia="zh-CN"/>
        </w:rPr>
        <w:t>　　技术骨干毫无保留地发挥个人技术特长，在大修工作中充当先锋。_车间设备技术员郭彦君，自身技术过硬，在这次大修中担任车间大修领导小组成员，负责设备检修计划申报、材料领取和加班工时申报等大量繁重工作。6月27日，抄纸机_压部位压辊锥度轴因与配套轴承存在细小出入，为使锥度轴达到参数标准，他放弃休息时间，连续加班三小时，用钢锉实放手工打磨抛光，高质量完成了校正任务。</w:t>
      </w:r>
      <w:r>
        <w:rPr>
          <w:lang w:eastAsia="zh-CN"/>
        </w:rPr>
        <w:br/>
      </w:r>
      <w:r>
        <w:rPr>
          <w:lang w:eastAsia="zh-CN"/>
        </w:rPr>
        <w:t xml:space="preserve">    设备维修工作总结 篇2 </w:t>
      </w:r>
      <w:r>
        <w:rPr>
          <w:lang w:eastAsia="zh-CN"/>
        </w:rPr>
        <w:br/>
      </w:r>
      <w:r>
        <w:rPr>
          <w:lang w:eastAsia="zh-CN"/>
        </w:rPr>
        <w:t>　　本人1997年6月毕业于河北科技大学自动化系，获得学士学位，并于同年7月在宣化工程机械集团公司参加工作。</w:t>
      </w:r>
      <w:r>
        <w:rPr>
          <w:lang w:eastAsia="zh-CN"/>
        </w:rPr>
        <w:br/>
      </w:r>
    </w:p>
    <w:p w:rsidR="001B1F19" w14:textId="27C3F48A">
      <w:pPr>
        <w:rPr>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进入公司后，我在机修分厂进行见习工作。工人师傅忘我的劳动精神，给我留下了深刻的印象。以后的工作中，我不断地以这种精神鼓励和鞭策自己，使自己始终对本职工作有一种认真、负责的态度。见习期后期，我还参与了液压分厂仿形车床PLC改造、锻造分厂电液锤改造、液压分厂半自动六角车床PLC改造的工作，主要完成了电气图的设计，电器柜的配制，设备的安装调试，并且解决了改造中出现的技术问题。在一年半的见习期内，我参与了公司许多设备的大修、改造、安装、调试工作。</w:t>
      </w:r>
      <w:r>
        <w:rPr>
          <w:lang w:eastAsia="zh-CN"/>
        </w:rPr>
        <w:br/>
      </w:r>
      <w:r>
        <w:rPr>
          <w:lang w:eastAsia="zh-CN"/>
        </w:rPr>
        <w:t>　　1999年2月，我圆满地完成了见习期任务，被分配到设备动力部数控维修组工作。数控维修组负责全公司数控、数显设备的维修、大修、安装、调试、改造任务。部门领导和师傅们给了我很大的支持和帮助。通过他们的帮助和自己的努力，我很快地成长起来。尤其是对高、精、尖设备勤于动手，勇于进取，对设备改造及更新工作尽职尽责，为宣工集团的发展做出了贡献。自1999年2月至今，我一直在这个岗位上工作。</w:t>
      </w:r>
      <w:r>
        <w:rPr>
          <w:lang w:eastAsia="zh-CN"/>
        </w:rPr>
        <w:br/>
      </w:r>
      <w:r>
        <w:rPr>
          <w:lang w:eastAsia="zh-CN"/>
        </w:rPr>
        <w:t>　　数控机床属于高科技密集型产品，数控技术的复杂性、综合性加大了数控设备维修改造工作的难度，数控机床的故障诊断及维修在内容、手段和方法上，与传统机床的故障诊断及维修有很大区别。对从事数控机床的维修人员素质提出了更高的要求。在分配到数控组五年多的时间里，通过自己的再学习，使自己的技术水平有了很大的提高，由于数控设备是企业生产经营的关键设备，由于其出现故障而造成企业不能正常供货，影响到企业的信誉，造成的损失是难以弥补的。因此数控机床的维修工作不仅创造了实际价值，更重要的是创造了社会价值。所以对日常的维修、大修工作，加工中心日常维护保养工作，我都是兢兢业业，一丝不苟。</w:t>
      </w:r>
      <w:r>
        <w:rPr>
          <w:lang w:eastAsia="zh-CN"/>
        </w:rPr>
        <w:br/>
      </w:r>
    </w:p>
    <w:p w:rsidR="001B1F19" w14:textId="27C3F48A">
      <w:pPr>
        <w:rPr>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在日常维修方面：</w:t>
      </w:r>
      <w:r>
        <w:rPr>
          <w:lang w:eastAsia="zh-CN"/>
        </w:rPr>
        <w:br/>
      </w:r>
      <w:r>
        <w:rPr>
          <w:lang w:eastAsia="zh-CN"/>
        </w:rPr>
        <w:t>　　几年来我负责大件分厂B_110P加工中心、MCR-B五面加工中心、液压分厂HN50C加工中心、杨铁MH630加工中心、齿轮分厂FV-1200加工中心、结构IGM焊接机械手、以及其他分厂全机能和经济型数控机床的维修和保养，维修量达百余台次。很好地保证了生产一线对设备的使用要求。同时在工作中不断总结经验，针对我公司数控设备使用情况，进行周巡视、月维护的管理方式，有效地延长了数控设备的使用寿命。</w:t>
      </w:r>
      <w:r>
        <w:rPr>
          <w:lang w:eastAsia="zh-CN"/>
        </w:rPr>
        <w:br/>
      </w:r>
      <w:r>
        <w:rPr>
          <w:lang w:eastAsia="zh-CN"/>
        </w:rPr>
        <w:t>　　MCR-B五面加工中心、HN50C加工中心、是公司20__年最新引进的具有世界先进水平的数控加工设备，技术含量高，控制系统复杂，是我公司生产主机的关键性设备，它能否正常运行，直接关系到全公司生产任务的完成情况。所以，每当设备发生故障时，我都及时赶到现场，认真分析故障原因，并进行记录，用最短的时间排除故障，使设备迅速恢复正常运行，满足使用部门的生产要求，从而保证了生产的正常进行。</w:t>
      </w:r>
      <w:r>
        <w:rPr>
          <w:lang w:eastAsia="zh-CN"/>
        </w:rPr>
        <w:br/>
      </w:r>
    </w:p>
    <w:p w:rsidR="001B1F19" w14:textId="27C3F48A">
      <w:pPr>
        <w:rPr>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杨铁MH630加工中心_向光栅尺的修复及输入器件国产化。该加工中心担负着全公司液力推土机的阀体加工，输入器件经过多年使用，经常损坏，影响了设备的正常使用，严重影响生产，而设备所需的原配件价格昂贵并且在难以买到。针对这一情况，我们大胆选用了国内可靠性高、性能好的元器件做配件，对其进行了国产化改造。在改造过程中克服了国内配件与原装器件形状的差异，电器参数不完全匹配等问题，提高了设备的可靠性，方便了操作，保障了设备的安全使用。该设备_向光栅尺发生故障，此光栅尺是奥地利一家公司生产的，向其维修公司咨询，也没有维修先例，因是进口产品，购买周期较长，而此时生产任务很紧，我们利用自制工具对其进行修复，通过查阅大量资料以及对设备参数的调整，使修复后的机床精度达到了原有的水平。此两项工作的完成，为我公司节约了大量资金。此外HN50C加工中心工作台回原点故障排除、B_110P加工中心换刀系统故障排除、ML300全机能数控车床尾座功能的开发等等，都及时快捷地完成任务，节约了时间、费用，保障了数控设备的正常运行。</w:t>
      </w:r>
      <w:r>
        <w:rPr>
          <w:lang w:eastAsia="zh-CN"/>
        </w:rPr>
        <w:br/>
      </w:r>
      <w:r>
        <w:rPr>
          <w:lang w:eastAsia="zh-CN"/>
        </w:rPr>
        <w:t>　　安装调试方面：</w:t>
      </w:r>
      <w:r>
        <w:rPr>
          <w:lang w:eastAsia="zh-CN"/>
        </w:rPr>
        <w:br/>
      </w:r>
      <w:r>
        <w:rPr>
          <w:lang w:eastAsia="zh-CN"/>
        </w:rPr>
        <w:t>　　安装、调试是数控机床前期管理的重要环节，随着公司产品的多样化发展，对生产设备的现代化要求越来越高，近几年，我公司引进了大量先进的数控、数显设备，其中主要完成了HN50C卧式加工中心、FV-1200加工中心、ML300、CK3263全机能数控车床，以及CAK6150、CAK6763经济型数控车床的安装、调试。在安装调试过程中，不但积极帮助各使用部门了解掌握新设备的各项使用功能，使新设备早日投产，发挥功效，而且还注重对新设备的各种数据资料进行收集，为其建立设备档案，为今后设备的管理、维修及维护工作准备了第一手资料。</w:t>
      </w:r>
      <w:r>
        <w:rPr>
          <w:lang w:eastAsia="zh-CN"/>
        </w:rPr>
        <w:br/>
      </w:r>
      <w:r>
        <w:rPr>
          <w:lang w:eastAsia="zh-CN"/>
        </w:rPr>
        <w:t>　　设备改造更新方面：</w:t>
      </w:r>
      <w:r>
        <w:rPr>
          <w:lang w:eastAsia="zh-CN"/>
        </w:rPr>
        <w:br/>
      </w:r>
    </w:p>
    <w:p w:rsidR="001B1F19" w14:textId="27C3F48A">
      <w:pPr>
        <w:rPr>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利用北京航天数控集团的MNC863T数控系统，分别为我公司液压分厂和结构分厂改造经济型数控车床。利用经济型数控系统改造旧车床，是中小型企业充分发挥设备效能，促进设备资源有效利用的重要手段。在改造过程中，本人主要负责电气控制系统的设计与连接，并针对电动刀台与控制系统要求的差异，对刀台电气进行了合理改造，对刀台到位发讯机构进行了改进，既保证了使用的技术要求，又发挥了系统本身的各项功能。这两台设备投产后，使用情况很好，改造后的车床具有运行稳定，操作方便，控制精度高等优点，增加了机床功能，还大大提高了生产效率。1999年至20__年，共改造此类设备四台，都取得了很好的效果。</w:t>
      </w:r>
      <w:r>
        <w:rPr>
          <w:lang w:eastAsia="zh-CN"/>
        </w:rPr>
        <w:br/>
      </w:r>
      <w:r>
        <w:rPr>
          <w:lang w:eastAsia="zh-CN"/>
        </w:rPr>
        <w:t>　　本人主要负责引进西班牙FAGOR公司的8025M交流伺服系统，为下料分厂研制了两台SGS3000火焰切割机。由于该系统全部资料均为英文，在设计过程中遇到了很多问题，尤其是许多专业术语，翻译时很困难，因而查阅了大量资料，积极克服各种困难，圆满地完成了安装调试任务。8025M交流伺服系统使用的成功，使我公司在数控设备技术改造方面从直流伺服系统过渡到了交流伺服系统，填补了我公司在自行改造数控设备以来未曾使用过交流伺服系统的空白。同时，为我公司开发了一种新产品——SGS3000火焰切割机，使我公司在工程机械以外增加了新的经济增长点。</w:t>
      </w:r>
      <w:r>
        <w:rPr>
          <w:lang w:eastAsia="zh-CN"/>
        </w:rPr>
        <w:br/>
      </w:r>
    </w:p>
    <w:p w:rsidR="001B1F19" w14:textId="27C3F48A">
      <w:pPr>
        <w:rPr>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20__年我又对大件分厂的四米龙门刨进行了改造。大件分厂B20__A龙门刨为六十年代产品，设备比较陈旧，随着公司生产质量、产量的提高，此刨床故障率高、效率低、能耗大的问题日益突出。很难适应产品在质量和产量上的要求!原龙门刨的直流调速单元为旋转变流机组供电的直流调速系统，我们利用先进的西门子直流调速系统，对其原有的调速系统进行改造，装置内部由基本功能模块、自由分配功能块、各种功能连接器、调节器、斜坡函数发生器等一系列功能模块来对直流电机进行调速控制的，如何实现机床工作台点动、自动的前进、后退及其速度的控制，工作台的减速、换向，以及装置如何与外部的控制信号的连接是一项技术含量较高的工作。当时国内还没有用此装置改造龙门刨的先例，困难是相当大的，我们反复查阅资料、仔细研究电气原理，重新设计了电气原理图、配制了电气控制柜，并且在最短的时间内完成了旧系统的拆除，及新系统的安装工作。通过对系统参数修改调试，使机床工作在最优化运行状态，原来每班次加工行走架6台，改造后每班次加工行走架7.5台，大大提高生产效率。并且用直流调速装置替代原有的旋转变流机组，大大降低了能耗，仅此一项，每年节约的电费支出就是相当可观的，为我公司节能降耗工作做出了很大贡献。此外还减小了环境噪音，改善了生产环境。20__年我在原有龙门刨改造的基础上，又对大件分厂六米龙门刨进行了改造，除将原有的直流调速系统用数字直流调速系统替代，还将其逻辑器件控制部分用PLC取代，我主要负责PLC程序的编制和处理PLC与调速装置之间的通讯，改造后机床简化了线路，节约了大量器件，降低了故障率，提高了设备运行的安全性。这两项改造获得了公司科技成果一等奖。</w:t>
      </w:r>
      <w:r>
        <w:rPr>
          <w:lang w:eastAsia="zh-CN"/>
        </w:rPr>
        <w:br/>
      </w:r>
    </w:p>
    <w:p w:rsidR="001B1F19" w14:textId="27C3F48A">
      <w:pPr>
        <w:rPr>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20__年，我与同事对液压分厂东德铣床进行了PLC改造，原有机床电器部分经过几十年的运行，故障率非常高，机床经常处于维修状态，设备不能得到很好的利用，我们通过自己编制PLC程序，制做配电盘，对其进行改造，原有的功能得以完善，取得了很好的效果。</w:t>
      </w:r>
      <w:r>
        <w:rPr>
          <w:lang w:eastAsia="zh-CN"/>
        </w:rPr>
        <w:br/>
      </w:r>
      <w:r>
        <w:rPr>
          <w:lang w:eastAsia="zh-CN"/>
        </w:rPr>
        <w:t>　　其它方面：</w:t>
      </w:r>
      <w:r>
        <w:rPr>
          <w:lang w:eastAsia="zh-CN"/>
        </w:rPr>
        <w:br/>
      </w:r>
      <w:r>
        <w:rPr>
          <w:lang w:eastAsia="zh-CN"/>
        </w:rPr>
        <w:t>　　20__年我所撰写的《利用MNC863系统改造旧机床及调试维修》、《利用西门子数字直流调速装置改造龙门刨床》两篇论文，在第四届’20__全国机械工业数控设备使用、维修、改造经验交流会上被评为优秀论文，并分别被《机械工人》杂志所发表。</w:t>
      </w:r>
      <w:r>
        <w:rPr>
          <w:lang w:eastAsia="zh-CN"/>
        </w:rPr>
        <w:br/>
      </w:r>
      <w:r>
        <w:rPr>
          <w:lang w:eastAsia="zh-CN"/>
        </w:rPr>
        <w:t>　　20__年5月至9月，我参加了由中国机械工程协会设备维修分会举办的“设备维修更新与改造”函授培训班的学习，获得了设备维修更新与改造岗位资格证书，我所写的论文《注重业务学习，提高技术水平》，经中国机械工程学会设备维修分会培训委员会评审，被评为一等论文。</w:t>
      </w:r>
      <w:r>
        <w:rPr>
          <w:lang w:eastAsia="zh-CN"/>
        </w:rPr>
        <w:br/>
      </w:r>
      <w:r>
        <w:rPr>
          <w:lang w:eastAsia="zh-CN"/>
        </w:rPr>
        <w:t>　　20__年，公司为数控维修组配置了在线测试仪，此仪器是张宣地区第一台在线维修测试仪器，在国内也处于先进水平，此仪器的配备，使我们达到了板级维修，至今我已利用该仪器维修MNC862主板、轴控制板、埋弧焊监测显示板、008主板，富士变频器电路板，松下焊机主PCB板等十余块，节约维修费用三万多元。此外我利用该仪器建立了不同系统电路板器件曲线库，方便了电路板的测试，为快捷、简便维修电路板奠定了基础。</w:t>
      </w:r>
      <w:r>
        <w:rPr>
          <w:lang w:eastAsia="zh-CN"/>
        </w:rPr>
        <w:br/>
      </w:r>
    </w:p>
    <w:p w:rsidR="001B1F19" w14:textId="27C3F48A">
      <w:pPr>
        <w:rPr>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几年间，我还参加了中国机械工业协会设备维修分会举办的FANUC可编程序控制器编程、FANUC数字伺服及维修、西门子伺服及维修的学习班。通过各种方式的学习和工作经验的不断积累，我已成为公司数控设备维修的中坚力量，目前，数控站采用新的管理方式，注重提高全体成员的业务素质，有效保障各类数控设备的正常运行，为我公司的生产和有序发展提供了必要的技术保障。</w:t>
      </w:r>
      <w:r>
        <w:rPr>
          <w:lang w:eastAsia="zh-CN"/>
        </w:rPr>
        <w:br/>
      </w:r>
      <w:r>
        <w:rPr>
          <w:lang w:eastAsia="zh-CN"/>
        </w:rPr>
        <w:t xml:space="preserve">    设备维修工作总结 篇3 </w:t>
      </w:r>
      <w:r>
        <w:rPr>
          <w:lang w:eastAsia="zh-CN"/>
        </w:rPr>
        <w:br/>
      </w:r>
      <w:r>
        <w:rPr>
          <w:lang w:eastAsia="zh-CN"/>
        </w:rPr>
        <w:t>　　20__年我厂在市运管处、运管所等各上级部门的领导下，认真贯彻落实党的各项会议精神，贯彻实施《宜宾市汽车维修行业安全综合整治工作实施方案》等文件的精神。我厂的安全生产状况总体上呈明显好转，员工的安全意识进一步得到加强，为本厂正常生产创造了一个良好得安全环境，现将一年来本厂生产工作总结如下：</w:t>
      </w:r>
      <w:r>
        <w:rPr>
          <w:lang w:eastAsia="zh-CN"/>
        </w:rPr>
        <w:br/>
      </w:r>
      <w:r>
        <w:rPr>
          <w:lang w:eastAsia="zh-CN"/>
        </w:rPr>
        <w:t>　　一、 建立安全责任制度</w:t>
      </w:r>
      <w:r>
        <w:rPr>
          <w:lang w:eastAsia="zh-CN"/>
        </w:rPr>
        <w:br/>
      </w:r>
      <w:r>
        <w:rPr>
          <w:lang w:eastAsia="zh-CN"/>
        </w:rPr>
        <w:t>　　今年我们制定完善每一个岗位的安全生产职责并上墙。明确每位员工的'安全责任，人人负责安全生产。具体负责落实到人，促进了我厂安全生产工作的顺利开展。也为年度安全生产奠定了坚实基础。</w:t>
      </w:r>
      <w:r>
        <w:rPr>
          <w:lang w:eastAsia="zh-CN"/>
        </w:rPr>
        <w:br/>
      </w:r>
      <w:r>
        <w:rPr>
          <w:lang w:eastAsia="zh-CN"/>
        </w:rPr>
        <w:t>　　二、 提高各岗位的安全操作技术水平。</w:t>
      </w:r>
      <w:r>
        <w:rPr>
          <w:lang w:eastAsia="zh-CN"/>
        </w:rPr>
        <w:br/>
      </w:r>
      <w:r>
        <w:rPr>
          <w:lang w:eastAsia="zh-CN"/>
        </w:rPr>
        <w:t>　　在厂技术员的带领下员工之间技术的交流使大家吸取更多的实用知识。在安全生产操作过程中起到重要作用。日常生活中，大家互相学习。做得不当的地方，存有安全隐患时及时指出。防止安全事故发生。</w:t>
      </w:r>
      <w:r>
        <w:rPr>
          <w:lang w:eastAsia="zh-CN"/>
        </w:rPr>
        <w:br/>
      </w:r>
      <w:r>
        <w:rPr>
          <w:lang w:eastAsia="zh-CN"/>
        </w:rPr>
        <w:t>　　三、 加强宣传教育，提高全体员工的安全意识和防范事故能力。</w:t>
      </w:r>
      <w:r>
        <w:rPr>
          <w:lang w:eastAsia="zh-CN"/>
        </w:rPr>
        <w:br/>
      </w:r>
    </w:p>
    <w:p w:rsidR="001B1F19" w14:textId="27C3F48A">
      <w:pPr>
        <w:rPr>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我厂定期开展安全列会，及时宣传上级部门的有关会议精神，以及相关事故的事列说明。极大的增强了员工安全意识，提高了员工的自身安全素质，掌握安全防护技能。在整个安全生产过程中，消防设备实施尤其重要，我厂配备了规定数量的干粉灭火器、消防水池、防火沙堆、石棉被等。对易燃易爆物品进行规范存放，及电路设备的安装及安全使用。</w:t>
      </w:r>
      <w:r>
        <w:rPr>
          <w:lang w:eastAsia="zh-CN"/>
        </w:rPr>
        <w:br/>
      </w:r>
      <w:r>
        <w:rPr>
          <w:lang w:eastAsia="zh-CN"/>
        </w:rPr>
        <w:t>　　四、 加强安全检查，积极整理事故隐患。</w:t>
      </w:r>
      <w:r>
        <w:rPr>
          <w:lang w:eastAsia="zh-CN"/>
        </w:rPr>
        <w:br/>
      </w:r>
      <w:r>
        <w:rPr>
          <w:lang w:eastAsia="zh-CN"/>
        </w:rPr>
        <w:t>　　自去年以来，我厂就进行定期的每月安全检查工作。对设施设备进行检查发现有安全隐患的及时解除，该维修的维修、该更换的更换。消除操作现场存在的不安全因素，切实保证现场操作人员的人身安全与健康。</w:t>
      </w:r>
      <w:r>
        <w:rPr>
          <w:lang w:eastAsia="zh-CN"/>
        </w:rPr>
        <w:br/>
      </w:r>
      <w:r>
        <w:rPr>
          <w:lang w:eastAsia="zh-CN"/>
        </w:rPr>
        <w:t>　　五、 环境方面。</w:t>
      </w:r>
      <w:r>
        <w:rPr>
          <w:lang w:eastAsia="zh-CN"/>
        </w:rPr>
        <w:br/>
      </w:r>
      <w:r>
        <w:rPr>
          <w:lang w:eastAsia="zh-CN"/>
        </w:rPr>
        <w:t>　　我厂拆迁了原来街边的广告牌，对厂门口附近的垃圾随时进行清扫，对占道人员进行劝离。厂区内设备，工位划分到人，不定期进行清扫、随时保持整洁干净，其次对三废的处理也是集中收集，有效处理，防止其对环境的污染，环境关系影响到大家的安全和健康，是落实科学发展观构建和谐社会的重要举措，是优化发展环境改善人居环境的惠民工程，为此我厂也高度重视环境综合治理工作。</w:t>
      </w:r>
      <w:r>
        <w:rPr>
          <w:lang w:eastAsia="zh-CN"/>
        </w:rPr>
        <w:br/>
      </w:r>
      <w:r>
        <w:rPr>
          <w:lang w:eastAsia="zh-CN"/>
        </w:rPr>
        <w:t xml:space="preserve">    设备维修工作总结 篇4 </w:t>
      </w:r>
      <w:r>
        <w:rPr>
          <w:lang w:eastAsia="zh-CN"/>
        </w:rPr>
        <w:br/>
      </w:r>
      <w:r>
        <w:rPr>
          <w:lang w:eastAsia="zh-CN"/>
        </w:rPr>
        <w:t>　　一年来，在领导的关心和科室的大力支持下，通过全科同志的努力工作，保证了我科室负责的生活水、电、暖气、房屋、门窗、桌椅等的正常使用，圆满完成上级交给的各项工作任务，具体情况总结如下：</w:t>
      </w:r>
      <w:r>
        <w:rPr>
          <w:lang w:eastAsia="zh-CN"/>
        </w:rPr>
        <w:br/>
      </w:r>
    </w:p>
    <w:p w:rsidR="001B1F19" w14:textId="27C3F48A">
      <w:pPr>
        <w:rPr>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一、全科室同志自觉学习文化知识和岗位工作技能，不断提高自身素质，认真摆正集体和个人之间的关系，公私分明，爱护公共财物，严格要求自己，我科进一步修订和完善了每个的岗位责任制、做到了工作有据可依，每个人都有自己的职责范围和工作目标，在日常工作中全体人员都认真履行自己的岗位职责，端正服务态度，在工作中做到热情、主动、即时、周到地为广大教职员工和学生服务，在工作中从不推诿、扯皮。</w:t>
      </w:r>
      <w:r>
        <w:rPr>
          <w:lang w:eastAsia="zh-CN"/>
        </w:rPr>
        <w:br/>
      </w:r>
      <w:r>
        <w:rPr>
          <w:lang w:eastAsia="zh-CN"/>
        </w:rPr>
        <w:t>　　二、实行了24小时报修制度，白天正常维修，夜间报修遇到急事也从不过夜，紧急故障紧急处理，一般故障在30分钟到达现场24小时之内必须完成。</w:t>
      </w:r>
      <w:r>
        <w:rPr>
          <w:lang w:eastAsia="zh-CN"/>
        </w:rPr>
        <w:br/>
      </w:r>
      <w:r>
        <w:rPr>
          <w:lang w:eastAsia="zh-CN"/>
        </w:rPr>
        <w:t>　　三、健全仓库管理、量化进出库制度，我科室需要的维修材料能在仓库领用的，在进出库材料账本上都有登记，材料出库用在那里都有记录、同时必须以旧换新，彻底改变了以前仓库管理混乱的现象，杜绝了材料的丢失和浪费，并做好维修台账。</w:t>
      </w:r>
      <w:r>
        <w:rPr>
          <w:lang w:eastAsia="zh-CN"/>
        </w:rPr>
        <w:br/>
      </w:r>
      <w:r>
        <w:rPr>
          <w:lang w:eastAsia="zh-CN"/>
        </w:rPr>
        <w:t>　　五、日常维修:</w:t>
      </w:r>
      <w:r>
        <w:rPr>
          <w:lang w:eastAsia="zh-CN"/>
        </w:rPr>
        <w:br/>
      </w:r>
      <w:r>
        <w:rPr>
          <w:lang w:eastAsia="zh-CN"/>
        </w:rPr>
        <w:t>　　1、水方面：保证了各片区的日常维修，处理了各地方漏水问题、完成了全各片区的污水管道和雨水管道的清理，完成了上水和下水以及暖气管道的维修和更换，处理突击性故障有：抢修自来水管主管道，为我公司节约了经费、保证了各地方的的正常用水，抢修暖气故障9起，保证了生活的正常。</w:t>
      </w:r>
      <w:r>
        <w:rPr>
          <w:lang w:eastAsia="zh-CN"/>
        </w:rPr>
        <w:br/>
      </w:r>
      <w:r>
        <w:rPr>
          <w:lang w:eastAsia="zh-CN"/>
        </w:rPr>
        <w:t>　　2、电方面：保证了各片区的用电日常维修，保证了所有路灯的`检修以及各办公室的线路改造和维修。</w:t>
      </w:r>
      <w:r>
        <w:rPr>
          <w:lang w:eastAsia="zh-CN"/>
        </w:rPr>
        <w:br/>
      </w:r>
    </w:p>
    <w:p w:rsidR="001B1F19" w14:textId="27C3F48A">
      <w:pPr>
        <w:rPr>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3、五金、木工方面：保证了各片区各办公室的桌椅维修，对有问题的桌椅进行及时的更换和维修，完成了各片区门窗、玻璃、更换和维修，完成了古楼沟的栏杆维护工作。</w:t>
      </w:r>
      <w:r>
        <w:rPr>
          <w:lang w:eastAsia="zh-CN"/>
        </w:rPr>
        <w:br/>
      </w:r>
      <w:r>
        <w:rPr>
          <w:lang w:eastAsia="zh-CN"/>
        </w:rPr>
        <w:t>　　4、在空余时间配合其他部室对所负责的资产进行巡查工作，对有问题的地方进行记录、跟踪。问题严重的，及时上报。</w:t>
      </w:r>
      <w:r>
        <w:rPr>
          <w:lang w:eastAsia="zh-CN"/>
        </w:rPr>
        <w:br/>
      </w:r>
      <w:r>
        <w:rPr>
          <w:lang w:eastAsia="zh-CN"/>
        </w:rPr>
        <w:t>　　以上工作的完成保证了公司的日常生活，工程质量优良，时间安排合理，在今后的工作中我科要更加努力工作，吸起一切有益的经验，加强自身管理，端正服务态度，狠抓服务质量，为服务教学、服务教职工和学生的生活而努力，把我科的工作做好、做细、做得更为出色。</w:t>
      </w:r>
      <w:r>
        <w:rPr>
          <w:lang w:eastAsia="zh-CN"/>
        </w:rPr>
        <w:br/>
      </w:r>
      <w:r>
        <w:rPr>
          <w:lang w:eastAsia="zh-CN"/>
        </w:rPr>
        <w:t xml:space="preserve">    设备维修工作总结 篇5 </w:t>
      </w:r>
      <w:r>
        <w:rPr>
          <w:lang w:eastAsia="zh-CN"/>
        </w:rPr>
        <w:br/>
      </w:r>
      <w:r>
        <w:rPr>
          <w:lang w:eastAsia="zh-CN"/>
        </w:rPr>
        <w:t>　　时间一晃而过，弹指之间，20__年已接近尾声。在过去的一年里、作为一名设备经理，自己学到了很多，有很多不足的地方。在这承上启下的年底，我在这里对自己这一年的工作出总结，总结自己已得的经验，也提出更高的要求，以期望在20__年里发挥自己已取得的优点改正自己工作中的缺点，使工作更上一层楼。今年_月份很荣幸我进入了这个正在建设和发展中的公司，从事设备部经理工作，我既负责公司的设备档案管理工作，又负责设备部工具的的管理工作。现将本人一年来的主要工作总结如下：</w:t>
      </w:r>
      <w:r>
        <w:rPr>
          <w:lang w:eastAsia="zh-CN"/>
        </w:rPr>
        <w:br/>
      </w:r>
      <w:r>
        <w:rPr>
          <w:lang w:eastAsia="zh-CN"/>
        </w:rPr>
        <w:t>　　一、遵纪守法，遵守公司的规章制度。</w:t>
      </w:r>
      <w:r>
        <w:rPr>
          <w:lang w:eastAsia="zh-CN"/>
        </w:rPr>
        <w:br/>
      </w:r>
    </w:p>
    <w:p w:rsidR="001B1F19" w14:textId="27C3F48A">
      <w:pPr>
        <w:rPr>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一年以来，我严格遵守公司的各项规章制度，贯彻执行上级及公司的有关指示精神，按照公司设备部及公司领导的部署，完成好本职工作。同时认真学习业务方面的有关知识，努力提高自身的业务知识和工作能力。</w:t>
      </w:r>
      <w:r>
        <w:rPr>
          <w:lang w:eastAsia="zh-CN"/>
        </w:rPr>
        <w:br/>
      </w:r>
      <w:r>
        <w:rPr>
          <w:lang w:eastAsia="zh-CN"/>
        </w:rPr>
        <w:t>　　二、设备管理工作方面</w:t>
      </w:r>
      <w:r>
        <w:rPr>
          <w:lang w:eastAsia="zh-CN"/>
        </w:rPr>
        <w:br/>
      </w:r>
      <w:r>
        <w:rPr>
          <w:lang w:eastAsia="zh-CN"/>
        </w:rPr>
        <w:t>　　我就从学习最基础的机械设备基础知识入手。从20__年_月份至20__年_月份，我几乎每天晚上都坚持利用一个小时的时间学习机械设备管理方面的知识。尽可能多地去了解、掌握一些它们的性能、保养规程、基本操作规程等方面的基本知识。边学习边将学到的设备管理知识逐一运用到工作的实践过程中，通过工作中的.实践使我受益匪浅。坚持自定的每周一巡查制度，每周巡查一遍在用的设备、施工机具。检查一遍设备、施工机具操作手执行操作规程、维修保养规程等情况。并及时解决查出的问题。</w:t>
      </w:r>
      <w:r>
        <w:rPr>
          <w:lang w:eastAsia="zh-CN"/>
        </w:rPr>
        <w:br/>
      </w:r>
      <w:r>
        <w:rPr>
          <w:lang w:eastAsia="zh-CN"/>
        </w:rPr>
        <w:t>　　三、20__年设备管理主要工作如下：</w:t>
      </w:r>
      <w:r>
        <w:rPr>
          <w:lang w:eastAsia="zh-CN"/>
        </w:rPr>
        <w:br/>
      </w:r>
      <w:r>
        <w:rPr>
          <w:lang w:eastAsia="zh-CN"/>
        </w:rPr>
        <w:t>　　1、对公司设备、维修工具进行档案管理、操作规程、保养规程，档案、维修保养记录正确填写。</w:t>
      </w:r>
      <w:r>
        <w:rPr>
          <w:lang w:eastAsia="zh-CN"/>
        </w:rPr>
        <w:br/>
      </w:r>
      <w:r>
        <w:rPr>
          <w:lang w:eastAsia="zh-CN"/>
        </w:rPr>
        <w:t>　　2、编制公司的设备台帐，设备月购计划，设备统计、设备维修保养计划，设备维修申请等。</w:t>
      </w:r>
      <w:r>
        <w:rPr>
          <w:lang w:eastAsia="zh-CN"/>
        </w:rPr>
        <w:br/>
      </w:r>
      <w:r>
        <w:rPr>
          <w:lang w:eastAsia="zh-CN"/>
        </w:rPr>
        <w:t>　　3、配合公司设备部维修人员检查和维修设备。</w:t>
      </w:r>
      <w:r>
        <w:rPr>
          <w:lang w:eastAsia="zh-CN"/>
        </w:rPr>
        <w:br/>
      </w:r>
      <w:r>
        <w:rPr>
          <w:lang w:eastAsia="zh-CN"/>
        </w:rPr>
        <w:t>　　20__年我虽然取得了一些成绩，但在设备管理工作中仍然存在很多问题。但是我有决心，会在20__年新的一年里以更新的姿态、更加倍的努力工作，创造出更好的成绩。为_有限公司设备部设备管理工作作出更大的贡献。</w:t>
      </w:r>
      <w:r>
        <w:rPr>
          <w:lang w:eastAsia="zh-CN"/>
        </w:rPr>
        <w:br/>
      </w:r>
      <w:r>
        <w:rPr>
          <w:lang w:eastAsia="zh-CN"/>
        </w:rPr>
        <w:t xml:space="preserve">    设备维修工作总结 篇6 </w:t>
      </w:r>
      <w:r>
        <w:rPr>
          <w:lang w:eastAsia="zh-CN"/>
        </w:rPr>
        <w:br/>
      </w:r>
    </w:p>
    <w:p w:rsidR="001B1F19" w14:textId="27C3F48A">
      <w:pPr>
        <w:rPr>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时光飞逝而过，回顾一年的工作，紧张而又忙碌，一年来在物业公司领导的大力支持和关怀下，本人遵纪守法，认真学习，努力钻研，扎实工作，以勤勤恳恳，兢兢业业的态度对待本职维修工作，在维修部的岗位上发挥了应有的作用，主要有以下几方面：</w:t>
      </w:r>
      <w:r>
        <w:rPr>
          <w:lang w:eastAsia="zh-CN"/>
        </w:rPr>
        <w:br/>
      </w:r>
      <w:r>
        <w:rPr>
          <w:lang w:eastAsia="zh-CN"/>
        </w:rPr>
        <w:t>　　一、 做好维修部的管理工作、做好上级安排的任务和各部门的来电报修工作。</w:t>
      </w:r>
      <w:r>
        <w:rPr>
          <w:lang w:eastAsia="zh-CN"/>
        </w:rPr>
        <w:br/>
      </w:r>
      <w:r>
        <w:rPr>
          <w:lang w:eastAsia="zh-CN"/>
        </w:rPr>
        <w:t>　　本人以身作则，要求组员遵纪守法，遵纪公司的规章制度，做到不迟到，不早退，加强组员的责任心培训，认真做好设备的检查工作和运行记录工作。对上级安排的工作，合理安排，调动组员,迅速处理。对各部门的来电报修，认真听讲，记录来电的单位，报修内容以及故障的位置等，迅速调动组员迅速处理，对较大的故障或不能处理的问题认真向客户解释并上报处理。</w:t>
      </w:r>
      <w:r>
        <w:rPr>
          <w:lang w:eastAsia="zh-CN"/>
        </w:rPr>
        <w:br/>
      </w:r>
      <w:r>
        <w:rPr>
          <w:lang w:eastAsia="zh-CN"/>
        </w:rPr>
        <w:t>　　二、重视设备设施的安全运行和检查工作，以保障设备设施的安全运行。</w:t>
      </w:r>
      <w:r>
        <w:rPr>
          <w:lang w:eastAsia="zh-CN"/>
        </w:rPr>
        <w:br/>
      </w:r>
      <w:r>
        <w:rPr>
          <w:lang w:eastAsia="zh-CN"/>
        </w:rPr>
        <w:t>　　维修部一贯将设施设备的安全工作放在首位，每到节假日前一个月都会制定节假日设备设施安全检查、保养和维修工作会议，制定工作计划，落实计划内容、完成时间和责任人，以及检查时间，明确各项工作重点，事后进性检查，以确保小区、市场的设施设备安全运行，在日常工作时，强调维修工作时的安全操作和自己安全防范的意识，杜绝工伤事故的发生。</w:t>
      </w:r>
      <w:r>
        <w:rPr>
          <w:lang w:eastAsia="zh-CN"/>
        </w:rPr>
        <w:br/>
      </w:r>
      <w:r>
        <w:rPr>
          <w:lang w:eastAsia="zh-CN"/>
        </w:rPr>
        <w:t>　　三、真抓实干 抓好安全管理</w:t>
      </w:r>
      <w:r>
        <w:rPr>
          <w:lang w:eastAsia="zh-CN"/>
        </w:rPr>
        <w:br/>
      </w:r>
    </w:p>
    <w:p w:rsidR="001B1F19" w14:textId="27C3F48A">
      <w:pPr>
        <w:rPr>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操作安全：由于部门工作的`特殊性，维修组员工经常要接触用电器具，动电焊，用电等作业。为了确保操作者的人身安全，上班前会对组员时常进行安全教育，加强部门员工的安全操作意识。在动电、维修危险作业时，确保有人在场监护。全年维修人员无安全事故发生。对维修组员工进行了设备安全使用常识的培训，提高了全体员工安全的意识。</w:t>
      </w:r>
      <w:r>
        <w:rPr>
          <w:lang w:eastAsia="zh-CN"/>
        </w:rPr>
        <w:br/>
      </w:r>
      <w:r>
        <w:rPr>
          <w:lang w:eastAsia="zh-CN"/>
        </w:rPr>
        <w:t>　　设备设施安全：定期对各部设备专项安全检查，每月对大厦配电井，管道井设备进行安全检查；每月对配电房变压器、低压配电柜进行安全检修、除尘。每逢节假日前都要组织对酒店个部、办公室进行设施设备安全大检查。对重点运行设备进行一日一次的安全巡查，发现事故苗头，立刻处理。</w:t>
      </w:r>
      <w:r>
        <w:rPr>
          <w:lang w:eastAsia="zh-CN"/>
        </w:rPr>
        <w:br/>
      </w:r>
      <w:r>
        <w:rPr>
          <w:lang w:eastAsia="zh-CN"/>
        </w:rPr>
        <w:t>　　最后，自己作为电工主管，分管强电，弱电，小区、市场专业维修保养工作，深感责任大，担子重，物业公司领导给予自己充分信任，信任就是自己勤奋工作，不断提高管理水平的动力，自己必将认真高效，以身作则，配合各部门的工作，在新的一年戒骄戒躁，开创崭新的工作局面。</w:t>
      </w:r>
      <w:r>
        <w:rPr>
          <w:lang w:eastAsia="zh-CN"/>
        </w:rPr>
        <w:br/>
      </w:r>
      <w:r>
        <w:rPr>
          <w:lang w:eastAsia="zh-CN"/>
        </w:rPr>
        <w:t xml:space="preserve">    设备维修工作总结 篇7 </w:t>
      </w:r>
      <w:r>
        <w:rPr>
          <w:lang w:eastAsia="zh-CN"/>
        </w:rPr>
        <w:br/>
      </w:r>
      <w:r>
        <w:rPr>
          <w:lang w:eastAsia="zh-CN"/>
        </w:rPr>
        <w:t>　　20__年设备部的工作已经接近尾声，回顾即将过去的一年，设备部全面贯彻公司20__年ts16949的推广，提高管理、提高知识、提高专业能力”的方针，以制造部“提高生产、降低不良、节约成本”的年度目标为指导，认真落实工作部署中提出的设备管理的各项工作，努力实现“最大限度的满足生产需要，培养一只高效专业团队”的部门年度目标。</w:t>
      </w:r>
      <w:r>
        <w:rPr>
          <w:lang w:eastAsia="zh-CN"/>
        </w:rPr>
        <w:br/>
      </w:r>
    </w:p>
    <w:p w:rsidR="001B1F19" w14:textId="27C3F48A">
      <w:pPr>
        <w:rPr>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纵观设备部20__年全年的工作，在各级领导的支持和其他部门的协作下是较好地完成了公司交给的任务。今年新设备的增加，部门工作的重新分配，11个专项工程中又有多项涉及到的面较大，实际工作中遇到了许多困难，也存在一些问题，但设备管理部门全体员工通过认真的总结，仔细的分析，从已经出现的问题中吸取教训，在困难中锻炼能力，在反思中进行自我提高，大事讲原则，小事讲风格，最终圆满完成了全年工作。</w:t>
      </w:r>
      <w:r>
        <w:rPr>
          <w:lang w:eastAsia="zh-CN"/>
        </w:rPr>
        <w:br/>
      </w:r>
      <w:r>
        <w:rPr>
          <w:lang w:eastAsia="zh-CN"/>
        </w:rPr>
        <w:t>　　20__年设备部kaijo机台金线使用量降低了3%，每年降低成本合计约为人民币200万元。降低设备故障率和提高设备的运转，目前焊线零库存细则如下：</w:t>
      </w:r>
      <w:r>
        <w:rPr>
          <w:lang w:eastAsia="zh-CN"/>
        </w:rPr>
        <w:br/>
      </w:r>
      <w:r>
        <w:rPr>
          <w:lang w:eastAsia="zh-CN"/>
        </w:rPr>
        <w:t>　　一、节约成本：</w:t>
      </w:r>
      <w:r>
        <w:rPr>
          <w:lang w:eastAsia="zh-CN"/>
        </w:rPr>
        <w:br/>
      </w:r>
      <w:r>
        <w:rPr>
          <w:lang w:eastAsia="zh-CN"/>
        </w:rPr>
        <w:t>　　1、对已损坏价格昂贵的部品进行分解修理，使修理工作细致到元器件，缩小故障范围，使用最低的维修成本修复设备，避免直接更换新的部品</w:t>
      </w:r>
      <w:r>
        <w:rPr>
          <w:lang w:eastAsia="zh-CN"/>
        </w:rPr>
        <w:br/>
      </w:r>
      <w:r>
        <w:rPr>
          <w:lang w:eastAsia="zh-CN"/>
        </w:rPr>
        <w:t>　　2、减少设备外修次数，加大内部修理力度</w:t>
      </w:r>
      <w:r>
        <w:rPr>
          <w:lang w:eastAsia="zh-CN"/>
        </w:rPr>
        <w:br/>
      </w:r>
      <w:r>
        <w:rPr>
          <w:lang w:eastAsia="zh-CN"/>
        </w:rPr>
        <w:t>　　二、降低不良：</w:t>
      </w:r>
      <w:r>
        <w:rPr>
          <w:lang w:eastAsia="zh-CN"/>
        </w:rPr>
        <w:br/>
      </w:r>
      <w:r>
        <w:rPr>
          <w:lang w:eastAsia="zh-CN"/>
        </w:rPr>
        <w:t>　　1、对生产中发生品质异常的管控，及时分析，找出解决方案，从而避免同样错误再次发生</w:t>
      </w:r>
      <w:r>
        <w:rPr>
          <w:lang w:eastAsia="zh-CN"/>
        </w:rPr>
        <w:br/>
      </w:r>
      <w:r>
        <w:rPr>
          <w:lang w:eastAsia="zh-CN"/>
        </w:rPr>
        <w:t>　　2、对设备内部参数的认证</w:t>
      </w:r>
      <w:r>
        <w:rPr>
          <w:lang w:eastAsia="zh-CN"/>
        </w:rPr>
        <w:br/>
      </w:r>
      <w:r>
        <w:rPr>
          <w:lang w:eastAsia="zh-CN"/>
        </w:rPr>
        <w:t>　　3、进行保养管控，组织对高故障设备大修，减少因设备故障而造成生产不良</w:t>
      </w:r>
      <w:r>
        <w:rPr>
          <w:lang w:eastAsia="zh-CN"/>
        </w:rPr>
        <w:br/>
      </w:r>
      <w:r>
        <w:rPr>
          <w:lang w:eastAsia="zh-CN"/>
        </w:rPr>
        <w:t>　　三、提高生产：</w:t>
      </w:r>
      <w:r>
        <w:rPr>
          <w:lang w:eastAsia="zh-CN"/>
        </w:rPr>
        <w:br/>
      </w:r>
      <w:r>
        <w:rPr>
          <w:lang w:eastAsia="zh-CN"/>
        </w:rPr>
        <w:t>　　1、及时巡线，发现问题及时处理</w:t>
      </w:r>
      <w:r>
        <w:rPr>
          <w:lang w:eastAsia="zh-CN"/>
        </w:rPr>
        <w:br/>
      </w:r>
    </w:p>
    <w:p w:rsidR="001B1F19" w14:textId="27C3F48A">
      <w:pPr>
        <w:rPr>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2、制定设备保养计划，并安排落实设备保养工作，通过变更保养频次保证设备使用性能，减少机台故障和停机时间，保证机台正常生产运行</w:t>
      </w:r>
      <w:r>
        <w:rPr>
          <w:lang w:eastAsia="zh-CN"/>
        </w:rPr>
        <w:br/>
      </w:r>
      <w:r>
        <w:rPr>
          <w:lang w:eastAsia="zh-CN"/>
        </w:rPr>
        <w:t>　　四、员工流动：</w:t>
      </w:r>
      <w:r>
        <w:rPr>
          <w:lang w:eastAsia="zh-CN"/>
        </w:rPr>
        <w:br/>
      </w:r>
      <w:r>
        <w:rPr>
          <w:lang w:eastAsia="zh-CN"/>
        </w:rPr>
        <w:t>　　本年度设备部焊线共7人，其中焊线白.夜班技术带班2人（ ），保养维修人员3人（  ），新提升人员2人（ ），人员稳定，圆满完成公司给设备部20__的设定目标。</w:t>
      </w:r>
      <w:r>
        <w:rPr>
          <w:lang w:eastAsia="zh-CN"/>
        </w:rPr>
        <w:br/>
      </w:r>
      <w:r>
        <w:rPr>
          <w:lang w:eastAsia="zh-CN"/>
        </w:rPr>
        <w:t>　　五、队伍建设</w:t>
      </w:r>
      <w:r>
        <w:rPr>
          <w:lang w:eastAsia="zh-CN"/>
        </w:rPr>
        <w:br/>
      </w:r>
      <w:r>
        <w:rPr>
          <w:lang w:eastAsia="zh-CN"/>
        </w:rPr>
        <w:t>　　1、我们通过工作中遇到的实际情况，不断的对员工进行教育，并制定了相应的对策和处理办法，对新进员工进行系统的培训，专人授课，同时到工作岗位进行实际操作演练，让每位员工都认识到提高技术素质的重要性。同时加强员工的集体荣誉感培养，提高相互协作能力，使组织更加团结，更富有战斗力。</w:t>
      </w:r>
      <w:r>
        <w:rPr>
          <w:lang w:eastAsia="zh-CN"/>
        </w:rPr>
        <w:br/>
      </w:r>
      <w:r>
        <w:rPr>
          <w:lang w:eastAsia="zh-CN"/>
        </w:rPr>
        <w:t>　　2、日常负责对焊线机台进行维护保养，定人定时对设备的使用状况进行确认，保证其它设备日常生产需要的正常运行；并负责对特殊产品（加工机械零部件，样品及尺寸的确认工作），在设备组织大修的时候也主动灵活的作为维修主力参加设备抢修。</w:t>
      </w:r>
      <w:r>
        <w:rPr>
          <w:lang w:eastAsia="zh-CN"/>
        </w:rPr>
        <w:br/>
      </w:r>
      <w:r>
        <w:rPr>
          <w:lang w:eastAsia="zh-CN"/>
        </w:rPr>
        <w:t xml:space="preserve">    设备维修工作总结 篇8 </w:t>
      </w:r>
      <w:r>
        <w:rPr>
          <w:lang w:eastAsia="zh-CN"/>
        </w:rPr>
        <w:br/>
      </w:r>
    </w:p>
    <w:p w:rsidR="001B1F19" w14:textId="27C3F48A">
      <w:pPr>
        <w:rPr>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为加强电化教学管理，提高电教设备应用水平，根据工作安排，电教信息中心于9月中下旬，开展了中小学信息技术教学听课、调研和电教设备普查维修、专室培训工作。这次活动，共调研学校40余所，听电教课24节，发放调查问卷45余份，维修电教设备150余台。现将有关情况总结如下：</w:t>
      </w:r>
      <w:r>
        <w:rPr>
          <w:lang w:eastAsia="zh-CN"/>
        </w:rPr>
        <w:br/>
      </w:r>
      <w:r>
        <w:rPr>
          <w:lang w:eastAsia="zh-CN"/>
        </w:rPr>
        <w:t>　　一、领导重视，制度健全。</w:t>
      </w:r>
      <w:r>
        <w:rPr>
          <w:lang w:eastAsia="zh-CN"/>
        </w:rPr>
        <w:br/>
      </w:r>
      <w:r>
        <w:rPr>
          <w:lang w:eastAsia="zh-CN"/>
        </w:rPr>
        <w:t>　　多数学区、国办学校能够认识电教工作的重要性，学校结合教学实际制定了电教工作计划、校级信息技术培训方案、各专室管理制度等。在这次活动中，大部分校长都能积极准备，并随同调研或听课，对存在的问题进行现场办公，落实到人，绑定责任，收到了较好的效果。</w:t>
      </w:r>
      <w:r>
        <w:rPr>
          <w:lang w:eastAsia="zh-CN"/>
        </w:rPr>
        <w:br/>
      </w:r>
      <w:r>
        <w:rPr>
          <w:lang w:eastAsia="zh-CN"/>
        </w:rPr>
        <w:t>　　随同调研电教设备的校长有：南东坊学区李学、香菜营学区张顺平、香菜营中学庞雪平、称勾学区冯艳军、倪辛庄中学韩玉彬、柏合学区李时涛、柳园中学陈庆荣、杜村学区左进、称勾中学申五瑞、第二小学郭爱云等；随同听课的副校长有：王双印、张海忠、张金锋、李耀彬、何景彦、王利光、梁书丽、刘江等。</w:t>
      </w:r>
      <w:r>
        <w:rPr>
          <w:lang w:eastAsia="zh-CN"/>
        </w:rPr>
        <w:br/>
      </w:r>
      <w:r>
        <w:rPr>
          <w:lang w:eastAsia="zh-CN"/>
        </w:rPr>
        <w:t>　　二、设备管理到位，使用规范。</w:t>
      </w:r>
      <w:r>
        <w:rPr>
          <w:lang w:eastAsia="zh-CN"/>
        </w:rPr>
        <w:br/>
      </w:r>
      <w:r>
        <w:rPr>
          <w:lang w:eastAsia="zh-CN"/>
        </w:rPr>
        <w:t>　　大部分单位电教设备都能在指定专室使用，登记造册，纳入固定资产序列，指定专人负责管理。专用教室设备保护较好，使用率高，使用记录详实，限度地发挥了电教设备的作用。对电教设备进行编号排序，逐机登记建立“身份证”。多数单位电教教学资源能在原有基础上不断充实，利用率大有提高。专室管理人员的业务素质在工作中大有提升。</w:t>
      </w:r>
      <w:r>
        <w:rPr>
          <w:lang w:eastAsia="zh-CN"/>
        </w:rPr>
        <w:br/>
      </w:r>
    </w:p>
    <w:p w:rsidR="001B1F19" w14:textId="27C3F48A">
      <w:pPr>
        <w:rPr>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设备管理工作较好单位有：张村学区、南东坊学区、章里集学区、称勾学区、香菜营中学、柳园中学、兴凯学校等。设备完好率、使用率较高的学校有：第四中学、第四小学、砖营中学、西羊羔中学校等。设备完好率、使用率较高的学校有：第四中学、第四小学、砖营中学、西羊羔中学、有阁刘中学等。</w:t>
      </w:r>
      <w:r>
        <w:rPr>
          <w:lang w:eastAsia="zh-CN"/>
        </w:rPr>
        <w:br/>
      </w:r>
      <w:r>
        <w:rPr>
          <w:lang w:eastAsia="zh-CN"/>
        </w:rPr>
        <w:t>　　三、信息技术教学秩序良好，氛围浓厚。</w:t>
      </w:r>
      <w:r>
        <w:rPr>
          <w:lang w:eastAsia="zh-CN"/>
        </w:rPr>
        <w:br/>
      </w:r>
      <w:r>
        <w:rPr>
          <w:lang w:eastAsia="zh-CN"/>
        </w:rPr>
        <w:t>　　绝大部分学校能够按照信息技术教学大纲要求，在三年级以上开设信息技术课。信息技术教师能够做到课程有安排，上课有教案，课后有练习。计算机教室有上机登记册并记录详实，与教学进度相符。课上学生们争先恐后的回答问题，小组合作，一帮一、优带差等教学手段营造了良好的学习气氛。</w:t>
      </w:r>
      <w:r>
        <w:rPr>
          <w:lang w:eastAsia="zh-CN"/>
        </w:rPr>
        <w:br/>
      </w:r>
      <w:r>
        <w:rPr>
          <w:lang w:eastAsia="zh-CN"/>
        </w:rPr>
        <w:t>　　信息技术课程开设较好的单位有：南东坊学区、章里集学区、西羊羔学区、张村学区、柏合学区、兴凯学校、第一小学、第四小学等。责任心强、业务能力好、上课效果好的教师有：南东坊学区育才学校张海山、香菜营学区回漳学校李越、孙陶学区韩村中学孟庆科、张村学区中学张春明、西羊羔学区西羊羔中学牛利彬、第一小学张艳丽、第二小学王改改等。</w:t>
      </w:r>
      <w:r>
        <w:rPr>
          <w:lang w:eastAsia="zh-CN"/>
        </w:rPr>
        <w:br/>
      </w:r>
      <w:r>
        <w:rPr>
          <w:lang w:eastAsia="zh-CN"/>
        </w:rPr>
        <w:t>　　四、存在问题和现象</w:t>
      </w:r>
      <w:r>
        <w:rPr>
          <w:lang w:eastAsia="zh-CN"/>
        </w:rPr>
        <w:br/>
      </w:r>
      <w:r>
        <w:rPr>
          <w:lang w:eastAsia="zh-CN"/>
        </w:rPr>
        <w:t>　　1、个别单位领导对电教工作认识不高，没有相应管理制度和措施。主要表现有：无工作计划，无专用教室制度，档案不齐全，记录不详实。对电教知识培训、电教设备运用重视不够、措施无力。有的领导或多或少存在着不会用、不敢用、不让用、怕用坏、怕费电的现象。</w:t>
      </w:r>
      <w:r>
        <w:rPr>
          <w:lang w:eastAsia="zh-CN"/>
        </w:rPr>
        <w:br/>
      </w:r>
    </w:p>
    <w:p w:rsidR="001B1F19" w14:textId="27C3F48A">
      <w:pPr>
        <w:rPr>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2、个别学校设备管理不到位。如设备不在专室使用，有挪用、借用现象，专室卫生较差，甚至有的单位房顶漏雨，设备被“洗澡”现象。</w:t>
      </w:r>
      <w:r>
        <w:rPr>
          <w:lang w:eastAsia="zh-CN"/>
        </w:rPr>
        <w:br/>
      </w:r>
      <w:r>
        <w:rPr>
          <w:lang w:eastAsia="zh-CN"/>
        </w:rPr>
        <w:t>　　3、个别学校在电教设备维修维护中，存在“等、靠”思想，损坏设备得不到及时维修，不能正常为教学提供服务。</w:t>
      </w:r>
      <w:r>
        <w:rPr>
          <w:lang w:eastAsia="zh-CN"/>
        </w:rPr>
        <w:br/>
      </w:r>
      <w:r>
        <w:rPr>
          <w:lang w:eastAsia="zh-CN"/>
        </w:rPr>
        <w:t xml:space="preserve">    设备维修工作总结 篇9 </w:t>
      </w:r>
      <w:r>
        <w:rPr>
          <w:lang w:eastAsia="zh-CN"/>
        </w:rPr>
        <w:br/>
      </w:r>
      <w:r>
        <w:rPr>
          <w:lang w:eastAsia="zh-CN"/>
        </w:rPr>
        <w:t>　　为加强电化教学管理，提高电教设备应用水平，根据工作安排，电教信息中心于_月中下旬，开展了中小学信息技术教学听课、调研和电教设备普查维修、专室培训工作。这次活动，共调研学校_余所，听电教课_节，发放调查问卷_余份，维修电教设备_余台（套）。现将有关情况总结如下：</w:t>
      </w:r>
      <w:r>
        <w:rPr>
          <w:lang w:eastAsia="zh-CN"/>
        </w:rPr>
        <w:br/>
      </w:r>
      <w:r>
        <w:rPr>
          <w:lang w:eastAsia="zh-CN"/>
        </w:rPr>
        <w:t>　　一、领导重视，制度健全</w:t>
      </w:r>
      <w:r>
        <w:rPr>
          <w:lang w:eastAsia="zh-CN"/>
        </w:rPr>
        <w:br/>
      </w:r>
      <w:r>
        <w:rPr>
          <w:lang w:eastAsia="zh-CN"/>
        </w:rPr>
        <w:t>　　多数学区、国办学校能够认识电教工作的重要性，学校结合教学实际制定了电教工作计划、校级信息技术培训方案、各专室管理制度等。在这次活动中，大部分校长都能积极准备，并随同调研或听课，对存在的.问题进行现场办公，落实到人，绑定责任，收到了较好的效果。</w:t>
      </w:r>
      <w:r>
        <w:rPr>
          <w:lang w:eastAsia="zh-CN"/>
        </w:rPr>
        <w:br/>
      </w:r>
      <w:r>
        <w:rPr>
          <w:lang w:eastAsia="zh-CN"/>
        </w:rPr>
        <w:t>　　二、设备管理到位，使用规范</w:t>
      </w:r>
      <w:r>
        <w:rPr>
          <w:lang w:eastAsia="zh-CN"/>
        </w:rPr>
        <w:br/>
      </w:r>
      <w:r>
        <w:rPr>
          <w:lang w:eastAsia="zh-CN"/>
        </w:rPr>
        <w:t>　　大部分单位电教设备都能在指定专室使用，登记造册，纳入固定资产序列，指定专人负责管理。专用教室设备保护较好，使用率高，使用记录详实，最大限度地发挥了电教设备的作用。对电教设备进行编号排序，逐机登记建立“身份证”。多数单位电教教学资源能在原有基础上不断充实，利用率大有提高。专室管理人员的业务素质在工作中大有提升。</w:t>
      </w:r>
      <w:r>
        <w:rPr>
          <w:lang w:eastAsia="zh-CN"/>
        </w:rPr>
        <w:br/>
      </w:r>
    </w:p>
    <w:p w:rsidR="001B1F19" w14:textId="27C3F48A">
      <w:pPr>
        <w:rPr>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三、信息技术教学秩序良好，氛围浓厚</w:t>
      </w:r>
      <w:r>
        <w:rPr>
          <w:lang w:eastAsia="zh-CN"/>
        </w:rPr>
        <w:br/>
      </w:r>
      <w:r>
        <w:rPr>
          <w:lang w:eastAsia="zh-CN"/>
        </w:rPr>
        <w:t>　　绝大部分学校能够按照信息技术教学大纲要求，在三年级以上开设信息技术课。信息技术教师能够做到课程有安排，上课有教案，课后有练习。计算机教室有上机登记册并记录详实，与教学进度相符。课上学生们争先恐后的回答问题，小组合作、一帮一、优带差等教学手段营造了良好的学习气氛。</w:t>
      </w:r>
      <w:r>
        <w:rPr>
          <w:lang w:eastAsia="zh-CN"/>
        </w:rPr>
        <w:br/>
      </w:r>
      <w:r>
        <w:rPr>
          <w:lang w:eastAsia="zh-CN"/>
        </w:rPr>
        <w:t>　　四、存在问题和现象</w:t>
      </w:r>
      <w:r>
        <w:rPr>
          <w:lang w:eastAsia="zh-CN"/>
        </w:rPr>
        <w:br/>
      </w:r>
      <w:r>
        <w:rPr>
          <w:lang w:eastAsia="zh-CN"/>
        </w:rPr>
        <w:t>　　1、个别单位领导对电教工作认识不高，没有相应管理制度和措施。主要表现有：无工作计划，无专用教室制度，档案不齐全，记录不详实。对电教知识培训、电教设备运用重视不够、措施无力。有的领导或多或少存在着不会用、不敢用、不让用、怕用坏、怕费电的现象。</w:t>
      </w:r>
      <w:r>
        <w:rPr>
          <w:lang w:eastAsia="zh-CN"/>
        </w:rPr>
        <w:br/>
      </w:r>
      <w:r>
        <w:rPr>
          <w:lang w:eastAsia="zh-CN"/>
        </w:rPr>
        <w:t>　　2、个别学校设备管理不到位。如设备不在专室使用，有挪用、借用现象，专室卫生较差，甚至有的单位房顶漏雨，设备被“洗澡”现象。</w:t>
      </w:r>
      <w:r>
        <w:rPr>
          <w:lang w:eastAsia="zh-CN"/>
        </w:rPr>
        <w:br/>
      </w:r>
      <w:r>
        <w:rPr>
          <w:lang w:eastAsia="zh-CN"/>
        </w:rPr>
        <w:t>　　3、个别学校在电教设备维修维护中，存在“等、靠”思想，损坏设备得不到及时维修，不能正常为教学提供服务。</w:t>
      </w:r>
      <w:r>
        <w:rPr>
          <w:lang w:eastAsia="zh-CN"/>
        </w:rPr>
        <w:br/>
      </w:r>
      <w:r>
        <w:rPr>
          <w:lang w:eastAsia="zh-CN"/>
        </w:rPr>
        <w:t xml:space="preserve">    设备维修工作总结 篇10 </w:t>
      </w:r>
      <w:r>
        <w:rPr>
          <w:lang w:eastAsia="zh-CN"/>
        </w:rPr>
        <w:br/>
      </w:r>
    </w:p>
    <w:p w:rsidR="001B1F19" w14:textId="27C3F48A">
      <w:pPr>
        <w:rPr>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熟悉大厦整体环境，掌握所属项目内所有设施设备，消防设备，消防开关和阀门。消防控制室。风机出风口。电路走向，所有电源开关控制情况，包括：总电源来路，总配电柜，备用电柜。电梯电源来路。暖气房，暖气开关阀门。自来水阀门。各项目开关分布情况，各种设备及配电柜使用方法，每个两个小时巡逻一次。如遇到紧急情况维修员工怎么处理。</w:t>
      </w:r>
      <w:r>
        <w:rPr>
          <w:lang w:eastAsia="zh-CN"/>
        </w:rPr>
        <w:br/>
      </w:r>
      <w:r>
        <w:rPr>
          <w:lang w:eastAsia="zh-CN"/>
        </w:rPr>
        <w:t>　　周乐民工作心得</w:t>
      </w:r>
      <w:r>
        <w:rPr>
          <w:lang w:eastAsia="zh-CN"/>
        </w:rPr>
        <w:br/>
      </w:r>
      <w:r>
        <w:rPr>
          <w:lang w:eastAsia="zh-CN"/>
        </w:rPr>
        <w:t>　　时光荏苒，日月如梭。20__年很快过去了。得益于领导的栽培及信任，同时在同事们的帮助下，对于这一年的工作，对于自身的思想觉悟和技术水平，都有了一个很大的提高。一年来，在部门领导和同事们的关心帮助下，努力做到爱岗敬业，恪尽职守，以务实的工作作风，坚定的思想信念和饱满的工作热情，较好的完成了自己的本职工作以及领导交办的'任务。</w:t>
      </w:r>
      <w:r>
        <w:rPr>
          <w:lang w:eastAsia="zh-CN"/>
        </w:rPr>
        <w:br/>
      </w:r>
    </w:p>
    <w:p w:rsidR="001B1F19" w14:textId="27C3F48A">
      <w:pPr>
        <w:rPr>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做为一名机修工，积极肯干，不怕苦累是远远不够的。随着设备电气自动一体化的提高和升级，日新月异的变化让我们的工作充满了挑战，所以学习成为了我们工作中的重中之重。只有努力做到在工作中学习，在学习中工作，精益求精，不断的探索，才能使自己更加胜任本职工作。在很多时候，碰到了技术方面的难题要做到虚心请教，不耻下问。三人同行必有我师，往往在困扰的时候，一个指点或提示顿时让我们茅塞顿开，故障也就迎刃而解了。这一年来，无论在思想认识上还是工作能力上都有了较大的进步，但差距和不足还是存在的。比如工作总体思想不清晰，还处于事情来一桩处理一桩的简单应付完成状态，对自己的工作还不够钻，脑子动得不多，没有想在前，做在先。工作热情和主动性还不够，有些事情领导交代过后，没有积极主动地去投入太多的精力，办事存在惰性，直到领导催了才开始动手，造成了工作上的被动。还有考虑问题不够全面，有时候不注意工作方法，在一些工作细节上不够细心，这些都有待在今后的工作中加以克服，对此我充满信心，相信自己以后一定会做得更好。</w:t>
      </w:r>
      <w:r>
        <w:rPr>
          <w:lang w:eastAsia="zh-CN"/>
        </w:rPr>
        <w:br/>
      </w:r>
      <w:r>
        <w:rPr>
          <w:lang w:eastAsia="zh-CN"/>
        </w:rPr>
        <w:t>　　在新的一年里，我会加强设备管理方面知识的学习提高，创新工作方法，提高工作效益。始终保持良好工作心态，维护好龙利得人的光辉形象，严格要求自己，让自己的工作更上一个新台阶。新年新气象，面对新的任务，新的压力，我也应该以新的面貌，更积极主动的态度去迎接新的挑战，在岗位上发挥更大的作用，争取在龙腾虎跃的兔年，以龙利得特有的龙马精神，积极务实的行动去取得更大的进步。</w:t>
      </w:r>
      <w:r>
        <w:rPr>
          <w:lang w:eastAsia="zh-CN"/>
        </w:rPr>
        <w:br/>
      </w:r>
      <w:r>
        <w:rPr>
          <w:lang w:eastAsia="zh-CN"/>
        </w:rPr>
        <w:t xml:space="preserve">    设备维修工作总结 篇11 </w:t>
      </w:r>
      <w:r>
        <w:rPr>
          <w:lang w:eastAsia="zh-CN"/>
        </w:rPr>
        <w:br/>
      </w:r>
      <w:r>
        <w:rPr>
          <w:lang w:eastAsia="zh-CN"/>
        </w:rPr>
        <w:t>　　一、日常工作完成情况</w:t>
      </w:r>
      <w:r>
        <w:rPr>
          <w:lang w:eastAsia="zh-CN"/>
        </w:rPr>
        <w:br/>
      </w:r>
      <w:r>
        <w:rPr>
          <w:lang w:eastAsia="zh-CN"/>
        </w:rPr>
        <w:t>　　1、20__年度共完成约项零维修工作，其中有公共区域，业主维修，商户维修等。得到业主商户的好评和认可。</w:t>
      </w:r>
      <w:r>
        <w:rPr>
          <w:lang w:eastAsia="zh-CN"/>
        </w:rPr>
        <w:br/>
      </w:r>
      <w:r>
        <w:rPr>
          <w:lang w:eastAsia="zh-CN"/>
        </w:rPr>
        <w:t>　　2、加强现场管理，对小区装修单元施工按管理处规章制度进行监督，使之不影响小区外貌和安全管理，对商铺的中央空调和消防管道改造要求按工艺规范施工，保证中央空调系统和消防系统的正常运行。</w:t>
      </w:r>
      <w:r>
        <w:rPr>
          <w:lang w:eastAsia="zh-CN"/>
        </w:rPr>
        <w:br/>
      </w:r>
      <w:r>
        <w:rPr>
          <w:lang w:eastAsia="zh-CN"/>
        </w:rPr>
        <w:t>　　3、月份重新修订了岗责和工作流程，在此基础上改进了工作记录和设备运行记录，把岗责落实到实处</w:t>
      </w:r>
      <w:r>
        <w:rPr>
          <w:lang w:eastAsia="zh-CN"/>
        </w:rPr>
        <w:br/>
      </w:r>
      <w:r>
        <w:rPr>
          <w:lang w:eastAsia="zh-CN"/>
        </w:rPr>
        <w:t>　　4、每月抄写计算水电表，配合财务做好每月水电计费和管理费的收取工作</w:t>
      </w:r>
      <w:r>
        <w:rPr>
          <w:lang w:eastAsia="zh-CN"/>
        </w:rPr>
        <w:br/>
      </w:r>
    </w:p>
    <w:p w:rsidR="001B1F19" w14:textId="27C3F48A">
      <w:pPr>
        <w:rPr>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5、__栋走火梯改造。原环形灯加电子镇流器成本约元一套，改造后节能灯成本约元一支，改造数量约支。</w:t>
      </w:r>
      <w:r>
        <w:rPr>
          <w:lang w:eastAsia="zh-CN"/>
        </w:rPr>
        <w:br/>
      </w:r>
      <w:r>
        <w:rPr>
          <w:lang w:eastAsia="zh-CN"/>
        </w:rPr>
        <w:t>　　6、__栋走廊灯改造。原36W一体化排管灯成本约元一支，改造后节能灯成本约元一支，改造数量支。</w:t>
      </w:r>
      <w:r>
        <w:rPr>
          <w:lang w:eastAsia="zh-CN"/>
        </w:rPr>
        <w:br/>
      </w:r>
      <w:r>
        <w:rPr>
          <w:lang w:eastAsia="zh-CN"/>
        </w:rPr>
        <w:t>　　7、协助商铺用电增容线路改造。</w:t>
      </w:r>
      <w:r>
        <w:rPr>
          <w:lang w:eastAsia="zh-CN"/>
        </w:rPr>
        <w:br/>
      </w:r>
      <w:r>
        <w:rPr>
          <w:lang w:eastAsia="zh-CN"/>
        </w:rPr>
        <w:t>　　8、水泵噪音的处理。生活水泵房在使用过程出现震动和噪音导致A栋多户业主曾多次投诉水泵噪音严重影响他们的生活质量，后经环保局，施工单位的改造已解决此难题。</w:t>
      </w:r>
      <w:r>
        <w:rPr>
          <w:lang w:eastAsia="zh-CN"/>
        </w:rPr>
        <w:br/>
      </w:r>
      <w:r>
        <w:rPr>
          <w:lang w:eastAsia="zh-CN"/>
        </w:rPr>
        <w:t>　　9、地下车库出入口对调工程及露天停车场安装岗亭和道闸。减速带。</w:t>
      </w:r>
      <w:r>
        <w:rPr>
          <w:lang w:eastAsia="zh-CN"/>
        </w:rPr>
        <w:br/>
      </w:r>
      <w:r>
        <w:rPr>
          <w:lang w:eastAsia="zh-CN"/>
        </w:rPr>
        <w:t>　　10、在雷暴雨期间及时对小区明沟管道垃圾疏通工作以及做好排洪防汛工作</w:t>
      </w:r>
      <w:r>
        <w:rPr>
          <w:lang w:eastAsia="zh-CN"/>
        </w:rPr>
        <w:br/>
      </w:r>
      <w:r>
        <w:rPr>
          <w:lang w:eastAsia="zh-CN"/>
        </w:rPr>
        <w:t>　　11、跟进小区遗留工程维修。(修补墙壁裂缝、补漏、维修门窗等)</w:t>
      </w:r>
      <w:r>
        <w:rPr>
          <w:lang w:eastAsia="zh-CN"/>
        </w:rPr>
        <w:br/>
      </w:r>
      <w:r>
        <w:rPr>
          <w:lang w:eastAsia="zh-CN"/>
        </w:rPr>
        <w:t>　　二、施工改造</w:t>
      </w:r>
      <w:r>
        <w:rPr>
          <w:lang w:eastAsia="zh-CN"/>
        </w:rPr>
        <w:br/>
      </w:r>
      <w:r>
        <w:rPr>
          <w:lang w:eastAsia="zh-CN"/>
        </w:rPr>
        <w:t>　　按照公司布署，经集团公司同意，工程部较好的完成了公司下达的各项施工任务，为公司节约成本。</w:t>
      </w:r>
      <w:r>
        <w:rPr>
          <w:lang w:eastAsia="zh-CN"/>
        </w:rPr>
        <w:br/>
      </w:r>
      <w:r>
        <w:rPr>
          <w:lang w:eastAsia="zh-CN"/>
        </w:rPr>
        <w:t>　　1、一楼安管部、工程部办公室装修。</w:t>
      </w:r>
      <w:r>
        <w:rPr>
          <w:lang w:eastAsia="zh-CN"/>
        </w:rPr>
        <w:br/>
      </w:r>
      <w:r>
        <w:rPr>
          <w:lang w:eastAsia="zh-CN"/>
        </w:rPr>
        <w:t>　　2、地下车库入口处路面倒水泥。</w:t>
      </w:r>
      <w:r>
        <w:rPr>
          <w:lang w:eastAsia="zh-CN"/>
        </w:rPr>
        <w:br/>
      </w:r>
      <w:r>
        <w:rPr>
          <w:lang w:eastAsia="zh-CN"/>
        </w:rPr>
        <w:t>　　3、观光电梯大堂门口铺设无障碍通道。</w:t>
      </w:r>
      <w:r>
        <w:rPr>
          <w:lang w:eastAsia="zh-CN"/>
        </w:rPr>
        <w:br/>
      </w:r>
      <w:r>
        <w:rPr>
          <w:lang w:eastAsia="zh-CN"/>
        </w:rPr>
        <w:t>　　4、一楼商铺前面绿化带改为铺设环保砖。</w:t>
      </w:r>
      <w:r>
        <w:rPr>
          <w:lang w:eastAsia="zh-CN"/>
        </w:rPr>
        <w:br/>
      </w:r>
      <w:r>
        <w:rPr>
          <w:lang w:eastAsia="zh-CN"/>
        </w:rPr>
        <w:t>　　5、草坪改为铺设石子路。</w:t>
      </w:r>
      <w:r>
        <w:rPr>
          <w:lang w:eastAsia="zh-CN"/>
        </w:rPr>
        <w:br/>
      </w:r>
    </w:p>
    <w:p w:rsidR="001B1F19" w14:textId="27C3F48A">
      <w:pPr>
        <w:rPr>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三、设备设施的维修保养</w:t>
      </w:r>
      <w:r>
        <w:rPr>
          <w:lang w:eastAsia="zh-CN"/>
        </w:rPr>
        <w:br/>
      </w:r>
      <w:r>
        <w:rPr>
          <w:lang w:eastAsia="zh-CN"/>
        </w:rPr>
        <w:t>　　目前小区设备保养情况总体还是比较到位的，所有的设备按照设备保养说明书进行保养，每日巡查，目前都处于良好的工作状态。</w:t>
      </w:r>
      <w:r>
        <w:rPr>
          <w:lang w:eastAsia="zh-CN"/>
        </w:rPr>
        <w:br/>
      </w:r>
      <w:r>
        <w:rPr>
          <w:lang w:eastAsia="zh-CN"/>
        </w:rPr>
        <w:t>　　1、严格按照配电系统运行保养的规范要求，参照年度工作计划，完成大夏核心配电室设备的运行、检修和清扫工作。同时对各楼层配电管井内母线插接箱定期进行保养</w:t>
      </w:r>
      <w:r>
        <w:rPr>
          <w:lang w:eastAsia="zh-CN"/>
        </w:rPr>
        <w:br/>
      </w:r>
      <w:r>
        <w:rPr>
          <w:lang w:eastAsia="zh-CN"/>
        </w:rPr>
        <w:t>　　2、电梯检查方法的更新。针对电梯事故的多发，而工程部检查工作时又未发现的现象进行分析和总结，对原有的检查方式进行改进和完善。在原来只对机房、电梯主机进行检查的基础上，加强了检查中乘坐舒适度、稳定性及噪声情况的检查，到轿顶运行观察、底坑的查看。督促维保单位提高维修保养水平消除故障隐患。加强电梯维护保养跟进监督工作，使__台电梯顺利通过质量技术监督局一年一次的电梯年检，并取得电梯安全使用证。</w:t>
      </w:r>
      <w:r>
        <w:rPr>
          <w:lang w:eastAsia="zh-CN"/>
        </w:rPr>
        <w:br/>
      </w:r>
      <w:r>
        <w:rPr>
          <w:lang w:eastAsia="zh-CN"/>
        </w:rPr>
        <w:t>　　3、严格按照消防管理规定抓好楼宇消防设施的日常管理，对消防设备进行了全面检修和防锈加油工作。规范消防设施设备的维修保养。为使应急灯、疏散指示灯系统的运行良好，确保火灾发生后每一个疏散指示灯、安全指示灯、楼道应急照明灯亮以引导业主(用户)有序地进行应急疏散，减少人员伤亡制定《应急灯、疏散指示灯系统保养规定》并配发相应的记录表格，对应急灯、疏散指示灯系统保养进行规范。及时发现有问题的灯具进行修复，进一步提高消防设施设备运行可靠性。</w:t>
      </w:r>
      <w:r>
        <w:rPr>
          <w:lang w:eastAsia="zh-CN"/>
        </w:rPr>
        <w:br/>
      </w:r>
    </w:p>
    <w:p w:rsidR="001B1F19" w14:textId="27C3F48A">
      <w:pPr>
        <w:rPr>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4、中央空调设备的维修保养，对天面冷却塔和冷冻水管道每月进行清洗。每月对一~三商铺台盘管风机普查并对其中台存在不同问题的盘管风管进行了维修，月份机房和天面冷却水管进行除锈和油漆，提高了设备安全运转性能，保证夏季制冷的正常供应。</w:t>
      </w:r>
      <w:r>
        <w:rPr>
          <w:lang w:eastAsia="zh-CN"/>
        </w:rPr>
        <w:br/>
      </w:r>
      <w:r>
        <w:rPr>
          <w:lang w:eastAsia="zh-CN"/>
        </w:rPr>
        <w:t>　　5、发电机每月进行一次保养，保养时例行开机运行15分钟，确保停电时能快速进行发电。</w:t>
      </w:r>
      <w:r>
        <w:rPr>
          <w:lang w:eastAsia="zh-CN"/>
        </w:rPr>
        <w:br/>
      </w:r>
      <w:r>
        <w:rPr>
          <w:lang w:eastAsia="zh-CN"/>
        </w:rPr>
        <w:t>　　6、生活水泵房每日巡查次，保证设备的安全运行，为业主创造一个良好的居住环境。</w:t>
      </w:r>
      <w:r>
        <w:rPr>
          <w:lang w:eastAsia="zh-CN"/>
        </w:rPr>
        <w:br/>
      </w:r>
      <w:r>
        <w:rPr>
          <w:lang w:eastAsia="zh-CN"/>
        </w:rPr>
        <w:t>　　7、弱电设备保养工作，对楼内弱电管井进行了全面清洁、整理工作，配合电信、移动、联通等公司进行设备的安装维修和保养工作。</w:t>
      </w:r>
      <w:r>
        <w:rPr>
          <w:lang w:eastAsia="zh-CN"/>
        </w:rPr>
        <w:br/>
      </w:r>
      <w:r>
        <w:rPr>
          <w:lang w:eastAsia="zh-CN"/>
        </w:rPr>
        <w:t>　　8、易出问题节点汇总。因为设施设备绝大多数的故障都是由于个别重要部件损坏造成，如供水系统的故障大多是由于止回阀和电磁阀、液位计造成，烧电机多为交流接触器的触点拉毛受损造成，电梯的故障多为光膜、门机、平层器、控制柜的各种接触器造成。要求各维修部逐步建立设备故障台帐，进行易出问题节点汇总，做到心中有数，加强此部位保养工作，提高设施设备安全保障。</w:t>
      </w:r>
      <w:r>
        <w:rPr>
          <w:lang w:eastAsia="zh-CN"/>
        </w:rPr>
        <w:br/>
      </w:r>
      <w:r>
        <w:rPr>
          <w:lang w:eastAsia="zh-CN"/>
        </w:rPr>
        <w:t xml:space="preserve">    设备维修工作总结 篇12 </w:t>
      </w:r>
      <w:r>
        <w:rPr>
          <w:lang w:eastAsia="zh-CN"/>
        </w:rPr>
        <w:br/>
      </w:r>
      <w:r>
        <w:rPr>
          <w:lang w:eastAsia="zh-CN"/>
        </w:rPr>
        <w:t>　　首先我想向所有为我的实习提供帮助和指导的荆泉磷化有限公司的技术人员和我的指导老师致谢！他们为我的顺利实习所做的帮助和努力是我顺利完成实习的最大动力。</w:t>
      </w:r>
      <w:r>
        <w:rPr>
          <w:lang w:eastAsia="zh-CN"/>
        </w:rPr>
        <w:br/>
      </w:r>
      <w:r>
        <w:rPr>
          <w:lang w:eastAsia="zh-CN"/>
        </w:rPr>
        <w:t>　　通过实习，我在我的机电专业领域获得了实际操作经验知识。巩固并检验了自己两年专科学习的知识水平。</w:t>
      </w:r>
      <w:r>
        <w:rPr>
          <w:lang w:eastAsia="zh-CN"/>
        </w:rPr>
        <w:br/>
      </w:r>
    </w:p>
    <w:p w:rsidR="001B1F19" w14:textId="27C3F48A">
      <w:pPr>
        <w:rPr>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这次能有机会去荆泉磷化有限公司实习，我感到非常荣幸，虽然只有五个礼拜的时间，但是在这段时间里，对于一些至常理论的知识有了感性的认识。在厂中的生活让自己有了很好的锻炼和体验，提高了自己对厂中生活的适应度，为下一步的工作铺下基石。</w:t>
      </w:r>
      <w:r>
        <w:rPr>
          <w:lang w:eastAsia="zh-CN"/>
        </w:rPr>
        <w:br/>
      </w:r>
      <w:r>
        <w:rPr>
          <w:lang w:eastAsia="zh-CN"/>
        </w:rPr>
        <w:t>　　在实习中所学的知识</w:t>
      </w:r>
      <w:r>
        <w:rPr>
          <w:lang w:eastAsia="zh-CN"/>
        </w:rPr>
        <w:br/>
      </w:r>
      <w:r>
        <w:rPr>
          <w:lang w:eastAsia="zh-CN"/>
        </w:rPr>
        <w:t>　　电机修理常用工具及仪表：滑片、压线板、钢皮铁划板、拉钩、摇表、万用表、转速表、电流表、钳形电流表、电压表。</w:t>
      </w:r>
      <w:r>
        <w:rPr>
          <w:lang w:eastAsia="zh-CN"/>
        </w:rPr>
        <w:br/>
      </w:r>
      <w:r>
        <w:rPr>
          <w:lang w:eastAsia="zh-CN"/>
        </w:rPr>
        <w:t>　　电动机是一种用来将电能与机械能相互转换的电磁装置，其运行原理基于电磁感应定律，电动机的种类与规格很多，按其电流类型很分为直流电机和交流电机两大类。</w:t>
      </w:r>
      <w:r>
        <w:rPr>
          <w:lang w:eastAsia="zh-CN"/>
        </w:rPr>
        <w:br/>
      </w:r>
      <w:r>
        <w:rPr>
          <w:lang w:eastAsia="zh-CN"/>
        </w:rPr>
        <w:t>　　交流电机的基本结构由两个主要部分组成，固定不动的部分叫做定子，旋转部分叫转子，转子装在定子腔内，彼此之间有一个很小的均匀的气隙，此外还有盖端、轴承盖、风扇和风罩等。</w:t>
      </w:r>
      <w:r>
        <w:rPr>
          <w:lang w:eastAsia="zh-CN"/>
        </w:rPr>
        <w:br/>
      </w:r>
      <w:r>
        <w:rPr>
          <w:lang w:eastAsia="zh-CN"/>
        </w:rPr>
        <w:t>　　直流电机的特点是可以无机变速，调速范围广，启动转距大，直流电机的构造好似一台装有换向器的交流电机，依靠换向器作用，把交流变直流。它主要有两大部分组成。定子和转子。</w:t>
      </w:r>
      <w:r>
        <w:rPr>
          <w:lang w:eastAsia="zh-CN"/>
        </w:rPr>
        <w:br/>
      </w:r>
      <w:r>
        <w:rPr>
          <w:lang w:eastAsia="zh-CN"/>
        </w:rPr>
        <w:t>　　三相定子绕组星形与三角形连接：将三角形的首端d1、d2、d3、（或尾端）连接在一起，而另外三个线端与三相电源相接，即成星形连接；将三相绕组的一相首端与另一相的尾端想连接，如d1-d6，d2-d4，d3-d5，组成闭合三角形，三个端点与电源相接，即成三角形接法。</w:t>
      </w:r>
      <w:r>
        <w:rPr>
          <w:lang w:eastAsia="zh-CN"/>
        </w:rPr>
        <w:br/>
      </w:r>
    </w:p>
    <w:p w:rsidR="001B1F19" w14:textId="27C3F48A">
      <w:pPr>
        <w:rPr>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浸漆意义：浸漆能提高防潮性能，增加绝缘强度与机械强度从而改善散热条件，还能起防腐作用，也直接影响到电机的寿命与可靠性能。</w:t>
      </w:r>
      <w:r>
        <w:rPr>
          <w:lang w:eastAsia="zh-CN"/>
        </w:rPr>
        <w:br/>
      </w:r>
      <w:r>
        <w:rPr>
          <w:lang w:eastAsia="zh-CN"/>
        </w:rPr>
        <w:t>　　电动机的主要故障及排除方法：</w:t>
      </w:r>
      <w:r>
        <w:rPr>
          <w:lang w:eastAsia="zh-CN"/>
        </w:rPr>
        <w:br/>
      </w:r>
      <w:r>
        <w:rPr>
          <w:lang w:eastAsia="zh-CN"/>
        </w:rPr>
        <w:t>　　电动机起动时不转，有响声或震动一相断路查出断电处并清理</w:t>
      </w:r>
      <w:r>
        <w:rPr>
          <w:lang w:eastAsia="zh-CN"/>
        </w:rPr>
        <w:br/>
      </w:r>
      <w:r>
        <w:rPr>
          <w:lang w:eastAsia="zh-CN"/>
        </w:rPr>
        <w:t>　　电动机起动后转速很低1，相绕组首端末端接错2，电源过低1，找出每相首端末端后正确连接2，检查电源电压</w:t>
      </w:r>
      <w:r>
        <w:rPr>
          <w:lang w:eastAsia="zh-CN"/>
        </w:rPr>
        <w:br/>
      </w:r>
      <w:r>
        <w:rPr>
          <w:lang w:eastAsia="zh-CN"/>
        </w:rPr>
        <w:t>　　电动机转动时有响声却电动机过热或冒烟绕组短路或接地修理绕组</w:t>
      </w:r>
      <w:r>
        <w:rPr>
          <w:lang w:eastAsia="zh-CN"/>
        </w:rPr>
        <w:br/>
      </w:r>
      <w:r>
        <w:rPr>
          <w:lang w:eastAsia="zh-CN"/>
        </w:rPr>
        <w:t>　　绝缘电阻降低绕组脏污或受潮清理电动机，干燥绕组</w:t>
      </w:r>
      <w:r>
        <w:rPr>
          <w:lang w:eastAsia="zh-CN"/>
        </w:rPr>
        <w:br/>
      </w:r>
      <w:r>
        <w:rPr>
          <w:lang w:eastAsia="zh-CN"/>
        </w:rPr>
        <w:t>　　绕组温升偏高1，电动机过载2，风路不通1，减轻负载2，检查电动机内外通风情况</w:t>
      </w:r>
      <w:r>
        <w:rPr>
          <w:lang w:eastAsia="zh-CN"/>
        </w:rPr>
        <w:br/>
      </w:r>
      <w:r>
        <w:rPr>
          <w:lang w:eastAsia="zh-CN"/>
        </w:rPr>
        <w:t>　　轴承有响声1，轴承磨损2，轴承脏污1，换轴承2，换新润滑油脂</w:t>
      </w:r>
      <w:r>
        <w:rPr>
          <w:lang w:eastAsia="zh-CN"/>
        </w:rPr>
        <w:br/>
      </w:r>
      <w:r>
        <w:rPr>
          <w:lang w:eastAsia="zh-CN"/>
        </w:rPr>
        <w:t>　　轴承过热1，电动机与传动机械连接偏心皮带张力过大2，轴承润滑脂过多或过少3，轴承损坏1，检查同轴度2，检查润滑脂数量3，换轴承</w:t>
      </w:r>
      <w:r>
        <w:rPr>
          <w:lang w:eastAsia="zh-CN"/>
        </w:rPr>
        <w:br/>
      </w:r>
      <w:r>
        <w:rPr>
          <w:lang w:eastAsia="zh-CN"/>
        </w:rPr>
        <w:t>　　震动大1，基础刚度不够2，电动机轴与传动机械同轴度超差1，重新安装2，检查同轴度</w:t>
      </w:r>
      <w:r>
        <w:rPr>
          <w:lang w:eastAsia="zh-CN"/>
        </w:rPr>
        <w:br/>
      </w:r>
      <w:r>
        <w:rPr>
          <w:lang w:eastAsia="zh-CN"/>
        </w:rPr>
        <w:t>　　电机的维护修理</w:t>
      </w:r>
      <w:r>
        <w:rPr>
          <w:lang w:eastAsia="zh-CN"/>
        </w:rPr>
        <w:br/>
      </w:r>
      <w:r>
        <w:rPr>
          <w:lang w:eastAsia="zh-CN"/>
        </w:rPr>
        <w:t>　　（1）使用环境经常保持干燥，电机绕组和外部保持清洁，进风口不应该受灰尘，纤维等障碍。</w:t>
      </w:r>
      <w:r>
        <w:rPr>
          <w:lang w:eastAsia="zh-CN"/>
        </w:rPr>
        <w:br/>
      </w:r>
    </w:p>
    <w:p w:rsidR="001B1F19" w14:textId="27C3F48A">
      <w:pPr>
        <w:rPr>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（2）当电动机的热保护及短路保护连续发生动作时，应判断故障来源，消除故障后，才能投入运行。</w:t>
      </w:r>
      <w:r>
        <w:rPr>
          <w:lang w:eastAsia="zh-CN"/>
        </w:rPr>
        <w:br/>
      </w:r>
      <w:r>
        <w:rPr>
          <w:lang w:eastAsia="zh-CN"/>
        </w:rPr>
        <w:t>　　（3）应该经常电刷火花大小，检查电刷集电表面的磨损情况，当运转中电刷发生火花时，必须检查电刷是否在刷盒中被卡住，电刷压力是否合适电刷接触表面是否光滑，刷盒是否被扭转等。</w:t>
      </w:r>
      <w:r>
        <w:rPr>
          <w:lang w:eastAsia="zh-CN"/>
        </w:rPr>
        <w:br/>
      </w:r>
      <w:r>
        <w:rPr>
          <w:lang w:eastAsia="zh-CN"/>
        </w:rPr>
        <w:t>　　（4）集电环表面被磨损或被火花烟伤发黑，时轻微的可用细纱布打磨光，并将磨屑清理干净，严重的则需要将记账换表面精加工或更换。</w:t>
      </w:r>
      <w:r>
        <w:rPr>
          <w:lang w:eastAsia="zh-CN"/>
        </w:rPr>
        <w:br/>
      </w:r>
      <w:r>
        <w:rPr>
          <w:lang w:eastAsia="zh-CN"/>
        </w:rPr>
        <w:t>　　（5）当电刷磨损到一定限度时一定要更换电刷。</w:t>
      </w:r>
      <w:r>
        <w:rPr>
          <w:lang w:eastAsia="zh-CN"/>
        </w:rPr>
        <w:br/>
      </w:r>
      <w:r>
        <w:rPr>
          <w:lang w:eastAsia="zh-CN"/>
        </w:rPr>
        <w:t>　　（6）电动机在正常运行情况下，轴承滑油脂的补充时间对二级电动机1000小时左右；四级3000小时；六级4000小时；8，10级7000小时。润滑油约在轴承室容积的1/2到2/3。</w:t>
      </w:r>
      <w:r>
        <w:rPr>
          <w:lang w:eastAsia="zh-CN"/>
        </w:rPr>
        <w:br/>
      </w:r>
      <w:r>
        <w:rPr>
          <w:lang w:eastAsia="zh-CN"/>
        </w:rPr>
        <w:t>　　（7）大部分轴承的寿命终结时，电动机运行是振动及噪声将明显增入，检查轴承磨损径向游隙达到一定数值时，立即更换轴承。</w:t>
      </w:r>
      <w:r>
        <w:rPr>
          <w:lang w:eastAsia="zh-CN"/>
        </w:rPr>
        <w:br/>
      </w:r>
      <w:r>
        <w:rPr>
          <w:lang w:eastAsia="zh-CN"/>
        </w:rPr>
        <w:t>　　（8）拆卸电动机时，视情况从集中环端或非集中环端去处转子，在抽出或装入转子时，应小心操作，防止损伤定子和转子的绕组。 电机检查与试验：1，一般检查项目包括出线端联接是否正确装配是否紧固良好，转子能动度是否灵活，轴伸偏摆是否在允许范围内。2，绝缘电阻的测定，低压电机用500伏兆欧表检测，小修一般应不低于0.5兆欧，大修更换绕组后的绝缘电阻一般不低于5兆欧。3，耐压试验，全部更换绕组线圈后，应进行绕组对机壳及绕组间的耐压试验，电压为2倍额定电压加100伏，一分钟不发生击穿为合格。</w:t>
      </w:r>
      <w:r>
        <w:rPr>
          <w:lang w:eastAsia="zh-CN"/>
        </w:rPr>
        <w:br/>
      </w:r>
    </w:p>
    <w:p w:rsidR="001B1F19" w14:textId="27C3F48A">
      <w:pPr>
        <w:rPr>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变压器的结构：讯号温度计、铭牌、吸湿器、储油柜、油表、安全气道、气体续电器、高压套管、低压套管、分接开关、油箱、铁心、线圈、放油阀。</w:t>
      </w:r>
      <w:r>
        <w:rPr>
          <w:lang w:eastAsia="zh-CN"/>
        </w:rPr>
        <w:br/>
      </w:r>
      <w:r>
        <w:rPr>
          <w:lang w:eastAsia="zh-CN"/>
        </w:rPr>
        <w:t>　　变压器最主要的用途是在输电配电技术领域，电力系统中变压器是容量最大的电气设备。变压器是利用电磁感应原理对交流电压，交流电流等进行数值变换的一种常用电气设备，它主要用于输配电方面，称为电力变压器。除此之外，变压器也被广泛地用于电工测量，电焊，电子技术领域中</w:t>
      </w:r>
      <w:r>
        <w:rPr>
          <w:lang w:eastAsia="zh-CN"/>
        </w:rPr>
        <w:br/>
      </w:r>
      <w:r>
        <w:rPr>
          <w:lang w:eastAsia="zh-CN"/>
        </w:rPr>
        <w:t>　　铁心和绕组是变压器最基本的组成部分，铁心构成变压器的磁路系统，一般均用0.35mm冷轧硅铜片叠装而成绕组构成变压器的系统，一般均用铜或铝线制成，绕组套装在铁心上，铁心与绕组之间必须有良好的绝缘。变压器最新发展趋势是采用铁基，钴基等晶台材料代替硅钢。</w:t>
      </w:r>
      <w:r>
        <w:rPr>
          <w:lang w:eastAsia="zh-CN"/>
        </w:rPr>
        <w:br/>
      </w:r>
      <w:r>
        <w:rPr>
          <w:lang w:eastAsia="zh-CN"/>
        </w:rPr>
        <w:t>　　输配点系统中的变压器一般均为三相电力变压器，起结构型式目前主要为油浸式，它除了铁心及绕组外还有油箱，变压器油，散热装置及保护装置等部分。</w:t>
      </w:r>
      <w:r>
        <w:rPr>
          <w:lang w:eastAsia="zh-CN"/>
        </w:rPr>
        <w:br/>
      </w:r>
      <w:r>
        <w:rPr>
          <w:lang w:eastAsia="zh-CN"/>
        </w:rPr>
        <w:t>　　在变电站中总的负载经常由两台或多台三相电力变压器并联供电，起原因为：</w:t>
      </w:r>
      <w:r>
        <w:rPr>
          <w:lang w:eastAsia="zh-CN"/>
        </w:rPr>
        <w:br/>
      </w:r>
      <w:r>
        <w:rPr>
          <w:lang w:eastAsia="zh-CN"/>
        </w:rPr>
        <w:t>　　（1）变电站所供的负载一般来讲总是在若干年内不断发展不断增加的，随着负载的不断增加可以相应的增加变压器的台数，这样做可以减少建站安装时的一次投入。</w:t>
      </w:r>
      <w:r>
        <w:rPr>
          <w:lang w:eastAsia="zh-CN"/>
        </w:rPr>
        <w:br/>
      </w:r>
    </w:p>
    <w:p w:rsidR="001B1F19" w14:textId="27C3F48A">
      <w:pPr>
        <w:rPr>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（2）当变电站所供的负载有较大的昼夜变化或季节波动时，可以根据负载的变动情况，随时调整投入并联运行的变压器台数，以提供变压器的运行效率。</w:t>
      </w:r>
      <w:r>
        <w:rPr>
          <w:lang w:eastAsia="zh-CN"/>
        </w:rPr>
        <w:br/>
      </w:r>
      <w:r>
        <w:rPr>
          <w:lang w:eastAsia="zh-CN"/>
        </w:rPr>
        <w:t>　　（3）当某台变压器要检修时，可以却换下来，而用备用变压器投入并联运行以提高供点的可靠性。</w:t>
      </w:r>
      <w:r>
        <w:rPr>
          <w:lang w:eastAsia="zh-CN"/>
        </w:rPr>
        <w:br/>
      </w:r>
      <w:r>
        <w:rPr>
          <w:lang w:eastAsia="zh-CN"/>
        </w:rPr>
        <w:t xml:space="preserve">    设备维修工作总结 篇13 </w:t>
      </w:r>
      <w:r>
        <w:rPr>
          <w:lang w:eastAsia="zh-CN"/>
        </w:rPr>
        <w:br/>
      </w:r>
      <w:r>
        <w:rPr>
          <w:lang w:eastAsia="zh-CN"/>
        </w:rPr>
        <w:t>　　在20__年里，我科室在院党组和领导的带领下，顺利的完成了各项后勤服务工作，取得了良好的成绩，现将20__年的工作情况汇报总结如下，请领导审视：</w:t>
      </w:r>
      <w:r>
        <w:rPr>
          <w:lang w:eastAsia="zh-CN"/>
        </w:rPr>
        <w:br/>
      </w:r>
      <w:r>
        <w:rPr>
          <w:lang w:eastAsia="zh-CN"/>
        </w:rPr>
        <w:t>　　一、后勤工作保障有力</w:t>
      </w:r>
      <w:r>
        <w:rPr>
          <w:lang w:eastAsia="zh-CN"/>
        </w:rPr>
        <w:br/>
      </w:r>
      <w:r>
        <w:rPr>
          <w:lang w:eastAsia="zh-CN"/>
        </w:rPr>
        <w:t>　　在科长杨尧芝的带领下，科室成员团结协作，实干有力。</w:t>
      </w:r>
      <w:r>
        <w:rPr>
          <w:lang w:eastAsia="zh-CN"/>
        </w:rPr>
        <w:br/>
      </w:r>
      <w:r>
        <w:rPr>
          <w:lang w:eastAsia="zh-CN"/>
        </w:rPr>
        <w:t>　　我科室秉承服务至上的理念，在任何时候都是以大局为重，以服务临床为重。整个20__年里，只要有服务的地方就有公共服务科人员的身影。做好后勤服务工作，是医院的一件大事，而公共服务科科学有力的保障了我院的正常运转。</w:t>
      </w:r>
      <w:r>
        <w:rPr>
          <w:lang w:eastAsia="zh-CN"/>
        </w:rPr>
        <w:br/>
      </w:r>
      <w:r>
        <w:rPr>
          <w:lang w:eastAsia="zh-CN"/>
        </w:rPr>
        <w:t>　　1、新住院大楼的水电安装、维修顺利完成。</w:t>
      </w:r>
      <w:r>
        <w:rPr>
          <w:lang w:eastAsia="zh-CN"/>
        </w:rPr>
        <w:br/>
      </w:r>
      <w:r>
        <w:rPr>
          <w:lang w:eastAsia="zh-CN"/>
        </w:rPr>
        <w:t>　　2、药剂楼的制剂设备安装圆满完成。</w:t>
      </w:r>
      <w:r>
        <w:rPr>
          <w:lang w:eastAsia="zh-CN"/>
        </w:rPr>
        <w:br/>
      </w:r>
      <w:r>
        <w:rPr>
          <w:lang w:eastAsia="zh-CN"/>
        </w:rPr>
        <w:t>　　3、为创建三级乙等中医医院提供了强有力的.后勤保障。</w:t>
      </w:r>
      <w:r>
        <w:rPr>
          <w:lang w:eastAsia="zh-CN"/>
        </w:rPr>
        <w:br/>
      </w:r>
      <w:r>
        <w:rPr>
          <w:lang w:eastAsia="zh-CN"/>
        </w:rPr>
        <w:t>　　4、医院日常后勤服务工作持续有力。</w:t>
      </w:r>
      <w:r>
        <w:rPr>
          <w:lang w:eastAsia="zh-CN"/>
        </w:rPr>
        <w:br/>
      </w:r>
      <w:r>
        <w:rPr>
          <w:lang w:eastAsia="zh-CN"/>
        </w:rPr>
        <w:t>　　二、科室组织建设完备</w:t>
      </w:r>
      <w:r>
        <w:rPr>
          <w:lang w:eastAsia="zh-CN"/>
        </w:rPr>
        <w:br/>
      </w:r>
    </w:p>
    <w:p w:rsidR="001B1F19" w14:textId="27C3F48A">
      <w:pPr>
        <w:rPr>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在院领导的大力持下，20__年公共服务科新进员工3名，有力的解决了后勤工作繁忙而人力不足的问题。现在，我科室共有职工17名，其中技术性人才5名。在20__年的工作中，公共服务秉承以老带小，互相学习，共同努力，打基础，苦练基本功，组织建设完备有力。</w:t>
      </w:r>
      <w:r>
        <w:rPr>
          <w:lang w:eastAsia="zh-CN"/>
        </w:rPr>
        <w:br/>
      </w:r>
      <w:r>
        <w:rPr>
          <w:lang w:eastAsia="zh-CN"/>
        </w:rPr>
        <w:t>　　三、科室文化内涵提升</w:t>
      </w:r>
      <w:r>
        <w:rPr>
          <w:lang w:eastAsia="zh-CN"/>
        </w:rPr>
        <w:br/>
      </w:r>
      <w:r>
        <w:rPr>
          <w:lang w:eastAsia="zh-CN"/>
        </w:rPr>
        <w:t>　　“服务”不只是力量的代名词，更是文化的名片，可以说，后勤服务文化不仅是一门科学，更是一门艺术。在20__年里，我科有幸得到了院领导的大力支持，外科在杨尧芝的带领下，狠下功夫抓科室文化建设，彰显中医院后勤特有文化。我科文化内容丰富，涵盖了技术文化、团队文化、党建文化、青年教育文化。</w:t>
      </w:r>
      <w:r>
        <w:rPr>
          <w:lang w:eastAsia="zh-CN"/>
        </w:rPr>
        <w:br/>
      </w:r>
      <w:r>
        <w:rPr>
          <w:lang w:eastAsia="zh-CN"/>
        </w:rPr>
        <w:t>　　1、后勤保障技能交流会，首先在科室内进行维修技能交流，相互借鉴、相互批评；其次，与县人民医院达成了“门对门”交流；最后，在三级医院创建工作中，到绵阳市中医院学习交流。</w:t>
      </w:r>
      <w:r>
        <w:rPr>
          <w:lang w:eastAsia="zh-CN"/>
        </w:rPr>
        <w:br/>
      </w:r>
      <w:r>
        <w:rPr>
          <w:lang w:eastAsia="zh-CN"/>
        </w:rPr>
        <w:t>　　2、团队文化、青年教育文化火热开展。针对后勤工作的特殊性，团结协作具有不可估量的作用，通过心理交流，“帮、扶、带”等模式带动科室团结协作能力。</w:t>
      </w:r>
      <w:r>
        <w:rPr>
          <w:lang w:eastAsia="zh-CN"/>
        </w:rPr>
        <w:br/>
      </w:r>
      <w:r>
        <w:rPr>
          <w:lang w:eastAsia="zh-CN"/>
        </w:rPr>
        <w:t>　　3、创新青年联系对接活动建设，在院领导的支持下，我科年轻职工和临床年轻医护人员结成一对一友谊建设，突出以病人为中心，注重年轻才干的强劲后力；与此同时，青年个人家庭文化有序开展，共同致力于发展后勤保障文化建设。</w:t>
      </w:r>
      <w:r>
        <w:rPr>
          <w:lang w:eastAsia="zh-CN"/>
        </w:rPr>
        <w:br/>
      </w:r>
      <w:r>
        <w:rPr>
          <w:lang w:eastAsia="zh-CN"/>
        </w:rPr>
        <w:t xml:space="preserve">    设备维修工作总结 篇14 </w:t>
      </w:r>
      <w:r>
        <w:rPr>
          <w:lang w:eastAsia="zh-CN"/>
        </w:rPr>
        <w:br/>
      </w:r>
    </w:p>
    <w:p w:rsidR="001B1F19" w14:textId="27C3F48A">
      <w:pPr>
        <w:rPr>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设备维修工工作总结范文20__年设备部的工作已经接近尾声，回顾即将过去的一年，在部门经理和主管的指导帮助下，我的业务技能突飞猛进，同时在经理和主管的直接领导下，工作开展的也比较顺利，作为设备部的一个设备员首先提高自身技能，才能更好的工作，为了使自己的技能更上一个阶梯，现总结个人一年来的工作以便更好的开展明年的工作。一、每日巡检面对24小时不停运转的设备，只有加强检查才能更好的了解设备的健康状况，对将要发生的故障隐患提前清除，以达到防患以未然。我每天上班开展工作前，都会巡视油漆线的每台风机的运转情况，检查风机马达和机轴有无异响、固定座和螺栓有无松动脱落；检查EN进风系统内热交换器有无裂痕漏水现象；检查冷水机工作有无报警；检查焚烧炉燃气压力、水压力、工作温度是否正常，马达有无噪音；检查脱水机压差是否在范围内，有无报警（如有报警根据故障解决）；检查脱水区的电机是否运转正常（现脱水区一台电机运转有异常我一直在监控）；检查链条线是否运行正常；检查空压房内的4台空压机和2台干燥机的压力、温度和工作运行的情况；检查蒸汽房、软化水房内的水温、水压的运行情况并查看电机水泵是否运转正常。经过整个喷涂线过程设备的巡检让我时刻掌握每台设备的运行状况，并根据每台设备的实际情况来开展维护保养工作，从而延长设备的使用寿命，降低生产维修成本，最终最大限度的提高企业效率。二、设备运行和保养记录除了对设备的检查外，我还提倡设备维护人员和生产操作人员的良好互动，力求做到设备缺陷早期发现、及时检修，充分摸透每台设备的脾气和病灶，以利于快速、有预见性的开展设备维护工作，并对易损易耗件重点跟踪和备件库存。对设备的各个加油点周期性做润滑工作，这样就不会因为润滑不好造成设备磨损而增加故障率。对于喷涂线各个喷房的排风风机我不但每日检查而且还定期用红外测温仪监测风机的机轴和电机马达的温度并形成记录。不仅如此，我对喷涂线的所有轴承、皮带、水管管件、滤网虑棉、水泵密封等常用的东西做好记录并跟踪库存，以便在维修更换时更加及时、迅速。也配合部门领导制作了设备的作业指导书、保养规程、设备运转、巡查维修保养记录等。三</w:t>
      </w:r>
      <w:r>
        <w:rPr>
          <w:lang w:eastAsia="zh-CN"/>
        </w:rPr>
        <w:t xml:space="preserve"> 设备维修保养对于在公司正常生产时我发现的故障隐患如果能及时解决的都已经及时排除，有些需要停线时解决的都先写下来并在第一时间排除，解决不了的就向经理和主管请教，比如年中的时候对我平时监测的喷房排风风机发生振</w:t>
      </w:r>
      <w:r>
        <w:rPr>
          <w:lang w:eastAsia="zh-CN"/>
        </w:rPr>
        <w:br/>
      </w:r>
      <w:r>
        <w:rPr>
          <w:lang w:eastAsia="zh-CN"/>
        </w:rPr>
        <w:t>　　动，在经理的`带领下全部风机做了校正平衡后故障隐患解决。对于反渗透设备电导率高的现象，我加强观察并增加清洗的次数，并更换了保安过滤器滤芯效果明显。每次停线我都会对喷涂线的链条设备、进风设备、排风设备、各种循环水泵、以及空压机、干燥机、脱水机、冷却机、焚烧炉、刮渣机、溴化锂设备、2TDI系统、</w:t>
      </w:r>
      <w:r>
        <w:rPr>
          <w:lang w:eastAsia="zh-CN"/>
        </w:rPr>
        <w:t xml:space="preserve"> 3TDI系统、热水循环系统的全面维护保养，确保了所属设备24小时运转全年低故障率的运行。四</w:t>
      </w:r>
    </w:p>
    <w:p w:rsidR="001B1F19" w14:textId="27C3F48A">
      <w:pPr>
        <w:rPr>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xml:space="preserve"> 技能提升我认为工欲善其事，必先利其器，君若利其器，首当顺其治。我们每一名设备维修员只有严格加强设备管理和保养工作，改变设备维修的被动局面，才能使生产正常运营。经过近两年的设备维修工作，在经理和主管的细悉心培训下，我的技能和入厂时相比发生了翻天覆地的变化，自己也利用书籍和网络查询了所属设备的相关资料，尽可能地多去了解和掌握它们的性能、安全规程和维修保养等方面。同时自己也加强电工方面的的学习，争取使自己在机械、电气维修领域都能独挡一面。五</w:t>
      </w:r>
      <w:r>
        <w:rPr>
          <w:lang w:eastAsia="zh-CN"/>
        </w:rPr>
        <w:t xml:space="preserve"> 需要改进的方面通过自身维修水平的提高，努力在设备维修成本上节省开支，如对已损坏价格昂贵的部分进行分解修理使修理工作细致到元器件，缩小故障范围，用最低的维修成本修复设备，避免直接更换新的备件。减少设备外修次数，加大内部修理力度。对于设备维修，通过变更保养频率保证设备的使用性能，减少故障停机时间。总结，作为公司设备部的设备员，自己有责任、也有信心不断加强学习，提升自身维修技能，围绕公司制定的年度目标，求真务实积极工作，全力配合直接领导和生产部门的工作，同时，加强同事间的配合，提高相互协作能力，使班组部门更加团结、更富有战斗力，在今后的工作中我相信自己有能力、有信心在部门经理的带领下勇于面对困难、迎接挑战，不断完善自我，并在新的一年里不断前进！设备部：_20__年12月27日</w:t>
      </w:r>
      <w:r>
        <w:rPr>
          <w:lang w:eastAsia="zh-CN"/>
        </w:rPr>
        <w:br/>
      </w:r>
      <w:r>
        <w:rPr>
          <w:lang w:eastAsia="zh-CN"/>
        </w:rPr>
        <w:t xml:space="preserve">    设备维修工作总结 篇15 </w:t>
      </w:r>
      <w:r>
        <w:rPr>
          <w:lang w:eastAsia="zh-CN"/>
        </w:rPr>
        <w:br/>
      </w:r>
      <w:r>
        <w:rPr>
          <w:lang w:eastAsia="zh-CN"/>
        </w:rPr>
        <w:t>　　20__年即将过去，新的一年又即将来临。过去的一年里，在领导的大力支持、热心帮助下，在同事们密切配合下，本着踏踏实实做事，认认真真工作的原则，基本上完成了自己所承当的各项工作任务，个人思想政治素质和工作能力都取得了一定的进步。现将工作学习情况总结如下： :</w:t>
      </w:r>
      <w:r>
        <w:rPr>
          <w:lang w:eastAsia="zh-CN"/>
        </w:rPr>
        <w:br/>
      </w:r>
      <w:r>
        <w:rPr>
          <w:lang w:eastAsia="zh-CN"/>
        </w:rPr>
        <w:t>　　一、 从思想上</w:t>
      </w:r>
      <w:r>
        <w:rPr>
          <w:lang w:eastAsia="zh-CN"/>
        </w:rPr>
        <w:br/>
      </w:r>
    </w:p>
    <w:p w:rsidR="001B1F19" w14:textId="27C3F48A">
      <w:pPr>
        <w:rPr>
          <w:lang w:eastAsia="zh-CN"/>
        </w:rPr>
      </w:pPr>
      <w:r>
        <w:rPr>
          <w:lang w:eastAsia="zh-CN"/>
        </w:rPr>
        <w:t>　　过去的一年里从思想上严格要求自己，加强学习，能够完成领导交办的各项工作任务。在工作的过程中，我深深体会到加强自我学习，提高自身素质的重要性，一个是向书本学习和上网查找相关资料，不断充实自己，改进学习方法；二是向周围的同事学习，虚心求教；三是向实践学习，把所学的知识运用于实际工作中，在实践工作中校验所学知识，查找不足，提高自己。</w:t>
      </w:r>
      <w:r>
        <w:rPr>
          <w:lang w:eastAsia="zh-CN"/>
        </w:rPr>
        <w:br/>
      </w:r>
      <w:r>
        <w:rPr>
          <w:lang w:eastAsia="zh-CN"/>
        </w:rPr>
        <w:t>　　二、 从工作方式上</w:t>
      </w:r>
      <w:r>
        <w:rPr>
          <w:lang w:eastAsia="zh-CN"/>
        </w:rPr>
        <w:br/>
      </w:r>
      <w:r>
        <w:rPr>
          <w:lang w:eastAsia="zh-CN"/>
        </w:rPr>
        <w:t>　　过去的主要工作就是抢修，整天忙忙碌碌，设备问题越来越多，不仅自己不轻松还时常耽误生产。现在在检修和保养同时逐步形成做台帐的习惯。设备检修后都有检修记录和检修台帐，对经常发生故障的设备进行检查，分析设备故障的主要原因，若是操作问题要求现场操作人员及时整改，对工艺要求上不适用的设备，与工艺人员、设备主管和保全小组成员讨论后进行改型试用，是其故障率大大降低。以513a小组氧化釜移料泵为例子，原来使用的是wihf80-65-160开式叶轮衬氟泵，现场共计有8台，检修的频率比较高。经过对多台故障的泵机检查总结后我们认为该泵在使用过程中打空泵的几率比较高，同时由于氧化釜内盘管抱箍掉落也经常造成泵机发生故障。现在已安排对每台氧化釜的盘管抱箍进行改型更换并严格验收，同时要求该泵机输送过程中操作人员不得离开现场防止打空泵。并从设备堆场找到1台az80-65-160整理后进行试用效果很好，目前这8台泵机的检修的频次相当于之前的1/10。不但降低了设备维修的费用还减低了工人的劳动强度。</w:t>
      </w:r>
      <w:r>
        <w:rPr>
          <w:lang w:eastAsia="zh-CN"/>
        </w:rPr>
        <w:br/>
      </w:r>
      <w:r>
        <w:rPr>
          <w:lang w:eastAsia="zh-CN"/>
        </w:rPr>
        <w:t>　　三、 大修工作和技术改造工作</w:t>
      </w:r>
      <w:r>
        <w:rPr>
          <w:lang w:eastAsia="zh-CN"/>
        </w:rPr>
        <w:br/>
      </w:r>
      <w:r>
        <w:rPr>
          <w:lang w:eastAsia="zh-CN"/>
        </w:rPr>
        <w:br/>
      </w:r>
      <w:r>
        <w:rPr>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https://d.book118.com/855203030124011121</w:t>
        </w:r>
      </w:hyperlink>
    </w:p>
    <w:p w:rsidR="001B1F19">
      <w:pPr>
        <w:rPr>
          <w:lang w:eastAsia="zh-CN"/>
        </w:rPr>
      </w:pPr>
    </w:p>
    <w:sectPr>
      <w:type w:val="nextPage"/>
      <w:pgSz w:w="11906" w:h="16838"/>
      <w:pgMar w:top="1440" w:right="1800" w:bottom="1440" w:left="1800" w:header="851" w:footer="992" w:gutter="0"/>
      <w:pgNumType w:start="3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 w:val="00937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55203030124011121"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56</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6</cp:revision>
  <dcterms:created xsi:type="dcterms:W3CDTF">2024-01-11T00:28:00Z</dcterms:created>
  <dcterms:modified xsi:type="dcterms:W3CDTF">2024-02-08T13:34:00Z</dcterms:modified>
</cp:coreProperties>
</file>