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2024大一开学军训心得体会优秀（33篇）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2024大一开学军训心得体会优秀（精选33篇）</w:t>
      </w:r>
      <w:r>
        <w:rPr>
          <w:lang w:eastAsia="zh-CN"/>
        </w:rPr>
        <w:br/>
      </w:r>
      <w:r>
        <w:rPr>
          <w:lang w:eastAsia="zh-CN"/>
        </w:rPr>
        <w:t xml:space="preserve">    2024大一开学军训心得体会优秀 篇1 </w:t>
      </w:r>
      <w:r>
        <w:rPr>
          <w:lang w:eastAsia="zh-CN"/>
        </w:rPr>
        <w:br/>
      </w:r>
      <w:r>
        <w:rPr>
          <w:lang w:eastAsia="zh-CN"/>
        </w:rPr>
        <w:t>　　初高中的时候，的确有军训，但我都好巧的生病无法参加，这也是我中学时代的一个非常大的遗憾，别人都黝黑消瘦的上课，而我却还白白胖胖的，但这次大学的军训我没有错过，更是在暑假里我就进行了一些锻炼，让自己能在开学之后更加适应军训的生活，而我暑假的锻炼也是没有辜负，真的军训下来，我并不感觉特别的累，而是觉得真的让我体会到了军人般的生活是怎么样的。让我了解了部队的纪律，让我更加的有责任感，更加的懂得了苦后的甘甜是多么的美好。</w:t>
      </w:r>
      <w:r>
        <w:rPr>
          <w:lang w:eastAsia="zh-CN"/>
        </w:rPr>
        <w:br/>
      </w:r>
      <w:r>
        <w:rPr>
          <w:lang w:eastAsia="zh-CN"/>
        </w:rPr>
        <w:t>　　纪律，是军训里特别重要的一个事情，如果没有纪律，那么军训也搞不好，更别谈团结和坚持了，对于自身来说，更是要有纪律来严格要求自己，大学的生活是丰富多彩的，如果我们迷失期间，而没有好好的学习，那么就是浪费了这四年的时间。所以在大学里，更是要严格的来要求自己，让自己能学到东西，让自己在痛苦中得到成长，你才有巨大的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军训的时候，教官对于我们错误的动作，总是一遍一遍的去纠正，耐心的讲解，无论是一开始的站军姿，还是后面的正步，军体拳，可以说教官非常的敬职敬责，反复的指出就是为了让我们的动作标准，让我们的行动整齐为止，可能以后我们不会记得这些动作应该怎么去做了，但是我还是会记得教官那认真负责的表情，那敬业的精神，而这也是我在军训里学到了，在以后的学习里，我们也是要拿出这种精神，把知识学好，弄懂，不会的去问，去咨询，去把它真正的搞懂。</w:t>
      </w:r>
      <w:r>
        <w:rPr>
          <w:lang w:eastAsia="zh-CN"/>
        </w:rPr>
        <w:br/>
      </w:r>
      <w:r>
        <w:rPr>
          <w:lang w:eastAsia="zh-CN"/>
        </w:rPr>
        <w:t>　　每次当我们觉得训练不下去的时候，教官总是会在旁边告诉我们，要坚持，要加油，不能松懈，只有坚持下去，那么一定可以完成的，一定可以做好的，其实军训每个人都是一点一滴的坚持下去的，只有坚持，我们才能完成，只有坚持，我们才有收获。军训教会了我很多，也让我更加的期待接下来的大学生活，更加的期望大学的学习能有更多的收获。</w:t>
      </w:r>
      <w:r>
        <w:rPr>
          <w:lang w:eastAsia="zh-CN"/>
        </w:rPr>
        <w:br/>
      </w:r>
      <w:r>
        <w:rPr>
          <w:lang w:eastAsia="zh-CN"/>
        </w:rPr>
        <w:t xml:space="preserve">    2024大一开学军训心得体会优秀 篇2 </w:t>
      </w:r>
      <w:r>
        <w:rPr>
          <w:lang w:eastAsia="zh-CN"/>
        </w:rPr>
        <w:br/>
      </w:r>
      <w:r>
        <w:rPr>
          <w:lang w:eastAsia="zh-CN"/>
        </w:rPr>
        <w:t>　　大学军训就这样子结束了，说真，真的怀念那些日子，虽辛苦，但也有快乐!军训是我踏入大学后的第一门课程。</w:t>
      </w:r>
      <w:r>
        <w:rPr>
          <w:lang w:eastAsia="zh-CN"/>
        </w:rPr>
        <w:br/>
      </w:r>
      <w:r>
        <w:rPr>
          <w:lang w:eastAsia="zh-CN"/>
        </w:rPr>
        <w:t>　　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渐渐地，我发现，我在走路时会自然而然地抬头挺胸了，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r>
        <w:rPr>
          <w:lang w:eastAsia="zh-CN"/>
        </w:rPr>
        <w:br/>
      </w:r>
      <w:r>
        <w:rPr>
          <w:lang w:eastAsia="zh-CN"/>
        </w:rPr>
        <w:t>　　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r>
        <w:rPr>
          <w:lang w:eastAsia="zh-CN"/>
        </w:rPr>
        <w:br/>
      </w:r>
      <w:r>
        <w:rPr>
          <w:lang w:eastAsia="zh-CN"/>
        </w:rPr>
        <w:t>　　人只有在经历过挫折之后才会变得更加成熟，在困难面前才会更加坚强。我们放下那一份伤感，小心翼翼地拾起断续的梦，带着虔诚的信念和不移的决心，在大学中积极进取，在生活上，勇往直前。</w:t>
      </w:r>
      <w:r>
        <w:rPr>
          <w:lang w:eastAsia="zh-CN"/>
        </w:rPr>
        <w:br/>
      </w:r>
      <w:r>
        <w:rPr>
          <w:lang w:eastAsia="zh-CN"/>
        </w:rPr>
        <w:t>　　军训的日子就像风雨过后的泥土，经过了无数次的洗刷，最终会沉淀下去，直至融入我生命中的最底层……</w:t>
      </w:r>
      <w:r>
        <w:rPr>
          <w:lang w:eastAsia="zh-CN"/>
        </w:rPr>
        <w:br/>
      </w:r>
      <w:r>
        <w:rPr>
          <w:lang w:eastAsia="zh-CN"/>
        </w:rPr>
        <w:t>　　军训，真的让我学会了很多，同学之间的团结友爱，师生情，军民情，好多感情共同发酵，凝成我脑中最美丽的回忆!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2024大一开学军训心得体会优秀 篇3 </w:t>
      </w:r>
      <w:r>
        <w:rPr>
          <w:lang w:eastAsia="zh-CN"/>
        </w:rPr>
        <w:br/>
      </w:r>
      <w:r>
        <w:rPr>
          <w:lang w:eastAsia="zh-CN"/>
        </w:rPr>
        <w:t>　　火热的大一军训生活结束了。十五天的风风雨雨，十五天的摸爬滚打，增强了我的体质，更磨练了我们的意志。在炎炎烈日下，我们踢正步，练转体；在激昂的训练场上，我们欢呼，呐喊。军营生活中，有辛苦的汗水，也有开心的笑容，还给我留下了一份既珍贵又难忘的回忆。</w:t>
      </w:r>
      <w:r>
        <w:rPr>
          <w:lang w:eastAsia="zh-CN"/>
        </w:rPr>
        <w:br/>
      </w:r>
      <w:r>
        <w:rPr>
          <w:lang w:eastAsia="zh-CN"/>
        </w:rPr>
        <w:t>　　大一军训改变了我们的许多坏习惯。在这段有苦有乐的日子里，我们懂得了珍惜父母的付出，理解了父爱母爱的伟大，知道了父母的辛苦，明白了一个人要自立于社会的苦难……军训的艰苦让我们这一群昨日温室中的花朵变成了今日饱经风霜搏击长空的雄鹰。军训也将组织和纪律观念深深地注入了只知道埋头苦读的莘莘学子的心中，让我们这些白面书生变成了有组织有纪律全面发展的准军人。军训，磨练了我们的意志，练就了我们的铮铮铁骨，培养了我们吃苦耐劳的精神。</w:t>
      </w:r>
      <w:r>
        <w:rPr>
          <w:lang w:eastAsia="zh-CN"/>
        </w:rPr>
        <w:br/>
      </w:r>
      <w:r>
        <w:rPr>
          <w:lang w:eastAsia="zh-CN"/>
        </w:rPr>
        <w:t>　　通过十五天的艰苦训练，换来了汇操上的昂首阔步，操场上军姿的威武飒爽。大家一定也感受到了一份收获的喜悦，集体荣誉的自豪。我们的人生经历中也已增添了一笔军训留下的宝贵财富。这当然也是够我们受用终身的宝藏了。</w:t>
      </w:r>
      <w:r>
        <w:rPr>
          <w:lang w:eastAsia="zh-CN"/>
        </w:rPr>
        <w:br/>
      </w:r>
      <w:r>
        <w:rPr>
          <w:lang w:eastAsia="zh-CN"/>
        </w:rPr>
        <w:t>　　如今，军训生活已成为过去，但我会永远的记住大一军训里发生的每一件事。</w:t>
      </w:r>
      <w:r>
        <w:rPr>
          <w:lang w:eastAsia="zh-CN"/>
        </w:rPr>
        <w:br/>
      </w:r>
      <w:r>
        <w:rPr>
          <w:lang w:eastAsia="zh-CN"/>
        </w:rPr>
        <w:t xml:space="preserve">    2024大一开学军训心得体会优秀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在这秋高气爽，万物成熟的季节，我们大一的同学们踏上了短暂的军训途中。</w:t>
      </w:r>
      <w:r>
        <w:rPr>
          <w:lang w:eastAsia="zh-CN"/>
        </w:rPr>
        <w:br/>
      </w:r>
      <w:r>
        <w:rPr>
          <w:lang w:eastAsia="zh-CN"/>
        </w:rPr>
        <w:t>　　军训，对于我而言已不是新鲜的名词了。高一时，我也曾军训过，那时感觉除了苦，就是累，总希望能够早日结束，但此次重温旧梦，又“别有一番滋味在心头”。</w:t>
      </w:r>
      <w:r>
        <w:rPr>
          <w:lang w:eastAsia="zh-CN"/>
        </w:rPr>
        <w:br/>
      </w:r>
      <w:r>
        <w:rPr>
          <w:lang w:eastAsia="zh-CN"/>
        </w:rPr>
        <w:t>　　军训在汗水疲劳的呼唤声中进行着，它像是一场没有硝烟的斗争，心中“放弃”与“坚持”一直在不停的争吵。不过说实话，尽管也踢了正步，站了军姿，进行了拉练，但总体感觉似乎要比高中时的军训松的多，不知是不是因为我的意志力变强了，还是我真的长大了。</w:t>
      </w:r>
      <w:r>
        <w:rPr>
          <w:lang w:eastAsia="zh-CN"/>
        </w:rPr>
        <w:br/>
      </w:r>
      <w:r>
        <w:rPr>
          <w:lang w:eastAsia="zh-CN"/>
        </w:rPr>
        <w:t>　　军训中最有趣最令人兴奋的就是歌咏比赛了。我们班登场，大家唱得热火朝天，歌声响彻云霄，大家都是兴致高昂，也正是这股劲，使我们班赢得了在场的第一名。</w:t>
      </w:r>
      <w:r>
        <w:rPr>
          <w:lang w:eastAsia="zh-CN"/>
        </w:rPr>
        <w:br/>
      </w:r>
      <w:r>
        <w:rPr>
          <w:lang w:eastAsia="zh-CN"/>
        </w:rPr>
        <w:t>　　临走时，当我看到往日严肃的教官脸上洋溢着热而依依不舍的笑容时，我深深地感受到了军对这个大家庭无声的爱。我们大家的心是连在一起的。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大学军训或许是我人生中最后一次军训，在军训中学会了坚强，在烈日的暴晒下，我能以坚强的意志去战胜软弱的心，我学会了团结，在练习齐步，正步走的时候，我意识到了团结就是力量;我学会了敢于吃苦，我知道在以后的道路上，这是无法避免的。聚沙成塔，积少成多，而一个个挫折和经历却让我明白了许多道理，它教我学会了无条件服从;学会了在最艰难的时候去忍受;学会了在自己犯错误后及时认错并改正。它也让我真正明白了什么是毅力、什么是团结、什么是一丝不苟。</w:t>
      </w:r>
      <w:r>
        <w:rPr>
          <w:lang w:eastAsia="zh-CN"/>
        </w:rPr>
        <w:br/>
      </w:r>
      <w:r>
        <w:rPr>
          <w:lang w:eastAsia="zh-CN"/>
        </w:rPr>
        <w:t>　　军训那点点滴滴美好的回忆，依然驻留在我心间，如同一曲优秀的乐章，曲已散，余音仍永存。它将时刻勉励着我，让我在以后的道路上走得更远，更坚定。</w:t>
      </w:r>
      <w:r>
        <w:rPr>
          <w:lang w:eastAsia="zh-CN"/>
        </w:rPr>
        <w:br/>
      </w:r>
      <w:r>
        <w:rPr>
          <w:lang w:eastAsia="zh-CN"/>
        </w:rPr>
        <w:t>　　军训是我生命中承上启下的一点，我的脑子里刻上了“辛苦”二字，在心理上赠给毅力的奖品。愿全体同学都能发扬军队里团结一心的精神，让我们这些雄鹰在未来的晴空中展翅翱翔!</w:t>
      </w:r>
      <w:r>
        <w:rPr>
          <w:lang w:eastAsia="zh-CN"/>
        </w:rPr>
        <w:br/>
      </w:r>
      <w:r>
        <w:rPr>
          <w:lang w:eastAsia="zh-CN"/>
        </w:rPr>
        <w:t xml:space="preserve">    2024大一开学军训心得体会优秀 篇5 </w:t>
      </w:r>
      <w:r>
        <w:rPr>
          <w:lang w:eastAsia="zh-CN"/>
        </w:rPr>
        <w:br/>
      </w:r>
      <w:r>
        <w:rPr>
          <w:lang w:eastAsia="zh-CN"/>
        </w:rPr>
        <w:t>　　大学军训让我体会到了在外面生活的辛苦。一直听长辈说：部队是一个纪律严格的地方，军营非常艰苦，在他们那个时候，光站军姿就要练七、八天，真正要做到站如松、坐如钟的境界。说实话，虽然我的军训时间比较短，我还是觉得像是魔鬼训练营一样，让我不知不觉开始想家，也开始明白什么叫做“身在福中不知福”了。</w:t>
      </w:r>
      <w:r>
        <w:rPr>
          <w:lang w:eastAsia="zh-CN"/>
        </w:rPr>
        <w:br/>
      </w:r>
      <w:r>
        <w:rPr>
          <w:lang w:eastAsia="zh-CN"/>
        </w:rPr>
        <w:t>　　不过，我也觉得虽然军训很苦，但是苦中有乐，自己也得到了锻炼。像不会洗衣服、睡懒觉等等，都在这里有所改正，一向比较懒、有喜欢拖时间的我在这里得到了极大的锻炼。这次军训真的让我变了一个人，改正了很多缺点，更重要的是让我知道互相帮助、团结友爱的重要性，从不认识到认识，短短的时间让我结识了许多的朋友，我很开心。教官对我们很严格，但也很关心我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立正稍息我们练了很长时间，但也在无形中改掉了我喜欢驼背的毛病。我开始明白当兵的看似很威风，但他们付出的汗水是我们根本无法想象的。当他们有成就时都会很怀念过去，也会珍惜现有的成果。所以当我觉得很苦很累时，当教官对我严格要求时，我振作起来，因为我知道教官也是由当兵开始苦出来的，他们付出更多的汗水，我们这些小小的苦又算得了什么呢?我觉得自己应该做得更好，虽然我常会因为没有做好被批评，但只要是我努力做了，无论被批评还是被表扬都是值得的。</w:t>
      </w:r>
      <w:r>
        <w:rPr>
          <w:lang w:eastAsia="zh-CN"/>
        </w:rPr>
        <w:br/>
      </w:r>
      <w:r>
        <w:rPr>
          <w:lang w:eastAsia="zh-CN"/>
        </w:rPr>
        <w:t>　　俗话说：十年寒窗苦。读书尽管辛苦，可当兵的比我们更累、更苦，所以这些苦也就算不了什么了。不是说失败是成功之母么?不是说先苦后甜么?不是说没有只有更好的么?所以我会尽量做到。我也深深的知道教官的辛苦。通过这次军训我知道自己长大了、懂事了、让我知道自己不再是一个孩子，不应该向家长撒娇了。</w:t>
      </w:r>
      <w:r>
        <w:rPr>
          <w:lang w:eastAsia="zh-CN"/>
        </w:rPr>
        <w:br/>
      </w:r>
      <w:r>
        <w:rPr>
          <w:lang w:eastAsia="zh-CN"/>
        </w:rPr>
        <w:t>　　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w:t>
      </w:r>
      <w:r>
        <w:rPr>
          <w:lang w:eastAsia="zh-CN"/>
        </w:rPr>
        <w:br/>
      </w:r>
      <w:r>
        <w:rPr>
          <w:lang w:eastAsia="zh-CN"/>
        </w:rPr>
        <w:t>　　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这次的军训让我学会了独立，改正了许多的缺点。我感谢这次的军训!</w:t>
      </w:r>
      <w:r>
        <w:rPr>
          <w:lang w:eastAsia="zh-CN"/>
        </w:rPr>
        <w:br/>
      </w:r>
      <w:r>
        <w:rPr>
          <w:lang w:eastAsia="zh-CN"/>
        </w:rPr>
        <w:t xml:space="preserve">    2024大一开学军训心得体会优秀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我满怀激动的心情领了军训服装，看着那身绿色的军装，我看到了生命的颜色。从此，也拉开了我军训生涯的帷幕。</w:t>
      </w:r>
      <w:r>
        <w:rPr>
          <w:lang w:eastAsia="zh-CN"/>
        </w:rPr>
        <w:br/>
      </w:r>
      <w:r>
        <w:rPr>
          <w:lang w:eastAsia="zh-CN"/>
        </w:rPr>
        <w:t>　　从穿上军装的那一刻起，我就被赋予了一名军人的使命，我已不再是那个没时间观念，不严于律己的我;从穿上军装的那一刻起，我无形中便浑身充满了朝气;从穿上军装的那一刻起，我意识到将要面临严律的考验，接受严格的军事化训练。</w:t>
      </w:r>
      <w:r>
        <w:rPr>
          <w:lang w:eastAsia="zh-CN"/>
        </w:rPr>
        <w:br/>
      </w:r>
      <w:r>
        <w:rPr>
          <w:lang w:eastAsia="zh-CN"/>
        </w:rPr>
        <w:t>　　美丽的中大到处都能看到身着绿色军装的身影。安详、宁静的北校变成了一个绿色军营。军人的气息充斥着校园的每个角落。</w:t>
      </w:r>
      <w:r>
        <w:rPr>
          <w:lang w:eastAsia="zh-CN"/>
        </w:rPr>
        <w:br/>
      </w:r>
      <w:r>
        <w:rPr>
          <w:lang w:eastAsia="zh-CN"/>
        </w:rPr>
        <w:t>　　恍惚间，我看到易水河畔的荆轲，我看到乌江畔带领二十八骑冲锋的项羽，我看到那有“钢铁之师”之称的“叶挺独立团”正在北伐途中和军阀战斗，我看到红军正在长征路上艰难的行军，我看到志愿军在、曾跑步跨国鸭绿江……</w:t>
      </w:r>
      <w:r>
        <w:rPr>
          <w:lang w:eastAsia="zh-CN"/>
        </w:rPr>
        <w:br/>
      </w:r>
      <w:r>
        <w:rPr>
          <w:lang w:eastAsia="zh-CN"/>
        </w:rPr>
        <w:t>　　经过这六天的训练，我真切的感受到前所未有的压力与挑战，然而与此同时一种挑战压力的兴奋悠然而生。军训，我们作为一个集体存在，在这个集体中我们感觉到了七尺男儿起立于世的雄心，也得到了又平常心，普通心，甘于忍耐，甘于吃苦的习惯。</w:t>
      </w:r>
      <w:r>
        <w:rPr>
          <w:lang w:eastAsia="zh-CN"/>
        </w:rPr>
        <w:br/>
      </w:r>
      <w:r>
        <w:rPr>
          <w:lang w:eastAsia="zh-CN"/>
        </w:rPr>
        <w:t>　　在这丝毫没有奢华，没有片刻虚度的军训生活中，我们每一分钟都在接受肉体和精神的双层体验，每一时刻都在完成雄心和平常心的双层转让。我相信这次军训生活将会带给我一次新的飞跃。</w:t>
      </w:r>
      <w:r>
        <w:rPr>
          <w:lang w:eastAsia="zh-CN"/>
        </w:rPr>
        <w:br/>
      </w:r>
      <w:r>
        <w:rPr>
          <w:lang w:eastAsia="zh-CN"/>
        </w:rPr>
        <w:t>　　我时刻提醒自己：严格要求自己的言行举止，服从领导的命令，虚心学习、认真训练、热爱团体、关心他人，努力做一名合格的军人。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我相信，这将是一次精彩的大学生活片段。我们将会受益匪浅。当然，这次军训必定会成为我们永恒的回忆，引导我们走向辉煌的未来!</w:t>
      </w:r>
      <w:r>
        <w:rPr>
          <w:lang w:eastAsia="zh-CN"/>
        </w:rPr>
        <w:br/>
      </w:r>
      <w:r>
        <w:rPr>
          <w:lang w:eastAsia="zh-CN"/>
        </w:rPr>
        <w:t xml:space="preserve">    2024大一开学军训心得体会优秀 篇7 </w:t>
      </w:r>
      <w:r>
        <w:rPr>
          <w:lang w:eastAsia="zh-CN"/>
        </w:rPr>
        <w:br/>
      </w:r>
      <w:r>
        <w:rPr>
          <w:lang w:eastAsia="zh-CN"/>
        </w:rPr>
        <w:t>　　军训结束之后我才猛然发觉，这段苦涩的日子已经过去了，迎面而来的，是另一段不确定的岁月。军训的结束其实也是在告诉我，今后的路还有很长，我们现在所经历的一切都只是将来人生里的一个小片段，所以不用过度留念，也不要总是恋恋不舍，路在脚下，眼看前方。只有这样，我们在能在稳妥之中前行，少走一些弯路，尽快抵达光明。</w:t>
      </w:r>
      <w:r>
        <w:rPr>
          <w:lang w:eastAsia="zh-CN"/>
        </w:rPr>
        <w:br/>
      </w:r>
      <w:r>
        <w:rPr>
          <w:lang w:eastAsia="zh-CN"/>
        </w:rPr>
        <w:t>　　还记得刚刚开始军训的时候，我是很不习惯的，因为我不习惯集体宿舍，我也从来没有住过集体宿舍。虽然说我们宿舍算是学校比较好的宿舍了，但是四个人住我还是第一次，并且军训期间我们都非常的疲惫，有时候回去洗澡也成了一个很大的问题，几乎每天都是需要排队的，加上我们这四个人刚刚在一起，还没有怎么去磨合，所以矛盾也是有一些的。所以一开始，其实生活过的不顺利，军训进行的也很艰难，那段时间真的很考验我们的内心和定力。我想，这才是我们大学真正的开始吧，充满了未知、挫折和挑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在军训当中，其实我们每个人都经历了一次内心世界的挣扎和翻越。以前我们没有吃过苦，也体会不到要坚持不懈的那种意志力，在这次军训当中，我是真真实实的认识到了坚持的魅力，那一种魅力是无穷无尽的，更是不可被替代的。还记得一开始的时候站军姿，我五分钟也站不了，站了五分钟之后，我的脚的开始麻了，踩在滚烫的地上，感觉自己就是蒸笼里的包子，再烤下去迟早都会烤熟了。后来慢慢的，当自己的意志力变得更加坚强的时候，就会发现其实外在条件根本不会成为动摇我们内心的凶器，有时候反而是锻炼我们内心的一把利器。所以学会坚持，往往也是通向成功的一条道路。</w:t>
      </w:r>
      <w:r>
        <w:rPr>
          <w:lang w:eastAsia="zh-CN"/>
        </w:rPr>
        <w:br/>
      </w:r>
      <w:r>
        <w:rPr>
          <w:lang w:eastAsia="zh-CN"/>
        </w:rPr>
        <w:t>　　经历了这两周的军训之后，其实自己的改变是非常多的。首先就是精神上面，是改变了不少的，以前我很不独立，交朋友也比较的被动。但是在这次军训当中，我慢慢的变得越来越主动一些了，性格也变得更加开朗了。其实每一位军人就像是一个太阳，他即使不说话，我们也能感受到他身上的阳光。我想我一定也是受这样的阳光的影响，自己也变得越来越乐观了、积极和向上了。</w:t>
      </w:r>
      <w:r>
        <w:rPr>
          <w:lang w:eastAsia="zh-CN"/>
        </w:rPr>
        <w:br/>
      </w:r>
      <w:r>
        <w:rPr>
          <w:lang w:eastAsia="zh-CN"/>
        </w:rPr>
        <w:t>　　我是从心底里享受这一次军训的，它拉进了我和同学们之间的距离，也将我真正的带入了这个大学当中。未来或许有更多和军训一样的挑战在等待着我，但是我觉得自己有了一颗坚决的心，就一定可以打败所有的难关的!</w:t>
      </w:r>
      <w:r>
        <w:rPr>
          <w:lang w:eastAsia="zh-CN"/>
        </w:rPr>
        <w:br/>
      </w:r>
      <w:r>
        <w:rPr>
          <w:lang w:eastAsia="zh-CN"/>
        </w:rPr>
        <w:t xml:space="preserve">    2024大一开学军训心得体会优秀 篇8 </w:t>
      </w:r>
      <w:r>
        <w:rPr>
          <w:lang w:eastAsia="zh-CN"/>
        </w:rPr>
        <w:br/>
      </w:r>
      <w:r>
        <w:rPr>
          <w:lang w:eastAsia="zh-CN"/>
        </w:rPr>
        <w:t>　　时间就这样悄无声息的从我们身边流逝，但这段美好的时光将永远铭刻在我们每个人心中，新的学期意味着新的开始，但大学却意味着我们人生道路的一次转折。我们来自五湖四海，为了一个共同的目标而相约在此，一个对我们来说陌生的校园。每一张面孔都未曾相识，每一种声音都各有特色，我们对校园的一切和彼此之间都充满了新奇，因为我们未曾了解对方。我感谢学校给我们一次锻炼自己考验自己的机会，也给我们新生之间相互了解的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军训虽说只有短短的__天，但这__天似乎如同一年，因为在这__天里我们感受到冬天那刺骨的寒风，也体味到那秋雨的凉意，也挑战了夏日里火红火红的太阳，也迎接了春日的清晨训练时的教官像老师一样严格要求我们的每一个动作，只有细心的教导没有严厉的指责。休息时却像一位姐姐关心我们每一个人。告述我们“天冷了!多穿些衣服。预防感冒。”</w:t>
      </w:r>
      <w:r>
        <w:rPr>
          <w:lang w:eastAsia="zh-CN"/>
        </w:rPr>
        <w:br/>
      </w:r>
      <w:r>
        <w:rPr>
          <w:lang w:eastAsia="zh-CN"/>
        </w:rPr>
        <w:t>　　最让我们铭刻在心的却是教官那句“我穿上这身衣服我是你们的教官，脱下来我就是你们的学姐，以后有什么事可以来找我。”简单的话语却让我们每次想起来心中都会有振振暖流。雨我们都会怨恨雨下的太小，当细雨浸透我们的衣衫一振振寒风吹来时，我们又渴望太阳冲破乌云，但当烈日真的高挂晴空时，我们却又开始讨厌太阳的火热，反而喜欢那乌云密布的阴雨天来，最起码我们会想不可能像现在这样晒的很黑。</w:t>
      </w:r>
      <w:r>
        <w:rPr>
          <w:lang w:eastAsia="zh-CN"/>
        </w:rPr>
        <w:br/>
      </w:r>
      <w:r>
        <w:rPr>
          <w:lang w:eastAsia="zh-CN"/>
        </w:rPr>
        <w:t>　　总而言之这__天来我们的心情如同天气一样反复无常，也是在埋怨中渡过的。但我们的教官不也是和我们一样经历着考验吗?但却未曾听到过一句怨言，每当训练时我们总会以教官为榜样，在心中暗暗对自己说;“教官和我们一样都是学生为什么我们不能做好呢?有时也希望自己来年军训的时候还会出现我们的身影，但不是学员，而要做教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军训的生活是丰富多彩的，我们不仅仅学会了关于站立和行走的知识，我们还懂得了如何让我们的内务更加整洁。也学会了许多军歌，让我们更加体会到军人的气息，嘹亮歌声展现了军人豪放的气魄，每当会唱军歌时就会从心底涌出一种力量。因此我认为在世界上唯有军歌不需任何乐器的演奏而听起来却是那样自然纯正，军训不仅让我们懂得了如何去遵守规则制度，而且也增进了同学之间的相互认识，也培养了团结互助的精神。</w:t>
      </w:r>
      <w:r>
        <w:rPr>
          <w:lang w:eastAsia="zh-CN"/>
        </w:rPr>
        <w:br/>
      </w:r>
      <w:r>
        <w:rPr>
          <w:lang w:eastAsia="zh-CN"/>
        </w:rPr>
        <w:t>　　我们是一个集体，集体中的没一个成员都是不可缺少的，只有互相配合相互照顾我们的方队从整体上是齐的。即便是一个做的不好，他也无法代替这个集体。无论是今后的学习，生活还是工作之中，我们都应该发扬集体主义精神，认真负责的做好没一件事情。</w:t>
      </w:r>
      <w:r>
        <w:rPr>
          <w:lang w:eastAsia="zh-CN"/>
        </w:rPr>
        <w:br/>
      </w:r>
      <w:r>
        <w:rPr>
          <w:lang w:eastAsia="zh-CN"/>
        </w:rPr>
        <w:t>　　大学的军训，让我学会了许多。</w:t>
      </w:r>
      <w:r>
        <w:rPr>
          <w:lang w:eastAsia="zh-CN"/>
        </w:rPr>
        <w:br/>
      </w:r>
      <w:r>
        <w:rPr>
          <w:lang w:eastAsia="zh-CN"/>
        </w:rPr>
        <w:t xml:space="preserve">    2024大一开学军训心得体会优秀 篇9 </w:t>
      </w:r>
      <w:r>
        <w:rPr>
          <w:lang w:eastAsia="zh-CN"/>
        </w:rPr>
        <w:br/>
      </w:r>
      <w:r>
        <w:rPr>
          <w:lang w:eastAsia="zh-CN"/>
        </w:rPr>
        <w:t>　　终于，疲惫的军训已经结束了。我本以为军训之后总算是可以睡一个好觉了，但到了早上七点多钟的时候就再也睡不着了。看来军训对我的影响短时间之内是无法消除了。其实军训期间让我最痛苦的就是早上起床的时候，因为我是一个很爱睡懒觉的人。本以为到了大学之后就能够解放了，不用再像高中那样每天都要早起了，结果我还没有开始上课，就先遇到了军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军训期间每天五点半钟就要起床了，顶多能够让我赖五分钟的床，再多赖下去就是要迟到了的。想想自己在上高中的时候都没有起过这么早，到了大学却让我体验到了天还没亮就要出门的感觉了。其实我对军训不是很抗拒的，相反，在训练的时候我是非常的兴奋的。在国庆节的阅兵仪式上看到了军人们整齐的步伐，也想象着自己能够像他们那样，和同学们一起迈出整齐的步子。只有早上起床的时候我是不喜欢军训的，谁不想睡到自然醒呢?</w:t>
      </w:r>
      <w:r>
        <w:rPr>
          <w:lang w:eastAsia="zh-CN"/>
        </w:rPr>
        <w:br/>
      </w:r>
      <w:r>
        <w:rPr>
          <w:lang w:eastAsia="zh-CN"/>
        </w:rPr>
        <w:t>　　当我真正开始训练的时候发现要做到像电视里面的军人那样是非常的难的，这也让我更加的佩服他们，更加的佩服身边的那些去当兵的同学们。做出这样的决定是需要很大的勇气的，因为半个月的军训就让我觉得非常的难和累了，可他们却是要接受两年这样的训练。但我也从不后悔自己参加了这一次的军训，虽然自己是没得选的。在这一次的军训中，我也体验到了我之前从未体验过的感觉，让我觉得自己的收获是很大的。</w:t>
      </w:r>
      <w:r>
        <w:rPr>
          <w:lang w:eastAsia="zh-CN"/>
        </w:rPr>
        <w:br/>
      </w:r>
      <w:r>
        <w:rPr>
          <w:lang w:eastAsia="zh-CN"/>
        </w:rPr>
        <w:t>　　在高中就已经知道了大学的复杂性，但军训却是让我们都团结起来了。在军训的过程中我们每一个人的心中都是只有一个目标的，就是让我们的团队变得更好，在最后的阅兵仪式上取得好的成绩。因为有着同样的一个目标，所以我们是更加的团结的。我本以为到了大学同学们之间的感情会变得非常的脆弱的，但现在我们已经建立起了友谊。希望我们之间的感情能够让我们在未来的四年中好好的相处，一起建设好我们的班集体。</w:t>
      </w:r>
      <w:r>
        <w:rPr>
          <w:lang w:eastAsia="zh-CN"/>
        </w:rPr>
        <w:br/>
      </w:r>
      <w:r>
        <w:rPr>
          <w:lang w:eastAsia="zh-CN"/>
        </w:rPr>
        <w:t>　　军训可以说是打卡我们大学生活的一把钥匙了，只有真正的通过的军训，才能够开始我的大学生活。现在的我对之后的四年是非常的期待的，我想自己在这四年是一定能够学到很多的东西的。不管在学习上遇到了什么样的困难我也是会一直的坚持下去的，因为我连军训都已经顺利的通过了，还有什么事情是能够阻碍我的呢?</w:t>
      </w:r>
      <w:r>
        <w:rPr>
          <w:lang w:eastAsia="zh-CN"/>
        </w:rPr>
        <w:br/>
      </w:r>
      <w:r>
        <w:rPr>
          <w:lang w:eastAsia="zh-CN"/>
        </w:rPr>
        <w:t xml:space="preserve">    2024大一开学军训心得体会优秀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我满怀激动的心情领了军训服装，看着那身绿色的军装，我看到了生命的颜色。从此，也拉开了我军训生涯的帷幕。</w:t>
      </w:r>
      <w:r>
        <w:rPr>
          <w:lang w:eastAsia="zh-CN"/>
        </w:rPr>
        <w:br/>
      </w:r>
      <w:r>
        <w:rPr>
          <w:lang w:eastAsia="zh-CN"/>
        </w:rPr>
        <w:t>　　从穿上军装的那一刻起，我就被赋予了一名军人的使命，我已不再是那个没时间观念，不严于律己的我；从穿上军装的那一刻起，我无形中便浑身充满了朝气；从穿上军装的那一刻起，我意识到将要面临严律的考验，接受严格的军事化训练。</w:t>
      </w:r>
      <w:r>
        <w:rPr>
          <w:lang w:eastAsia="zh-CN"/>
        </w:rPr>
        <w:br/>
      </w:r>
      <w:r>
        <w:rPr>
          <w:lang w:eastAsia="zh-CN"/>
        </w:rPr>
        <w:t>　　经过这六天的训练，我真切的感受到前所未有的'压力与挑战，然而与此同时一种挑战压力的兴奋悠然而生。军训，我们作为一个集体存在，在这个集体中我们感觉到了七尺男儿起立于世的雄心，也得到了又平常心，普通心，甘于忍耐，甘于吃苦的习惯。</w:t>
      </w:r>
      <w:r>
        <w:rPr>
          <w:lang w:eastAsia="zh-CN"/>
        </w:rPr>
        <w:br/>
      </w:r>
      <w:r>
        <w:rPr>
          <w:lang w:eastAsia="zh-CN"/>
        </w:rPr>
        <w:t>　　在这丝毫没有奢华，没有片刻虚度的军训生活中，我们每一分钟都在接受肉体和精神的双层体验，每一时刻都在完成雄心和平常心的双层转让。我相信这次军训生活将会带给我一次新的飞跃。</w:t>
      </w:r>
      <w:r>
        <w:rPr>
          <w:lang w:eastAsia="zh-CN"/>
        </w:rPr>
        <w:br/>
      </w:r>
      <w:r>
        <w:rPr>
          <w:lang w:eastAsia="zh-CN"/>
        </w:rPr>
        <w:t>　　我时刻提醒自己：严格要求自己的言行举止，服从领导的命令，虚心学习、认真训练、热爱团体、关心他人，努力做一名合格的军人。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时间总是在不经意间流走，眨眼间军训的日子已经过去一大半，静下心来想想，当初的艰辛已经熬过，迎接我们的将又是一个崭新的明天，军训让我们的毅力变得更加坚强，只要坚持，一切困难也不再害怕。当初一直对军训有些心理恐惧，认为自己有些挺不过来，但一次次的坚持，让我变得更有信心接受一切的挑战。军训是辛苦的，这点无可置疑，夏日下，皮肤被太阳晒的发痛，在一遍遍基本动作的训练中手脚麻痹了，肌肉酸痛了。虽然辛苦，但我们还是感到快乐，因为我们相信这是破茧而出前的黑暗。军训让我们得到了身体的锻炼和精神的锤炼，我们得到的很多很多，以致受益终身！</w:t>
      </w:r>
      <w:r>
        <w:rPr>
          <w:lang w:eastAsia="zh-CN"/>
        </w:rPr>
        <w:br/>
      </w:r>
      <w:r>
        <w:rPr>
          <w:lang w:eastAsia="zh-CN"/>
        </w:rPr>
        <w:t>　　“不经历风雨怎能见彩虹。”这是一句为人熟知的歌词，我们坚信军训将是我们大学生活中最美的一段插曲。</w:t>
      </w:r>
      <w:r>
        <w:rPr>
          <w:lang w:eastAsia="zh-CN"/>
        </w:rPr>
        <w:br/>
      </w:r>
      <w:r>
        <w:rPr>
          <w:lang w:eastAsia="zh-CN"/>
        </w:rPr>
        <w:t xml:space="preserve">    2024大一开学军训心得体会优秀 篇11 </w:t>
      </w:r>
      <w:r>
        <w:rPr>
          <w:lang w:eastAsia="zh-CN"/>
        </w:rPr>
        <w:br/>
      </w:r>
      <w:r>
        <w:rPr>
          <w:lang w:eastAsia="zh-CN"/>
        </w:rPr>
        <w:t>　　一直以来我不知道自己坚持一件事情可以是这么久，其实不是我们因为某写外部因素，而是在我们军训的时候一直在强调自己，这是我们本来就能做到的，我喜欢军训的那种氛围，做什么事情都是有秩序的，生活当中或许是自己懒散了很久，松懈了自己身躯，没有把规矩放在心上，其实这是很不好的一点，在这次军训的时候我非常珍惜军训的点点滴滴，我愿意让自己在这种情况下坚持自己想做的，做什么事情都是有秩序，这样才会效率很快，哪怕是在渴了喝水都要有秩序的去喝，这就是军训中我感触很深刻的，其实不是什么事情都可以让自己为所欲为，我们要知道在训练的时候，可以通一些细节的问题看到很多不足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军训当中那股子力量总是让人抗拒不了，我其实没有想过自己能做好一些困难的事情，当时有一股力量就是那种氛围大家都激情高涨，我非常喜欢那种感觉，不是什么时候都有的，但是一旦有了就会是无比的美好，军训的气氛是高涨的，大家都在坚持一件事情，往往这个时候我就不由自主的想要做到更好，就像是一种魔力一样，我反而很的喜欢这种感觉，训练当中我一直在想着怎么让自己优秀起来，不是什么事情都可以一下子做到最好，但是贵在坚持，我非常喜欢军训中的点点滴滴，以往的工作当中我把一些自己的缺点都细化了，不知道这些都是今后一些影响我的因素，这次我看到了自己很多缺点，这也是军训让我有机会看到的。</w:t>
      </w:r>
      <w:r>
        <w:rPr>
          <w:lang w:eastAsia="zh-CN"/>
        </w:rPr>
        <w:br/>
      </w:r>
      <w:r>
        <w:rPr>
          <w:lang w:eastAsia="zh-CN"/>
        </w:rPr>
        <w:t>　　通过这次训练，我进步了很多，不管是在毅力，还是在耐心，信心，都是有所增长，未来还很长，我会继续发扬军训美德。</w:t>
      </w:r>
      <w:r>
        <w:rPr>
          <w:lang w:eastAsia="zh-CN"/>
        </w:rPr>
        <w:br/>
      </w:r>
      <w:r>
        <w:rPr>
          <w:lang w:eastAsia="zh-CN"/>
        </w:rPr>
        <w:t xml:space="preserve">    2024大一开学军训心得体会优秀 篇12 </w:t>
      </w:r>
      <w:r>
        <w:rPr>
          <w:lang w:eastAsia="zh-CN"/>
        </w:rPr>
        <w:br/>
      </w:r>
      <w:r>
        <w:rPr>
          <w:lang w:eastAsia="zh-CN"/>
        </w:rPr>
        <w:t>　　冬去春来，万物在赶开严冬之后，怅然地开端了重生。在这繁荣的生命气味中，我开端了我的大学重生军训。</w:t>
      </w:r>
      <w:r>
        <w:rPr>
          <w:lang w:eastAsia="zh-CN"/>
        </w:rPr>
        <w:br/>
      </w:r>
      <w:r>
        <w:rPr>
          <w:lang w:eastAsia="zh-CN"/>
        </w:rPr>
        <w:t>　　天咱们在晨风中晨训，在阳光与细雨中练习，一全国来就一个字"累"，没有了往昔的悠闲与松懈，全部都是那么的规整与充溢纪律_开端之时，我的心情中充溢了不管束，可是后来，慢慢地我，我发现自己在不知不觉之中融入了人物，管束了军训的日子，并从中了解了军训的含义。</w:t>
      </w:r>
      <w:r>
        <w:rPr>
          <w:lang w:eastAsia="zh-CN"/>
        </w:rPr>
        <w:br/>
      </w:r>
      <w:r>
        <w:rPr>
          <w:lang w:eastAsia="zh-CN"/>
        </w:rPr>
        <w:t>　　我想，军训不只是要培育咱们的纪律知道，也在于教训咱们用汗水洗去怯弱，用刚烈冲走脆弱，使身体变得健壮，使心灵变得刚烈_为这样，在今后的人生中，即便咱们面临风雨，面临泥泞不堪的路途，也能心生坚毅，直面人生的磨炼_只需在练习之后，波折之后才会变得愈加老练，在困难面前才会愈加刚烈。咱们放下那一份伤感，小心谨慎地捡起断续的梦，带着忠诚的信仰和不移的决计，在大学中积极进取，在日子上，一往无前。</w:t>
      </w:r>
      <w:r>
        <w:rPr>
          <w:lang w:eastAsia="zh-CN"/>
        </w:rPr>
        <w:br/>
      </w:r>
      <w:r>
        <w:rPr>
          <w:lang w:eastAsia="zh-CN"/>
        </w:rPr>
        <w:t>　　军训的日子就像风雨往后的泥土，经过了无数次的洗刷，最终会沉积下去，直至融入我生射中的最底层。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2024大一开学军训心得体会优秀 篇13 </w:t>
      </w:r>
      <w:r>
        <w:rPr>
          <w:lang w:eastAsia="zh-CN"/>
        </w:rPr>
        <w:br/>
      </w:r>
      <w:r>
        <w:rPr>
          <w:lang w:eastAsia="zh-CN"/>
        </w:rPr>
        <w:t>　　盼了好久的大一新生军训终于在成为大一老生的时候到来了，大家可能觉得奇怪，为什么盼，因为作为一名合格的大学生，应该严格要求自己，从最基本的生活起居到日常行动，都要体现出一名当代大学生的高素养、高气质，所以我很期望利用这十天的时间，磨练自己，端正自己的行为规范。</w:t>
      </w:r>
      <w:r>
        <w:rPr>
          <w:lang w:eastAsia="zh-CN"/>
        </w:rPr>
        <w:br/>
      </w:r>
      <w:r>
        <w:rPr>
          <w:lang w:eastAsia="zh-CN"/>
        </w:rPr>
        <w:t>　　军训已经四天了，这四天我真正体会到了一名军人所受的苦和累，这种滋味并非一般人所能承受的。烈日炎炎，我们冒着30多度的高温，穿着厚重的校服，还没开始训就已经一身汗，而且又不让解开衣扣，纪律严明可见一斑，每天七个小时的训练，稍息，立正，到正步打拳，复杂而又枯燥，一个齐步走我们就练了有三天，脚后跟痛得要命。一天训下来，骨头好象散了架，一躺到床上就睡着了，通过四天的刻苦训练，我发现我的生活习惯有了很大的改变。</w:t>
      </w:r>
      <w:r>
        <w:rPr>
          <w:lang w:eastAsia="zh-CN"/>
        </w:rPr>
        <w:br/>
      </w:r>
      <w:r>
        <w:rPr>
          <w:lang w:eastAsia="zh-CN"/>
        </w:rPr>
        <w:t>　　四天的军训，已使我们对生活产生了新的感悟和激情。没有人还会想起在电脑前度过不眠之夜的颓废生活，曾经从课堂到食堂再到宿舍的单调路线也似乎有些遥远。我想，许多人在一天的训练后，最想的，是带着一天的疲惫与荣耀，带着满心的充实与快乐安然进入梦乡。生活有太多味道，生活也有太多色彩，但只有一一尝试的人，才会明白个中趣味。喧闹的都市是水泥色的，每日繁重的功课是白色的，晨读园中的花前月下是粉红色的，而只有军营和它带来的激情，是迷彩，是包容生活诸多奇异色彩的。那里面有挫折的苦涩，有荣耀的甘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让我们好好珍惜这十天的吃苦经历，磨练自己，这会是人生的一笔不可估量的财富。</w:t>
      </w:r>
      <w:r>
        <w:rPr>
          <w:lang w:eastAsia="zh-CN"/>
        </w:rPr>
        <w:br/>
      </w:r>
      <w:r>
        <w:rPr>
          <w:lang w:eastAsia="zh-CN"/>
        </w:rPr>
        <w:t xml:space="preserve">    2024大一开学军训心得体会优秀 篇14 </w:t>
      </w:r>
      <w:r>
        <w:rPr>
          <w:lang w:eastAsia="zh-CN"/>
        </w:rPr>
        <w:br/>
      </w:r>
      <w:r>
        <w:rPr>
          <w:lang w:eastAsia="zh-CN"/>
        </w:rPr>
        <w:t>　　大学军训完毕了，我的心里非常改变，还有些恋恋不舍。我真的遗言它能再延伸些，再多给咱们一些训练的时机！在这次军训中，我成长了。我哭过，笑过，痛过，忍受过，抑郁过，激动过，骄傲过。汗水，泪水犬牙交错，帽子上的徽章在阳光下闪闪发光！</w:t>
      </w:r>
      <w:r>
        <w:rPr>
          <w:lang w:eastAsia="zh-CN"/>
        </w:rPr>
        <w:br/>
      </w:r>
      <w:r>
        <w:rPr>
          <w:lang w:eastAsia="zh-CN"/>
        </w:rPr>
        <w:t>　　军训增强了我的自傲。我是班里6名女生中体育成果最差的一个，也是大街最弱的一个。上在军训期间，我有什么苦，有什么不舒畅都静静的承受了，我没有喊过累，没有叫过苦。在身体不舒畅的情况下，我仍然刚烈的坚持，我总是对自己说：不能倒下！我是6名女生中最终“倒下”（请假）的一个（那次是由于肚子疼）。军训完毕后，我一点伤也没有――尽管我非常仔细。本来被称誉的白皮肤变成了棕色，这是军训留给我的“痕迹”。</w:t>
      </w:r>
      <w:r>
        <w:rPr>
          <w:lang w:eastAsia="zh-CN"/>
        </w:rPr>
        <w:br/>
      </w:r>
      <w:r>
        <w:rPr>
          <w:lang w:eastAsia="zh-CN"/>
        </w:rPr>
        <w:t>　　能够说，在这次军训中，我是胜利者。我成功地完善了自我，逾越了自我，增强了自傲，使自己作为一名_人的形象愈加饱满。</w:t>
      </w:r>
      <w:r>
        <w:rPr>
          <w:lang w:eastAsia="zh-CN"/>
        </w:rPr>
        <w:br/>
      </w:r>
      <w:r>
        <w:rPr>
          <w:lang w:eastAsia="zh-CN"/>
        </w:rPr>
        <w:t>　　军训前，爸爸妈妈有些忧虑我的身体。由于我平常不太运动，还常常肚子疼；可是现在，爸爸，妈妈，我证明给你们看，我，不是弱者！</w:t>
      </w:r>
      <w:r>
        <w:rPr>
          <w:lang w:eastAsia="zh-CN"/>
        </w:rPr>
        <w:br/>
      </w:r>
      <w:r>
        <w:rPr>
          <w:lang w:eastAsia="zh-CN"/>
        </w:rPr>
        <w:t>　　祖国，你看，在你的沃土上，新一代青年正在茁壮成长！他们不怕苦，他们不怕累！他们是你的遗言，他们是你的骄傲！</w:t>
      </w:r>
      <w:r>
        <w:rPr>
          <w:lang w:eastAsia="zh-CN"/>
        </w:rPr>
        <w:br/>
      </w:r>
      <w:r>
        <w:rPr>
          <w:lang w:eastAsia="zh-CN"/>
        </w:rPr>
        <w:t xml:space="preserve">    2024大一开学军训心得体会优秀 篇15 </w:t>
      </w:r>
      <w:r>
        <w:rPr>
          <w:lang w:eastAsia="zh-CN"/>
        </w:rPr>
        <w:br/>
      </w:r>
    </w:p>
    <w:p w:rsidR="001B1F19" w14:textId="27C3F48A">
      <w:pPr>
        <w:rPr>
          <w:rFonts w:hint="eastAsia"/>
          <w:lang w:eastAsia="zh-CN"/>
        </w:rPr>
      </w:pPr>
      <w:r>
        <w:rPr>
          <w:lang w:eastAsia="zh-CN"/>
        </w:rPr>
        <w:t>　　时间飞逝，转眼间_天的军训时光已经过去。军训是我们人生难得的考验和磨砺，他不但能培养人的吃苦精神，更能磨练人的意志。</w:t>
      </w:r>
      <w:r>
        <w:rPr>
          <w:lang w:eastAsia="zh-CN"/>
        </w:rPr>
        <w:br/>
      </w:r>
      <w:r>
        <w:rPr>
          <w:lang w:eastAsia="zh-CN"/>
        </w:rPr>
        <w:t>　　我们每天的军事训练内容非常简单，不过是原地转法、正步、立定、齐步这些基本的动作，这些动作平时看起来非常简单，而现在做起来却没有那么容易了，第一天下来，我们就累得半死，全身都疼，但是大家没有一个人退缩，都坚持到了最后。其深深体会到了坚持就是胜利。</w:t>
      </w:r>
      <w:r>
        <w:rPr>
          <w:lang w:eastAsia="zh-CN"/>
        </w:rPr>
        <w:br/>
      </w:r>
      <w:r>
        <w:rPr>
          <w:lang w:eastAsia="zh-CN"/>
        </w:rPr>
        <w:t>　　通过拓展训练，我深刻的理解到了什么叫团队。在困难和挑战面前，大家都能凝心聚力，充分体现了挑战自我，熔炼团队的精神。如果没有团队精神，这次所有的拓展项目都无法完成。正是大家严格要求自己，注意细节、一丝不苟，才能顺利完成。</w:t>
      </w:r>
      <w:r>
        <w:rPr>
          <w:lang w:eastAsia="zh-CN"/>
        </w:rPr>
        <w:br/>
      </w:r>
      <w:r>
        <w:rPr>
          <w:lang w:eastAsia="zh-CN"/>
        </w:rPr>
        <w:t>　　在深深体会到团队协作在任务执行过程中的重要性同时，也学会了如何突破自己心理的极限，可以说是一次难得的经历。通过这次训练，最终能真正能够实现个人某些心理障碍的跨越，同时也体会到个人能力的发展潜力。证明了自己，超越了自己。使我明白，没有不可能，超越自己就能够创造奇迹。</w:t>
      </w:r>
      <w:r>
        <w:rPr>
          <w:lang w:eastAsia="zh-CN"/>
        </w:rPr>
        <w:br/>
      </w:r>
      <w:r>
        <w:rPr>
          <w:lang w:eastAsia="zh-CN"/>
        </w:rPr>
        <w:t xml:space="preserve">    2024大一开学军训心得体会优秀 篇16 </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https://d.book118.com/855213022243011102</w:t>
        </w:r>
      </w:hyperlink>
    </w:p>
    <w:p w:rsidR="001B1F19">
      <w:pPr>
        <w:rPr>
          <w:rFonts w:hint="eastAsia"/>
          <w:lang w:eastAsia="zh-CN"/>
        </w:rPr>
      </w:pPr>
    </w:p>
    <w:sectPr>
      <w:type w:val="nextPage"/>
      <w:pgSz w:w="11906" w:h="16838"/>
      <w:pgMar w:top="1440" w:right="1800" w:bottom="1440" w:left="1800" w:header="851" w:footer="992" w:gutter="0"/>
      <w:pgNumType w:start="1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55213022243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