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jc w:val="center"/>
      </w:pPr>
      <w:r>
        <w:rPr>
          <w:rFonts w:ascii="宋体" w:eastAsia="宋体" w:hAnsi="宋体"/>
          <w:sz w:val="36"/>
        </w:rPr>
        <w:t>班组长工作年度总结</w:t>
      </w:r>
    </w:p>
    <w:p>
      <w:pPr>
        <w:spacing w:before="100" w:after="200" w:line="360" w:lineRule="auto"/>
        <w:ind w:firstLine="576"/>
        <w:jc w:val="left"/>
      </w:pPr>
      <w:r>
        <w:rPr>
          <w:rFonts w:ascii="宋体" w:eastAsia="宋体" w:hAnsi="宋体"/>
          <w:sz w:val="28"/>
        </w:rPr>
        <w:t>时光荏苒，20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xx年的工作情况总结如下：</w:t>
      </w:r>
    </w:p>
    <w:p>
      <w:pPr>
        <w:spacing w:before="100" w:after="200" w:line="360" w:lineRule="auto"/>
        <w:jc w:val="left"/>
      </w:pPr>
      <w:r>
        <w:rPr>
          <w:rFonts w:ascii="宋体 (中文正文)" w:eastAsia="宋体" w:hAnsi="宋体 (中文正文)"/>
          <w:b/>
          <w:sz w:val="28"/>
        </w:rPr>
        <w:t>一、主要完成的工作</w:t>
      </w:r>
    </w:p>
    <w:p>
      <w:pPr>
        <w:spacing w:before="100" w:after="200" w:line="360" w:lineRule="auto"/>
        <w:ind w:firstLine="576"/>
        <w:jc w:val="left"/>
      </w:pPr>
      <w:r>
        <w:rPr>
          <w:rFonts w:ascii="宋体" w:eastAsia="宋体" w:hAnsi="宋体"/>
          <w:sz w:val="28"/>
        </w:rPr>
        <w:t>1.班组的建设与管理得到加强</w:t>
      </w:r>
    </w:p>
    <w:p>
      <w:pPr>
        <w:spacing w:before="100" w:after="200" w:line="360" w:lineRule="auto"/>
        <w:ind w:firstLine="576"/>
        <w:jc w:val="left"/>
      </w:pPr>
      <w:r>
        <w:rPr>
          <w:rFonts w:ascii="宋体" w:eastAsia="宋体" w:hAnsi="宋体"/>
          <w:sz w:val="28"/>
        </w:rPr>
        <w:t>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spacing w:before="100" w:after="200" w:line="360" w:lineRule="auto"/>
        <w:ind w:firstLine="576"/>
        <w:jc w:val="left"/>
      </w:pPr>
      <w:r>
        <w:rPr>
          <w:rFonts w:ascii="宋体" w:eastAsia="宋体" w:hAnsi="宋体"/>
          <w:sz w:val="28"/>
        </w:rPr>
        <w:t>2.狠抓安全管理</w:t>
      </w:r>
    </w:p>
    <w:p>
      <w:pPr>
        <w:spacing w:before="100" w:after="200" w:line="360" w:lineRule="auto"/>
        <w:ind w:firstLine="576"/>
        <w:jc w:val="left"/>
      </w:pPr>
      <w:r>
        <w:rPr>
          <w:rFonts w:ascii="宋体" w:eastAsia="宋体" w:hAnsi="宋体"/>
          <w:sz w:val="28"/>
        </w:rPr>
        <w:t>冲压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spacing w:before="100" w:after="200" w:line="360" w:lineRule="auto"/>
        <w:ind w:firstLine="576"/>
        <w:jc w:val="left"/>
        <w:sectPr w:rsidSect="00034616">
          <w:pgSz w:w="11906" w:h="16838"/>
          <w:pgMar w:top="1440" w:right="1440" w:bottom="1440" w:left="1440" w:header="720" w:footer="720" w:gutter="0"/>
          <w:cols w:space="720"/>
          <w:docGrid w:linePitch="360"/>
        </w:sectPr>
      </w:pPr>
      <w:r>
        <w:rPr>
          <w:rFonts w:ascii="宋体" w:eastAsia="宋体" w:hAnsi="宋体"/>
          <w:sz w:val="28"/>
        </w:rPr>
        <w:t>3.保证产品质量</w:t>
      </w:r>
    </w:p>
    <w:p>
      <w:pPr>
        <w:spacing w:before="100" w:after="200" w:line="360" w:lineRule="auto"/>
        <w:ind w:firstLine="576"/>
        <w:jc w:val="left"/>
      </w:pPr>
      <w:r>
        <w:rPr>
          <w:rFonts w:ascii="宋体" w:eastAsia="宋体" w:hAnsi="宋体"/>
          <w:sz w:val="28"/>
        </w:rPr>
        <w:t>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spacing w:before="100" w:after="200" w:line="360" w:lineRule="auto"/>
        <w:ind w:firstLine="576"/>
        <w:jc w:val="left"/>
      </w:pPr>
      <w:r>
        <w:rPr>
          <w:rFonts w:ascii="宋体" w:eastAsia="宋体" w:hAnsi="宋体"/>
          <w:sz w:val="28"/>
        </w:rPr>
        <w:t>4.积极参与车间改善活动</w:t>
      </w:r>
    </w:p>
    <w:p>
      <w:pPr>
        <w:spacing w:before="100" w:after="200" w:line="360" w:lineRule="auto"/>
        <w:ind w:firstLine="576"/>
        <w:jc w:val="left"/>
      </w:pPr>
      <w:r>
        <w:rPr>
          <w:rFonts w:ascii="宋体" w:eastAsia="宋体" w:hAnsi="宋体"/>
          <w:sz w:val="28"/>
        </w:rPr>
        <w:t>冲压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spacing w:before="100" w:after="200" w:line="360" w:lineRule="auto"/>
        <w:ind w:firstLine="576"/>
        <w:jc w:val="left"/>
      </w:pPr>
      <w:r>
        <w:rPr>
          <w:rFonts w:ascii="宋体" w:eastAsia="宋体" w:hAnsi="宋体"/>
          <w:sz w:val="28"/>
        </w:rPr>
        <w:t>5.加强自身学习，提高业务水平</w:t>
      </w:r>
    </w:p>
    <w:p>
      <w:pPr>
        <w:spacing w:before="100" w:after="200" w:line="360" w:lineRule="auto"/>
        <w:ind w:firstLine="576"/>
        <w:jc w:val="left"/>
      </w:pPr>
      <w:r>
        <w:rPr>
          <w:rFonts w:ascii="宋体" w:eastAsia="宋体" w:hAnsi="宋体"/>
          <w:sz w:val="28"/>
        </w:rPr>
        <w:t>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w:t>
      </w:r>
    </w:p>
    <w:p>
      <w:pPr>
        <w:spacing w:before="100" w:after="200" w:line="360" w:lineRule="auto"/>
        <w:ind w:firstLine="576"/>
        <w:jc w:val="left"/>
        <w:sectPr w:rsidSect="00034616">
          <w:type w:val="nextPage"/>
          <w:pgSz w:w="11906" w:h="16838"/>
          <w:pgMar w:top="1440" w:right="1440" w:bottom="1440" w:left="1440" w:header="720" w:footer="720" w:gutter="0"/>
          <w:pgNumType w:start="2"/>
          <w:cols w:space="720"/>
          <w:titlePg w:val="0"/>
          <w:docGrid w:linePitch="360"/>
        </w:sectPr>
      </w:pPr>
      <w:r>
        <w:rPr>
          <w:rFonts w:ascii="宋体" w:eastAsia="宋体" w:hAnsi="宋体"/>
          <w:sz w:val="28"/>
        </w:rPr>
        <w:t>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spacing w:before="100" w:after="200" w:line="360" w:lineRule="auto"/>
        <w:jc w:val="left"/>
      </w:pPr>
      <w:r>
        <w:rPr>
          <w:rFonts w:ascii="宋体 (中文正文)" w:eastAsia="宋体" w:hAnsi="宋体 (中文正文)"/>
          <w:b/>
          <w:sz w:val="28"/>
        </w:rPr>
        <w:t>二、工作中出现的问题及解决方法</w:t>
      </w:r>
    </w:p>
    <w:p>
      <w:pPr>
        <w:spacing w:before="100" w:after="200" w:line="360" w:lineRule="auto"/>
        <w:ind w:firstLine="576"/>
        <w:jc w:val="left"/>
      </w:pPr>
      <w:r>
        <w:rPr>
          <w:rFonts w:ascii="宋体" w:eastAsia="宋体" w:hAnsi="宋体"/>
          <w:sz w:val="28"/>
        </w:rPr>
        <w:t>一年来，我敬业爱岗、创造性地开展工作，取得了一些成绩，但也存在一些问题和不足，主要表现在以下几点：</w:t>
      </w:r>
    </w:p>
    <w:p>
      <w:pPr>
        <w:spacing w:before="100" w:after="200" w:line="360" w:lineRule="auto"/>
        <w:ind w:firstLine="576"/>
        <w:jc w:val="left"/>
      </w:pPr>
      <w:r>
        <w:rPr>
          <w:rFonts w:ascii="宋体" w:eastAsia="宋体" w:hAnsi="宋体"/>
          <w:sz w:val="28"/>
        </w:rPr>
        <w:t>1.安全生产方面</w:t>
      </w:r>
    </w:p>
    <w:p>
      <w:pPr>
        <w:spacing w:before="100" w:after="200" w:line="360" w:lineRule="auto"/>
        <w:ind w:firstLine="576"/>
        <w:jc w:val="left"/>
      </w:pPr>
      <w:r>
        <w:rPr>
          <w:rFonts w:ascii="宋体" w:eastAsia="宋体" w:hAnsi="宋体"/>
          <w:sz w:val="28"/>
        </w:rPr>
        <w:t>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w:t>
      </w:r>
    </w:p>
    <w:p>
      <w:pPr>
        <w:spacing w:before="100" w:after="200" w:line="360" w:lineRule="auto"/>
        <w:ind w:firstLine="576"/>
        <w:jc w:val="left"/>
      </w:pPr>
      <w:r>
        <w:rPr>
          <w:rFonts w:ascii="宋体" w:eastAsia="宋体" w:hAnsi="宋体"/>
          <w:sz w:val="28"/>
        </w:rPr>
        <w:t>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w:t>
      </w:r>
    </w:p>
    <w:p>
      <w:pPr>
        <w:spacing w:before="100" w:after="200" w:line="360" w:lineRule="auto"/>
        <w:ind w:firstLine="576"/>
        <w:jc w:val="left"/>
      </w:pPr>
      <w:r>
        <w:rPr>
          <w:rFonts w:ascii="宋体" w:eastAsia="宋体" w:hAnsi="宋体"/>
          <w:sz w:val="28"/>
        </w:rPr>
        <w:t>2.质量控制方面</w:t>
      </w:r>
    </w:p>
    <w:p>
      <w:pPr>
        <w:spacing w:before="100" w:after="200" w:line="360" w:lineRule="auto"/>
        <w:ind w:firstLine="576"/>
        <w:jc w:val="left"/>
      </w:pPr>
      <w:r>
        <w:rPr>
          <w:rFonts w:ascii="宋体" w:eastAsia="宋体" w:hAnsi="宋体"/>
          <w:sz w:val="28"/>
        </w:rPr>
        <w:t>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w:t>
      </w:r>
    </w:p>
    <w:p>
      <w:pPr>
        <w:spacing w:before="100" w:after="200" w:line="360" w:lineRule="auto"/>
        <w:ind w:firstLine="576"/>
        <w:jc w:val="left"/>
        <w:sectPr w:rsidSect="00034616">
          <w:type w:val="nextPage"/>
          <w:pgSz w:w="11906" w:h="16838"/>
          <w:pgMar w:top="1440" w:right="1440" w:bottom="1440" w:left="1440" w:header="720" w:footer="720" w:gutter="0"/>
          <w:pgNumType w:start="3"/>
          <w:cols w:space="720"/>
          <w:titlePg w:val="0"/>
          <w:docGrid w:linePitch="360"/>
        </w:sectPr>
      </w:pPr>
    </w:p>
    <w:p>
      <w:pPr>
        <w:spacing w:before="100" w:after="200" w:line="360" w:lineRule="auto"/>
        <w:ind w:firstLine="576"/>
        <w:jc w:val="left"/>
      </w:pPr>
      <w:r>
        <w:rPr>
          <w:rFonts w:ascii="宋体" w:eastAsia="宋体" w:hAnsi="宋体"/>
          <w:sz w:val="28"/>
        </w:rPr>
        <w:t>虽然目前公司从上至下都开始重视质量，但在实际操作过程中还是存在许多问题，尤其是班组之间的配合，例如在板料的运输和成品的装卸过程中还有许多有待改进的地方。要解决这些问题不是其中一个班组努力就可以做好的，这需要几个相关班组的通力合作。</w:t>
      </w:r>
    </w:p>
    <w:p>
      <w:pPr>
        <w:spacing w:before="100" w:after="200" w:line="360" w:lineRule="auto"/>
        <w:ind w:firstLine="576"/>
        <w:jc w:val="left"/>
      </w:pPr>
      <w:r>
        <w:rPr>
          <w:rFonts w:ascii="宋体" w:eastAsia="宋体" w:hAnsi="宋体"/>
          <w:sz w:val="28"/>
        </w:rPr>
        <w:t>在20xx年的工作中，车间本着“一心一意抓好内部工作，全心全意为高炉服务”的工作思路，以“生产优质高产烧结矿”为目标，以生产为中心，落实和完善各项制度，加强内部管理，严抓工艺操作，推行设备全员化管理，使得各项工作扎实并进，稳中求得发展。</w:t>
      </w:r>
    </w:p>
    <w:p>
      <w:pPr>
        <w:spacing w:before="100" w:after="200" w:line="360" w:lineRule="auto"/>
        <w:jc w:val="left"/>
      </w:pPr>
      <w:r>
        <w:rPr>
          <w:rFonts w:ascii="宋体 (中文正文)" w:eastAsia="宋体" w:hAnsi="宋体 (中文正文)"/>
          <w:b/>
          <w:sz w:val="28"/>
        </w:rPr>
        <w:t>一、切实做好基础工作，加强内部管理</w:t>
      </w:r>
    </w:p>
    <w:p>
      <w:pPr>
        <w:spacing w:before="100" w:after="200" w:line="360" w:lineRule="auto"/>
        <w:ind w:firstLine="576"/>
        <w:jc w:val="left"/>
      </w:pPr>
      <w:r>
        <w:rPr>
          <w:rFonts w:ascii="宋体" w:eastAsia="宋体" w:hAnsi="宋体"/>
          <w:sz w:val="28"/>
        </w:rPr>
        <w:t>坚持车间例会制度。每周一组织召开车间安全生产例会，分析上周的生产情况，反映生产过程中存在的问题，传达公司与厂部的有关指示、精神，布置下一阶段的工作，旨在加强车间内部沟通与保证文件指令上传下达的及时性。</w:t>
      </w:r>
    </w:p>
    <w:p>
      <w:pPr>
        <w:spacing w:before="100" w:after="200" w:line="360" w:lineRule="auto"/>
        <w:ind w:firstLine="576"/>
        <w:jc w:val="left"/>
      </w:pPr>
      <w:r>
        <w:rPr>
          <w:rFonts w:ascii="宋体" w:eastAsia="宋体" w:hAnsi="宋体"/>
          <w:sz w:val="28"/>
        </w:rPr>
        <w:t>积极配合各职能科室做好贯标检查工作，认真落实不合格项的整改；同时车间内部也通过自查自纠确保体系文件的执行，每两周开展一次自查，主要检查员工对岗位职责与三大规程的熟练程度以及岗位记录的规范性。</w:t>
      </w:r>
    </w:p>
    <w:p>
      <w:pPr>
        <w:spacing w:before="100" w:after="200" w:line="360" w:lineRule="auto"/>
        <w:ind w:firstLine="576"/>
        <w:jc w:val="left"/>
      </w:pPr>
      <w:r>
        <w:rPr>
          <w:rFonts w:ascii="宋体" w:eastAsia="宋体" w:hAnsi="宋体"/>
          <w:sz w:val="28"/>
        </w:rPr>
        <w:t>加强人事管理，建立班长负责制，注重班组建设。员工思想稳定，并表现出一定积极性，业余时间踊跃参与企业文体活动，例如梭式布料工兰舟在公司“请给我结果”讲比赛中勇夺桂冠。员工流动性大的现象得到有效的控制，全年流动员工17人次；老员工班子比较稳定，已发展成为车间的中流砥柱。</w:t>
      </w:r>
    </w:p>
    <w:p>
      <w:pPr>
        <w:spacing w:before="100" w:after="200" w:line="360" w:lineRule="auto"/>
        <w:ind w:firstLine="576"/>
        <w:jc w:val="left"/>
        <w:sectPr w:rsidSect="00034616">
          <w:type w:val="nextPage"/>
          <w:pgSz w:w="11906" w:h="16838"/>
          <w:pgMar w:top="1440" w:right="1440" w:bottom="1440" w:left="1440" w:header="720" w:footer="720" w:gutter="0"/>
          <w:pgNumType w:start="4"/>
          <w:cols w:space="720"/>
          <w:titlePg w:val="0"/>
          <w:docGrid w:linePitch="360"/>
        </w:sectPr>
      </w:pPr>
      <w:r>
        <w:rPr>
          <w:rFonts w:ascii="宋体" w:eastAsia="宋体" w:hAnsi="宋体"/>
          <w:sz w:val="28"/>
        </w:rPr>
        <w:t>配合各职能科室做好员工培训工作，全年平均每名员工接受安全、工艺、设备方面的培训10余场，员工自身素质及操作技能都得到进一步提高。</w:t>
      </w:r>
    </w:p>
    <w:p>
      <w:pPr>
        <w:spacing w:before="100" w:after="200" w:line="360" w:lineRule="auto"/>
        <w:jc w:val="left"/>
      </w:pPr>
      <w:r>
        <w:rPr>
          <w:rFonts w:ascii="宋体 (中文正文)" w:eastAsia="宋体" w:hAnsi="宋体 (中文正文)"/>
          <w:b/>
          <w:sz w:val="28"/>
        </w:rPr>
        <w:t>二、严抓工艺技术操作，提高产质量</w:t>
      </w:r>
    </w:p>
    <w:p>
      <w:pPr>
        <w:spacing w:before="100" w:after="200" w:line="360" w:lineRule="auto"/>
        <w:ind w:firstLine="576"/>
        <w:jc w:val="left"/>
      </w:pPr>
      <w:r>
        <w:rPr>
          <w:rFonts w:ascii="宋体" w:eastAsia="宋体" w:hAnsi="宋体"/>
          <w:sz w:val="28"/>
        </w:rPr>
        <w:t>其次，看火岗位严格执行“低碳、厚铺、慢转、平稳”的操作方针，强化铺料、点火、终点控制等操作，保证烧结过程水碳稳定，使班产量稳定在一个相对较高的水平。</w:t>
      </w:r>
    </w:p>
    <w:p>
      <w:pPr>
        <w:spacing w:before="100" w:after="200" w:line="360" w:lineRule="auto"/>
        <w:ind w:firstLine="576"/>
        <w:jc w:val="left"/>
      </w:pPr>
      <w:r>
        <w:rPr>
          <w:rFonts w:ascii="宋体" w:eastAsia="宋体" w:hAnsi="宋体"/>
          <w:sz w:val="28"/>
        </w:rPr>
        <w:t>其三，平衡内部循环返矿的使用。生产过程中密切关注返矿量，生产稳定时，每个班不得随意加大或减小返矿下料量大小；当生产波动时，做到对返矿量变化有预见性，及时采取调整措施。</w:t>
      </w:r>
    </w:p>
    <w:p>
      <w:pPr>
        <w:spacing w:before="100" w:after="200" w:line="360" w:lineRule="auto"/>
        <w:ind w:firstLine="576"/>
        <w:jc w:val="left"/>
      </w:pPr>
      <w:r>
        <w:rPr>
          <w:rFonts w:ascii="宋体" w:eastAsia="宋体" w:hAnsi="宋体"/>
          <w:sz w:val="28"/>
        </w:rPr>
        <w:t>其四，严格控制漏风。要求岗位工加强对漏风点的检查，采取堵、补、调等有效措施及时处理。每次检修之前都要对整个抽风进行全面的检查，每次检修都将漏风问题作为重点问题来处理。</w:t>
      </w:r>
    </w:p>
    <w:p>
      <w:pPr>
        <w:spacing w:before="100" w:after="200" w:line="360" w:lineRule="auto"/>
        <w:ind w:firstLine="576"/>
        <w:jc w:val="left"/>
      </w:pPr>
      <w:r>
        <w:rPr>
          <w:rFonts w:ascii="宋体" w:eastAsia="宋体" w:hAnsi="宋体"/>
          <w:sz w:val="28"/>
        </w:rPr>
        <w:t>在各科室与车间的共同努力下，20xx年全厂各项经济技术指标再创新高。截至11月，我厂已生产烧结矿1804194.43吨。烧结机利用系数1.83t/m2h，与去年同期相比提高了0.05t/m2h，继续领先国内同行平均水平。FeO稳定率为95.33%，与去年同期相比降低了1.34%；转鼓指数74.86%，与去年同期相比提高了0.37%；在能耗方面，燃料单耗60.66Kg/t（非标煤），与去年同期相比降低了4.46Kg/t，电单耗34.11Kwh/t，与去年同期相比降低了4.70Kwh/t。可见，本车间主要负责的经济技术指标，除了FeO稳定率之外，都取得了不同程度大的进步。</w:t>
      </w:r>
    </w:p>
    <w:p>
      <w:pPr>
        <w:spacing w:before="100" w:after="200" w:line="360" w:lineRule="auto"/>
        <w:jc w:val="left"/>
      </w:pPr>
      <w:r>
        <w:rPr>
          <w:rFonts w:ascii="宋体 (中文正文)" w:eastAsia="宋体" w:hAnsi="宋体 (中文正文)"/>
          <w:b/>
          <w:sz w:val="28"/>
        </w:rPr>
        <w:t>三、推行设备全员化管理，确保作业率</w:t>
      </w:r>
    </w:p>
    <w:p>
      <w:pPr>
        <w:spacing w:before="100" w:after="200" w:line="360" w:lineRule="auto"/>
        <w:ind w:firstLine="576"/>
        <w:jc w:val="left"/>
        <w:sectPr w:rsidSect="00034616">
          <w:type w:val="nextPage"/>
          <w:pgSz w:w="11906" w:h="16838"/>
          <w:pgMar w:top="1440" w:right="1440" w:bottom="1440" w:left="1440" w:header="720" w:footer="720" w:gutter="0"/>
          <w:pgNumType w:start="5"/>
          <w:cols w:space="720"/>
          <w:titlePg w:val="0"/>
          <w:docGrid w:linePitch="360"/>
        </w:sectPr>
      </w:pPr>
    </w:p>
    <w:p>
      <w:pPr>
        <w:spacing w:before="100" w:after="200" w:line="360" w:lineRule="auto"/>
        <w:ind w:firstLine="576"/>
        <w:jc w:val="left"/>
      </w:pPr>
      <w:r>
        <w:rPr>
          <w:rFonts w:ascii="宋体" w:eastAsia="宋体" w:hAnsi="宋体"/>
          <w:sz w:val="28"/>
        </w:rPr>
        <w:t>首先，结合车间实际情况，制定与完善相关制度，弥补管理漏洞。实施《烧结车间设备维护保养分班负责制度》，将车间所属设备划分到班组，将设备管理责任落实到班组与个人；实施《烧结车间设备点检制度》，详细规定了设备点检时间点检内容与考核细节，进一步细化设备点检工作，并帮助员工提高设备点检水平。</w:t>
      </w:r>
    </w:p>
    <w:p>
      <w:pPr>
        <w:spacing w:before="100" w:after="200" w:line="360" w:lineRule="auto"/>
        <w:ind w:firstLine="576"/>
        <w:jc w:val="left"/>
      </w:pPr>
      <w:r>
        <w:rPr>
          <w:rFonts w:ascii="宋体" w:eastAsia="宋体" w:hAnsi="宋体"/>
          <w:sz w:val="28"/>
        </w:rPr>
        <w:t>其三，做好皮带监管、处理及更换工作。随着烧结产量压力的加大及环冷机冷却效果变差，成品系统的胶带机频发故障，使用周期缩短，这也是我车间今年工作的一大重点与难点。首先，要求值班工长在当班过程中密切关注所管辖皮带的运行情况，及时发现与汇报问题。Z8-1、LS-1、LS-2等重点皮带由车间主任每天亲自检查。做到对皮带寿命有预见性，提前与点检站协商，妥善地有计划性地安排检修，尽量避免临时停机处理皮带现象。</w:t>
      </w:r>
    </w:p>
    <w:p>
      <w:pPr>
        <w:spacing w:before="100" w:after="200" w:line="360" w:lineRule="auto"/>
        <w:ind w:firstLine="576"/>
        <w:jc w:val="left"/>
      </w:pPr>
      <w:r>
        <w:rPr>
          <w:rFonts w:ascii="宋体" w:eastAsia="宋体" w:hAnsi="宋体"/>
          <w:sz w:val="28"/>
        </w:rPr>
        <w:t>在各科室与车间的共同努力下，各类设备故障停机时间与工艺停机时间得到一定的控制，截至11月全厂作业率为93.99%，基本完成指标。针对烧结车间来说，截至11月，由于更换台车与炉篦条引起的系统停机14小时42分钟，平均每月80分钟，占日历台时的0.18%；临时停机补皮带或更换皮带34次，平均每月3.1次，由此引起的系统停机时间为42小时16分钟，占日历台时的0.53%；下料斗或圆筒布料机堵料、卡物造成停机27次，平均每月2.5次，由此引起的系统停机为8小时40分钟，占日历台时间0.11%；皮带卡死、压死、打滑等故障造成系统停机20次，平均每月1.8次，由此引起的系统停机时间为7小时4分钟，占日历台时的0.10%。</w:t>
      </w:r>
    </w:p>
    <w:p>
      <w:pPr>
        <w:spacing w:before="100" w:after="200" w:line="360" w:lineRule="auto"/>
        <w:jc w:val="left"/>
      </w:pPr>
      <w:r>
        <w:rPr>
          <w:rFonts w:ascii="宋体 (中文正文)" w:eastAsia="宋体" w:hAnsi="宋体 (中文正文)"/>
          <w:b/>
          <w:sz w:val="28"/>
        </w:rPr>
        <w:t>四、落实安全环保工作，为生产护航</w:t>
      </w:r>
    </w:p>
    <w:p>
      <w:pPr>
        <w:spacing w:before="100" w:after="200" w:line="360" w:lineRule="auto"/>
        <w:ind w:firstLine="576"/>
        <w:jc w:val="left"/>
        <w:sectPr w:rsidSect="00034616">
          <w:type w:val="nextPage"/>
          <w:pgSz w:w="11906" w:h="16838"/>
          <w:pgMar w:top="1440" w:right="1440" w:bottom="1440" w:left="1440" w:header="720" w:footer="720" w:gutter="0"/>
          <w:pgNumType w:start="6"/>
          <w:cols w:space="720"/>
          <w:titlePg w:val="0"/>
          <w:docGrid w:linePitch="360"/>
        </w:sectPr>
      </w:pPr>
    </w:p>
    <w:p>
      <w:pPr>
        <w:spacing w:before="100" w:after="200" w:line="360" w:lineRule="auto"/>
        <w:ind w:firstLine="576"/>
        <w:jc w:val="left"/>
      </w:pPr>
      <w:r>
        <w:rPr>
          <w:rFonts w:ascii="宋体" w:eastAsia="宋体" w:hAnsi="宋体"/>
          <w:sz w:val="28"/>
        </w:rPr>
        <w:t>在安全方面，首先做好新进员工的安全教育，特别是现场安全操作的教育。其次认真落实每周安全日活动教育，做到人员时间地点内容四落实。其三班前会必须做安全生产动员，让员工时刻保持高度的安全警惕。其四扎实做好安全检查与隐患整改工作，每周组织一次安全检查，检查面覆盖全车间管辖区域，涉及全部当班人员。每一隐患整改项目落实到班组或专人，不拖沓，讲求实效。全年全车间隐患整改项目30余项，安全事故“六为零”。</w:t>
      </w:r>
    </w:p>
    <w:p>
      <w:pPr>
        <w:spacing w:before="100" w:after="200" w:line="360" w:lineRule="auto"/>
        <w:ind w:firstLine="576"/>
        <w:jc w:val="left"/>
      </w:pPr>
      <w:r>
        <w:rPr>
          <w:rFonts w:ascii="宋体" w:eastAsia="宋体" w:hAnsi="宋体"/>
          <w:sz w:val="28"/>
        </w:rPr>
        <w:t>在环保方面，全面推进清洁文明工厂工作。组织员工向全车间死角“宣战”，清理车间管辖范围内的所有墙角、皮带通廊、休息室等脏乱地方；认真落实公司或生产安环科的整改项目，能当班解决的问题尽量当班解决，当班解决不了的问题安排副班处理；注重员工清洁文明意识的培养，帮助员工树立良好的卫生习惯，杜绝乱丢烟头或游烟现象；严抓岗位卫生，保证地面干净、设备表面无灰尘、物品摆放整齐。经过一年的努力，清洁工厂的工作取得了长足的进步，清理了厂房彩板、皮带通廊、环冷机内外环、双预热炉等多个历史卫生盲点，全车间的面貌焕然一新。</w:t>
      </w:r>
    </w:p>
    <w:p>
      <w:pPr>
        <w:spacing w:before="100" w:after="200" w:line="360" w:lineRule="auto"/>
        <w:jc w:val="left"/>
      </w:pPr>
      <w:r>
        <w:rPr>
          <w:rFonts w:ascii="宋体 (中文正文)" w:eastAsia="宋体" w:hAnsi="宋体 (中文正文)"/>
          <w:b/>
          <w:sz w:val="28"/>
        </w:rPr>
        <w:t>五、20xx年工作展望</w:t>
      </w:r>
    </w:p>
    <w:p>
      <w:pPr>
        <w:spacing w:before="100" w:after="200" w:line="360" w:lineRule="auto"/>
        <w:ind w:firstLine="576"/>
        <w:jc w:val="left"/>
      </w:pPr>
      <w:r>
        <w:rPr>
          <w:rFonts w:ascii="宋体" w:eastAsia="宋体" w:hAnsi="宋体"/>
          <w:sz w:val="28"/>
        </w:rPr>
        <w:t>回顾这一年来的工作，总的来说各项工作落实比较到位，也取得了一定的成绩，但仍然存在一些问题，例如班产量不稳定、返矿率大、环冷效果差、成品系统皮带故障多。尤其随着主体设备老化，在备件跟不上的情况下如何确保作业率；随着高炉用料的压力加大与公司指标的提高，如何做好到持续稳产、保质降耗，这些都将是我车间20xx年的工作重点。我们期待20xx年又将是一个丰收年。</w:t>
      </w:r>
    </w:p>
    <w:p>
      <w:pPr>
        <w:spacing w:before="100" w:after="200" w:line="360" w:lineRule="auto"/>
        <w:ind w:firstLine="576"/>
        <w:jc w:val="left"/>
      </w:pPr>
      <w:r>
        <w:rPr>
          <w:rFonts w:ascii="宋体" w:eastAsia="宋体" w:hAnsi="宋体"/>
          <w:sz w:val="28"/>
        </w:rPr>
        <w:t>虽然取得了一定的成绩，但仍存在着很多问题和不足，主要表现如下方面：</w:t>
      </w:r>
    </w:p>
    <w:p>
      <w:pPr>
        <w:spacing w:before="100" w:after="200" w:line="360" w:lineRule="auto"/>
        <w:jc w:val="left"/>
      </w:pPr>
      <w:r>
        <w:rPr>
          <w:rFonts w:ascii="宋体 (中文正文)" w:eastAsia="宋体" w:hAnsi="宋体 (中文正文)"/>
          <w:b/>
          <w:sz w:val="28"/>
        </w:rPr>
        <w:t>一、安全方面：安全管理有好多没有到位，这主要表现在以下几点：</w:t>
      </w:r>
    </w:p>
    <w:p>
      <w:pPr>
        <w:spacing w:before="100" w:after="200" w:line="360" w:lineRule="auto"/>
        <w:ind w:firstLine="576"/>
        <w:jc w:val="left"/>
        <w:sectPr w:rsidSect="00034616">
          <w:type w:val="nextPage"/>
          <w:pgSz w:w="11906" w:h="16838"/>
          <w:pgMar w:top="1440" w:right="1440" w:bottom="1440" w:left="1440" w:header="720" w:footer="720" w:gutter="0"/>
          <w:pgNumType w:start="7"/>
          <w:cols w:space="720"/>
          <w:titlePg w:val="0"/>
          <w:docGrid w:linePitch="360"/>
        </w:sectPr>
      </w:pPr>
    </w:p>
    <w:p>
      <w:pPr>
        <w:spacing w:before="100" w:after="200" w:line="360" w:lineRule="auto"/>
        <w:ind w:firstLine="576"/>
        <w:jc w:val="left"/>
      </w:pPr>
      <w:r>
        <w:rPr>
          <w:rFonts w:ascii="宋体" w:eastAsia="宋体" w:hAnsi="宋体"/>
          <w:sz w:val="28"/>
        </w:rPr>
        <w:t>1、安全管理力度不够。安全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spacing w:before="100" w:after="200" w:line="360" w:lineRule="auto"/>
        <w:ind w:firstLine="576"/>
        <w:jc w:val="left"/>
      </w:pPr>
      <w:r>
        <w:rPr>
          <w:rFonts w:ascii="宋体" w:eastAsia="宋体" w:hAnsi="宋体"/>
          <w:sz w:val="28"/>
        </w:rPr>
        <w:t>2、安全标志仍不够健全。到目前为止，东西两个厂子，我自己简单的找了找，发现像高空作业、高温作业、高压作业安全标志没有设立，准备限期解决。</w:t>
      </w:r>
    </w:p>
    <w:p>
      <w:pPr>
        <w:spacing w:before="100" w:after="200" w:line="360" w:lineRule="auto"/>
        <w:ind w:firstLine="576"/>
        <w:jc w:val="left"/>
      </w:pPr>
      <w:r>
        <w:rPr>
          <w:rFonts w:ascii="宋体" w:eastAsia="宋体" w:hAnsi="宋体"/>
          <w:sz w:val="28"/>
        </w:rPr>
        <w:t>3、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spacing w:before="100" w:after="200" w:line="360" w:lineRule="auto"/>
        <w:ind w:firstLine="576"/>
        <w:jc w:val="left"/>
      </w:pPr>
      <w:r>
        <w:rPr>
          <w:rFonts w:ascii="宋体" w:eastAsia="宋体" w:hAnsi="宋体"/>
          <w:sz w:val="28"/>
        </w:rPr>
        <w:t>4、违章操作的几乎没有处理过。在工作过程中，有好多操作没有严格按照操作规程操作，但是当时又没有发生安全事故，所以大多只是口头批评，而没有严肃处理。现在想来，这是安全隐患的重中之重，像前段时间一名操作工违章操作，作业完成后，直接从2米高的地方跳下，造成足跟撕裂。因此在今后的工作中，凡是出现的任何违章操作的，一律停工休息。</w:t>
      </w:r>
    </w:p>
    <w:p>
      <w:pPr>
        <w:spacing w:before="100" w:after="200" w:line="360" w:lineRule="auto"/>
        <w:jc w:val="left"/>
      </w:pPr>
      <w:r>
        <w:rPr>
          <w:rFonts w:ascii="宋体 (中文正文)" w:eastAsia="宋体" w:hAnsi="宋体 (中文正文)"/>
          <w:b/>
          <w:sz w:val="28"/>
        </w:rPr>
        <w:t>二、生产、成本方面：因简单追求产量，使有时个别班组为了当班的自身的利益，出现了：</w:t>
      </w:r>
    </w:p>
    <w:p>
      <w:pPr>
        <w:spacing w:before="100" w:after="200" w:line="360" w:lineRule="auto"/>
        <w:ind w:firstLine="576"/>
        <w:jc w:val="left"/>
        <w:sectPr w:rsidSect="00034616">
          <w:type w:val="nextPage"/>
          <w:pgSz w:w="11906" w:h="16838"/>
          <w:pgMar w:top="1440" w:right="1440" w:bottom="1440" w:left="1440" w:header="720" w:footer="720" w:gutter="0"/>
          <w:pgNumType w:start="8"/>
          <w:cols w:space="720"/>
          <w:titlePg w:val="0"/>
          <w:docGrid w:linePitch="360"/>
        </w:sectPr>
      </w:pPr>
    </w:p>
    <w:p>
      <w:pPr>
        <w:spacing w:before="100" w:after="200" w:line="360" w:lineRule="auto"/>
        <w:ind w:firstLine="576"/>
        <w:jc w:val="left"/>
      </w:pPr>
      <w:r>
        <w:rPr>
          <w:rFonts w:ascii="宋体" w:eastAsia="宋体" w:hAnsi="宋体"/>
          <w:sz w:val="28"/>
        </w:rPr>
        <w:t>1、技术岗位的培训欠缺。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p>
    <w:p>
      <w:pPr>
        <w:spacing w:before="100" w:after="200" w:line="360" w:lineRule="auto"/>
        <w:ind w:firstLine="576"/>
        <w:jc w:val="left"/>
      </w:pPr>
      <w:r>
        <w:rPr>
          <w:rFonts w:ascii="宋体" w:eastAsia="宋体" w:hAnsi="宋体"/>
          <w:sz w:val="28"/>
        </w:rPr>
        <w:t>2、管理不到位，有跑冒漏现象，成本考核制度不健全，落实责任不到位。加大管理力度，建立成本考核制度，量化考核。</w:t>
      </w:r>
    </w:p>
    <w:p>
      <w:pPr>
        <w:spacing w:before="100" w:after="200" w:line="360" w:lineRule="auto"/>
        <w:ind w:firstLine="576"/>
        <w:jc w:val="left"/>
      </w:pPr>
      <w:r>
        <w:rPr>
          <w:rFonts w:ascii="宋体" w:eastAsia="宋体" w:hAnsi="宋体"/>
          <w:sz w:val="28"/>
        </w:rPr>
        <w:t>3、交接班不协调。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spacing w:before="100" w:after="200" w:line="360" w:lineRule="auto"/>
        <w:ind w:firstLine="576"/>
        <w:jc w:val="left"/>
      </w:pPr>
      <w:r>
        <w:rPr>
          <w:rFonts w:ascii="宋体" w:eastAsia="宋体" w:hAnsi="宋体"/>
          <w:sz w:val="28"/>
        </w:rPr>
        <w:t>4、设备带病工作。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spacing w:before="100" w:after="200" w:line="360" w:lineRule="auto"/>
        <w:ind w:firstLine="576"/>
        <w:jc w:val="left"/>
        <w:sectPr w:rsidSect="00034616">
          <w:type w:val="nextPage"/>
          <w:pgSz w:w="11906" w:h="16838"/>
          <w:pgMar w:top="1440" w:right="1440" w:bottom="1440" w:left="1440" w:header="720" w:footer="720" w:gutter="0"/>
          <w:pgNumType w:start="9"/>
          <w:cols w:space="720"/>
          <w:titlePg w:val="0"/>
          <w:docGrid w:linePitch="360"/>
        </w:sectPr>
      </w:pPr>
    </w:p>
    <w:p>
      <w:pPr>
        <w:spacing w:before="100" w:after="200" w:line="360" w:lineRule="auto"/>
        <w:ind w:firstLine="576"/>
        <w:jc w:val="left"/>
      </w:pPr>
      <w:r>
        <w:rPr>
          <w:rFonts w:ascii="宋体" w:eastAsia="宋体" w:hAnsi="宋体"/>
          <w:sz w:val="28"/>
        </w:rPr>
        <w:t>虽然我们车间问题不小，可是我相信，只要我们只要安全生产，不会出现任何问题的。现在全球金融危机的情况下，大量制造业企业倒闭，关门，我们厂也面临着如此的困境，所以我们更要加强生产，提高效率，使我们厂在金融危机的影响下做到最小，我相信我们能够度过难关的。</w:t>
      </w:r>
    </w:p>
    <w:p>
      <w:pPr>
        <w:spacing w:before="100" w:after="200" w:line="360" w:lineRule="auto"/>
        <w:ind w:firstLine="576"/>
        <w:jc w:val="left"/>
      </w:pPr>
      <w:r>
        <w:rPr>
          <w:rFonts w:ascii="宋体" w:eastAsia="宋体" w:hAnsi="宋体"/>
          <w:sz w:val="28"/>
        </w:rPr>
        <w:t>以后的生活就是这样了，我不求做到最好，也要做到尽善尽美，不求凯旋归来，但求无愧我心，我会做好的!</w:t>
      </w:r>
    </w:p>
    <w:p>
      <w:pPr>
        <w:spacing w:before="100" w:after="200" w:line="360" w:lineRule="auto"/>
        <w:ind w:firstLine="576"/>
        <w:jc w:val="left"/>
      </w:pPr>
      <w:r>
        <w:rPr>
          <w:rFonts w:ascii="宋体" w:eastAsia="宋体" w:hAnsi="宋体"/>
          <w:sz w:val="28"/>
        </w:rPr>
        <w:t>回顾12年全年的工作，我们车间以围绕安全生产、保质保量完成生产任务为前提主要做了以下几方面的工作：</w:t>
      </w:r>
    </w:p>
    <w:p>
      <w:pPr>
        <w:spacing w:before="100" w:after="200" w:line="360" w:lineRule="auto"/>
        <w:ind w:firstLine="576"/>
        <w:jc w:val="left"/>
      </w:pPr>
      <w:r>
        <w:rPr>
          <w:rFonts w:ascii="宋体" w:eastAsia="宋体" w:hAnsi="宋体"/>
          <w:sz w:val="28"/>
        </w:rPr>
        <w:t>1、合理调整劳动组合确保完成生产任务。</w:t>
      </w:r>
    </w:p>
    <w:p>
      <w:pPr>
        <w:spacing w:before="100" w:after="200" w:line="360" w:lineRule="auto"/>
        <w:ind w:firstLine="576"/>
        <w:jc w:val="left"/>
      </w:pPr>
      <w:r>
        <w:rPr>
          <w:rFonts w:ascii="宋体" w:eastAsia="宋体" w:hAnsi="宋体"/>
          <w:sz w:val="28"/>
        </w:rPr>
        <w:t>在生产工作中包装车间根据生产科的生产计划安排，为了确保生产计划的顺利完成，特别是在旺季生产的时期，充分调动生产技术骨干和员工的积极性，在劳资部门和生产科的积极支持下合理招收短期合同工，合理调整劳动力、有效利用工作时间。通过车间.工段长和各班组长的积极配合努力，本年度1-10月车间完成了公司及生产科下达的生产任务，及各项生产质量技术指标。保证了销售的供货需求。</w:t>
      </w:r>
    </w:p>
    <w:p>
      <w:pPr>
        <w:spacing w:before="100" w:after="200" w:line="360" w:lineRule="auto"/>
        <w:ind w:firstLine="576"/>
        <w:jc w:val="left"/>
      </w:pPr>
      <w:r>
        <w:rPr>
          <w:rFonts w:ascii="宋体" w:eastAsia="宋体" w:hAnsi="宋体"/>
          <w:sz w:val="28"/>
        </w:rPr>
        <w:t>2、严把质量关。</w:t>
      </w:r>
    </w:p>
    <w:p>
      <w:pPr>
        <w:spacing w:before="100" w:after="200" w:line="360" w:lineRule="auto"/>
        <w:ind w:firstLine="576"/>
        <w:jc w:val="left"/>
      </w:pPr>
      <w:r>
        <w:rPr>
          <w:rFonts w:ascii="宋体" w:eastAsia="宋体" w:hAnsi="宋体"/>
          <w:sz w:val="28"/>
        </w:rPr>
        <w:t>车间在生产过程中各班组对自己的产品负有主人翁的责任感，对产品的质量有高度的认识。本着对消费者负责和对公司利益负责的精神，严格按生产工艺要求严格把好质量关，不管是工段长.班组长对自己所包装的成品负责，配合检验员层层把关，有效的杜绝不合格的产品流入下道工序，保证了产品质量，降低了生产成本，提高了产品的市场竞争力。</w:t>
      </w:r>
    </w:p>
    <w:p>
      <w:pPr>
        <w:spacing w:before="100" w:after="200" w:line="360" w:lineRule="auto"/>
        <w:ind w:firstLine="576"/>
        <w:jc w:val="left"/>
      </w:pPr>
      <w:r>
        <w:rPr>
          <w:rFonts w:ascii="宋体" w:eastAsia="宋体" w:hAnsi="宋体"/>
          <w:sz w:val="28"/>
        </w:rPr>
        <w:t>在生产旺季到来以前车间配合质管和其他部门对净化间进</w:t>
      </w:r>
    </w:p>
    <w:p>
      <w:pPr>
        <w:spacing w:before="100" w:after="200" w:line="360" w:lineRule="auto"/>
        <w:ind w:firstLine="576"/>
        <w:jc w:val="left"/>
        <w:sectPr w:rsidSect="00034616">
          <w:type w:val="nextPage"/>
          <w:pgSz w:w="11906" w:h="16838"/>
          <w:pgMar w:top="1440" w:right="1440" w:bottom="1440" w:left="1440" w:header="720" w:footer="720" w:gutter="0"/>
          <w:pgNumType w:start="10"/>
          <w:cols w:space="720"/>
          <w:titlePg w:val="0"/>
          <w:docGrid w:linePitch="360"/>
        </w:sectPr>
      </w:pPr>
    </w:p>
    <w:p>
      <w:pPr>
        <w:spacing w:before="100" w:after="200" w:line="360" w:lineRule="auto"/>
        <w:ind w:firstLine="576"/>
        <w:jc w:val="left"/>
      </w:pPr>
      <w:r>
        <w:rPr>
          <w:rFonts w:ascii="宋体" w:eastAsia="宋体" w:hAnsi="宋体"/>
          <w:sz w:val="28"/>
        </w:rPr>
        <w:t>行了管理提升，增加了专用擦手毛巾以及专用消毒喷雾机和专用消毒液。对车间员工进行质量的意识教育，做到自觉遵守规则，人人自觉消毒。更进一步加强了净化间的管理有效地阻止细菌产生。保证产成品的无菌入库率为100%。</w:t>
      </w:r>
    </w:p>
    <w:p>
      <w:pPr>
        <w:spacing w:before="100" w:after="200" w:line="360" w:lineRule="auto"/>
        <w:ind w:firstLine="576"/>
        <w:jc w:val="left"/>
      </w:pPr>
      <w:r>
        <w:rPr>
          <w:rFonts w:ascii="宋体" w:eastAsia="宋体" w:hAnsi="宋体"/>
          <w:sz w:val="28"/>
        </w:rPr>
        <w:t>在新产品面膜的试制和产品的生产过程中，在操作技术都不建全的情况下，车间本作对产品质量和产品销售负责地太度积极地配合质管以及相关部门反复摸索，成功地完成了新产品地试制和生产。在批量生产的过程中车间将继续不断地摸索，提高，逐步规范适应今后各种新产品的产生。</w:t>
      </w:r>
    </w:p>
    <w:p>
      <w:pPr>
        <w:spacing w:before="100" w:after="200" w:line="360" w:lineRule="auto"/>
        <w:ind w:firstLine="576"/>
        <w:jc w:val="left"/>
      </w:pPr>
      <w:r>
        <w:rPr>
          <w:rFonts w:ascii="宋体" w:eastAsia="宋体" w:hAnsi="宋体"/>
          <w:sz w:val="28"/>
        </w:rPr>
        <w:t>今年七月质检部门发现黄芪系列出现质量问题，是公司从未出现而且是生命力十分顽强的芽孢菌。公司和质管部门对此事高度重视积极的出主意想办法到处寻医问药查资料。我们车间也极积的配合质管和其他部门解决芽孢菌。同时动员车间力量组织人员利用休息时间（期间正处于公司放年休假），对全车间所使用全部设备以及生产用具进行全面酒精浸泡清洗和双氧水消毒，经过质管部门反复抽查，化验确定无菌后此项工作才算完成，成功地杜绝了细菌在此地的发生。</w:t>
      </w:r>
    </w:p>
    <w:p>
      <w:pPr>
        <w:spacing w:before="100" w:after="200" w:line="360" w:lineRule="auto"/>
        <w:ind w:firstLine="576"/>
        <w:jc w:val="left"/>
      </w:pPr>
      <w:r>
        <w:rPr>
          <w:rFonts w:ascii="宋体" w:eastAsia="宋体" w:hAnsi="宋体"/>
          <w:sz w:val="28"/>
        </w:rPr>
        <w:t>3、安全生产。</w:t>
      </w:r>
    </w:p>
    <w:p>
      <w:pPr>
        <w:spacing w:before="100" w:after="200" w:line="360" w:lineRule="auto"/>
        <w:ind w:firstLine="576"/>
        <w:jc w:val="left"/>
      </w:pPr>
      <w:r>
        <w:rPr>
          <w:rFonts w:ascii="宋体" w:eastAsia="宋体" w:hAnsi="宋体"/>
          <w:sz w:val="28"/>
        </w:rPr>
        <w:t>包装车间在xx年生产过程中认真宣传贯彻公司的各项规章制度，严格执行安全生产条例，严格按操作规程进行操作。车间向员工进行安全教育、培训、答卷，使员工清楚的认识到安全</w:t>
      </w:r>
    </w:p>
    <w:p>
      <w:pPr>
        <w:spacing w:before="100" w:after="200" w:line="360" w:lineRule="auto"/>
        <w:ind w:firstLine="576"/>
        <w:jc w:val="left"/>
      </w:pPr>
      <w:r>
        <w:rPr>
          <w:rFonts w:ascii="宋体" w:eastAsia="宋体" w:hAnsi="宋体"/>
          <w:sz w:val="28"/>
        </w:rPr>
        <w:t>工作的重要性，提高员工的安全工作防范意识。同时车间加大了自检自查和处罚力度，有效的避免了各类事故的发生。</w:t>
      </w:r>
    </w:p>
    <w:p>
      <w:pPr>
        <w:spacing w:before="100" w:after="200" w:line="360" w:lineRule="auto"/>
        <w:ind w:firstLine="576"/>
        <w:jc w:val="left"/>
        <w:sectPr w:rsidSect="00034616">
          <w:type w:val="nextPage"/>
          <w:pgSz w:w="11906" w:h="16838"/>
          <w:pgMar w:top="1440" w:right="1440" w:bottom="1440" w:left="1440" w:header="720" w:footer="720" w:gutter="0"/>
          <w:pgNumType w:start="11"/>
          <w:cols w:space="720"/>
          <w:titlePg w:val="0"/>
          <w:docGrid w:linePitch="360"/>
        </w:sectPr>
      </w:pPr>
    </w:p>
    <w:p>
      <w:pPr>
        <w:spacing w:before="100" w:after="200" w:line="360" w:lineRule="auto"/>
        <w:ind w:firstLine="576"/>
        <w:jc w:val="left"/>
      </w:pPr>
      <w:r>
        <w:rPr>
          <w:rFonts w:ascii="宋体" w:eastAsia="宋体" w:hAnsi="宋体"/>
          <w:sz w:val="28"/>
        </w:rPr>
        <w:t>车间对安全事故做到了齐抓共管。九月出了一个轻伤事故，由于临工本人操作不当造成托盘倒下砸伤事件，车间配合劳资部门对当事人进行教育以及医疗鉴定妥善地解决了此事。车间同样对此事高度重视，找原因，排故障，做到了安全事故“四个不过”的原则。并采取了相应的措施，杜绝此类事件的再度发生。通过此事车间再次对车间长期合同工和短期合同工进行操作规程和安全的意识教育。把事故消灭在发生之前。</w:t>
      </w:r>
    </w:p>
    <w:p>
      <w:pPr>
        <w:spacing w:before="100" w:after="200" w:line="360" w:lineRule="auto"/>
        <w:ind w:firstLine="576"/>
        <w:jc w:val="left"/>
      </w:pPr>
      <w:r>
        <w:rPr>
          <w:rFonts w:ascii="宋体" w:eastAsia="宋体" w:hAnsi="宋体"/>
          <w:sz w:val="28"/>
        </w:rPr>
        <w:t>通过车间工段班组细致的工作，车间在本年度的安全生产基本达到了公司对车间的指标和要求。</w:t>
      </w:r>
    </w:p>
    <w:p>
      <w:pPr>
        <w:spacing w:before="100" w:after="200" w:line="360" w:lineRule="auto"/>
        <w:ind w:firstLine="576"/>
        <w:jc w:val="left"/>
      </w:pPr>
      <w:r>
        <w:rPr>
          <w:rFonts w:ascii="宋体" w:eastAsia="宋体" w:hAnsi="宋体"/>
          <w:sz w:val="28"/>
        </w:rPr>
        <w:t>4、学习、提高。</w:t>
      </w:r>
    </w:p>
    <w:p>
      <w:pPr>
        <w:spacing w:before="100" w:after="200" w:line="360" w:lineRule="auto"/>
        <w:ind w:firstLine="576"/>
        <w:jc w:val="left"/>
      </w:pPr>
      <w:r>
        <w:rPr>
          <w:rFonts w:ascii="宋体" w:eastAsia="宋体" w:hAnsi="宋体"/>
          <w:sz w:val="28"/>
        </w:rPr>
        <w:t>车间领导，工段长以及班组长在部门主管领导的带领下，发扬团结协作的精神，战胜了“5.12”给大家带来的重重困难，员工们努力克服自己的恐惧心理，调整好心态，加强理论和技术方面的学习，提高自身的政治素质和管理水平带领全车间各班组员工，不断学习提高，重视产品质量，配合各部门保证安全生产不折不扣地完成公司下达的生产任务和各项指标。</w:t>
      </w:r>
    </w:p>
    <w:p>
      <w:pPr>
        <w:spacing w:before="100" w:after="200" w:line="360" w:lineRule="auto"/>
        <w:ind w:firstLine="576"/>
        <w:jc w:val="left"/>
      </w:pPr>
      <w:r>
        <w:rPr>
          <w:rFonts w:ascii="宋体" w:eastAsia="宋体" w:hAnsi="宋体"/>
          <w:sz w:val="28"/>
        </w:rPr>
        <w:t>20xx年是跌宕起伏的一年，在这波浪似地经济浪潮中结束了20xx年。这一年中非常感谢公司给了我这个成长的平台，让我不断磨练，慢慢地提升自己的素质与才能。在过去的一年中在领导和同事们的悉心关怀和帮助下，我通过自身的不懈努力，虽然在工作基础上增长了很多技术知识而且吸取了许多工作经验，但仍存在了许多不足。通过生产一线这半年的实践深深体会到搞好班组管理对搞好企业安全生产、产品质量提升、节能降耗、提高经济效益等方面都有着极其重要的现实意义，在以后的工作中我会将在以下几个方面多下功夫多提高：</w:t>
      </w:r>
    </w:p>
    <w:p>
      <w:pPr>
        <w:spacing w:before="100" w:after="200" w:line="360" w:lineRule="auto"/>
        <w:ind w:firstLine="576"/>
        <w:jc w:val="left"/>
      </w:pPr>
      <w:r>
        <w:rPr>
          <w:rFonts w:ascii="宋体" w:eastAsia="宋体" w:hAnsi="宋体"/>
          <w:sz w:val="28"/>
        </w:rPr>
        <w:t>1、提高自身素质水平</w:t>
      </w:r>
    </w:p>
    <w:p>
      <w:pPr>
        <w:spacing w:before="100" w:after="200" w:line="360" w:lineRule="auto"/>
        <w:ind w:firstLine="576"/>
        <w:jc w:val="left"/>
        <w:sectPr w:rsidSect="00034616">
          <w:type w:val="nextPage"/>
          <w:pgSz w:w="11906" w:h="16838"/>
          <w:pgMar w:top="1440" w:right="1440" w:bottom="1440" w:left="1440" w:header="720" w:footer="720" w:gutter="0"/>
          <w:pgNumType w:start="12"/>
          <w:cols w:space="720"/>
          <w:titlePg w:val="0"/>
          <w:docGrid w:linePitch="360"/>
        </w:sectPr>
      </w:pPr>
    </w:p>
    <w:p>
      <w:pPr>
        <w:spacing w:before="100" w:after="200" w:line="360" w:lineRule="auto"/>
        <w:ind w:firstLine="576"/>
        <w:jc w:val="left"/>
      </w:pPr>
      <w:r>
        <w:rPr>
          <w:rFonts w:ascii="宋体" w:eastAsia="宋体" w:hAnsi="宋体"/>
          <w:sz w:val="28"/>
        </w:rPr>
        <w:t>班组长是一线生产的直接指挥者和组织者，在组织中起到承上启下的关键作用，我的管理水平和自身素质的高低将最终影响公司的经济效益以及战略目标的实现。作为一名班组长，首先必须要有高度的责任感，对手下的班组成员负责，对生产的产品质量负责，对上级的上传下达的指标负责；其次要懂生产流程、熟悉知识、技术过硬，会使用班组里的各种设备。带动班组成员顺利完成工作指标。</w:t>
      </w:r>
    </w:p>
    <w:p>
      <w:pPr>
        <w:spacing w:before="100" w:after="200" w:line="360" w:lineRule="auto"/>
        <w:ind w:firstLine="576"/>
        <w:jc w:val="left"/>
      </w:pPr>
      <w:r>
        <w:rPr>
          <w:rFonts w:ascii="宋体" w:eastAsia="宋体" w:hAnsi="宋体"/>
          <w:sz w:val="28"/>
        </w:rPr>
        <w:t>2、严格管理班组</w:t>
      </w:r>
    </w:p>
    <w:p>
      <w:pPr>
        <w:spacing w:before="100" w:after="200" w:line="360" w:lineRule="auto"/>
        <w:ind w:firstLine="576"/>
        <w:jc w:val="left"/>
      </w:pPr>
      <w:r>
        <w:rPr>
          <w:rFonts w:ascii="宋体" w:eastAsia="宋体" w:hAnsi="宋体"/>
          <w:sz w:val="28"/>
        </w:rPr>
        <w:t>在班组管理工作中，要用规章制度和考核细则来管理班组、约束班组成员。班组在分工协作方面，工作要细，责任要到人，职责要明确，并与效益奖金挂钩相结合，从严考核，使班组各项工作有章可寻。例如，工作出色的班组成员，我在制定效益奖分配时，就考虑给他们多奖励一点。若工作失误，我们就要按规定进行考核，做到责任落实，奖罚有据，奖惩分明，使班组管理形成良好的运行机制。在班组从严管理工作中，大力宣传从严管理的目的和意义，不断提高班组成员对从严管理的认识，统一思想，使之变为自觉的行动。使班组成员认识到从严管理是维持正常工作秩序，保证安全生产的重要措施，是对班组成员高度负责的体现。同时自己要处处以身作则，严于律己，工作上要求班组成员做到的，自己首先得做到，要求班组成员不能办的事，自己首先不能办。</w:t>
      </w:r>
    </w:p>
    <w:p>
      <w:pPr>
        <w:spacing w:before="100" w:after="200" w:line="360" w:lineRule="auto"/>
        <w:ind w:firstLine="576"/>
        <w:jc w:val="left"/>
      </w:pPr>
      <w:r>
        <w:rPr>
          <w:rFonts w:ascii="宋体" w:eastAsia="宋体" w:hAnsi="宋体"/>
          <w:sz w:val="28"/>
        </w:rPr>
        <w:t>3、提高班前会质量</w:t>
      </w:r>
    </w:p>
    <w:p>
      <w:pPr>
        <w:spacing w:before="100" w:after="200" w:line="360" w:lineRule="auto"/>
        <w:ind w:firstLine="576"/>
        <w:jc w:val="left"/>
        <w:sectPr w:rsidSect="00034616">
          <w:type w:val="nextPage"/>
          <w:pgSz w:w="11906" w:h="16838"/>
          <w:pgMar w:top="1440" w:right="1440" w:bottom="1440" w:left="1440" w:header="720" w:footer="720" w:gutter="0"/>
          <w:pgNumType w:start="13"/>
          <w:cols w:space="720"/>
          <w:titlePg w:val="0"/>
          <w:docGrid w:linePitch="360"/>
        </w:sectPr>
      </w:pPr>
    </w:p>
    <w:p>
      <w:pPr>
        <w:spacing w:before="100" w:after="200" w:line="360" w:lineRule="auto"/>
        <w:ind w:firstLine="576"/>
        <w:jc w:val="left"/>
      </w:pPr>
      <w:r>
        <w:rPr>
          <w:rFonts w:ascii="宋体" w:eastAsia="宋体" w:hAnsi="宋体"/>
          <w:sz w:val="28"/>
        </w:rPr>
        <w:t>班组必须每天开好班前会。班前会应至少包含以下四方面内容：a当天的生产计划、作业任务；告知班组成员当天的工作任务，要有心理准备；b每班发生的异常状况；告知班组成员发生的异常情况，让班组成员在工作过程中有警惕感，会尽量避免异常情况的再次发生，保障人身和设备的安全；c对班组成员个人或班组进行口头表扬；调动班组成员的工作积极性，表扬可以是一件很小的事，但每天都应至少有一件事。班组成员一上班就受到表扬，感觉工作能体现自己的重要性，增强了自尊感，激发了其工作积极性，在工作过程中能自觉把工作做好；d对班组成员宣传企业的管理文化、政策方针、发生的大事等。让班组成员加深对企业的了解，培养对企业的感情；e加强安全基础管理；安全是各项工作的大事，往往生产过程中一件小小的失误就会酿成大祸，违章操作应该坚决杜绝，对于安全班组在会前和班组生产的同时要深入的进行安全教育和改正工作中不良的行为习惯。</w:t>
      </w:r>
    </w:p>
    <w:p>
      <w:pPr>
        <w:spacing w:before="100" w:after="200" w:line="360" w:lineRule="auto"/>
        <w:ind w:firstLine="576"/>
        <w:jc w:val="left"/>
      </w:pPr>
      <w:r>
        <w:rPr>
          <w:rFonts w:ascii="宋体" w:eastAsia="宋体" w:hAnsi="宋体"/>
          <w:sz w:val="28"/>
        </w:rPr>
        <w:t>4、及时沟通、了解班组成员思想动态</w:t>
      </w:r>
    </w:p>
    <w:p>
      <w:pPr>
        <w:spacing w:before="100" w:after="200" w:line="360" w:lineRule="auto"/>
        <w:ind w:firstLine="576"/>
        <w:jc w:val="left"/>
      </w:pPr>
      <w:r>
        <w:rPr>
          <w:rFonts w:ascii="宋体" w:eastAsia="宋体" w:hAnsi="宋体"/>
          <w:sz w:val="28"/>
        </w:rPr>
        <w:t>一个班组有多个成员组成，每个成员因为自己的性格、背景不同，对工作的态度也不一样，比如有的人学历是大专，自持学历高，认为这些活比较简单，做起事情来难免眼高手低；有的人工作时间长，自持资历老，会挑一些轻活干；有的人新进厂，对人和设备还不是很熟悉，工作起来难免会畏手畏脚；还有，有的人仔细认真，有的人大大咧咧，林林总总，不尽相同，时间长了，这些小问题如果得不到解决，势必会影响整个班组的凝聚力和战斗力。这就需要班组长要主动地多与各位成员进行沟通，了解他们的思想动态，根据每个人的具体情况，进行谈心并解决问题。比如，班组长可以让仔细认真的班组成员多干细活；大大咧咧的班组成员多干粗活；针对新进厂班组成员可以开展“以老带新，一帮一结对子”的活动，让新班组成员尽快适应岗位工作；针对老班组成员“耍滑”问题，可以采取轮流换岗做业的方法，同时还可以让班组成员学到更多的操作技能。只有这样才能把班组的潜能全部发挥出来。</w:t>
      </w:r>
    </w:p>
    <w:p>
      <w:pPr>
        <w:spacing w:before="100" w:after="200" w:line="360" w:lineRule="auto"/>
        <w:ind w:firstLine="576"/>
        <w:jc w:val="left"/>
        <w:sectPr w:rsidSect="00034616">
          <w:type w:val="nextPage"/>
          <w:pgSz w:w="11906" w:h="16838"/>
          <w:pgMar w:top="1440" w:right="1440" w:bottom="1440" w:left="1440" w:header="720" w:footer="720" w:gutter="0"/>
          <w:pgNumType w:start="14"/>
          <w:cols w:space="720"/>
          <w:titlePg w:val="0"/>
          <w:docGrid w:linePitch="360"/>
        </w:sectPr>
      </w:pPr>
    </w:p>
    <w:p>
      <w:pPr>
        <w:spacing w:before="100" w:after="200" w:line="360" w:lineRule="auto"/>
        <w:ind w:firstLine="576"/>
        <w:jc w:val="left"/>
      </w:pPr>
      <w:r>
        <w:rPr>
          <w:rFonts w:ascii="宋体" w:eastAsia="宋体" w:hAnsi="宋体"/>
          <w:sz w:val="28"/>
        </w:rPr>
        <w:t>今后我将以崭新的精神状态投入到工作当中，努力学习，积极响应公司加强管理的措施，遵守公司的规章制度，做好本职工作。总之在以后的工作中我会多沟通、多观察、多思考。思想上重视、态度上端正、行动上积极、方法上有效、措施上得力、机制上创新、奖罚上分明。不断提高班组管理水平，提升班组的凝聚力和作业水平，保质保量完成上级上传下达的生产任务，为隆基的发展多做贡献。</w:t>
      </w:r>
    </w:p>
    <w:p>
      <w:pPr>
        <w:spacing w:before="100" w:after="200" w:line="360" w:lineRule="auto"/>
        <w:ind w:firstLine="576"/>
        <w:jc w:val="left"/>
      </w:pPr>
      <w:r>
        <w:rPr>
          <w:rFonts w:ascii="宋体" w:eastAsia="宋体" w:hAnsi="宋体"/>
          <w:sz w:val="28"/>
        </w:rPr>
        <w:t>生产车间一年的工作也是在新的一年即将来临的时刻要结束了，这一年来，作为车间的一名班长，我带领我们班组的同事一起把生产的工作做好了，顺利的完成了领导交代的生产任务，现在就这一年来的工作做下总结。</w:t>
      </w:r>
    </w:p>
    <w:p>
      <w:pPr>
        <w:spacing w:before="100" w:after="200" w:line="360" w:lineRule="auto"/>
        <w:jc w:val="left"/>
      </w:pPr>
      <w:r>
        <w:rPr>
          <w:rFonts w:ascii="宋体 (中文正文)" w:eastAsia="宋体" w:hAnsi="宋体 (中文正文)"/>
          <w:b/>
          <w:sz w:val="28"/>
        </w:rPr>
        <w:t>一、生产任务的完成</w:t>
      </w:r>
    </w:p>
    <w:p>
      <w:pPr>
        <w:spacing w:before="100" w:after="200" w:line="360" w:lineRule="auto"/>
        <w:ind w:firstLine="576"/>
        <w:jc w:val="left"/>
      </w:pPr>
      <w:r>
        <w:rPr>
          <w:rFonts w:ascii="宋体" w:eastAsia="宋体" w:hAnsi="宋体"/>
          <w:sz w:val="28"/>
        </w:rPr>
        <w:t>在生产车间最重要的一件事情就是生产，什么事情都必须为生产而让步，这一年来，我们班组也是较好的完成了生产的任务，不但是量上面完成了，质上面也是得到了领导的肯定，这也是让我这个班长特别自豪的事情，当然这也是我们整个班组的努力，大家一起为了任务而努力。</w:t>
      </w:r>
    </w:p>
    <w:p>
      <w:pPr>
        <w:spacing w:before="100" w:after="200" w:line="360" w:lineRule="auto"/>
        <w:jc w:val="left"/>
      </w:pPr>
      <w:r>
        <w:rPr>
          <w:rFonts w:ascii="宋体 (中文正文)" w:eastAsia="宋体" w:hAnsi="宋体 (中文正文)"/>
          <w:b/>
          <w:sz w:val="28"/>
        </w:rPr>
        <w:t>二、管理班组的工作</w:t>
      </w:r>
    </w:p>
    <w:p>
      <w:pPr>
        <w:spacing w:before="100" w:after="200" w:line="360" w:lineRule="auto"/>
        <w:ind w:firstLine="576"/>
        <w:jc w:val="left"/>
      </w:pPr>
      <w:r>
        <w:rPr>
          <w:rFonts w:ascii="宋体" w:eastAsia="宋体" w:hAnsi="宋体"/>
          <w:sz w:val="28"/>
        </w:rPr>
        <w:t>在这一年里，我们班组完成了生产的任务，同时在平时的工作中，也是没有违反过车间的制度，在我的管理下，我们班组的纪律也是非常好的，同时在管理当中，我也是把我的生产经验教给同事们，让他们能更好的去工作，在管理的同时，我也是和班组的同事交朋友，大家多交流，多去沟通工作，那么只有这样，大家才能有更大的进步。在管理中，我不是一言堂，而是多去倾听班组同事的意见，大家都能去发挥自己的意见，这样的工作也是能更好的去做好。</w:t>
      </w:r>
    </w:p>
    <w:p>
      <w:pPr>
        <w:spacing w:before="100" w:after="200" w:line="360" w:lineRule="auto"/>
        <w:jc w:val="left"/>
      </w:pPr>
      <w:r>
        <w:rPr>
          <w:rFonts w:ascii="宋体 (中文正文)" w:eastAsia="宋体" w:hAnsi="宋体 (中文正文)"/>
          <w:b/>
          <w:sz w:val="28"/>
        </w:rPr>
        <w:t>三、组织培训的学习</w:t>
      </w:r>
    </w:p>
    <w:p>
      <w:pPr>
        <w:spacing w:before="100" w:after="200" w:line="360" w:lineRule="auto"/>
        <w:ind w:firstLine="576"/>
        <w:jc w:val="left"/>
        <w:sectPr w:rsidSect="00034616">
          <w:type w:val="nextPage"/>
          <w:pgSz w:w="11906" w:h="16838"/>
          <w:pgMar w:top="1440" w:right="1440" w:bottom="1440" w:left="1440" w:header="720" w:footer="720" w:gutter="0"/>
          <w:pgNumType w:start="15"/>
          <w:cols w:space="720"/>
          <w:titlePg w:val="0"/>
          <w:docGrid w:linePitch="360"/>
        </w:sectPr>
      </w:pPr>
    </w:p>
    <w:p>
      <w:pPr>
        <w:spacing w:before="100" w:after="200" w:line="360" w:lineRule="auto"/>
        <w:ind w:firstLine="576"/>
        <w:jc w:val="left"/>
      </w:pPr>
      <w:r>
        <w:rPr>
          <w:rFonts w:ascii="宋体" w:eastAsia="宋体" w:hAnsi="宋体"/>
          <w:sz w:val="28"/>
        </w:rPr>
        <w:t>作为班长，这一年来，我也是积极的去学习管理，不断的提升自己的一个管理水平，在工作之余，我也是去看一些管理的书籍，同时参加单位组织我们进行的培训学习，在学习中，我也是知道，想要做好一名班长，不但是要有丰富的生产经验，同时在管理上也是要下功夫的。而且自身的能力也是要去提升，不然也是无法带领班组把工作去给做好的。同时对于我们班组，我也是组织大家一起学习，一起交流生产的工作经验，让大家都能有进步，都能在工作的过程中得到进步。</w:t>
      </w:r>
    </w:p>
    <w:p>
      <w:pPr>
        <w:spacing w:before="100" w:after="200" w:line="360" w:lineRule="auto"/>
        <w:ind w:firstLine="576"/>
        <w:jc w:val="left"/>
      </w:pPr>
      <w:r>
        <w:rPr>
          <w:rFonts w:ascii="宋体" w:eastAsia="宋体" w:hAnsi="宋体"/>
          <w:sz w:val="28"/>
        </w:rPr>
        <w:t>在工作当中，我也是发现自己还是有挺多的不足的地方，一些是已经在改进的了，一些是还需要在后续的工作当中去改进，特别是我虽然生产的经验充足，对班组的同事也不错，但是其实还是在管理上还有发挥的空间，也是需要自己不断的去提升自己的生产管理能力。让自己变得更加的优秀，那样的话也是能更好的去带领我们班组把生产的任务完成的更加的好。在接下来的一年里，我要继续的提升自己，让我自己，我们班组变得更加的优秀。</w:t>
      </w:r>
    </w:p>
    <w:p>
      <w:pPr>
        <w:spacing w:before="100" w:after="200" w:line="360" w:lineRule="auto"/>
        <w:ind w:firstLine="576"/>
        <w:jc w:val="left"/>
      </w:pPr>
      <w:r>
        <w:rPr>
          <w:rFonts w:ascii="宋体" w:eastAsia="宋体" w:hAnsi="宋体"/>
          <w:sz w:val="28"/>
        </w:rPr>
        <w:t>20xx年在紧张和忙碌中即将过去了,回首过去的一年，虽没有轰轰烈烈的战果，但也算经历了一段不平凡的考验。在这辞旧迎新之际，我个人谨代表本部门一年来的工作及得失作出一个总结，同时祈愿我们公司明年会更好。</w:t>
      </w:r>
    </w:p>
    <w:p>
      <w:pPr>
        <w:spacing w:before="100" w:after="200" w:line="360" w:lineRule="auto"/>
        <w:jc w:val="left"/>
      </w:pPr>
      <w:r>
        <w:rPr>
          <w:rFonts w:ascii="宋体 (中文正文)" w:eastAsia="宋体" w:hAnsi="宋体 (中文正文)"/>
          <w:b/>
          <w:sz w:val="28"/>
        </w:rPr>
        <w:t>一、生产产量</w:t>
      </w:r>
    </w:p>
    <w:p>
      <w:pPr>
        <w:spacing w:before="100" w:after="200" w:line="360" w:lineRule="auto"/>
        <w:ind w:firstLine="576"/>
        <w:jc w:val="left"/>
      </w:pPr>
      <w:r>
        <w:rPr>
          <w:rFonts w:ascii="宋体" w:eastAsia="宋体" w:hAnsi="宋体"/>
          <w:sz w:val="28"/>
        </w:rPr>
        <w:t>过去的一年里，生产部对生产工艺进行了大量的摸索试验，对产品质量有了大幅提高，对保温箱工艺的改进，眉头的更换，端子箱工艺的改进，门轴工艺的改进，暗装箱工艺的改进，对GGD后门的改进，这些工艺的改进不但提高了工作效率，而且产品工艺也有了很大的提高。</w:t>
      </w:r>
    </w:p>
    <w:p>
      <w:pPr>
        <w:spacing w:before="100" w:after="200" w:line="360" w:lineRule="auto"/>
        <w:ind w:firstLine="576"/>
        <w:jc w:val="left"/>
      </w:pPr>
      <w:r>
        <w:rPr>
          <w:rFonts w:ascii="宋体" w:eastAsia="宋体" w:hAnsi="宋体"/>
          <w:sz w:val="28"/>
        </w:rPr>
        <w:t>二，产品质量</w:t>
      </w:r>
    </w:p>
    <w:p>
      <w:pPr>
        <w:spacing w:before="100" w:after="200" w:line="360" w:lineRule="auto"/>
        <w:ind w:firstLine="576"/>
        <w:jc w:val="left"/>
      </w:pPr>
      <w:r>
        <w:rPr>
          <w:rFonts w:ascii="宋体" w:eastAsia="宋体" w:hAnsi="宋体"/>
          <w:sz w:val="28"/>
        </w:rPr>
        <w:t>在完成产量的同时，我们生产部门也高度重视产品质量，严把生产工序的每一个质量控</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https://d.book118.com/855242240021011110</w:t>
        </w:r>
      </w:hyperlink>
    </w:p>
    <w:p>
      <w:pPr>
        <w:spacing w:before="100" w:after="200" w:line="360" w:lineRule="auto"/>
        <w:ind w:firstLine="576"/>
        <w:jc w:val="left"/>
      </w:pPr>
    </w:p>
    <w:sectPr w:rsidSect="00034616">
      <w:type w:val="nextPage"/>
      <w:pgSz w:w="11906" w:h="16838"/>
      <w:pgMar w:top="1440" w:right="1440" w:bottom="1440" w:left="1440" w:header="720" w:footer="720" w:gutter="0"/>
      <w:pgNumType w:start="1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855242240021011110"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