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>
        <w:t>说话小声点</w:t>
      </w:r>
      <w:r>
        <w:t xml:space="preserve"> -</w:t>
      </w:r>
      <w:r>
        <w:t xml:space="preserve"> 为什么</w:t>
        <w:br/>
        <w:t>We</w:t>
      </w:r>
      <w:r>
        <w:t xml:space="preserve"> have</w:t>
      </w:r>
      <w:r>
        <w:t xml:space="preserve"> to</w:t>
      </w:r>
      <w:r>
        <w:t xml:space="preserve"> whisper.</w:t>
      </w:r>
      <w:r>
        <w:t xml:space="preserve"> -</w:t>
      </w:r>
      <w:r>
        <w:t xml:space="preserve"> Why</w:t>
      </w:r>
      <w:r>
        <w:t xml:space="preserve"> is</w:t>
      </w:r>
      <w:r>
        <w:t xml:space="preserve"> that?</w:t>
        <w:br/>
        <w:t>因为他们在冷原子实验室里</w:t>
      </w:r>
      <w:r>
        <w:t xml:space="preserve"> 进行非常精细的活儿</w:t>
        <w:br/>
        <w:t>'Cause</w:t>
      </w:r>
      <w:r>
        <w:t xml:space="preserve"> they're</w:t>
      </w:r>
      <w:r>
        <w:t xml:space="preserve"> doing</w:t>
      </w:r>
      <w:r>
        <w:t xml:space="preserve"> something</w:t>
      </w:r>
      <w:r>
        <w:t xml:space="preserve"> very</w:t>
      </w:r>
      <w:r>
        <w:t xml:space="preserve"> fiddly</w:t>
      </w:r>
      <w:r>
        <w:t xml:space="preserve"> at</w:t>
      </w:r>
      <w:r>
        <w:t xml:space="preserve"> the</w:t>
      </w:r>
      <w:r>
        <w:t xml:space="preserve"> CAL.</w:t>
        <w:br/>
        <w:t>嗨</w:t>
      </w:r>
      <w:r>
        <w:t xml:space="preserve"> 爱丽丝</w:t>
        <w:br/>
        <w:t>Hey,</w:t>
      </w:r>
      <w:r>
        <w:t xml:space="preserve"> Alice.</w:t>
        <w:br/>
        <w:t>嗨</w:t>
      </w:r>
      <w:r>
        <w:t xml:space="preserve"> 保罗</w:t>
        <w:br/>
        <w:t>Hi,</w:t>
      </w:r>
      <w:r>
        <w:t xml:space="preserve"> Paul.</w:t>
        <w:br/>
        <w:t>今天你妈有一项重大任务</w:t>
        <w:br/>
        <w:t>Your</w:t>
      </w:r>
      <w:r>
        <w:t xml:space="preserve"> mom's</w:t>
      </w:r>
      <w:r>
        <w:t xml:space="preserve"> big</w:t>
      </w:r>
      <w:r>
        <w:t xml:space="preserve"> day</w:t>
      </w:r>
      <w:r>
        <w:t xml:space="preserve"> today.</w:t>
        <w:br/>
        <w:t>火箭推进实验室</w:t>
      </w:r>
      <w:r>
        <w:t xml:space="preserve"> 这是冷原子实验室数据</w:t>
        <w:br/>
        <w:t>RPL.</w:t>
      </w:r>
      <w:r>
        <w:t xml:space="preserve"> CAL</w:t>
      </w:r>
      <w:r>
        <w:t xml:space="preserve"> data:</w:t>
        <w:br/>
        <w:t>堆芯信&amp;hearts;号&amp;hearts;&amp;hearts;正常</w:t>
      </w:r>
      <w:r>
        <w:t xml:space="preserve"> 铁磁排序一致</w:t>
      </w:r>
      <w:r>
        <w:t xml:space="preserve"> 25.5</w:t>
        <w:br/>
        <w:t>Core</w:t>
      </w:r>
      <w:r>
        <w:t xml:space="preserve"> signals</w:t>
      </w:r>
      <w:r>
        <w:t xml:space="preserve"> green,</w:t>
      </w:r>
      <w:r>
        <w:t xml:space="preserve"> magnets</w:t>
      </w:r>
      <w:r>
        <w:t xml:space="preserve"> align,</w:t>
      </w:r>
      <w:r>
        <w:t xml:space="preserve"> 25.5.</w:t>
        <w:br/>
        <w:t>堆芯温度为零下203度</w:t>
        <w:br/>
        <w:t>Core</w:t>
      </w:r>
      <w:r>
        <w:t xml:space="preserve"> temperature:</w:t>
      </w:r>
      <w:r>
        <w:t xml:space="preserve"> minus</w:t>
      </w:r>
      <w:r>
        <w:t xml:space="preserve"> 203</w:t>
      </w:r>
      <w:r>
        <w:t xml:space="preserve"> degrees.</w:t>
        <w:br/>
        <w:t>调整激光</w:t>
        <w:br/>
        <w:t>Tune</w:t>
      </w:r>
      <w:r>
        <w:t xml:space="preserve"> lasers.</w:t>
        <w:br/>
        <w:t>快</w:t>
        <w:br/>
        <w:t>Come</w:t>
      </w:r>
      <w:r>
        <w:t xml:space="preserve"> on.</w:t>
        <w:br/>
        <w:t>这是在干什么</w:t>
        <w:br/>
        <w:t>What</w:t>
      </w:r>
      <w:r>
        <w:t xml:space="preserve"> does</w:t>
      </w:r>
      <w:r>
        <w:t xml:space="preserve"> it</w:t>
      </w:r>
      <w:r>
        <w:t xml:space="preserve"> do?</w:t>
        <w:br/>
        <w:t>在探索新的物质状态</w:t>
        <w:br/>
        <w:t>It's</w:t>
      </w:r>
      <w:r>
        <w:t xml:space="preserve"> looking</w:t>
      </w:r>
      <w:r>
        <w:t xml:space="preserve"> for</w:t>
      </w:r>
      <w:r>
        <w:t xml:space="preserve"> a</w:t>
      </w:r>
      <w:r>
        <w:t xml:space="preserve"> new</w:t>
      </w:r>
      <w:r>
        <w:t xml:space="preserve"> state</w:t>
      </w:r>
      <w:r>
        <w:t xml:space="preserve"> of</w:t>
      </w:r>
      <w:r>
        <w:t xml:space="preserve"> matter.</w:t>
        <w:br/>
        <w:t>天啊</w:t>
        <w:br/>
        <w:t>Wow.</w:t>
        <w:br/>
        <w:t>看看能不能看到你</w:t>
        <w:br/>
        <w:t>Let's</w:t>
      </w:r>
      <w:r>
        <w:t xml:space="preserve"> see</w:t>
      </w:r>
      <w:r>
        <w:t xml:space="preserve"> if</w:t>
      </w:r>
      <w:r>
        <w:t xml:space="preserve"> we</w:t>
      </w:r>
      <w:r>
        <w:t xml:space="preserve"> can</w:t>
      </w:r>
      <w:r>
        <w:t xml:space="preserve"> find</w:t>
      </w:r>
      <w:r>
        <w:t xml:space="preserve"> you.</w:t>
        <w:br/>
        <w:t>看到你了</w:t>
        <w:br/>
        <w:t>There</w:t>
      </w:r>
      <w:r>
        <w:t xml:space="preserve"> you</w:t>
      </w:r>
      <w:r>
        <w:t xml:space="preserve"> are.</w:t>
        <w:br/>
        <w:t>嗨</w:t>
      </w:r>
      <w:r>
        <w:t xml:space="preserve"> 爱丽丝</w:t>
        <w:br/>
        <w:t>Hey,</w:t>
      </w:r>
      <w:r>
        <w:t xml:space="preserve"> Alice.</w:t>
        <w:br/>
        <w:t>跟自己挥挥手</w:t>
        <w:br/>
        <w:t>Wave</w:t>
      </w:r>
      <w:r>
        <w:t xml:space="preserve"> to</w:t>
      </w:r>
      <w:r>
        <w:t xml:space="preserve"> yourself.</w:t>
        <w:br/>
        <w:t>妈妈</w:t>
        <w:br/>
        <w:t>Mamma?</w:t>
        <w:br/>
        <w:t>妈妈</w:t>
        <w:br/>
        <w:t>Mamma?</w:t>
        <w:br/>
        <w:t>妈妈</w:t>
      </w:r>
      <w:r>
        <w:t xml:space="preserve"> 你还在吗</w:t>
        <w:br/>
        <w:t>Mamma?</w:t>
      </w:r>
      <w:r>
        <w:t xml:space="preserve"> Are</w:t>
      </w:r>
      <w:r>
        <w:t xml:space="preserve"> you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"/>
          <w:cols w:space="720"/>
          <w:titlePg w:val="0"/>
          <w:docGrid w:linePitch="360"/>
        </w:sectPr>
      </w:pPr>
      <w:r>
        <w:t xml:space="preserve"> there?</w:t>
        <w:br/>
        <w:t>没事吧</w:t>
        <w:br/>
        <w:t>Everything</w:t>
      </w:r>
      <w:r>
        <w:t xml:space="preserve"> all</w:t>
      </w:r>
      <w:r>
        <w:t xml:space="preserve"> right?</w:t>
        <w:br/>
        <w:t>突然断线了</w:t>
        <w:br/>
        <w:t>She's</w:t>
      </w:r>
      <w:r>
        <w:t xml:space="preserve"> gone.</w:t>
        <w:br/>
        <w:t>好吧</w:t>
      </w:r>
      <w:r>
        <w:t xml:space="preserve"> 我们也该出门了</w:t>
      </w:r>
      <w:r>
        <w:t xml:space="preserve"> 走吧</w:t>
        <w:br/>
        <w:t>Yeah,</w:t>
      </w:r>
      <w:r>
        <w:t xml:space="preserve"> well,</w:t>
      </w:r>
      <w:r>
        <w:t xml:space="preserve"> we</w:t>
      </w:r>
      <w:r>
        <w:t xml:space="preserve"> have</w:t>
      </w:r>
      <w:r>
        <w:t xml:space="preserve"> to</w:t>
      </w:r>
      <w:r>
        <w:t xml:space="preserve"> get</w:t>
      </w:r>
      <w:r>
        <w:t xml:space="preserve"> going</w:t>
      </w:r>
      <w:r>
        <w:t xml:space="preserve"> too.</w:t>
      </w:r>
      <w:r>
        <w:t xml:space="preserve"> Come</w:t>
      </w:r>
      <w:r>
        <w:t xml:space="preserve"> on.</w:t>
        <w:br/>
        <w:t>火箭推进实验室呼叫太空站</w:t>
      </w:r>
      <w:r>
        <w:t xml:space="preserve"> 收到吗</w:t>
        <w:br/>
        <w:t>Station,</w:t>
      </w:r>
      <w:r>
        <w:t xml:space="preserve"> RPL,</w:t>
      </w:r>
      <w:r>
        <w:t xml:space="preserve"> you</w:t>
      </w:r>
      <w:r>
        <w:t xml:space="preserve"> copy?</w:t>
        <w:br/>
        <w:t>赶紧恢复通讯</w:t>
      </w:r>
      <w:r>
        <w:t xml:space="preserve"> 出事了</w:t>
        <w:br/>
        <w:t>Get</w:t>
      </w:r>
      <w:r>
        <w:t xml:space="preserve"> them</w:t>
      </w:r>
      <w:r>
        <w:t xml:space="preserve"> back.</w:t>
      </w:r>
      <w:r>
        <w:t xml:space="preserve"> We're</w:t>
      </w:r>
      <w:r>
        <w:t xml:space="preserve"> in</w:t>
      </w:r>
      <w:r>
        <w:t xml:space="preserve"> the</w:t>
      </w:r>
      <w:r>
        <w:t xml:space="preserve"> middle</w:t>
      </w:r>
      <w:r>
        <w:t xml:space="preserve"> of</w:t>
      </w:r>
      <w:r>
        <w:t xml:space="preserve"> something.</w:t>
        <w:br/>
        <w:t>小心碎片</w:t>
      </w:r>
      <w:r>
        <w:t xml:space="preserve"> 船体发生破裂</w:t>
        <w:br/>
        <w:t>Debris!</w:t>
      </w:r>
      <w:r>
        <w:t xml:space="preserve"> Scallation!</w:t>
        <w:br/>
        <w:t>妈妈</w:t>
        <w:br/>
        <w:t>Mamma?</w:t>
        <w:br/>
        <w:t>爱丽丝</w:t>
        <w:br/>
        <w:t>Alice!</w:t>
        <w:br/>
        <w:t>爱丽...</w:t>
        <w:br/>
        <w:t>Ali--</w:t>
        <w:br/>
        <w:t>群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星</w:t>
        <w:br/>
        <w:t>第一季第六集</w:t>
        <w:br/>
        <w:t>乔</w:t>
        <w:br/>
        <w:t>Jo!</w:t>
        <w:br/>
        <w:t>乔</w:t>
        <w:br/>
        <w:t>Jo!</w:t>
        <w:br/>
        <w:t>米凯拉</w:t>
      </w:r>
      <w:r>
        <w:t xml:space="preserve"> 冷原子实验室没了</w:t>
        <w:br/>
        <w:t>Michaela,</w:t>
      </w:r>
      <w:r>
        <w:t xml:space="preserve"> we</w:t>
      </w:r>
      <w:r>
        <w:t xml:space="preserve"> lost</w:t>
      </w:r>
      <w:r>
        <w:t xml:space="preserve"> the</w:t>
      </w:r>
      <w:r>
        <w:t xml:space="preserve"> CAL.</w:t>
        <w:br/>
        <w:t>休士顿</w:t>
      </w:r>
      <w:r>
        <w:t xml:space="preserve"> 这是太空站</w:t>
      </w:r>
      <w:r>
        <w:t xml:space="preserve"> 舱内发生失压</w:t>
      </w:r>
      <w:r>
        <w:t xml:space="preserve"> 我需要支援</w:t>
        <w:br/>
        <w:t>Houston,</w:t>
      </w:r>
      <w:r>
        <w:t xml:space="preserve"> this</w:t>
      </w:r>
      <w:r>
        <w:t xml:space="preserve"> is</w:t>
      </w:r>
      <w:r>
        <w:t xml:space="preserve"> Station.</w:t>
      </w:r>
      <w:r>
        <w:t xml:space="preserve"> We</w:t>
      </w:r>
      <w:r>
        <w:t xml:space="preserve"> have</w:t>
      </w:r>
      <w:r>
        <w:t xml:space="preserve"> a</w:t>
      </w:r>
      <w:r>
        <w:t xml:space="preserve"> depress.</w:t>
      </w:r>
      <w:r>
        <w:t xml:space="preserve"> I</w:t>
      </w:r>
      <w:r>
        <w:t xml:space="preserve"> need</w:t>
      </w:r>
      <w:r>
        <w:t xml:space="preserve"> help.</w:t>
        <w:br/>
        <w:t>乔</w:t>
        <w:br/>
        <w:t>Jo.</w:t>
        <w:br/>
        <w:t>乔</w:t>
      </w:r>
      <w:r>
        <w:t xml:space="preserve"> 醒醒</w:t>
      </w:r>
      <w:r>
        <w:t xml:space="preserve"> 快醒醒</w:t>
      </w:r>
      <w:r>
        <w:t xml:space="preserve"> 说话啊</w:t>
        <w:br/>
        <w:t>Jo.</w:t>
      </w:r>
      <w:r>
        <w:t xml:space="preserve"> Come</w:t>
      </w:r>
      <w:r>
        <w:t xml:space="preserve"> on,</w:t>
      </w:r>
      <w:r>
        <w:t xml:space="preserve"> Jo.</w:t>
      </w:r>
      <w:r>
        <w:t xml:space="preserve"> Stay</w:t>
      </w:r>
      <w:r>
        <w:t xml:space="preserve"> with</w:t>
      </w:r>
      <w:r>
        <w:t xml:space="preserve"> me.</w:t>
      </w:r>
      <w:r>
        <w:t xml:space="preserve"> Talk</w:t>
      </w:r>
      <w:r>
        <w:t xml:space="preserve"> to</w:t>
      </w:r>
      <w:r>
        <w:t xml:space="preserve"> me,</w:t>
      </w:r>
      <w:r>
        <w:t xml:space="preserve"> Jo.</w:t>
        <w:br/>
        <w:t>保罗</w:t>
      </w:r>
      <w:r>
        <w:t xml:space="preserve"> 她怎么样了</w:t>
        <w:br/>
        <w:t>Paul?</w:t>
      </w:r>
      <w:r>
        <w:t xml:space="preserve"> How</w:t>
      </w:r>
      <w:r>
        <w:t xml:space="preserve"> is</w:t>
      </w:r>
      <w:r>
        <w:t xml:space="preserve"> she?</w:t>
        <w:br/>
        <w:t>保罗</w:t>
        <w:br/>
        <w:t>Paul!</w:t>
        <w:br/>
        <w:t>保罗</w:t>
      </w:r>
      <w:r>
        <w:t xml:space="preserve"> -</w:t>
      </w:r>
      <w:r>
        <w:t xml:space="preserve"> 奥德丽</w:t>
      </w:r>
      <w:r>
        <w:t xml:space="preserve"> 给我湿纸巾</w:t>
        <w:br/>
        <w:t>Paul!</w:t>
      </w:r>
      <w:r>
        <w:t xml:space="preserve"> -</w:t>
      </w:r>
      <w:r>
        <w:t xml:space="preserve"> Audrey,</w:t>
      </w:r>
      <w:r>
        <w:t xml:space="preserve"> give</w:t>
      </w:r>
      <w:r>
        <w:t xml:space="preserve"> me</w:t>
      </w:r>
      <w:r>
        <w:t xml:space="preserve"> the</w:t>
      </w:r>
      <w:r>
        <w:t xml:space="preserve"> baby</w:t>
      </w:r>
      <w:r>
        <w:t xml:space="preserve"> wipes!</w:t>
        <w:br/>
        <w:t>对</w:t>
      </w:r>
      <w:r>
        <w:t xml:space="preserve"> 黑色</w:t>
        <w:br/>
        <w:t>Yeah,</w:t>
      </w:r>
      <w:r>
        <w:t xml:space="preserve"> black.</w:t>
        <w:br/>
        <w:t>蝙蝠是黑色</w:t>
        <w:br/>
        <w:t>It's</w:t>
      </w:r>
      <w:r>
        <w:t xml:space="preserve"> black</w:t>
      </w:r>
      <w:r>
        <w:t xml:space="preserve"> for</w:t>
      </w:r>
      <w:r>
        <w:t xml:space="preserve"> a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"/>
          <w:cols w:space="720"/>
          <w:titlePg w:val="0"/>
          <w:docGrid w:linePitch="360"/>
        </w:sectPr>
      </w:pPr>
      <w:r>
        <w:t xml:space="preserve"> bat.</w:t>
        <w:br/>
        <w:t>男同学们</w:t>
      </w:r>
      <w:r>
        <w:t xml:space="preserve"> 别放太多亮粉</w:t>
        <w:br/>
        <w:t>Boys,</w:t>
      </w:r>
      <w:r>
        <w:t xml:space="preserve"> not</w:t>
      </w:r>
      <w:r>
        <w:t xml:space="preserve"> too</w:t>
      </w:r>
      <w:r>
        <w:t xml:space="preserve"> much</w:t>
      </w:r>
      <w:r>
        <w:t xml:space="preserve"> of</w:t>
      </w:r>
      <w:r>
        <w:t xml:space="preserve"> that</w:t>
      </w:r>
      <w:r>
        <w:t xml:space="preserve"> glittery</w:t>
      </w:r>
      <w:r>
        <w:t xml:space="preserve"> stuff.</w:t>
        <w:br/>
        <w:t>免得到处都是</w:t>
        <w:br/>
        <w:t>You</w:t>
      </w:r>
      <w:r>
        <w:t xml:space="preserve"> know</w:t>
      </w:r>
      <w:r>
        <w:t xml:space="preserve"> it</w:t>
      </w:r>
      <w:r>
        <w:t xml:space="preserve"> goes</w:t>
      </w:r>
      <w:r>
        <w:t xml:space="preserve"> everywhere.</w:t>
        <w:br/>
        <w:t>有点黏糊糊的</w:t>
      </w:r>
      <w:r>
        <w:t xml:space="preserve"> 对吧</w:t>
        <w:br/>
        <w:t>It's</w:t>
      </w:r>
      <w:r>
        <w:t xml:space="preserve"> a</w:t>
      </w:r>
      <w:r>
        <w:t xml:space="preserve"> bit</w:t>
      </w:r>
      <w:r>
        <w:t xml:space="preserve"> sticky,</w:t>
      </w:r>
      <w:r>
        <w:t xml:space="preserve"> isn't</w:t>
      </w:r>
      <w:r>
        <w:t xml:space="preserve"> it?</w:t>
        <w:br/>
        <w:t>听好</w:t>
      </w:r>
      <w:r>
        <w:t xml:space="preserve"> 不如再做一遍</w:t>
      </w:r>
      <w:r>
        <w:t xml:space="preserve"> 来吧</w:t>
        <w:br/>
        <w:t>I</w:t>
      </w:r>
      <w:r>
        <w:t xml:space="preserve"> tell</w:t>
      </w:r>
      <w:r>
        <w:t xml:space="preserve"> you</w:t>
      </w:r>
      <w:r>
        <w:t xml:space="preserve"> what,</w:t>
      </w:r>
      <w:r>
        <w:t xml:space="preserve"> let's</w:t>
      </w:r>
      <w:r>
        <w:t xml:space="preserve"> just--</w:t>
      </w:r>
      <w:r>
        <w:t xml:space="preserve"> let's</w:t>
      </w:r>
      <w:r>
        <w:t xml:space="preserve"> just</w:t>
      </w:r>
      <w:r>
        <w:t xml:space="preserve"> start</w:t>
      </w:r>
      <w:r>
        <w:t xml:space="preserve"> again,</w:t>
      </w:r>
      <w:r>
        <w:t xml:space="preserve"> here</w:t>
      </w:r>
      <w:r>
        <w:t xml:space="preserve"> we</w:t>
      </w:r>
      <w:r>
        <w:t xml:space="preserve"> go.</w:t>
        <w:br/>
        <w:t>重新开始</w:t>
        <w:br/>
        <w:t>Start</w:t>
      </w:r>
      <w:r>
        <w:t xml:space="preserve"> again.</w:t>
        <w:br/>
        <w:t>爸爸</w:t>
        <w:br/>
        <w:t>Daddy?</w:t>
        <w:br/>
        <w:t>爱丽丝</w:t>
        <w:br/>
        <w:t>Alice.</w:t>
        <w:br/>
        <w:t>我很爱你</w:t>
        <w:br/>
        <w:t>I</w:t>
      </w:r>
      <w:r>
        <w:t xml:space="preserve"> love</w:t>
      </w:r>
      <w:r>
        <w:t xml:space="preserve"> you</w:t>
      </w:r>
      <w:r>
        <w:t xml:space="preserve"> so</w:t>
      </w:r>
      <w:r>
        <w:t xml:space="preserve"> much.</w:t>
        <w:br/>
        <w:t>我必须告诉你一个坏消息</w:t>
        <w:br/>
        <w:t>I</w:t>
      </w:r>
      <w:r>
        <w:t xml:space="preserve"> have</w:t>
      </w:r>
      <w:r>
        <w:t xml:space="preserve"> to</w:t>
      </w:r>
      <w:r>
        <w:t xml:space="preserve"> tell</w:t>
      </w:r>
      <w:r>
        <w:t xml:space="preserve"> you</w:t>
      </w:r>
      <w:r>
        <w:t xml:space="preserve"> something</w:t>
      </w:r>
      <w:r>
        <w:t xml:space="preserve"> terrible.</w:t>
        <w:br/>
        <w:t>系好安全带</w:t>
        <w:br/>
        <w:t>Seat</w:t>
      </w:r>
      <w:r>
        <w:t xml:space="preserve"> belt.</w:t>
        <w:br/>
        <w:t>你到底跑去哪里了</w:t>
        <w:br/>
        <w:t>Where</w:t>
      </w:r>
      <w:r>
        <w:t xml:space="preserve"> the</w:t>
      </w:r>
      <w:r>
        <w:t xml:space="preserve"> hell</w:t>
      </w:r>
      <w:r>
        <w:t xml:space="preserve"> have</w:t>
      </w:r>
      <w:r>
        <w:t xml:space="preserve"> you</w:t>
      </w:r>
      <w:r>
        <w:t xml:space="preserve"> gone?</w:t>
        <w:br/>
        <w:t>嗨</w:t>
      </w:r>
      <w:r>
        <w:t xml:space="preserve"> 爱丽丝</w:t>
        <w:br/>
        <w:t>Hey,</w:t>
      </w:r>
      <w:r>
        <w:t xml:space="preserve"> Alice.</w:t>
        <w:br/>
        <w:t>节哀顺变</w:t>
        <w:br/>
        <w:t>I'm</w:t>
      </w:r>
      <w:r>
        <w:t xml:space="preserve"> so</w:t>
      </w:r>
      <w:r>
        <w:t xml:space="preserve"> sorry.</w:t>
        <w:br/>
        <w:t>要不要去跟温蒂坐在一起</w:t>
        <w:br/>
        <w:t>Do</w:t>
      </w:r>
      <w:r>
        <w:t xml:space="preserve"> you</w:t>
      </w:r>
      <w:r>
        <w:t xml:space="preserve"> wanna</w:t>
      </w:r>
      <w:r>
        <w:t xml:space="preserve"> go</w:t>
      </w:r>
      <w:r>
        <w:t xml:space="preserve"> sit</w:t>
      </w:r>
      <w:r>
        <w:t xml:space="preserve"> with</w:t>
      </w:r>
      <w:r>
        <w:t xml:space="preserve"> Wendy?</w:t>
        <w:br/>
        <w:t>好吗</w:t>
      </w:r>
      <w:r>
        <w:t xml:space="preserve"> 去吧</w:t>
        <w:br/>
        <w:t>Yeah?</w:t>
      </w:r>
      <w:r>
        <w:t xml:space="preserve"> Okay.</w:t>
        <w:br/>
        <w:t>马格努斯</w:t>
      </w:r>
      <w:r>
        <w:t xml:space="preserve"> 节哀顺变</w:t>
        <w:br/>
        <w:t>Magnus,</w:t>
      </w:r>
      <w:r>
        <w:t xml:space="preserve"> I'm</w:t>
      </w:r>
      <w:r>
        <w:t xml:space="preserve"> so</w:t>
      </w:r>
      <w:r>
        <w:t xml:space="preserve"> sorry.</w:t>
        <w:br/>
        <w:t>我也很难接受</w:t>
      </w:r>
      <w:r>
        <w:t xml:space="preserve"> 真是好难过啊</w:t>
        <w:br/>
        <w:t>I</w:t>
      </w:r>
      <w:r>
        <w:t xml:space="preserve"> can't</w:t>
      </w:r>
      <w:r>
        <w:t xml:space="preserve"> believe</w:t>
      </w:r>
      <w:r>
        <w:t xml:space="preserve"> it.</w:t>
      </w:r>
      <w:r>
        <w:t xml:space="preserve"> Just--</w:t>
      </w:r>
      <w:r>
        <w:t xml:space="preserve"> It's</w:t>
      </w:r>
      <w:r>
        <w:t xml:space="preserve"> awful.</w:t>
        <w:br/>
        <w:t>嗨</w:t>
      </w:r>
      <w:r>
        <w:t xml:space="preserve"> 爱丽丝</w:t>
        <w:br/>
        <w:t>Hi,</w:t>
      </w:r>
      <w:r>
        <w:t xml:space="preserve"> Alice.</w:t>
        <w:br/>
        <w:t>嗨</w:t>
      </w:r>
      <w:r>
        <w:t xml:space="preserve"> 温蒂</w:t>
        <w:br/>
        <w:t>Hi,</w:t>
      </w:r>
      <w:r>
        <w:t xml:space="preserve"> Wendy.</w:t>
        <w:br/>
        <w:t>入射角度为95度</w:t>
        <w:br/>
        <w:t>Entry</w:t>
      </w:r>
      <w:r>
        <w:t xml:space="preserve"> angle:</w:t>
      </w:r>
      <w:r>
        <w:t xml:space="preserve"> 95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4"/>
          <w:cols w:space="720"/>
          <w:titlePg w:val="0"/>
          <w:docGrid w:linePitch="360"/>
        </w:sectPr>
      </w:pPr>
      <w:r>
        <w:t xml:space="preserve"> degrees.</w:t>
        <w:br/>
        <w:t>准备好起航了吗</w:t>
        <w:br/>
        <w:t>Ready</w:t>
      </w:r>
      <w:r>
        <w:t xml:space="preserve"> down</w:t>
      </w:r>
      <w:r>
        <w:t xml:space="preserve"> there?</w:t>
        <w:br/>
        <w:t>准备好了</w:t>
      </w:r>
      <w:r>
        <w:t xml:space="preserve"> 参数设置完毕</w:t>
      </w:r>
      <w:r>
        <w:t xml:space="preserve"> -</w:t>
      </w:r>
      <w:r>
        <w:t xml:space="preserve"> 一路顺风</w:t>
        <w:br/>
        <w:t>Ready.</w:t>
      </w:r>
      <w:r>
        <w:t xml:space="preserve"> Parameters</w:t>
      </w:r>
      <w:r>
        <w:t xml:space="preserve"> are</w:t>
      </w:r>
      <w:r>
        <w:t xml:space="preserve"> set.</w:t>
      </w:r>
      <w:r>
        <w:t xml:space="preserve"> -</w:t>
      </w:r>
      <w:r>
        <w:t xml:space="preserve"> Good</w:t>
      </w:r>
      <w:r>
        <w:t xml:space="preserve"> luck.</w:t>
        <w:br/>
        <w:t>有什么要我们转告的吗</w:t>
        <w:br/>
        <w:t>Anything</w:t>
      </w:r>
      <w:r>
        <w:t xml:space="preserve"> you</w:t>
      </w:r>
      <w:r>
        <w:t xml:space="preserve"> want</w:t>
      </w:r>
      <w:r>
        <w:t xml:space="preserve"> us</w:t>
      </w:r>
      <w:r>
        <w:t xml:space="preserve"> to</w:t>
      </w:r>
      <w:r>
        <w:t xml:space="preserve"> say?</w:t>
        <w:br/>
        <w:t>我参与了冷原子实验</w:t>
        <w:br/>
        <w:t>I</w:t>
      </w:r>
      <w:r>
        <w:t xml:space="preserve"> was</w:t>
      </w:r>
      <w:r>
        <w:t xml:space="preserve"> working</w:t>
      </w:r>
      <w:r>
        <w:t xml:space="preserve"> on</w:t>
      </w:r>
      <w:r>
        <w:t xml:space="preserve"> the</w:t>
      </w:r>
      <w:r>
        <w:t xml:space="preserve"> Cold</w:t>
      </w:r>
      <w:r>
        <w:t xml:space="preserve"> Atomic</w:t>
      </w:r>
      <w:r>
        <w:t xml:space="preserve"> Laboratory.</w:t>
        <w:br/>
        <w:t>也就是所谓的“CAL”</w:t>
        <w:br/>
        <w:t>The</w:t>
      </w:r>
      <w:r>
        <w:t xml:space="preserve"> CAL.</w:t>
        <w:br/>
        <w:t>冷原子实验室没了</w:t>
        <w:br/>
        <w:t>We</w:t>
      </w:r>
      <w:r>
        <w:t xml:space="preserve"> lost</w:t>
      </w:r>
      <w:r>
        <w:t xml:space="preserve"> it.</w:t>
        <w:br/>
        <w:t>什么实验</w:t>
      </w:r>
      <w:r>
        <w:t xml:space="preserve"> </w:t>
      </w:r>
      <w:r>
        <w:t xml:space="preserve"> -</w:t>
      </w:r>
      <w:r>
        <w:t xml:space="preserve"> 是美国宇航局的一项实验</w:t>
        <w:br/>
        <w:t>The</w:t>
      </w:r>
      <w:r>
        <w:t xml:space="preserve"> what?</w:t>
      </w:r>
      <w:r>
        <w:t xml:space="preserve"> -</w:t>
      </w:r>
      <w:r>
        <w:t xml:space="preserve"> It's</w:t>
      </w:r>
      <w:r>
        <w:t xml:space="preserve"> a</w:t>
      </w:r>
      <w:r>
        <w:t xml:space="preserve"> NASA</w:t>
      </w:r>
      <w:r>
        <w:t xml:space="preserve"> experiment.</w:t>
        <w:br/>
        <w:t>奥德丽</w:t>
      </w:r>
      <w:r>
        <w:t xml:space="preserve"> 这消息必须</w:t>
      </w:r>
      <w:r>
        <w:t xml:space="preserve"> 传达给火箭推进实验室</w:t>
        <w:br/>
        <w:t>Audrey,</w:t>
      </w:r>
      <w:r>
        <w:t xml:space="preserve"> we</w:t>
      </w:r>
      <w:r>
        <w:t xml:space="preserve"> need</w:t>
      </w:r>
      <w:r>
        <w:t xml:space="preserve"> to</w:t>
      </w:r>
      <w:r>
        <w:t xml:space="preserve"> pass</w:t>
      </w:r>
      <w:r>
        <w:t xml:space="preserve"> that</w:t>
      </w:r>
      <w:r>
        <w:t xml:space="preserve"> on</w:t>
      </w:r>
      <w:r>
        <w:t xml:space="preserve"> to</w:t>
      </w:r>
      <w:r>
        <w:t xml:space="preserve"> RPL.</w:t>
        <w:br/>
        <w:t>让亨利卡德拉知道</w:t>
        <w:br/>
        <w:t>Henry</w:t>
      </w:r>
      <w:r>
        <w:t xml:space="preserve"> Caldera.</w:t>
        <w:br/>
        <w:t>保罗</w:t>
      </w:r>
      <w:r>
        <w:t xml:space="preserve"> 我不知道你指的是什么实验</w:t>
        <w:br/>
        <w:t>Paul,</w:t>
      </w:r>
      <w:r>
        <w:t xml:space="preserve"> I</w:t>
      </w:r>
      <w:r>
        <w:t xml:space="preserve"> don't</w:t>
      </w:r>
      <w:r>
        <w:t xml:space="preserve"> know</w:t>
      </w:r>
      <w:r>
        <w:t xml:space="preserve"> which</w:t>
      </w:r>
      <w:r>
        <w:t xml:space="preserve"> experiment</w:t>
      </w:r>
      <w:r>
        <w:t xml:space="preserve"> you</w:t>
      </w:r>
      <w:r>
        <w:t xml:space="preserve"> mean.</w:t>
        <w:br/>
        <w:t>转告给他就对了</w:t>
        <w:br/>
        <w:t>Just</w:t>
      </w:r>
      <w:r>
        <w:t xml:space="preserve"> pass</w:t>
      </w:r>
      <w:r>
        <w:t xml:space="preserve"> it</w:t>
      </w:r>
      <w:r>
        <w:t xml:space="preserve"> on.</w:t>
        <w:br/>
        <w:t>好的</w:t>
        <w:br/>
        <w:t>Okay.</w:t>
        <w:br/>
        <w:t>有什么要跟家人说的吗</w:t>
        <w:br/>
        <w:t>Anything</w:t>
      </w:r>
      <w:r>
        <w:t xml:space="preserve"> for</w:t>
      </w:r>
      <w:r>
        <w:t xml:space="preserve"> your</w:t>
      </w:r>
      <w:r>
        <w:t xml:space="preserve"> family?</w:t>
        <w:br/>
        <w:t>就说我在回家的路上了</w:t>
        <w:br/>
        <w:t>Tell</w:t>
      </w:r>
      <w:r>
        <w:t xml:space="preserve"> them</w:t>
      </w:r>
      <w:r>
        <w:t xml:space="preserve"> I'm</w:t>
      </w:r>
      <w:r>
        <w:t xml:space="preserve"> on</w:t>
      </w:r>
      <w:r>
        <w:t xml:space="preserve"> my</w:t>
      </w:r>
      <w:r>
        <w:t xml:space="preserve"> way</w:t>
      </w:r>
      <w:r>
        <w:t xml:space="preserve"> home.</w:t>
        <w:br/>
        <w:t>麻烦转告他们</w:t>
        <w:br/>
        <w:t>Tell</w:t>
      </w:r>
      <w:r>
        <w:t xml:space="preserve"> them</w:t>
      </w:r>
      <w:r>
        <w:t xml:space="preserve"> that.</w:t>
        <w:br/>
        <w:t>嘿</w:t>
      </w:r>
      <w:r>
        <w:t xml:space="preserve"> 起来</w:t>
      </w:r>
      <w:r>
        <w:t xml:space="preserve"> 我们到了</w:t>
        <w:br/>
        <w:t>Hey.</w:t>
      </w:r>
      <w:r>
        <w:t xml:space="preserve"> Wake</w:t>
      </w:r>
      <w:r>
        <w:t xml:space="preserve"> up.</w:t>
      </w:r>
      <w:r>
        <w:t xml:space="preserve"> We're</w:t>
      </w:r>
      <w:r>
        <w:t xml:space="preserve"> here.</w:t>
        <w:br/>
        <w:t>来</w:t>
      </w:r>
      <w:r>
        <w:t xml:space="preserve"> 我抱你</w:t>
        <w:br/>
        <w:t>Come</w:t>
      </w:r>
      <w:r>
        <w:t xml:space="preserve"> on.</w:t>
      </w:r>
      <w:r>
        <w:t xml:space="preserve"> I'll</w:t>
      </w:r>
      <w:r>
        <w:t xml:space="preserve"> carry</w:t>
      </w:r>
      <w:r>
        <w:t xml:space="preserve"> you.</w:t>
        <w:br/>
        <w:t>走吧</w:t>
        <w:br/>
        <w:t>Come</w:t>
      </w:r>
      <w:r>
        <w:t xml:space="preserve"> on.</w:t>
        <w:br/>
        <w:t>她回来了吗</w:t>
        <w:br/>
        <w:t>Is</w:t>
      </w:r>
      <w:r>
        <w:t xml:space="preserve"> she</w:t>
      </w:r>
      <w:r>
        <w:t xml:space="preserve"> home?</w:t>
        <w:br/>
        <w:t>还没</w:t>
        <w:br/>
        <w:t>No.</w:t>
        <w:br/>
        <w:t>第一个救生舱已经抵达哈萨克斯坦了</w:t>
        <w:br/>
        <w:t>They've</w:t>
      </w:r>
      <w:r>
        <w:t xml:space="preserve"> brought</w:t>
      </w:r>
      <w:r>
        <w:t xml:space="preserve"> the</w:t>
      </w:r>
      <w:r>
        <w:t xml:space="preserve"> first</w:t>
      </w:r>
      <w:r>
        <w:t xml:space="preserve"> one</w:t>
      </w:r>
      <w:r>
        <w:t xml:space="preserve"> down</w:t>
      </w:r>
      <w:r>
        <w:t xml:space="preserve"> in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5"/>
          <w:cols w:space="720"/>
          <w:titlePg w:val="0"/>
          <w:docGrid w:linePitch="360"/>
        </w:sectPr>
      </w:pPr>
      <w:r>
        <w:t xml:space="preserve"> Kazakhstan.</w:t>
        <w:br/>
        <w:t>她会跟保罗一起回来</w:t>
        <w:br/>
        <w:t>She's</w:t>
      </w:r>
      <w:r>
        <w:t xml:space="preserve"> coming</w:t>
      </w:r>
      <w:r>
        <w:t xml:space="preserve"> down</w:t>
      </w:r>
      <w:r>
        <w:t xml:space="preserve"> in</w:t>
      </w:r>
      <w:r>
        <w:t xml:space="preserve"> the</w:t>
      </w:r>
      <w:r>
        <w:t xml:space="preserve"> next</w:t>
      </w:r>
      <w:r>
        <w:t xml:space="preserve"> one</w:t>
      </w:r>
      <w:r>
        <w:t xml:space="preserve"> with</w:t>
      </w:r>
      <w:r>
        <w:t xml:space="preserve"> Paul.</w:t>
        <w:br/>
        <w:t>但保罗必须先修好联盟号&amp;hearts;</w:t>
        <w:br/>
        <w:t>He</w:t>
      </w:r>
      <w:r>
        <w:t xml:space="preserve"> just</w:t>
      </w:r>
      <w:r>
        <w:t xml:space="preserve"> needs</w:t>
      </w:r>
      <w:r>
        <w:t xml:space="preserve"> to</w:t>
      </w:r>
      <w:r>
        <w:t xml:space="preserve"> fix</w:t>
      </w:r>
      <w:r>
        <w:t xml:space="preserve"> the</w:t>
      </w:r>
      <w:r>
        <w:t xml:space="preserve"> Soyuz</w:t>
      </w:r>
      <w:r>
        <w:t xml:space="preserve"> first.</w:t>
        <w:br/>
        <w:t>在外太空死了</w:t>
        <w:br/>
        <w:t>If</w:t>
      </w:r>
      <w:r>
        <w:t xml:space="preserve"> you</w:t>
      </w:r>
      <w:r>
        <w:t xml:space="preserve"> die</w:t>
      </w:r>
      <w:r>
        <w:t xml:space="preserve"> in</w:t>
      </w:r>
      <w:r>
        <w:t xml:space="preserve"> space,</w:t>
        <w:br/>
        <w:t>是不是代表在地球上也死亡了</w:t>
        <w:br/>
        <w:t>do</w:t>
      </w:r>
      <w:r>
        <w:t xml:space="preserve"> you</w:t>
      </w:r>
      <w:r>
        <w:t xml:space="preserve"> die</w:t>
      </w:r>
      <w:r>
        <w:t xml:space="preserve"> on</w:t>
      </w:r>
      <w:r>
        <w:t xml:space="preserve"> Earth?</w:t>
        <w:br/>
        <w:t>宝贝</w:t>
      </w:r>
      <w:r>
        <w:t xml:space="preserve"> 睡一会儿吧</w:t>
        <w:br/>
        <w:t>Just</w:t>
      </w:r>
      <w:r>
        <w:t xml:space="preserve"> get</w:t>
      </w:r>
      <w:r>
        <w:t xml:space="preserve"> some</w:t>
      </w:r>
      <w:r>
        <w:t xml:space="preserve"> sleep,</w:t>
      </w:r>
      <w:r>
        <w:t xml:space="preserve"> honey.</w:t>
        <w:br/>
        <w:t>睡醒后精神会好很多</w:t>
        <w:br/>
        <w:t>You'll</w:t>
      </w:r>
      <w:r>
        <w:t xml:space="preserve"> feel</w:t>
      </w:r>
      <w:r>
        <w:t xml:space="preserve"> a</w:t>
      </w:r>
      <w:r>
        <w:t xml:space="preserve"> lot</w:t>
      </w:r>
      <w:r>
        <w:t xml:space="preserve"> better</w:t>
      </w:r>
      <w:r>
        <w:t xml:space="preserve"> after</w:t>
      </w:r>
      <w:r>
        <w:t xml:space="preserve"> you've</w:t>
      </w:r>
      <w:r>
        <w:t xml:space="preserve"> had</w:t>
      </w:r>
      <w:r>
        <w:t xml:space="preserve"> some</w:t>
      </w:r>
      <w:r>
        <w:t xml:space="preserve"> sleep.</w:t>
        <w:br/>
        <w:t>好冷</w:t>
        <w:br/>
        <w:t>It's</w:t>
      </w:r>
      <w:r>
        <w:t xml:space="preserve"> cold.</w:t>
        <w:br/>
        <w:t>我说...</w:t>
        <w:br/>
        <w:t>I</w:t>
      </w:r>
      <w:r>
        <w:t xml:space="preserve"> mean...</w:t>
        <w:br/>
        <w:t>爱丽丝</w:t>
      </w:r>
      <w:r>
        <w:t xml:space="preserve"> 宝贝</w:t>
        <w:br/>
        <w:t>Alice?</w:t>
      </w:r>
      <w:r>
        <w:t xml:space="preserve"> Honey?</w:t>
        <w:br/>
        <w:t>出来</w:t>
      </w:r>
      <w:r>
        <w:t xml:space="preserve"> 别躲起来</w:t>
        <w:br/>
        <w:t>Come</w:t>
      </w:r>
      <w:r>
        <w:t xml:space="preserve"> on,</w:t>
      </w:r>
      <w:r>
        <w:t xml:space="preserve"> don't</w:t>
      </w:r>
      <w:r>
        <w:t xml:space="preserve"> hide</w:t>
      </w:r>
      <w:r>
        <w:t xml:space="preserve"> from</w:t>
      </w:r>
      <w:r>
        <w:t xml:space="preserve"> me.</w:t>
        <w:br/>
        <w:t>天啊</w:t>
        <w:br/>
        <w:t>Oh,</w:t>
      </w:r>
      <w:r>
        <w:t xml:space="preserve"> for</w:t>
      </w:r>
      <w:r>
        <w:t xml:space="preserve"> God's</w:t>
      </w:r>
      <w:r>
        <w:t xml:space="preserve"> sake.</w:t>
        <w:br/>
        <w:t>求你别闹了</w:t>
        <w:br/>
        <w:t>Please?</w:t>
        <w:br/>
        <w:t>1960年10月</w:t>
      </w:r>
      <w:r>
        <w:t xml:space="preserve"> R-16原型弹在拜科努尔航&amp;hearts;天&amp;hearts;发射场</w:t>
        <w:br/>
        <w:t>October</w:t>
      </w:r>
      <w:r>
        <w:t xml:space="preserve"> 1960,</w:t>
      </w:r>
      <w:r>
        <w:t xml:space="preserve"> an</w:t>
      </w:r>
      <w:r>
        <w:t xml:space="preserve"> R-16</w:t>
      </w:r>
      <w:r>
        <w:t xml:space="preserve"> prototype</w:t>
      </w:r>
      <w:r>
        <w:t xml:space="preserve"> explodes</w:t>
      </w:r>
      <w:r>
        <w:t xml:space="preserve"> on</w:t>
      </w:r>
      <w:r>
        <w:t xml:space="preserve"> the</w:t>
      </w:r>
      <w:r>
        <w:t xml:space="preserve"> launch</w:t>
        <w:br/>
        <w:t>升空时发生爆&amp;hearts;炸&amp;hearts;事故</w:t>
        <w:br/>
        <w:t>on</w:t>
      </w:r>
      <w:r>
        <w:t xml:space="preserve"> Baikonur</w:t>
      </w:r>
      <w:r>
        <w:t xml:space="preserve"> cosmodrome...</w:t>
        <w:br/>
        <w:t>爱丽丝</w:t>
        <w:br/>
        <w:t>Alice.</w:t>
        <w:br/>
        <w:t>你不能一声不响地跑出去</w:t>
        <w:br/>
        <w:t>You</w:t>
      </w:r>
      <w:r>
        <w:t xml:space="preserve"> cannot</w:t>
      </w:r>
      <w:r>
        <w:t xml:space="preserve"> just</w:t>
      </w:r>
      <w:r>
        <w:t xml:space="preserve"> go</w:t>
      </w:r>
      <w:r>
        <w:t xml:space="preserve"> like</w:t>
      </w:r>
      <w:r>
        <w:t xml:space="preserve"> that.</w:t>
        <w:br/>
        <w:t>知道吗</w:t>
      </w:r>
      <w:r>
        <w:t xml:space="preserve"> 即使我在睡觉也不行</w:t>
        <w:br/>
        <w:t>Okay?</w:t>
      </w:r>
      <w:r>
        <w:t xml:space="preserve"> Even</w:t>
      </w:r>
      <w:r>
        <w:t xml:space="preserve"> if</w:t>
      </w:r>
      <w:r>
        <w:t xml:space="preserve"> I'm</w:t>
      </w:r>
      <w:r>
        <w:t xml:space="preserve"> asleep.</w:t>
        <w:br/>
        <w:t>走吧</w:t>
      </w:r>
      <w:r>
        <w:t xml:space="preserve"> 你躲在这里干吗</w:t>
        <w:br/>
        <w:t>Come</w:t>
      </w:r>
      <w:r>
        <w:t xml:space="preserve"> on,</w:t>
      </w:r>
      <w:r>
        <w:t xml:space="preserve"> what</w:t>
      </w:r>
      <w:r>
        <w:t xml:space="preserve"> are</w:t>
      </w:r>
      <w:r>
        <w:t xml:space="preserve"> you</w:t>
      </w:r>
      <w:r>
        <w:t xml:space="preserve"> doing</w:t>
      </w:r>
      <w:r>
        <w:t xml:space="preserve"> in</w:t>
      </w:r>
      <w:r>
        <w:t xml:space="preserve"> here?</w:t>
        <w:br/>
        <w:t>在看什么</w:t>
        <w:br/>
        <w:t>What</w:t>
      </w:r>
      <w:r>
        <w:t xml:space="preserve"> is</w:t>
      </w:r>
      <w:r>
        <w:t xml:space="preserve"> that?</w:t>
        <w:br/>
        <w:t>一场发生在拜科努尔的意外</w:t>
        <w:br/>
        <w:t>An</w:t>
      </w:r>
      <w:r>
        <w:t xml:space="preserve"> accident</w:t>
      </w:r>
      <w:r>
        <w:t xml:space="preserve"> at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6"/>
          <w:cols w:space="720"/>
          <w:titlePg w:val="0"/>
          <w:docGrid w:linePitch="360"/>
        </w:sectPr>
      </w:pPr>
      <w:r>
        <w:t xml:space="preserve"> Baikonur.</w:t>
        <w:br/>
        <w:t>造成100人死亡</w:t>
        <w:br/>
        <w:t>A</w:t>
      </w:r>
      <w:r>
        <w:t xml:space="preserve"> hundred</w:t>
      </w:r>
      <w:r>
        <w:t xml:space="preserve"> people</w:t>
      </w:r>
      <w:r>
        <w:t xml:space="preserve"> died.</w:t>
        <w:br/>
        <w:t>别看这种视频</w:t>
        <w:br/>
        <w:t>You</w:t>
      </w:r>
      <w:r>
        <w:t xml:space="preserve"> can't</w:t>
      </w:r>
      <w:r>
        <w:t xml:space="preserve"> watch</w:t>
      </w:r>
      <w:r>
        <w:t xml:space="preserve"> stuff</w:t>
      </w:r>
      <w:r>
        <w:t xml:space="preserve"> like</w:t>
      </w:r>
      <w:r>
        <w:t xml:space="preserve"> that.</w:t>
        <w:br/>
        <w:t>走吧</w:t>
        <w:br/>
        <w:t>Come</w:t>
      </w:r>
      <w:r>
        <w:t xml:space="preserve"> on.</w:t>
        <w:br/>
        <w:t>饿了吗</w:t>
        <w:br/>
        <w:t>Are</w:t>
      </w:r>
      <w:r>
        <w:t xml:space="preserve"> you</w:t>
      </w:r>
      <w:r>
        <w:t xml:space="preserve"> hungry?</w:t>
        <w:br/>
        <w:t>吃不吃松饼</w:t>
        <w:br/>
        <w:t>You</w:t>
      </w:r>
      <w:r>
        <w:t xml:space="preserve"> want</w:t>
      </w:r>
      <w:r>
        <w:t xml:space="preserve"> pancakes?</w:t>
        <w:br/>
        <w:t>我想待在这里</w:t>
        <w:br/>
        <w:t>I</w:t>
      </w:r>
      <w:r>
        <w:t xml:space="preserve"> want</w:t>
      </w:r>
      <w:r>
        <w:t xml:space="preserve"> to</w:t>
      </w:r>
      <w:r>
        <w:t xml:space="preserve"> stay</w:t>
      </w:r>
      <w:r>
        <w:t xml:space="preserve"> here.</w:t>
        <w:br/>
        <w:t>不行</w:t>
      </w:r>
      <w:r>
        <w:t xml:space="preserve"> 走</w:t>
      </w:r>
      <w:r>
        <w:t xml:space="preserve"> 出来</w:t>
        <w:br/>
        <w:t>No.</w:t>
      </w:r>
      <w:r>
        <w:t xml:space="preserve"> Come</w:t>
      </w:r>
      <w:r>
        <w:t xml:space="preserve"> on.</w:t>
      </w:r>
      <w:r>
        <w:t xml:space="preserve"> Come</w:t>
      </w:r>
      <w:r>
        <w:t xml:space="preserve"> out.</w:t>
        <w:br/>
        <w:t>爱丽丝</w:t>
      </w:r>
      <w:r>
        <w:t xml:space="preserve"> 平板电脑给我</w:t>
        <w:br/>
        <w:t>Alice,</w:t>
      </w:r>
      <w:r>
        <w:t xml:space="preserve"> give</w:t>
      </w:r>
      <w:r>
        <w:t xml:space="preserve"> me</w:t>
      </w:r>
      <w:r>
        <w:t xml:space="preserve"> the</w:t>
      </w:r>
      <w:r>
        <w:t xml:space="preserve"> iPad.</w:t>
        <w:br/>
        <w:t>平板电脑可以给你</w:t>
      </w:r>
      <w:r>
        <w:t xml:space="preserve"> 但我不打算出去</w:t>
        <w:br/>
        <w:t>I'll</w:t>
      </w:r>
      <w:r>
        <w:t xml:space="preserve"> give</w:t>
      </w:r>
      <w:r>
        <w:t xml:space="preserve"> you</w:t>
      </w:r>
      <w:r>
        <w:t xml:space="preserve"> the</w:t>
      </w:r>
      <w:r>
        <w:t xml:space="preserve"> iPad.</w:t>
      </w:r>
      <w:r>
        <w:t xml:space="preserve"> I'm</w:t>
      </w:r>
      <w:r>
        <w:t xml:space="preserve"> not</w:t>
      </w:r>
      <w:r>
        <w:t xml:space="preserve"> coming</w:t>
      </w:r>
      <w:r>
        <w:t xml:space="preserve"> out.</w:t>
        <w:br/>
        <w:t>我不会让你坐在黑暗中</w:t>
        <w:br/>
        <w:t>I'm</w:t>
      </w:r>
      <w:r>
        <w:t xml:space="preserve"> not</w:t>
      </w:r>
      <w:r>
        <w:t xml:space="preserve"> letting</w:t>
      </w:r>
      <w:r>
        <w:t xml:space="preserve"> you</w:t>
      </w:r>
      <w:r>
        <w:t xml:space="preserve"> sit</w:t>
      </w:r>
      <w:r>
        <w:t xml:space="preserve"> in</w:t>
      </w:r>
      <w:r>
        <w:t xml:space="preserve"> the</w:t>
      </w:r>
      <w:r>
        <w:t xml:space="preserve"> dark</w:t>
        <w:br/>
        <w:t>上YouTube看这种可怕的视频</w:t>
      </w:r>
      <w:r>
        <w:t xml:space="preserve"> 懂吗</w:t>
        <w:br/>
        <w:t>and</w:t>
      </w:r>
      <w:r>
        <w:t xml:space="preserve"> watch</w:t>
      </w:r>
      <w:r>
        <w:t xml:space="preserve"> this</w:t>
      </w:r>
      <w:r>
        <w:t xml:space="preserve"> horrible</w:t>
      </w:r>
      <w:r>
        <w:t xml:space="preserve"> stuff</w:t>
      </w:r>
      <w:r>
        <w:t xml:space="preserve"> on</w:t>
      </w:r>
      <w:r>
        <w:t xml:space="preserve"> YouTube,</w:t>
      </w:r>
      <w:r>
        <w:t xml:space="preserve"> okay?</w:t>
        <w:br/>
        <w:t>快</w:t>
      </w:r>
      <w:r>
        <w:t xml:space="preserve"> 出来</w:t>
        <w:br/>
        <w:t>Now,</w:t>
      </w:r>
      <w:r>
        <w:t xml:space="preserve"> come</w:t>
      </w:r>
      <w:r>
        <w:t xml:space="preserve"> on.</w:t>
        <w:br/>
        <w:t>快出来</w:t>
      </w:r>
      <w:r>
        <w:t xml:space="preserve"> -</w:t>
      </w:r>
      <w:r>
        <w:t xml:space="preserve"> 我想要自己一个人待着</w:t>
        <w:br/>
        <w:t>Come</w:t>
      </w:r>
      <w:r>
        <w:t xml:space="preserve"> on.</w:t>
      </w:r>
      <w:r>
        <w:t xml:space="preserve"> -</w:t>
      </w:r>
      <w:r>
        <w:t xml:space="preserve"> I</w:t>
      </w:r>
      <w:r>
        <w:t xml:space="preserve"> want</w:t>
      </w:r>
      <w:r>
        <w:t xml:space="preserve"> to</w:t>
      </w:r>
      <w:r>
        <w:t xml:space="preserve"> stay</w:t>
      </w:r>
      <w:r>
        <w:t xml:space="preserve"> on</w:t>
      </w:r>
      <w:r>
        <w:t xml:space="preserve"> my</w:t>
      </w:r>
      <w:r>
        <w:t xml:space="preserve"> own!</w:t>
        <w:br/>
        <w:t>爸</w:t>
      </w:r>
      <w:r>
        <w:t xml:space="preserve"> 别这样</w:t>
        <w:br/>
        <w:t>Please,</w:t>
      </w:r>
      <w:r>
        <w:t xml:space="preserve"> Daddy!</w:t>
        <w:br/>
        <w:t>妈妈</w:t>
        <w:br/>
        <w:t>Mamma!</w:t>
        <w:br/>
        <w:t>爸爸</w:t>
        <w:br/>
        <w:t>Daddy!</w:t>
        <w:br/>
        <w:t>这是太空站</w:t>
      </w:r>
      <w:r>
        <w:t xml:space="preserve"> 通讯中断了</w:t>
      </w:r>
      <w:r>
        <w:t xml:space="preserve"> 不知道你们能不能收到</w:t>
        <w:br/>
        <w:t>If</w:t>
      </w:r>
      <w:r>
        <w:t xml:space="preserve"> you</w:t>
      </w:r>
      <w:r>
        <w:t xml:space="preserve"> can</w:t>
      </w:r>
      <w:r>
        <w:t xml:space="preserve"> hear</w:t>
      </w:r>
      <w:r>
        <w:t xml:space="preserve"> me</w:t>
      </w:r>
      <w:r>
        <w:t xml:space="preserve"> in</w:t>
      </w:r>
      <w:r>
        <w:t xml:space="preserve"> the</w:t>
      </w:r>
      <w:r>
        <w:t xml:space="preserve"> blind,</w:t>
      </w:r>
      <w:r>
        <w:t xml:space="preserve"> this</w:t>
      </w:r>
      <w:r>
        <w:t xml:space="preserve"> is</w:t>
      </w:r>
      <w:r>
        <w:t xml:space="preserve"> Station.</w:t>
        <w:br/>
        <w:t>我正在转移和重新连接第五个电池</w:t>
        <w:br/>
        <w:t>Transferring</w:t>
      </w:r>
      <w:r>
        <w:t xml:space="preserve"> and</w:t>
      </w:r>
      <w:r>
        <w:t xml:space="preserve"> reconnecting</w:t>
      </w:r>
      <w:r>
        <w:t xml:space="preserve"> battery</w:t>
      </w:r>
      <w:r>
        <w:t xml:space="preserve"> number</w:t>
      </w:r>
      <w:r>
        <w:t xml:space="preserve"> five.</w:t>
        <w:br/>
        <w:t>解舱倒数计时</w:t>
        <w:br/>
        <w:t>Undocking</w:t>
      </w:r>
      <w:r>
        <w:t xml:space="preserve"> in...</w:t>
        <w:br/>
        <w:t>(录音中)</w:t>
        <w:br/>
        <w:t>搞什么</w:t>
        <w:br/>
        <w:t>What</w:t>
      </w:r>
      <w:r>
        <w:t xml:space="preserve"> the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7"/>
          <w:cols w:space="720"/>
          <w:titlePg w:val="0"/>
          <w:docGrid w:linePitch="360"/>
        </w:sectPr>
      </w:pPr>
      <w:r>
        <w:t xml:space="preserve"> fuck?</w:t>
        <w:br/>
        <w:t>第三...</w:t>
        <w:br/>
        <w:t>The</w:t>
      </w:r>
      <w:r>
        <w:t xml:space="preserve"> third.</w:t>
      </w:r>
      <w:r>
        <w:t xml:space="preserve"> The</w:t>
      </w:r>
      <w:r>
        <w:t xml:space="preserve"> third.</w:t>
        <w:br/>
        <w:t>需要加紧速度</w:t>
        <w:br/>
        <w:t>Need</w:t>
      </w:r>
      <w:r>
        <w:t xml:space="preserve"> to</w:t>
      </w:r>
      <w:r>
        <w:t xml:space="preserve"> hurry</w:t>
      </w:r>
      <w:r>
        <w:t xml:space="preserve"> up.</w:t>
        <w:br/>
        <w:t>这是第三个电池</w:t>
      </w:r>
      <w:r>
        <w:t xml:space="preserve"> 快啊</w:t>
        <w:br/>
        <w:t>This</w:t>
      </w:r>
      <w:r>
        <w:t xml:space="preserve"> is</w:t>
      </w:r>
      <w:r>
        <w:t xml:space="preserve"> the</w:t>
      </w:r>
      <w:r>
        <w:t xml:space="preserve"> third.</w:t>
      </w:r>
      <w:r>
        <w:t xml:space="preserve"> Come</w:t>
      </w:r>
      <w:r>
        <w:t xml:space="preserve"> on.</w:t>
        <w:br/>
        <w:t>需要加紧速度</w:t>
        <w:br/>
        <w:t>Need</w:t>
      </w:r>
      <w:r>
        <w:t xml:space="preserve"> to</w:t>
      </w:r>
      <w:r>
        <w:t xml:space="preserve"> hurry</w:t>
      </w:r>
      <w:r>
        <w:t xml:space="preserve"> up.</w:t>
        <w:br/>
        <w:t>保罗</w:t>
        <w:br/>
        <w:t>Paul?</w:t>
        <w:br/>
        <w:t>休士顿</w:t>
      </w:r>
      <w:r>
        <w:t xml:space="preserve"> 这是太空站</w:t>
        <w:br/>
        <w:t>Houston,</w:t>
      </w:r>
      <w:r>
        <w:t xml:space="preserve"> this</w:t>
      </w:r>
      <w:r>
        <w:t xml:space="preserve"> is</w:t>
      </w:r>
      <w:r>
        <w:t xml:space="preserve"> Station.</w:t>
        <w:br/>
        <w:t>太空站</w:t>
      </w:r>
      <w:r>
        <w:t xml:space="preserve"> 这是休士顿</w:t>
      </w:r>
      <w:r>
        <w:t xml:space="preserve"> -</w:t>
      </w:r>
      <w:r>
        <w:t xml:space="preserve"> 你回来了</w:t>
        <w:br/>
        <w:t>Station,</w:t>
      </w:r>
      <w:r>
        <w:t xml:space="preserve"> this</w:t>
      </w:r>
      <w:r>
        <w:t xml:space="preserve"> is</w:t>
      </w:r>
      <w:r>
        <w:t xml:space="preserve"> Houston.</w:t>
      </w:r>
      <w:r>
        <w:t xml:space="preserve"> -</w:t>
      </w:r>
      <w:r>
        <w:t xml:space="preserve"> There</w:t>
      </w:r>
      <w:r>
        <w:t xml:space="preserve"> you</w:t>
      </w:r>
      <w:r>
        <w:t xml:space="preserve"> are.</w:t>
        <w:br/>
        <w:t>谢天谢地</w:t>
        <w:br/>
        <w:br/>
        <w:t>Thank</w:t>
      </w:r>
      <w:r>
        <w:t xml:space="preserve"> God</w:t>
      </w:r>
      <w:r>
        <w:t xml:space="preserve"> for</w:t>
      </w:r>
      <w:r>
        <w:t xml:space="preserve"> that.</w:t>
        <w:br/>
        <w:t>那边情况如何</w:t>
        <w:br/>
        <w:t>What</w:t>
      </w:r>
      <w:r>
        <w:t xml:space="preserve"> is</w:t>
      </w:r>
      <w:r>
        <w:t xml:space="preserve"> your</w:t>
      </w:r>
      <w:r>
        <w:t xml:space="preserve"> status?</w:t>
        <w:br/>
        <w:t>休士顿</w:t>
      </w:r>
      <w:r>
        <w:t xml:space="preserve"> 我想知道将尸体运返地球的流程</w:t>
        <w:br/>
        <w:t>Houston,</w:t>
      </w:r>
      <w:r>
        <w:t xml:space="preserve"> what</w:t>
      </w:r>
      <w:r>
        <w:t xml:space="preserve"> are</w:t>
      </w:r>
      <w:r>
        <w:t xml:space="preserve"> the</w:t>
      </w:r>
      <w:r>
        <w:t xml:space="preserve"> protocols</w:t>
      </w:r>
      <w:r>
        <w:t xml:space="preserve"> on</w:t>
      </w:r>
      <w:r>
        <w:t xml:space="preserve"> dealing</w:t>
      </w:r>
      <w:r>
        <w:t xml:space="preserve"> with</w:t>
      </w:r>
      <w:r>
        <w:t xml:space="preserve"> a</w:t>
      </w:r>
      <w:r>
        <w:t xml:space="preserve"> dead</w:t>
      </w:r>
      <w:r>
        <w:t xml:space="preserve"> body?</w:t>
        <w:br/>
        <w:t>太空站</w:t>
      </w:r>
      <w:r>
        <w:t xml:space="preserve"> 你有什么担忧</w:t>
        <w:br/>
        <w:t>Station,</w:t>
      </w:r>
      <w:r>
        <w:t xml:space="preserve"> what's</w:t>
      </w:r>
      <w:r>
        <w:t xml:space="preserve"> your</w:t>
      </w:r>
      <w:r>
        <w:t xml:space="preserve"> concern?</w:t>
        <w:br/>
        <w:t>我的担忧是...</w:t>
        <w:br/>
        <w:t>My</w:t>
      </w:r>
      <w:r>
        <w:t xml:space="preserve"> concern...</w:t>
        <w:br/>
        <w:t>我的担忧是...</w:t>
        <w:br/>
        <w:t>The</w:t>
      </w:r>
      <w:r>
        <w:t xml:space="preserve"> concern</w:t>
      </w:r>
      <w:r>
        <w:t xml:space="preserve"> is...</w:t>
        <w:br/>
        <w:t>艾利逊的伤口严重裂开</w:t>
        <w:br/>
        <w:t>Ericsson</w:t>
      </w:r>
      <w:r>
        <w:t xml:space="preserve"> is</w:t>
      </w:r>
      <w:r>
        <w:t xml:space="preserve"> so</w:t>
      </w:r>
      <w:r>
        <w:t xml:space="preserve"> badly</w:t>
      </w:r>
      <w:r>
        <w:t xml:space="preserve"> lacerated.</w:t>
        <w:br/>
        <w:t>我担心尸体搬进救生舱后</w:t>
        <w:br/>
        <w:t>My</w:t>
      </w:r>
      <w:r>
        <w:t xml:space="preserve"> concern</w:t>
      </w:r>
      <w:r>
        <w:t xml:space="preserve"> is</w:t>
      </w:r>
      <w:r>
        <w:t xml:space="preserve"> that</w:t>
      </w:r>
      <w:r>
        <w:t xml:space="preserve"> when</w:t>
      </w:r>
      <w:r>
        <w:t xml:space="preserve"> the</w:t>
      </w:r>
      <w:r>
        <w:t xml:space="preserve"> body</w:t>
      </w:r>
      <w:r>
        <w:t xml:space="preserve"> gets</w:t>
      </w:r>
      <w:r>
        <w:t xml:space="preserve"> out</w:t>
      </w:r>
      <w:r>
        <w:t xml:space="preserve"> of</w:t>
      </w:r>
      <w:r>
        <w:t xml:space="preserve"> zero-G,</w:t>
        <w:br/>
        <w:t>重返地球时</w:t>
      </w:r>
      <w:r>
        <w:t xml:space="preserve"> 一旦离开零重力环境</w:t>
      </w:r>
      <w:r>
        <w:t xml:space="preserve"> 就会大量失血</w:t>
        <w:br/>
        <w:t>we're</w:t>
      </w:r>
      <w:r>
        <w:t xml:space="preserve"> gonna</w:t>
      </w:r>
      <w:r>
        <w:t xml:space="preserve"> have</w:t>
      </w:r>
      <w:r>
        <w:t xml:space="preserve"> severe</w:t>
      </w:r>
      <w:r>
        <w:t xml:space="preserve"> loss</w:t>
      </w:r>
      <w:r>
        <w:t xml:space="preserve"> of</w:t>
      </w:r>
      <w:r>
        <w:t xml:space="preserve"> blood</w:t>
      </w:r>
      <w:r>
        <w:t xml:space="preserve"> in</w:t>
      </w:r>
      <w:r>
        <w:t xml:space="preserve"> the</w:t>
      </w:r>
      <w:r>
        <w:t xml:space="preserve"> capsule</w:t>
      </w:r>
      <w:r>
        <w:t xml:space="preserve"> during</w:t>
      </w:r>
      <w:r>
        <w:t xml:space="preserve"> reentry.</w:t>
        <w:br/>
        <w:t>太空站</w:t>
      </w:r>
      <w:r>
        <w:t xml:space="preserve"> 收到</w:t>
      </w:r>
      <w:r>
        <w:t xml:space="preserve"> 我们会马上给你答复</w:t>
        <w:br/>
        <w:t>Station,</w:t>
      </w:r>
      <w:r>
        <w:t xml:space="preserve"> copy</w:t>
      </w:r>
      <w:r>
        <w:t xml:space="preserve"> that.</w:t>
      </w:r>
      <w:r>
        <w:t xml:space="preserve"> We'll</w:t>
      </w:r>
      <w:r>
        <w:t xml:space="preserve"> get</w:t>
      </w:r>
      <w:r>
        <w:t xml:space="preserve"> back</w:t>
      </w:r>
      <w:r>
        <w:t xml:space="preserve"> to</w:t>
      </w:r>
      <w:r>
        <w:t xml:space="preserve"> you.</w:t>
        <w:br/>
        <w:t>停止呼吸</w:t>
        <w:br/>
        <w:t>You</w:t>
      </w:r>
      <w:r>
        <w:t xml:space="preserve"> gotta</w:t>
      </w:r>
      <w:r>
        <w:t xml:space="preserve"> stop</w:t>
      </w:r>
      <w:r>
        <w:t xml:space="preserve"> breathing.</w:t>
        <w:br/>
        <w:t>乔</w:t>
      </w:r>
      <w:r>
        <w:t xml:space="preserve"> 停止呼吸</w:t>
        <w:br/>
        <w:t>Stop</w:t>
      </w:r>
      <w:r>
        <w:t xml:space="preserve"> breathing,</w:t>
      </w:r>
      <w:r>
        <w:t xml:space="preserve"> Jo.</w:t>
        <w:br/>
        <w:t>命运号&amp;hearts;是你长眠之地</w:t>
        <w:br/>
        <w:t>You</w:t>
      </w:r>
      <w:r>
        <w:t xml:space="preserve"> stay</w:t>
      </w:r>
      <w:r>
        <w:t xml:space="preserve"> in</w:t>
      </w:r>
      <w:r>
        <w:t xml:space="preserve"> Destiny.</w:t>
        <w:br/>
        <w:t>乔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8"/>
          <w:cols w:space="720"/>
          <w:titlePg w:val="0"/>
          <w:docGrid w:linePitch="360"/>
        </w:sectPr>
      </w:pPr>
      <w:r>
        <w:t xml:space="preserve"> 对不起</w:t>
        <w:br/>
        <w:t>Jo,</w:t>
      </w:r>
      <w:r>
        <w:t xml:space="preserve"> I'm</w:t>
      </w:r>
      <w:r>
        <w:t xml:space="preserve"> sorry.</w:t>
        <w:br/>
        <w:t>你相信鬼魂的存在吗</w:t>
        <w:br/>
        <w:t>Do</w:t>
      </w:r>
      <w:r>
        <w:t xml:space="preserve"> you</w:t>
      </w:r>
      <w:r>
        <w:t xml:space="preserve"> think</w:t>
      </w:r>
      <w:r>
        <w:t xml:space="preserve"> there's</w:t>
      </w:r>
      <w:r>
        <w:t xml:space="preserve"> any</w:t>
      </w:r>
      <w:r>
        <w:t xml:space="preserve"> such</w:t>
      </w:r>
      <w:r>
        <w:t xml:space="preserve"> thing</w:t>
      </w:r>
      <w:r>
        <w:t xml:space="preserve"> as</w:t>
      </w:r>
      <w:r>
        <w:t xml:space="preserve"> ghosts?</w:t>
        <w:br/>
        <w:t>不知道</w:t>
      </w:r>
      <w:r>
        <w:t xml:space="preserve"> 可能存在吧</w:t>
        <w:br/>
        <w:t>I</w:t>
      </w:r>
      <w:r>
        <w:t xml:space="preserve"> don't</w:t>
      </w:r>
      <w:r>
        <w:t xml:space="preserve"> know.</w:t>
      </w:r>
      <w:r>
        <w:t xml:space="preserve"> Maybe.</w:t>
        <w:br/>
        <w:t>你说鬼神是一样的吗</w:t>
        <w:br/>
        <w:t>Do</w:t>
      </w:r>
      <w:r>
        <w:t xml:space="preserve"> you</w:t>
      </w:r>
      <w:r>
        <w:t xml:space="preserve"> think</w:t>
      </w:r>
      <w:r>
        <w:t xml:space="preserve"> ghosts</w:t>
      </w:r>
      <w:r>
        <w:t xml:space="preserve"> are</w:t>
      </w:r>
      <w:r>
        <w:t xml:space="preserve"> the</w:t>
      </w:r>
      <w:r>
        <w:t xml:space="preserve"> same</w:t>
      </w:r>
      <w:r>
        <w:t xml:space="preserve"> as</w:t>
      </w:r>
      <w:r>
        <w:t xml:space="preserve"> God?</w:t>
        <w:br/>
        <w:t>我不相信神的存在</w:t>
        <w:br/>
        <w:t>I</w:t>
      </w:r>
      <w:r>
        <w:t xml:space="preserve"> don't</w:t>
      </w:r>
      <w:r>
        <w:t xml:space="preserve"> believe</w:t>
      </w:r>
      <w:r>
        <w:t xml:space="preserve"> in</w:t>
      </w:r>
      <w:r>
        <w:t xml:space="preserve"> God.</w:t>
        <w:br/>
        <w:t>你不相信神的存在</w:t>
        <w:br/>
        <w:t>You</w:t>
      </w:r>
      <w:r>
        <w:t xml:space="preserve"> don't</w:t>
      </w:r>
      <w:r>
        <w:t xml:space="preserve"> believe</w:t>
      </w:r>
      <w:r>
        <w:t xml:space="preserve"> in</w:t>
      </w:r>
      <w:r>
        <w:t xml:space="preserve"> God?</w:t>
        <w:br/>
        <w:t>不信</w:t>
      </w:r>
      <w:r>
        <w:t xml:space="preserve"> 我是英国人</w:t>
        <w:br/>
        <w:t>No.</w:t>
      </w:r>
      <w:r>
        <w:t xml:space="preserve"> I'm</w:t>
      </w:r>
      <w:r>
        <w:t xml:space="preserve"> English.</w:t>
        <w:br/>
        <w:t>温蒂</w:t>
        <w:br/>
        <w:t>Wendy!</w:t>
        <w:br/>
        <w:t>温蒂</w:t>
      </w:r>
      <w:r>
        <w:t xml:space="preserve"> 爸爸要回来了</w:t>
        <w:br/>
        <w:t>Wendy,</w:t>
      </w:r>
      <w:r>
        <w:t xml:space="preserve"> Daddy's</w:t>
      </w:r>
      <w:r>
        <w:t xml:space="preserve"> coming</w:t>
      </w:r>
      <w:r>
        <w:t xml:space="preserve"> home!</w:t>
        <w:br/>
        <w:t>不要紧的</w:t>
        <w:br/>
        <w:t>It's</w:t>
      </w:r>
      <w:r>
        <w:t xml:space="preserve"> okay.</w:t>
        <w:br/>
        <w:t>我妈妈也要回来了</w:t>
        <w:br/>
        <w:t>My</w:t>
      </w:r>
      <w:r>
        <w:t xml:space="preserve"> mamma's</w:t>
      </w:r>
      <w:r>
        <w:t xml:space="preserve"> coming</w:t>
      </w:r>
      <w:r>
        <w:t xml:space="preserve"> home</w:t>
      </w:r>
      <w:r>
        <w:t xml:space="preserve"> too.</w:t>
        <w:br/>
        <w:t>嘿</w:t>
        <w:br/>
        <w:t>Hey.</w:t>
        <w:br/>
        <w:t>嗨</w:t>
        <w:br/>
        <w:t>Hi.</w:t>
        <w:br/>
        <w:t>爱丽丝</w:t>
        <w:br/>
        <w:t>Alice...</w:t>
        <w:br/>
        <w:t>恐怕他们只能把妈妈留在外太空了</w:t>
        <w:br/>
        <w:t>I'm</w:t>
      </w:r>
      <w:r>
        <w:t xml:space="preserve"> afraid</w:t>
      </w:r>
      <w:r>
        <w:t xml:space="preserve"> they're</w:t>
      </w:r>
      <w:r>
        <w:t xml:space="preserve"> gonna</w:t>
      </w:r>
      <w:r>
        <w:t xml:space="preserve"> leave</w:t>
      </w:r>
      <w:r>
        <w:t xml:space="preserve"> Mamma</w:t>
      </w:r>
      <w:r>
        <w:t xml:space="preserve"> up</w:t>
      </w:r>
      <w:r>
        <w:t xml:space="preserve"> there.</w:t>
        <w:br/>
        <w:t>设置坐标</w:t>
        <w:br/>
        <w:t>Setting</w:t>
      </w:r>
      <w:r>
        <w:t xml:space="preserve"> coordinate.</w:t>
        <w:br/>
        <w:t>我看到红灯</w:t>
        <w:br/>
        <w:t>I</w:t>
      </w:r>
      <w:r>
        <w:t xml:space="preserve"> got</w:t>
      </w:r>
      <w:r>
        <w:t xml:space="preserve"> a</w:t>
      </w:r>
      <w:r>
        <w:t xml:space="preserve"> red</w:t>
      </w:r>
      <w:r>
        <w:t xml:space="preserve"> light.</w:t>
        <w:br/>
        <w:t>启动所有九个开关</w:t>
        <w:br/>
        <w:t>Powering</w:t>
      </w:r>
      <w:r>
        <w:t xml:space="preserve"> all</w:t>
      </w:r>
      <w:r>
        <w:t xml:space="preserve"> nine</w:t>
      </w:r>
      <w:r>
        <w:t xml:space="preserve"> switches.</w:t>
        <w:br/>
        <w:t>检查电池表</w:t>
        <w:br/>
        <w:t>Check</w:t>
      </w:r>
      <w:r>
        <w:t xml:space="preserve"> your</w:t>
      </w:r>
      <w:r>
        <w:t xml:space="preserve"> battery</w:t>
      </w:r>
      <w:r>
        <w:t xml:space="preserve"> meter.</w:t>
        <w:br/>
        <w:t>电池表坏了</w:t>
        <w:br/>
        <w:t>It's</w:t>
      </w:r>
      <w:r>
        <w:t xml:space="preserve"> dead.</w:t>
        <w:br/>
        <w:t>螺栓系统故障要怎么处理</w:t>
        <w:br/>
        <w:t>What</w:t>
      </w:r>
      <w:r>
        <w:t xml:space="preserve"> have</w:t>
      </w:r>
      <w:r>
        <w:t xml:space="preserve"> we</w:t>
      </w:r>
      <w:r>
        <w:t xml:space="preserve"> got</w:t>
      </w:r>
      <w:r>
        <w:t xml:space="preserve"> in</w:t>
      </w:r>
      <w:r>
        <w:t xml:space="preserve"> the</w:t>
      </w:r>
      <w:r>
        <w:t xml:space="preserve"> event</w:t>
      </w:r>
      <w:r>
        <w:t xml:space="preserve"> of</w:t>
      </w:r>
      <w:r>
        <w:t xml:space="preserve"> a</w:t>
      </w:r>
      <w:r>
        <w:t xml:space="preserve"> bolt</w:t>
      </w:r>
      <w:r>
        <w:t xml:space="preserve"> system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9"/>
          <w:cols w:space="720"/>
          <w:titlePg w:val="0"/>
          <w:docGrid w:linePitch="360"/>
        </w:sectPr>
      </w:pPr>
      <w:r>
        <w:t xml:space="preserve"> malfunction?</w:t>
        <w:br/>
        <w:t>如果螺栓系统故障</w:t>
        <w:br/>
        <w:t>In</w:t>
      </w:r>
      <w:r>
        <w:t xml:space="preserve"> the</w:t>
      </w:r>
      <w:r>
        <w:t xml:space="preserve"> event</w:t>
      </w:r>
      <w:r>
        <w:t xml:space="preserve"> of</w:t>
      </w:r>
      <w:r>
        <w:t xml:space="preserve"> bolt</w:t>
      </w:r>
      <w:r>
        <w:t xml:space="preserve"> system</w:t>
      </w:r>
      <w:r>
        <w:t xml:space="preserve"> malfunction,</w:t>
        <w:br/>
        <w:t>螺栓激活后</w:t>
      </w:r>
      <w:r>
        <w:t xml:space="preserve"> 必须通过星辰号&amp;hearts;的联盟号&amp;hearts;控制面板发射</w:t>
        <w:br/>
        <w:t>bolts</w:t>
      </w:r>
      <w:r>
        <w:t xml:space="preserve"> to</w:t>
      </w:r>
      <w:r>
        <w:t xml:space="preserve"> be</w:t>
      </w:r>
      <w:r>
        <w:t xml:space="preserve"> armed</w:t>
      </w:r>
      <w:r>
        <w:t xml:space="preserve"> and</w:t>
      </w:r>
      <w:r>
        <w:t xml:space="preserve"> fired</w:t>
      </w:r>
      <w:r>
        <w:t xml:space="preserve"> from</w:t>
      </w:r>
      <w:r>
        <w:t xml:space="preserve"> Soyuz</w:t>
      </w:r>
      <w:r>
        <w:t xml:space="preserve"> control</w:t>
      </w:r>
      <w:r>
        <w:t xml:space="preserve"> panel</w:t>
      </w:r>
      <w:r>
        <w:t xml:space="preserve"> in</w:t>
      </w:r>
      <w:r>
        <w:t xml:space="preserve"> Zvezda.</w:t>
        <w:br/>
        <w:t>那就是要跑到舱门另一侧了</w:t>
        <w:br/>
        <w:t>All</w:t>
      </w:r>
      <w:r>
        <w:t xml:space="preserve"> the</w:t>
      </w:r>
      <w:r>
        <w:t xml:space="preserve"> way</w:t>
      </w:r>
      <w:r>
        <w:t xml:space="preserve"> on</w:t>
      </w:r>
      <w:r>
        <w:t xml:space="preserve"> the</w:t>
      </w:r>
      <w:r>
        <w:t xml:space="preserve"> other</w:t>
      </w:r>
      <w:r>
        <w:t xml:space="preserve"> side</w:t>
      </w:r>
      <w:r>
        <w:t xml:space="preserve"> of</w:t>
      </w:r>
      <w:r>
        <w:t xml:space="preserve"> the</w:t>
      </w:r>
      <w:r>
        <w:t xml:space="preserve"> hatch.</w:t>
        <w:br/>
        <w:t>需要两位宇航员操作</w:t>
        <w:br/>
        <w:t>It</w:t>
      </w:r>
      <w:r>
        <w:t xml:space="preserve"> requires</w:t>
      </w:r>
      <w:r>
        <w:t xml:space="preserve"> two</w:t>
      </w:r>
      <w:r>
        <w:t xml:space="preserve"> crew</w:t>
      </w:r>
      <w:r>
        <w:t xml:space="preserve"> members.</w:t>
        <w:br/>
        <w:t>俄&amp;hearts;罗&amp;hearts;斯&amp;hearts;控制中心</w:t>
      </w:r>
      <w:r>
        <w:t xml:space="preserve"> 收到吗</w:t>
      </w:r>
      <w:r>
        <w:t xml:space="preserve"> </w:t>
      </w:r>
      <w:r>
        <w:t xml:space="preserve"> -</w:t>
      </w:r>
      <w:r>
        <w:t xml:space="preserve"> 很抱歉</w:t>
      </w:r>
      <w:r>
        <w:t xml:space="preserve"> 指挥官...</w:t>
        <w:br/>
        <w:t>TsUP.</w:t>
      </w:r>
      <w:r>
        <w:t xml:space="preserve"> TsUP,</w:t>
      </w:r>
      <w:r>
        <w:t xml:space="preserve"> come</w:t>
      </w:r>
      <w:r>
        <w:t xml:space="preserve"> in.</w:t>
      </w:r>
      <w:r>
        <w:t xml:space="preserve"> -</w:t>
      </w:r>
      <w:r>
        <w:t xml:space="preserve"> I</w:t>
      </w:r>
      <w:r>
        <w:t xml:space="preserve"> am</w:t>
      </w:r>
      <w:r>
        <w:t xml:space="preserve"> sorry,</w:t>
      </w:r>
      <w:r>
        <w:t xml:space="preserve"> Commander...</w:t>
        <w:br/>
        <w:t>搞什么</w:t>
      </w:r>
      <w:r>
        <w:t xml:space="preserve"> 别闹了</w:t>
        <w:br/>
        <w:t>Come</w:t>
      </w:r>
      <w:r>
        <w:t xml:space="preserve"> on.</w:t>
      </w:r>
      <w:r>
        <w:t xml:space="preserve"> Come</w:t>
      </w:r>
      <w:r>
        <w:t xml:space="preserve"> on.</w:t>
        <w:br/>
        <w:t>别闹了</w:t>
        <w:br/>
        <w:t>Come</w:t>
      </w:r>
      <w:r>
        <w:t xml:space="preserve"> on.</w:t>
        <w:br/>
        <w:t>别闹了</w:t>
        <w:br/>
        <w:t>Come</w:t>
      </w:r>
      <w:r>
        <w:t xml:space="preserve"> on!</w:t>
        <w:br/>
        <w:t>别闹了</w:t>
        <w:br/>
        <w:t>Come</w:t>
      </w:r>
      <w:r>
        <w:t xml:space="preserve"> on!</w:t>
        <w:br/>
        <w:t>螺栓已激活</w:t>
        <w:br/>
        <w:t>Bolts</w:t>
      </w:r>
      <w:r>
        <w:t xml:space="preserve"> armed.</w:t>
        <w:br/>
        <w:t>十</w:t>
        <w:br/>
        <w:t>Ten.</w:t>
        <w:br/>
        <w:t>速率陀螺仪</w:t>
        <w:br/>
        <w:t>Rate</w:t>
      </w:r>
      <w:r>
        <w:t xml:space="preserve"> gyros.</w:t>
        <w:br/>
        <w:t>20</w:t>
        <w:br/>
        <w:t>Twenty.</w:t>
        <w:br/>
        <w:t>启动推进器</w:t>
        <w:br/>
        <w:t>Fire</w:t>
      </w:r>
      <w:r>
        <w:t xml:space="preserve"> thrust.</w:t>
        <w:br/>
        <w:t>好</w:t>
        <w:br/>
        <w:t>Okay.</w:t>
        <w:br/>
        <w:t>太空站</w:t>
      </w:r>
      <w:r>
        <w:t xml:space="preserve"> 这是联盟一号&amp;hearts;</w:t>
      </w:r>
      <w:r>
        <w:t xml:space="preserve"> 收到吗</w:t>
        <w:br/>
        <w:t>Station,</w:t>
      </w:r>
      <w:r>
        <w:t xml:space="preserve"> this</w:t>
      </w:r>
      <w:r>
        <w:t xml:space="preserve"> is</w:t>
      </w:r>
      <w:r>
        <w:t xml:space="preserve"> Soyuz</w:t>
      </w:r>
      <w:r>
        <w:t xml:space="preserve"> 1.</w:t>
      </w:r>
      <w:r>
        <w:t xml:space="preserve"> Do</w:t>
      </w:r>
      <w:r>
        <w:t xml:space="preserve"> you</w:t>
      </w:r>
      <w:r>
        <w:t xml:space="preserve"> copy?</w:t>
        <w:br/>
        <w:t>太空站</w:t>
        <w:br/>
        <w:t>Station?</w:t>
        <w:br/>
        <w:t>该死的</w:t>
        <w:br/>
        <w:t>Fuck.</w:t>
        <w:br/>
        <w:t>芙蕾达</w:t>
      </w:r>
      <w:r>
        <w:t xml:space="preserve"> 我很爱很爱你</w:t>
        <w:br/>
        <w:t>I</w:t>
      </w:r>
      <w:r>
        <w:t xml:space="preserve"> love</w:t>
      </w:r>
      <w:r>
        <w:t xml:space="preserve"> you</w:t>
      </w:r>
      <w:r>
        <w:t xml:space="preserve"> so</w:t>
      </w:r>
      <w:r>
        <w:t xml:space="preserve"> much,</w:t>
      </w:r>
      <w:r>
        <w:t xml:space="preserve"> Frida.</w:t>
        <w:br/>
        <w:t>我也爱你</w:t>
        <w:br/>
        <w:t>I</w:t>
      </w:r>
      <w:r>
        <w:t xml:space="preserve"> love</w:t>
      </w:r>
      <w:r>
        <w:t xml:space="preserve"> you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0"/>
          <w:cols w:space="720"/>
          <w:titlePg w:val="0"/>
          <w:docGrid w:linePitch="360"/>
        </w:sectPr>
      </w:pPr>
      <w:r>
        <w:t xml:space="preserve"> too.</w:t>
        <w:br/>
        <w:t>我叫艾莉卡</w:t>
        <w:br/>
        <w:t>Erica</w:t>
      </w:r>
      <w:r>
        <w:t xml:space="preserve"> is</w:t>
      </w:r>
      <w:r>
        <w:t xml:space="preserve"> my</w:t>
      </w:r>
      <w:r>
        <w:t xml:space="preserve"> name.</w:t>
        <w:br/>
        <w:t>她已经在联盟号&amp;hearts;上了</w:t>
        <w:br/>
        <w:t>She</w:t>
      </w:r>
      <w:r>
        <w:t xml:space="preserve"> was</w:t>
      </w:r>
      <w:r>
        <w:t xml:space="preserve"> in</w:t>
      </w:r>
      <w:r>
        <w:t xml:space="preserve"> the</w:t>
      </w:r>
      <w:r>
        <w:t xml:space="preserve"> Soyuz.</w:t>
        <w:br/>
        <w:t>后来保罗把她搬出去</w:t>
        <w:br/>
        <w:t>Paul</w:t>
      </w:r>
      <w:r>
        <w:t xml:space="preserve"> took</w:t>
      </w:r>
      <w:r>
        <w:t xml:space="preserve"> her</w:t>
      </w:r>
      <w:r>
        <w:t xml:space="preserve"> out.</w:t>
        <w:br/>
        <w:t>他...</w:t>
        <w:br/>
        <w:t>He...</w:t>
        <w:br/>
        <w:t>把她留在外太空</w:t>
        <w:br/>
        <w:t>left</w:t>
      </w:r>
      <w:r>
        <w:t xml:space="preserve"> her</w:t>
      </w:r>
      <w:r>
        <w:t xml:space="preserve"> up</w:t>
      </w:r>
      <w:r>
        <w:t xml:space="preserve"> there,</w:t>
        <w:br/>
        <w:t>这是基于某种原因</w:t>
        <w:br/>
        <w:t>for</w:t>
      </w:r>
      <w:r>
        <w:t xml:space="preserve"> some</w:t>
      </w:r>
      <w:r>
        <w:t xml:space="preserve"> reason.</w:t>
        <w:br/>
        <w:t>外太空</w:t>
        <w:br/>
        <w:t>In</w:t>
      </w:r>
      <w:r>
        <w:t xml:space="preserve"> space?</w:t>
        <w:br/>
        <w:t>你听我说</w:t>
        <w:br/>
        <w:t>Look...</w:t>
        <w:br/>
        <w:t>也许...</w:t>
        <w:br/>
        <w:t>Maybe...</w:t>
        <w:br/>
        <w:t>也许我们应该换个角度思考</w:t>
        <w:br/>
        <w:t>Maybe</w:t>
      </w:r>
      <w:r>
        <w:t xml:space="preserve"> the</w:t>
      </w:r>
      <w:r>
        <w:t xml:space="preserve"> way</w:t>
      </w:r>
      <w:r>
        <w:t xml:space="preserve"> we</w:t>
      </w:r>
      <w:r>
        <w:t xml:space="preserve"> have</w:t>
      </w:r>
      <w:r>
        <w:t xml:space="preserve"> to</w:t>
      </w:r>
      <w:r>
        <w:t xml:space="preserve"> think</w:t>
      </w:r>
      <w:r>
        <w:t xml:space="preserve"> about</w:t>
      </w:r>
      <w:r>
        <w:t xml:space="preserve"> it</w:t>
      </w:r>
      <w:r>
        <w:t xml:space="preserve"> is...</w:t>
        <w:br/>
        <w:t>比方说...</w:t>
        <w:br/>
        <w:t>You</w:t>
      </w:r>
      <w:r>
        <w:t xml:space="preserve"> know,</w:t>
      </w:r>
      <w:r>
        <w:t xml:space="preserve"> like...</w:t>
        <w:br/>
        <w:t>以金字塔为例</w:t>
        <w:br/>
        <w:t>Like</w:t>
      </w:r>
      <w:r>
        <w:t xml:space="preserve"> the</w:t>
      </w:r>
      <w:r>
        <w:t xml:space="preserve"> pyramids.</w:t>
        <w:br/>
        <w:t>金字塔存在几千年了</w:t>
      </w:r>
      <w:r>
        <w:t xml:space="preserve"> 是法老王或某个领袖...</w:t>
        <w:br/>
        <w:t>They've</w:t>
      </w:r>
      <w:r>
        <w:t xml:space="preserve"> been</w:t>
      </w:r>
      <w:r>
        <w:t xml:space="preserve"> there</w:t>
      </w:r>
      <w:r>
        <w:t xml:space="preserve"> for</w:t>
      </w:r>
      <w:r>
        <w:t xml:space="preserve"> thousands</w:t>
      </w:r>
      <w:r>
        <w:t xml:space="preserve"> of</w:t>
      </w:r>
      <w:r>
        <w:t xml:space="preserve"> years</w:t>
      </w:r>
      <w:r>
        <w:t xml:space="preserve"> just</w:t>
      </w:r>
      <w:r>
        <w:t xml:space="preserve"> to</w:t>
      </w:r>
      <w:r>
        <w:t xml:space="preserve"> be</w:t>
      </w:r>
      <w:r>
        <w:t xml:space="preserve"> the</w:t>
      </w:r>
      <w:r>
        <w:t xml:space="preserve"> last</w:t>
      </w:r>
      <w:r>
        <w:t xml:space="preserve"> home</w:t>
      </w:r>
      <w:r>
        <w:t xml:space="preserve"> for...</w:t>
        <w:br/>
        <w:t>安息的家园</w:t>
        <w:br/>
        <w:t>a</w:t>
      </w:r>
      <w:r>
        <w:t xml:space="preserve"> great</w:t>
      </w:r>
      <w:r>
        <w:t xml:space="preserve"> pharaoh</w:t>
      </w:r>
      <w:r>
        <w:t xml:space="preserve"> or</w:t>
      </w:r>
      <w:r>
        <w:t xml:space="preserve"> leader.</w:t>
        <w:br/>
        <w:t>对吧</w:t>
        <w:br/>
        <w:t>Yeah?</w:t>
        <w:br/>
        <w:t>国际太空站也是人类历史中</w:t>
        <w:br/>
        <w:t>'Cause</w:t>
      </w:r>
      <w:r>
        <w:t xml:space="preserve"> the</w:t>
      </w:r>
      <w:r>
        <w:t xml:space="preserve"> ISS</w:t>
      </w:r>
      <w:r>
        <w:t xml:space="preserve"> is</w:t>
      </w:r>
      <w:r>
        <w:t xml:space="preserve"> also</w:t>
      </w:r>
      <w:r>
        <w:t xml:space="preserve"> one</w:t>
      </w:r>
      <w:r>
        <w:t xml:space="preserve"> of</w:t>
      </w:r>
      <w:r>
        <w:t xml:space="preserve"> the</w:t>
      </w:r>
      <w:r>
        <w:t xml:space="preserve"> great</w:t>
      </w:r>
      <w:r>
        <w:t xml:space="preserve"> things</w:t>
        <w:br/>
        <w:t>最伟大的创造之一</w:t>
        <w:br/>
        <w:t>that</w:t>
      </w:r>
      <w:r>
        <w:t xml:space="preserve"> humanity</w:t>
      </w:r>
      <w:r>
        <w:t xml:space="preserve"> has</w:t>
      </w:r>
      <w:r>
        <w:t xml:space="preserve"> ever</w:t>
      </w:r>
      <w:r>
        <w:t xml:space="preserve"> made.</w:t>
        <w:br/>
        <w:t>爸爸</w:t>
      </w:r>
      <w:r>
        <w:t xml:space="preserve"> 这里才是她的家</w:t>
        <w:br/>
        <w:t>This</w:t>
      </w:r>
      <w:r>
        <w:t xml:space="preserve"> is</w:t>
      </w:r>
      <w:r>
        <w:t xml:space="preserve"> her</w:t>
      </w:r>
      <w:r>
        <w:t xml:space="preserve"> home,</w:t>
      </w:r>
      <w:r>
        <w:t xml:space="preserve"> Daddy.</w:t>
        <w:br/>
        <w:t>有我们的地方才是家</w:t>
        <w:br/>
        <w:t>With</w:t>
      </w:r>
      <w:r>
        <w:t xml:space="preserve"> us.</w:t>
        <w:br/>
        <w:t>(乔安娜艾利逊于2020年种植的树)</w:t>
        <w:br/>
        <w:t>你怎么不带她回来</w:t>
        <w:br/>
        <w:t>Why</w:t>
      </w:r>
      <w:r>
        <w:t xml:space="preserve"> didn't</w:t>
      </w:r>
      <w:r>
        <w:t xml:space="preserve"> you</w:t>
      </w:r>
      <w:r>
        <w:t xml:space="preserve"> bring</w:t>
      </w:r>
      <w:r>
        <w:t xml:space="preserve"> her</w:t>
      </w:r>
      <w:r>
        <w:t xml:space="preserve"> back?</w:t>
        <w:br/>
        <w:t>爱丽丝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1"/>
          <w:cols w:space="720"/>
          <w:titlePg w:val="0"/>
          <w:docGrid w:linePitch="360"/>
        </w:sectPr>
      </w:pPr>
      <w:r>
        <w:t xml:space="preserve"> 你听我说</w:t>
        <w:br/>
        <w:t>Listen,</w:t>
      </w:r>
      <w:r>
        <w:t xml:space="preserve"> Alice.</w:t>
        <w:br/>
        <w:t>我和休士顿</w:t>
      </w:r>
      <w:r>
        <w:t xml:space="preserve"> 也就是任务控制中心商讨过...</w:t>
        <w:br/>
        <w:t>I</w:t>
      </w:r>
      <w:r>
        <w:t xml:space="preserve"> conferred</w:t>
      </w:r>
      <w:r>
        <w:t xml:space="preserve"> with</w:t>
      </w:r>
      <w:r>
        <w:t xml:space="preserve"> Houston,</w:t>
      </w:r>
      <w:r>
        <w:t xml:space="preserve"> the</w:t>
      </w:r>
      <w:r>
        <w:t xml:space="preserve"> mission</w:t>
      </w:r>
      <w:r>
        <w:t xml:space="preserve"> control--</w:t>
        <w:br/>
        <w:t>我知道休士顿是什么</w:t>
      </w:r>
      <w:r>
        <w:t xml:space="preserve"> -</w:t>
      </w:r>
      <w:r>
        <w:t xml:space="preserve"> 商讨过什么</w:t>
        <w:br/>
        <w:t>I</w:t>
      </w:r>
      <w:r>
        <w:t xml:space="preserve"> know</w:t>
      </w:r>
      <w:r>
        <w:t xml:space="preserve"> what</w:t>
      </w:r>
      <w:r>
        <w:t xml:space="preserve"> Houston</w:t>
      </w:r>
      <w:r>
        <w:t xml:space="preserve"> is.</w:t>
      </w:r>
      <w:r>
        <w:t xml:space="preserve"> -</w:t>
      </w:r>
      <w:r>
        <w:t xml:space="preserve"> Conferred</w:t>
      </w:r>
      <w:r>
        <w:t xml:space="preserve"> with</w:t>
      </w:r>
      <w:r>
        <w:t xml:space="preserve"> them</w:t>
      </w:r>
      <w:r>
        <w:t xml:space="preserve"> about</w:t>
      </w:r>
      <w:r>
        <w:t xml:space="preserve"> what?</w:t>
        <w:br/>
        <w:t>听好</w:t>
      </w:r>
      <w:r>
        <w:t xml:space="preserve"> 这话怎么说都不好听</w:t>
        <w:br/>
        <w:t>Look,</w:t>
      </w:r>
      <w:r>
        <w:t xml:space="preserve"> there's</w:t>
      </w:r>
      <w:r>
        <w:t xml:space="preserve"> no</w:t>
      </w:r>
      <w:r>
        <w:t xml:space="preserve"> easy</w:t>
      </w:r>
      <w:r>
        <w:t xml:space="preserve"> way</w:t>
      </w:r>
      <w:r>
        <w:t xml:space="preserve"> to</w:t>
      </w:r>
      <w:r>
        <w:t xml:space="preserve"> say</w:t>
      </w:r>
      <w:r>
        <w:t xml:space="preserve"> this.</w:t>
        <w:br/>
        <w:t>但是你&amp;hearts;妈&amp;hearts;的&amp;hearts;伤势非常严重</w:t>
      </w:r>
      <w:r>
        <w:t xml:space="preserve"> -</w:t>
      </w:r>
      <w:r>
        <w:t xml:space="preserve"> 够了</w:t>
        <w:br/>
        <w:t>But</w:t>
      </w:r>
      <w:r>
        <w:t xml:space="preserve"> your</w:t>
      </w:r>
      <w:r>
        <w:t xml:space="preserve"> mother</w:t>
      </w:r>
      <w:r>
        <w:t xml:space="preserve"> was</w:t>
      </w:r>
      <w:r>
        <w:t xml:space="preserve"> so</w:t>
      </w:r>
      <w:r>
        <w:t xml:space="preserve"> badly</w:t>
      </w:r>
      <w:r>
        <w:t xml:space="preserve"> injured.</w:t>
      </w:r>
      <w:r>
        <w:t xml:space="preserve"> -</w:t>
      </w:r>
      <w:r>
        <w:t xml:space="preserve"> Okay.</w:t>
        <w:br/>
        <w:t>听好</w:t>
      </w:r>
      <w:r>
        <w:t xml:space="preserve"> 她半边脸卡在窗口</w:t>
      </w:r>
      <w:r>
        <w:t xml:space="preserve"> 血肉被吸出去</w:t>
        <w:br/>
        <w:t>You</w:t>
      </w:r>
      <w:r>
        <w:t xml:space="preserve"> see,</w:t>
      </w:r>
      <w:r>
        <w:t xml:space="preserve"> her</w:t>
      </w:r>
      <w:r>
        <w:t xml:space="preserve"> whole</w:t>
      </w:r>
      <w:r>
        <w:t xml:space="preserve"> side</w:t>
      </w:r>
      <w:r>
        <w:t xml:space="preserve"> of</w:t>
      </w:r>
      <w:r>
        <w:t xml:space="preserve"> her</w:t>
      </w:r>
      <w:r>
        <w:t xml:space="preserve"> face</w:t>
      </w:r>
      <w:r>
        <w:t xml:space="preserve"> was</w:t>
      </w:r>
      <w:r>
        <w:t xml:space="preserve"> stuck</w:t>
      </w:r>
      <w:r>
        <w:t xml:space="preserve"> and</w:t>
      </w:r>
      <w:r>
        <w:t xml:space="preserve"> getting</w:t>
      </w:r>
      <w:r>
        <w:t xml:space="preserve"> pulled--</w:t>
        <w:br/>
        <w:t>你到底搞什么鬼</w:t>
        <w:br/>
        <w:t>What</w:t>
      </w:r>
      <w:r>
        <w:t xml:space="preserve"> the</w:t>
      </w:r>
      <w:r>
        <w:t xml:space="preserve"> fuck</w:t>
      </w:r>
      <w:r>
        <w:t xml:space="preserve"> are</w:t>
      </w:r>
      <w:r>
        <w:t xml:space="preserve"> you</w:t>
      </w:r>
      <w:r>
        <w:t xml:space="preserve"> doing?</w:t>
        <w:br/>
        <w:t>走</w:t>
      </w:r>
      <w:r>
        <w:t xml:space="preserve"> 我们走</w:t>
      </w:r>
      <w:r>
        <w:t xml:space="preserve"> -</w:t>
      </w:r>
      <w:r>
        <w:t xml:space="preserve"> 她看起来怎样</w:t>
        <w:br/>
        <w:t>Come</w:t>
      </w:r>
      <w:r>
        <w:t xml:space="preserve"> on.</w:t>
      </w:r>
      <w:r>
        <w:t xml:space="preserve"> Come</w:t>
      </w:r>
      <w:r>
        <w:t xml:space="preserve"> on.</w:t>
      </w:r>
      <w:r>
        <w:t xml:space="preserve"> -</w:t>
      </w:r>
      <w:r>
        <w:t xml:space="preserve"> W-what</w:t>
      </w:r>
      <w:r>
        <w:t xml:space="preserve"> did</w:t>
      </w:r>
      <w:r>
        <w:t xml:space="preserve"> she</w:t>
      </w:r>
      <w:r>
        <w:t xml:space="preserve"> look</w:t>
      </w:r>
      <w:r>
        <w:t xml:space="preserve"> like?</w:t>
        <w:br/>
        <w:t>够了</w:t>
      </w:r>
      <w:r>
        <w:t xml:space="preserve"> 别听</w:t>
      </w:r>
      <w:r>
        <w:t xml:space="preserve"> 走</w:t>
        <w:br/>
        <w:t>No,</w:t>
      </w:r>
      <w:r>
        <w:t xml:space="preserve"> no.</w:t>
      </w:r>
      <w:r>
        <w:t xml:space="preserve"> Come</w:t>
      </w:r>
      <w:r>
        <w:t xml:space="preserve"> on.</w:t>
        <w:br/>
        <w:t>马格努斯</w:t>
      </w:r>
      <w:r>
        <w:t xml:space="preserve"> 对不起</w:t>
      </w:r>
      <w:r>
        <w:t xml:space="preserve"> -</w:t>
      </w:r>
      <w:r>
        <w:t xml:space="preserve"> 天啊</w:t>
        <w:br/>
        <w:t>Magnus,</w:t>
      </w:r>
      <w:r>
        <w:t xml:space="preserve"> I'm</w:t>
      </w:r>
      <w:r>
        <w:t xml:space="preserve"> sorry.</w:t>
      </w:r>
      <w:r>
        <w:t xml:space="preserve"> -</w:t>
      </w:r>
      <w:r>
        <w:t xml:space="preserve"> Jesus</w:t>
      </w:r>
      <w:r>
        <w:t xml:space="preserve"> Christ.</w:t>
        <w:br/>
        <w:t>保罗</w:t>
      </w:r>
      <w:r>
        <w:t xml:space="preserve"> 你做过精神评估了吗</w:t>
        <w:br/>
        <w:t>Paul,</w:t>
      </w:r>
      <w:r>
        <w:t xml:space="preserve"> have</w:t>
      </w:r>
      <w:r>
        <w:t xml:space="preserve"> you</w:t>
      </w:r>
      <w:r>
        <w:t xml:space="preserve"> had</w:t>
      </w:r>
      <w:r>
        <w:t xml:space="preserve"> your</w:t>
      </w:r>
      <w:r>
        <w:t xml:space="preserve"> psych</w:t>
      </w:r>
      <w:r>
        <w:t xml:space="preserve"> evaluation?</w:t>
        <w:br/>
        <w:t>做了吗</w:t>
        <w:br/>
        <w:t>Have</w:t>
      </w:r>
      <w:r>
        <w:t xml:space="preserve"> you?</w:t>
        <w:br/>
        <w:t>你说什么</w:t>
        <w:br/>
        <w:t>Excuse</w:t>
      </w:r>
      <w:r>
        <w:t xml:space="preserve"> me?</w:t>
        <w:br/>
        <w:t>我很清楚自己的情绪</w:t>
      </w:r>
      <w:r>
        <w:t xml:space="preserve"> 好吗</w:t>
        <w:br/>
        <w:t>I</w:t>
      </w:r>
      <w:r>
        <w:t xml:space="preserve"> determine</w:t>
      </w:r>
      <w:r>
        <w:t xml:space="preserve"> how</w:t>
      </w:r>
      <w:r>
        <w:t xml:space="preserve"> I</w:t>
      </w:r>
      <w:r>
        <w:t xml:space="preserve"> feel,</w:t>
      </w:r>
      <w:r>
        <w:t xml:space="preserve"> okay?</w:t>
        <w:br/>
        <w:t>你们当时都不在场</w:t>
        <w:br/>
        <w:t>You</w:t>
      </w:r>
      <w:r>
        <w:t xml:space="preserve"> guys</w:t>
      </w:r>
      <w:r>
        <w:t xml:space="preserve"> weren't</w:t>
      </w:r>
      <w:r>
        <w:t xml:space="preserve"> there.</w:t>
        <w:br/>
        <w:t>我接受并遵守指示</w:t>
        <w:br/>
        <w:t>I</w:t>
      </w:r>
      <w:r>
        <w:t xml:space="preserve"> received</w:t>
      </w:r>
      <w:r>
        <w:t xml:space="preserve"> and</w:t>
      </w:r>
      <w:r>
        <w:t xml:space="preserve"> obeyed</w:t>
      </w:r>
      <w:r>
        <w:t xml:space="preserve"> an</w:t>
      </w:r>
      <w:r>
        <w:t xml:space="preserve"> instruction.</w:t>
        <w:br/>
        <w:t>你们没必要转告</w:t>
      </w:r>
      <w:r>
        <w:t xml:space="preserve"> 美国宇航局的职员</w:t>
      </w:r>
      <w:r>
        <w:t xml:space="preserve"> 知道吗</w:t>
        <w:br/>
        <w:t>And</w:t>
      </w:r>
      <w:r>
        <w:t xml:space="preserve"> I</w:t>
      </w:r>
      <w:r>
        <w:t xml:space="preserve"> don't</w:t>
      </w:r>
      <w:r>
        <w:t xml:space="preserve"> need</w:t>
      </w:r>
      <w:r>
        <w:t xml:space="preserve"> you</w:t>
      </w:r>
      <w:r>
        <w:t xml:space="preserve"> to</w:t>
      </w:r>
      <w:r>
        <w:t xml:space="preserve"> speak</w:t>
      </w:r>
      <w:r>
        <w:t xml:space="preserve"> to</w:t>
      </w:r>
      <w:r>
        <w:t xml:space="preserve"> any</w:t>
      </w:r>
      <w:r>
        <w:t xml:space="preserve"> NASA</w:t>
      </w:r>
      <w:r>
        <w:t xml:space="preserve"> personnel,</w:t>
      </w:r>
      <w:r>
        <w:t xml:space="preserve"> okay?</w:t>
        <w:br/>
        <w:t>管好你们自己</w:t>
        <w:br/>
        <w:t>You</w:t>
      </w:r>
      <w:r>
        <w:t xml:space="preserve"> mind</w:t>
      </w:r>
      <w:r>
        <w:t xml:space="preserve"> your</w:t>
      </w:r>
      <w:r>
        <w:t xml:space="preserve"> business.</w:t>
        <w:br/>
        <w:t>嘿</w:t>
        <w:br/>
        <w:t>Hey!</w:t>
        <w:br/>
        <w:t>你干吗</w:t>
        <w:br/>
        <w:t>What</w:t>
      </w:r>
      <w:r>
        <w:t xml:space="preserve"> are</w:t>
      </w:r>
      <w:r>
        <w:t xml:space="preserve"> you</w:t>
      </w:r>
      <w:r>
        <w:t xml:space="preserve"> doing?</w:t>
        <w:br/>
        <w:t>你对你的兔子做了什么</w:t>
        <w:br/>
        <w:t>What</w:t>
      </w:r>
      <w:r>
        <w:t xml:space="preserve"> are</w:t>
      </w:r>
      <w:r>
        <w:t xml:space="preserve"> you</w:t>
      </w:r>
      <w:r>
        <w:t xml:space="preserve"> doing</w:t>
      </w:r>
      <w:r>
        <w:t xml:space="preserve"> to</w:t>
      </w:r>
      <w:r>
        <w:t xml:space="preserve"> your</w:t>
      </w:r>
    </w:p>
    <w:p>
      <w:r>
        <w:t xml:space="preserve"> rabbit?</w:t>
        <w:br/>
        <w:t>我不要了</w:t>
        <w:br/>
        <w:t>I</w:t>
      </w:r>
      <w:r>
        <w:t xml:space="preserve"> don't</w:t>
      </w:r>
      <w:r>
        <w:t xml:space="preserve"> want</w:t>
      </w:r>
      <w:r>
        <w:t xml:space="preserve"> it.</w:t>
        <w:br/>
        <w:t>我可以帮你洗干净</w:t>
        <w:br/>
        <w:t>I</w:t>
      </w:r>
      <w:r>
        <w:t xml:space="preserve"> can</w:t>
      </w:r>
      <w:r>
        <w:t xml:space="preserve"> help</w:t>
      </w:r>
      <w:r>
        <w:t xml:space="preserve"> you</w:t>
      </w:r>
      <w:r>
        <w:t xml:space="preserve"> clean</w:t>
      </w:r>
      <w:r>
        <w:t xml:space="preserve"> it</w:t>
      </w:r>
      <w:r>
        <w:t xml:space="preserve"> up.</w:t>
        <w:br/>
        <w:t>我不要这个难看的小兔子</w:t>
        <w:br/>
        <w:t>I</w:t>
      </w:r>
      <w:r>
        <w:t xml:space="preserve"> don't</w:t>
      </w:r>
      <w:r>
        <w:t xml:space="preserve"> want</w:t>
      </w:r>
      <w:r>
        <w:t xml:space="preserve"> the</w:t>
      </w:r>
      <w:r>
        <w:t xml:space="preserve"> shitty</w:t>
      </w:r>
      <w:r>
        <w:t xml:space="preserve"> little</w:t>
      </w:r>
      <w:r>
        <w:t xml:space="preserve"> rabbit.</w:t>
        <w:br/>
        <w:t>这是小孩的玩意</w:t>
        <w:br/>
        <w:t>It's</w:t>
      </w:r>
      <w:r>
        <w:t xml:space="preserve"> for</w:t>
      </w:r>
      <w:r>
        <w:t xml:space="preserve"> kids.</w:t>
        <w:br/>
        <w:t>爱丽丝</w:t>
      </w:r>
      <w:r>
        <w:t xml:space="preserve"> 这是你的兔子</w:t>
        <w:br/>
        <w:t>Alice,</w:t>
      </w:r>
      <w:r>
        <w:t xml:space="preserve"> it's</w:t>
      </w:r>
      <w:r>
        <w:t xml:space="preserve"> your</w:t>
      </w:r>
      <w:r>
        <w:t xml:space="preserve"> rabbit.</w:t>
        <w:br/>
        <w:t>那天我第一个起床</w:t>
        <w:br/>
        <w:t>I</w:t>
      </w:r>
      <w:r>
        <w:t xml:space="preserve"> was</w:t>
      </w:r>
      <w:r>
        <w:t xml:space="preserve"> first</w:t>
      </w:r>
      <w:r>
        <w:t xml:space="preserve"> up</w:t>
      </w:r>
      <w:r>
        <w:t xml:space="preserve"> that</w:t>
      </w:r>
      <w:r>
        <w:t xml:space="preserve"> day.</w:t>
        <w:br/>
        <w:t>原定要执行第六阶段的CAL实验</w:t>
        <w:br/>
        <w:t>Scheduled</w:t>
      </w:r>
      <w:r>
        <w:t xml:space="preserve"> phase</w:t>
      </w:r>
      <w:r>
        <w:t xml:space="preserve"> six</w:t>
      </w:r>
      <w:r>
        <w:t xml:space="preserve"> at</w:t>
      </w:r>
      <w:r>
        <w:t xml:space="preserve"> CAL</w:t>
      </w:r>
      <w:r>
        <w:t xml:space="preserve"> experiment.</w:t>
        <w:br/>
        <w:t>什么是“CAL”</w:t>
        <w:br/>
        <w:t>What</w:t>
      </w:r>
      <w:r>
        <w:t xml:space="preserve"> is</w:t>
      </w:r>
      <w:r>
        <w:t xml:space="preserve"> CAL?</w:t>
        <w:br/>
        <w:t>你问我什么是“CAL”</w:t>
        <w:br/>
        <w:t>What</w:t>
      </w:r>
      <w:r>
        <w:t xml:space="preserve"> is</w:t>
      </w:r>
      <w:r>
        <w:t xml:space="preserve"> CAL?</w:t>
        <w:br/>
        <w:t>冷原子实验</w:t>
        <w:br/>
        <w:t>It's</w:t>
      </w:r>
      <w:r>
        <w:t xml:space="preserve"> Cold</w:t>
      </w:r>
      <w:r>
        <w:t xml:space="preserve"> Atomic</w:t>
      </w:r>
      <w:r>
        <w:t xml:space="preserve"> Laboratory.</w:t>
        <w:br/>
        <w:t>是火箭推进实验室和美国宇航局</w:t>
      </w:r>
      <w:r>
        <w:t xml:space="preserve"> 联手进行的实验</w:t>
        <w:br/>
        <w:t>It's</w:t>
      </w:r>
      <w:r>
        <w:t xml:space="preserve"> a</w:t>
      </w:r>
      <w:r>
        <w:t xml:space="preserve"> RPL</w:t>
      </w:r>
      <w:r>
        <w:t xml:space="preserve"> experiment.</w:t>
      </w:r>
      <w:r>
        <w:t xml:space="preserve"> It's</w:t>
      </w:r>
      <w:r>
        <w:t xml:space="preserve"> a</w:t>
      </w:r>
      <w:r>
        <w:t xml:space="preserve"> NASA</w:t>
      </w:r>
      <w:r>
        <w:t xml:space="preserve"> experiment.</w:t>
        <w:br/>
        <w:t>撞击事故发生前</w:t>
      </w:r>
      <w:r>
        <w:t xml:space="preserve"> 我正在进行第...</w:t>
        <w:br/>
        <w:t>Right</w:t>
      </w:r>
      <w:r>
        <w:t xml:space="preserve"> before</w:t>
      </w:r>
      <w:r>
        <w:t xml:space="preserve"> the</w:t>
      </w:r>
      <w:r>
        <w:t xml:space="preserve"> collision,</w:t>
      </w:r>
      <w:r>
        <w:t xml:space="preserve"> I</w:t>
      </w:r>
      <w:r>
        <w:t xml:space="preserve"> was</w:t>
      </w:r>
      <w:r>
        <w:t xml:space="preserve"> in</w:t>
      </w:r>
      <w:r>
        <w:t xml:space="preserve"> phase...</w:t>
        <w:br/>
        <w:t>我和奥德丽正在一起调整激光</w:t>
        <w:br/>
        <w:t>I</w:t>
      </w:r>
      <w:r>
        <w:t xml:space="preserve"> was</w:t>
      </w:r>
      <w:r>
        <w:t xml:space="preserve"> locking</w:t>
      </w:r>
      <w:r>
        <w:t xml:space="preserve"> in</w:t>
      </w:r>
      <w:r>
        <w:t xml:space="preserve"> lasers</w:t>
      </w:r>
      <w:r>
        <w:t xml:space="preserve"> with</w:t>
      </w:r>
      <w:r>
        <w:t xml:space="preserve"> Audrey</w:t>
      </w:r>
      <w:r>
        <w:t xml:space="preserve"> here.</w:t>
        <w:br/>
        <w:t>保罗好像...</w:t>
        <w:br/>
        <w:t>Paul</w:t>
      </w:r>
      <w:r>
        <w:t xml:space="preserve"> seems</w:t>
      </w:r>
      <w:r>
        <w:t xml:space="preserve"> to...</w:t>
        <w:br/>
        <w:t>保罗好像什么</w:t>
        <w:br/>
        <w:t>Paul</w:t>
      </w:r>
      <w:r>
        <w:t xml:space="preserve"> seems</w:t>
      </w:r>
      <w:r>
        <w:t xml:space="preserve"> to</w:t>
      </w:r>
      <w:r>
        <w:t xml:space="preserve"> what?</w:t>
        <w:br/>
        <w:t>这也是我们驶离太空站前发生的事</w:t>
        <w:br/>
        <w:t>This</w:t>
      </w:r>
      <w:r>
        <w:t xml:space="preserve"> was</w:t>
      </w:r>
      <w:r>
        <w:t xml:space="preserve"> an</w:t>
      </w:r>
      <w:r>
        <w:t xml:space="preserve"> issue</w:t>
      </w:r>
      <w:r>
        <w:t xml:space="preserve"> before</w:t>
      </w:r>
      <w:r>
        <w:t xml:space="preserve"> we</w:t>
      </w:r>
      <w:r>
        <w:t xml:space="preserve"> undocked</w:t>
      </w:r>
      <w:r>
        <w:t xml:space="preserve"> also.</w:t>
        <w:br/>
        <w:t>我想也许...</w:t>
        <w:br/>
        <w:t>I</w:t>
      </w:r>
      <w:r>
        <w:t xml:space="preserve"> think</w:t>
      </w:r>
      <w:r>
        <w:t xml:space="preserve"> maybe--</w:t>
        <w:br/>
        <w:t>我想也许我们的用词不同吧</w:t>
        <w:br/>
        <w:t>I</w:t>
      </w:r>
      <w:r>
        <w:t xml:space="preserve"> think</w:t>
      </w:r>
      <w:r>
        <w:t xml:space="preserve"> maybe</w:t>
      </w:r>
      <w:r>
        <w:t xml:space="preserve"> we're</w:t>
      </w:r>
      <w:r>
        <w:t xml:space="preserve"> using</w:t>
      </w:r>
      <w:r>
        <w:t xml:space="preserve"> different</w:t>
      </w:r>
      <w:r>
        <w:t xml:space="preserve"> terminology.</w:t>
        <w:br/>
        <w:t>播放录音</w:t>
        <w:br/>
        <w:t>Play</w:t>
      </w:r>
      <w:r>
        <w:t xml:space="preserve"> the</w:t>
      </w:r>
      <w:r>
        <w:t xml:space="preserve"> tape.</w:t>
        <w:br/>
        <w:t>想看看莴苣长得如何吗</w:t>
        <w:br/>
        <w:t>Do</w:t>
      </w:r>
      <w:r>
        <w:t xml:space="preserve"> you</w:t>
      </w:r>
      <w:r>
        <w:t xml:space="preserve"> want</w:t>
      </w:r>
      <w:r>
        <w:t xml:space="preserve"> to</w:t>
      </w:r>
      <w:r>
        <w:t xml:space="preserve"> take</w:t>
      </w:r>
      <w:r>
        <w:t xml:space="preserve"> a</w:t>
      </w:r>
      <w:r>
        <w:t xml:space="preserve"> look</w:t>
      </w:r>
      <w:r>
        <w:t xml:space="preserve"> at</w:t>
      </w:r>
      <w:r>
        <w:t xml:space="preserve"> the</w:t>
      </w:r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https://d.book118.com/856210112240010102</w:t>
        </w:r>
      </w:hyperlink>
    </w:p>
    <w:p/>
    <w:sectPr w:rsidSect="00034616">
      <w:type w:val="nextPage"/>
      <w:pgSz w:w="12240" w:h="15840"/>
      <w:pgMar w:top="1440" w:right="1800" w:bottom="1440" w:left="1800" w:header="720" w:footer="720" w:gutter="0"/>
      <w:pgNumType w:start="12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856210112240010102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19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