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《飞鸟集》七年级读书心得（32篇）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《飞鸟集》七年级读书心得（通用32篇）</w:t>
      </w:r>
      <w:r>
        <w:rPr>
          <w:lang w:eastAsia="zh-CN"/>
        </w:rPr>
        <w:br/>
      </w:r>
      <w:r>
        <w:rPr>
          <w:lang w:eastAsia="zh-CN"/>
        </w:rPr>
        <w:t xml:space="preserve">    《飞鸟集》七年级读书心得 篇1 </w:t>
      </w:r>
      <w:r>
        <w:rPr>
          <w:lang w:eastAsia="zh-CN"/>
        </w:rPr>
        <w:br/>
      </w:r>
      <w:r>
        <w:rPr>
          <w:lang w:eastAsia="zh-CN"/>
        </w:rPr>
        <w:t>　　“如果你把所有的错误拒之门外，那么真理也会被关在外面”;“如果你因失去太阳而流泪，那么你也将失去群星了”，这是我最喜欢的两句话。这简洁明了的两句话，是短小精悍，但却意义深远，也正是它们的出处——《飞鸟集》的概括。</w:t>
      </w:r>
      <w:r>
        <w:rPr>
          <w:lang w:eastAsia="zh-CN"/>
        </w:rPr>
        <w:br/>
      </w:r>
      <w:r>
        <w:rPr>
          <w:lang w:eastAsia="zh-CN"/>
        </w:rPr>
        <w:t>　　《飞鸟集》可谓是一本家喻户晓的诗集。印度作家罗宾德拉纳德·泰戈尔，用他那高超的文笔，奇特的思想，造就了这本蕴含着无数智慧，哲理的飞鸟集。</w:t>
      </w:r>
      <w:r>
        <w:rPr>
          <w:lang w:eastAsia="zh-CN"/>
        </w:rPr>
        <w:br/>
      </w:r>
      <w:r>
        <w:rPr>
          <w:lang w:eastAsia="zh-CN"/>
        </w:rPr>
        <w:t>　　三年级的时候，我第一次拿起这本飞鸟集。泛泛的读，却只能感受到诗句中那像月色一样朦胧的美感，始终参悟不到那深深的哲理。只觉得泰戈尔很会抒情，我，要向他学习。</w:t>
      </w:r>
      <w:r>
        <w:rPr>
          <w:lang w:eastAsia="zh-CN"/>
        </w:rPr>
        <w:br/>
      </w:r>
      <w:r>
        <w:rPr>
          <w:lang w:eastAsia="zh-CN"/>
        </w:rPr>
        <w:t>　　而后，这本飞鸟集在我草草读完后，就被丢到了书架最底层……</w:t>
      </w:r>
      <w:r>
        <w:rPr>
          <w:lang w:eastAsia="zh-CN"/>
        </w:rPr>
        <w:br/>
      </w:r>
      <w:r>
        <w:rPr>
          <w:lang w:eastAsia="zh-CN"/>
        </w:rPr>
        <w:t>　　如今，当我再一次拿起这本熟悉的书，细细品味时，我开始用心去感受那种奇妙的、从心灵深处彻底的释放出来的美。在泰戈尔眼中，世界需要爱，人生更需要爱，于是，他便把爱融汇在了文字中。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如果你把所有的错误拒之门外，那么真理也会被关在外面”，是啊，有时候，我们应该勇敢的面对错误。有了错误，从中找出原因，并积极改正，这才是最重要的。当你从错误、失败中汲取教训，你才会向成功迈进。正像俗话中说的说，失败乃成功之母呀!面对错误，正视失败，不断努力，积极进取，创造辉煌。倘若一味自责、躲避，不思改变，那么成功永远不会光临。</w:t>
      </w:r>
      <w:r>
        <w:rPr>
          <w:lang w:eastAsia="zh-CN"/>
        </w:rPr>
        <w:br/>
      </w:r>
      <w:r>
        <w:rPr>
          <w:lang w:eastAsia="zh-CN"/>
        </w:rPr>
        <w:t>　　“杯中的水熠熠闪烁;海中的水却漆黑无边。渺小的真理可以用文字解释，而伟大的真理却保持沉默。”“满是理智的思想，犹如一柄全是利刃的刀，它让使用它的人手上流血。”“接触也许会让你受伤;远离也许你能拥有。”</w:t>
      </w:r>
      <w:r>
        <w:rPr>
          <w:lang w:eastAsia="zh-CN"/>
        </w:rPr>
        <w:br/>
      </w:r>
      <w:r>
        <w:rPr>
          <w:lang w:eastAsia="zh-CN"/>
        </w:rPr>
        <w:t>　　这一首首短小的诗，从生活中的点滴小事入手，借助作者深刻的思考，饱含了很多人生的真谛，是我们前行中的指路明灯。这本书，让我受益匪浅，让我学会了用一种全新的视角看待这个世界，思考我的人生。泰戈尔，真是一位伟大的诗人呀!</w:t>
      </w:r>
      <w:r>
        <w:rPr>
          <w:lang w:eastAsia="zh-CN"/>
        </w:rPr>
        <w:br/>
      </w:r>
      <w:r>
        <w:rPr>
          <w:lang w:eastAsia="zh-CN"/>
        </w:rPr>
        <w:t xml:space="preserve">    《飞鸟集》七年级读书心得 篇2 </w:t>
      </w:r>
      <w:r>
        <w:rPr>
          <w:lang w:eastAsia="zh-CN"/>
        </w:rPr>
        <w:br/>
      </w:r>
      <w:r>
        <w:rPr>
          <w:lang w:eastAsia="zh-CN"/>
        </w:rPr>
        <w:t>　　今天，我看了由印度作家泰戈尔撰写的集经典名著《飞鸟集》，读了这本书，我如同进入里一个美丽的世界。在这儿，人世间所有的事物都是那么真实，那么美好。那犀利的言语和不切实际的事早就化为泥土里的枯枝败叶。</w:t>
      </w:r>
      <w:r>
        <w:rPr>
          <w:lang w:eastAsia="zh-CN"/>
        </w:rPr>
        <w:br/>
      </w:r>
      <w:r>
        <w:rPr>
          <w:lang w:eastAsia="zh-CN"/>
        </w:rPr>
        <w:t>　　这里有很多佳句，这些平淡无奇的语句，句句都是泰戈尔内心深处的呐喊。短小的语句道出了深刻的人生哲理，引领人们探寻真理和智慧的源泉。这300多句诗都等着大家去细细品味呢!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读了这本《飞鸟集》，我有很深的感触：泰戈尔写的这本《飞鸟集》里有很多好词佳句，令每个看过的人都赞美不已，包括是我。泰戈尔写的很多语句都是我所赞同的。他能写出如此美的诗句，令我佩服。他还有许多作品，其中，我最喜欢诗集还是《新月集》和《飞鸟集》，因为书中的诗句都十分优美。泰戈尔将大自然的一切，甚至是很平凡的花花草草，他都会将它们写得像个活生生的人似的，会说话，会走动，十分美好，富有生命力。</w:t>
      </w:r>
      <w:r>
        <w:rPr>
          <w:lang w:eastAsia="zh-CN"/>
        </w:rPr>
        <w:br/>
      </w:r>
      <w:r>
        <w:rPr>
          <w:lang w:eastAsia="zh-CN"/>
        </w:rPr>
        <w:t>　　曾有人这样评价泰戈尔:他那高潮和谐的人格，可以给我们不可计量的慰安，可以开发我们原来淤塞的心灵源泉，可以指示我们努力的方向与标准，可以纠正现代狂放纵容的反常行为，可以摩挲我们想见古人的忧心，可以消平我们过度时期张黄的意义，可以使我们扩大同情与爱心，可以引导我们入完全的梦境。我想，泰戈尔写下这一句句诗，是想让我们能好好珍惜我们的母亲，我们赖以生存的家园——地球。</w:t>
      </w:r>
      <w:r>
        <w:rPr>
          <w:lang w:eastAsia="zh-CN"/>
        </w:rPr>
        <w:br/>
      </w:r>
      <w:r>
        <w:rPr>
          <w:lang w:eastAsia="zh-CN"/>
        </w:rPr>
        <w:t>　　从泰戈尔一句句感人肺腑的语言中，我感受到了他豁达的人生态度，虽然《飞鸟集》只是由一行行简洁的语言组成的一本诗集，可字里行间却道出了人生道理。</w:t>
      </w:r>
      <w:r>
        <w:rPr>
          <w:lang w:eastAsia="zh-CN"/>
        </w:rPr>
        <w:br/>
      </w:r>
      <w:r>
        <w:rPr>
          <w:lang w:eastAsia="zh-CN"/>
        </w:rPr>
        <w:t xml:space="preserve">    《飞鸟集》七年级读书心得 篇3 </w:t>
      </w:r>
      <w:r>
        <w:rPr>
          <w:lang w:eastAsia="zh-CN"/>
        </w:rPr>
        <w:br/>
      </w:r>
      <w:r>
        <w:rPr>
          <w:lang w:eastAsia="zh-CN"/>
        </w:rPr>
        <w:t>　　生活的苦恼，阻止不了我对生命的追求;城市的喧闹，模糊不了我对生命的赞美;岁月的沧桑，或许能在生命上留下烙印，但是生命依然在延续着。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午后坐在家里的阳台上，一缕阳光，一杯清茶，一曲优美的音乐，让午后的生活变得如此的惬意，现如今在快节奏的工作与生活中已难得有这样的时光。轻轻的翻开曾经爱不释手的一本小巧的诗集，找寻逝去的记忆。</w:t>
      </w:r>
      <w:r>
        <w:rPr>
          <w:lang w:eastAsia="zh-CN"/>
        </w:rPr>
        <w:br/>
      </w:r>
      <w:r>
        <w:rPr>
          <w:lang w:eastAsia="zh-CN"/>
        </w:rPr>
        <w:t>　　“天空中没有留下痕迹，但我已飞过”。在如此喧嚣的城市中，飞鸟邂逅了我的心，我很庆幸自己能在喧闹的城市中寻找到这一处宁静之所，飞鸟带给我的是一场灵魂的洗涤，是一种生命之花的绽放，是一个鲜活而亮丽的梦。此刻我认识到，泰戈尔的《飞鸟集》就是一处哲学天堂，一处处鬼斧神工的花园就是那一首首美的像云彩一样诗歌，而园丁就是泰戈尔，他用自己唯美的思想，用一支普通的笔，耕耘出了这一块圣洁的土地。</w:t>
      </w:r>
      <w:r>
        <w:rPr>
          <w:lang w:eastAsia="zh-CN"/>
        </w:rPr>
        <w:br/>
      </w:r>
      <w:r>
        <w:rPr>
          <w:lang w:eastAsia="zh-CN"/>
        </w:rPr>
        <w:t>　　我喜欢其中“生如夏花之绚烂，死如秋叶之静美”，这是泰戈尔放在卷首的一句诗，这是作者对生命的感悟，也是对生命的一种诠释，活着就应该好好珍惜，因为生命对每个人都只有一次。</w:t>
      </w:r>
      <w:r>
        <w:rPr>
          <w:lang w:eastAsia="zh-CN"/>
        </w:rPr>
        <w:br/>
      </w:r>
      <w:r>
        <w:rPr>
          <w:lang w:eastAsia="zh-CN"/>
        </w:rPr>
        <w:t>　　“明月把清辉洒满了天空，却把漆黑留给了自己”。我读到了生命的美并不仅限于获取了什么，更重要的是在于奉献。送人玫瑰，手留余香。</w:t>
      </w:r>
      <w:r>
        <w:rPr>
          <w:lang w:eastAsia="zh-CN"/>
        </w:rPr>
        <w:br/>
      </w:r>
      <w:r>
        <w:rPr>
          <w:lang w:eastAsia="zh-CN"/>
        </w:rPr>
        <w:t>　　《飞鸟集》是走过大半生，经历了风风雨雨的老人，在人生的道路上终于放满了自己的脚步，回头凝视着自己的足迹，开始沉思自己的历程，思索自己的生命，将自己感悟人生的思想写下，以劝诫后辈，生命在于思索，生命在于奉献。</w:t>
      </w:r>
      <w:r>
        <w:rPr>
          <w:lang w:eastAsia="zh-CN"/>
        </w:rPr>
        <w:br/>
      </w:r>
      <w:r>
        <w:rPr>
          <w:lang w:eastAsia="zh-CN"/>
        </w:rPr>
        <w:t xml:space="preserve">    《飞鸟集》七年级读书心得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《飞鸟集》，它是着名诗人泰戈尔的杰作。就在今天，我合上了它的最后一页，它一直让我回味无穷。</w:t>
      </w:r>
      <w:r>
        <w:rPr>
          <w:lang w:eastAsia="zh-CN"/>
        </w:rPr>
        <w:br/>
      </w:r>
      <w:r>
        <w:rPr>
          <w:lang w:eastAsia="zh-CN"/>
        </w:rPr>
        <w:t>　　这部伟大的杰作由325首小诗组成，小诗虽然短小，却蕴藏着一丝童趣和深刻的道理。从不止哭泣的婴孩，到历尽艰险的探险者;从没有经验的青年，到饱经风霜的老者;从平凡不过的小草，到美丽妖艳的小花;从展翅高飞的小鸟，到洁净无暇的白云，无一不充满趣味。泰戈尔用了拟人的手法，让天下万物都活了起来，让它们有机会诉说自己的欢乐与痛苦。这本书的第一页就写道：秋天的黄叶，它没有什么可唱的，只叹息一声，飞落在那里。</w:t>
      </w:r>
      <w:r>
        <w:rPr>
          <w:lang w:eastAsia="zh-CN"/>
        </w:rPr>
        <w:br/>
      </w:r>
      <w:r>
        <w:rPr>
          <w:lang w:eastAsia="zh-CN"/>
        </w:rPr>
        <w:t>　　这本书的诗句里面，有描写一片美景的，有描写一段对话的，还有凭着对生活感悟写出的警世格言。其中有一句，叫：我今晨坐在窗前，时间如一个过路人似的，停留了一会儿，向我点点头又走过去了。这句话饱含的哲理其实也就是要告诉我们要珍惜时间，这些格言不但能在我们的生活中起到警世作用，还能作为我们的座右铭，时时刻刻激励着我们不断进步。</w:t>
      </w:r>
      <w:r>
        <w:rPr>
          <w:lang w:eastAsia="zh-CN"/>
        </w:rPr>
        <w:br/>
      </w:r>
      <w:r>
        <w:rPr>
          <w:lang w:eastAsia="zh-CN"/>
        </w:rPr>
        <w:t>　　在宝贵的时间里，我应该不断创新，现在很快就要变成以前，我不能为一点成绩而骄傲自满，因为那已成为了历史，不足挂齿。时间如一个过路人似的，停留了一会儿就像秒针每走一点，然后歇歇脚这样停留了一会儿，当我想要抓住这即将变成历史的那一会儿时，它却从我的指缝中流失，成为了历史，所以，要保留时间，是不可能的，只有争取时间，利用时间，抓紧奋斗，那才是最重要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看《飞鸟集》的第一感觉就是清新，既不是村上春树那阳光中带着忧伤彷徨的青春故事，也没有雨果那种悲痛的剧情，它仿佛是浩瀚宇宙中最最新鲜的空气，让我有一种想一口气吞并、吸收它们的感觉。</w:t>
      </w:r>
      <w:r>
        <w:rPr>
          <w:lang w:eastAsia="zh-CN"/>
        </w:rPr>
        <w:br/>
      </w:r>
      <w:r>
        <w:rPr>
          <w:lang w:eastAsia="zh-CN"/>
        </w:rPr>
        <w:t>　　我原来跟随时尚，哼流行歌曲，买新颖文具，读科幻小说，看动漫电影，我认为它们充满趣味，但是，读了《飞鸟集》，我不这么想了，我认为文学和时尚是反义词，时尚在此岸，文学就在彼岸;时尚是波光，文学是河床;时尚哗哗地向前流，文学则静静地沉淀;时尚也许可以流传的很广，但文学可以流传的更久远;时尚也许可以在瞬间让你眼前一亮，文学却可以在你掩卷闭目后悠然心动!</w:t>
      </w:r>
      <w:r>
        <w:rPr>
          <w:lang w:eastAsia="zh-CN"/>
        </w:rPr>
        <w:br/>
      </w:r>
      <w:r>
        <w:rPr>
          <w:lang w:eastAsia="zh-CN"/>
        </w:rPr>
        <w:t>　　我不知道泰戈尔如何把所见翻译成诗句，让那神奇的文字穿过阡陌红尘，穿越种族国别，安抚我这颗纷繁芜杂的心灵。但是，我知道，我要努力，我要按照《飞鸟集》中的格言警句去做，从现在作起，为中华之崛起而读书。</w:t>
      </w:r>
      <w:r>
        <w:rPr>
          <w:lang w:eastAsia="zh-CN"/>
        </w:rPr>
        <w:br/>
      </w:r>
      <w:r>
        <w:rPr>
          <w:lang w:eastAsia="zh-CN"/>
        </w:rPr>
        <w:t>　　家园包括大家和小家，大到国家，小到私家。品味书香，和谐家园，顾名思意，就是读好书，才能光宗耀祖，出人头地;才能回报社会，报效祖国。我们的身上背负着建设国家的责任，只有认真读书，从小立志，珍惜时间，抓紧奋斗，将来长大了才能为国家做奉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飞鸟集》的诗句不仅能激励我上进，还能在我消极沮丧之时就像一曲美妙的乐曲深入人们的心灵一样用它清新的文字来让我的心静下来，想想花儿与果实的对话，想想鸟儿与白云的理论，再想想山峰与落日的结合，多么充满趣味，我那颗杂乱的新心自然也就平静下来，回头再想想刚才令我生气的事情，才会觉得十分可笑，不必为其绞劲。这时的《飞鸟集》还真是一位很好的心理医生呢!</w:t>
      </w:r>
      <w:r>
        <w:rPr>
          <w:lang w:eastAsia="zh-CN"/>
        </w:rPr>
        <w:br/>
      </w:r>
      <w:r>
        <w:rPr>
          <w:lang w:eastAsia="zh-CN"/>
        </w:rPr>
        <w:t>　　《飞鸟集》是我百看不厌的好书，泰戈尔是我认为最善于观察、发现与思考的学者。在书的最末页，尼赫鲁说：泰戈尔是印度最伟大的人道主义者。</w:t>
      </w:r>
      <w:r>
        <w:rPr>
          <w:lang w:eastAsia="zh-CN"/>
        </w:rPr>
        <w:br/>
      </w:r>
      <w:r>
        <w:rPr>
          <w:lang w:eastAsia="zh-CN"/>
        </w:rPr>
        <w:t>　　这就是泰戈尔，这就是《飞鸟集》，也许，对人类文明的历史上，《飞鸟集》只不过是沧海一粟而已;但是我觉得《飞鸟集》更别具一格，在如今嘈杂喧闹的大都市里，用它与众不同的文笔，为我们开创了另一个美丽的天堂。</w:t>
      </w:r>
      <w:r>
        <w:rPr>
          <w:lang w:eastAsia="zh-CN"/>
        </w:rPr>
        <w:br/>
      </w:r>
      <w:r>
        <w:rPr>
          <w:lang w:eastAsia="zh-CN"/>
        </w:rPr>
        <w:t xml:space="preserve">    《飞鸟集》七年级读书心得 篇5 </w:t>
      </w:r>
      <w:r>
        <w:rPr>
          <w:lang w:eastAsia="zh-CN"/>
        </w:rPr>
        <w:br/>
      </w:r>
      <w:r>
        <w:rPr>
          <w:lang w:eastAsia="zh-CN"/>
        </w:rPr>
        <w:t>　　桌上摆着一本薄薄的小册子，淡褐色的封面上赫然印着“飞鸟集”，三两只轻盈的飞鸟在云端自由翱翔。翻开扉页，是作者的彩色照片:金色阳光弥漫的森林里，一位老者安详的坐在一张高背椅上。老人穿着一件斜襟的黑色长袍，白发披肩，银须飘飘，深邃的眼睛静穆地凝视着远方。一望而知，他就是我们仰慕已久的印度诗人泰戈尔。</w:t>
      </w:r>
      <w:r>
        <w:rPr>
          <w:lang w:eastAsia="zh-CN"/>
        </w:rPr>
        <w:br/>
      </w:r>
      <w:r>
        <w:rPr>
          <w:lang w:eastAsia="zh-CN"/>
        </w:rPr>
        <w:t>　　印度自古就有“诗的王国”之称，而泰戈尔的《飞鸟集》正是这个东方之国里的一朵奇葩。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飞鸟集》由105段诗歌组成。每段诗歌都只有简短的两三句话，却在冥冥中，悄悄为我们点亮了什么东西。而在这些集灵感与思索为一身的精悍短诗中，泰戈尔更向我们展示了他的多个身份——他时而是一个襁褓中的婴孩，为母亲的微笑而手舞足蹈;时而是一名四海为家的探险家，向着高山大海发出感叹;时而是一位热恋中的青年，因心爱的姑娘而讴歌爱情;时而是一位满头银发的老朽，独自在回忆中反思人生;但更多时他只是一个无名的过客，为世间万物记录下灵感闪动的瞬间，然后微笑着安静离开。</w:t>
      </w:r>
      <w:r>
        <w:rPr>
          <w:lang w:eastAsia="zh-CN"/>
        </w:rPr>
        <w:br/>
      </w:r>
      <w:r>
        <w:rPr>
          <w:lang w:eastAsia="zh-CN"/>
        </w:rPr>
        <w:t>　　诗歌字字珠玑，句句像甘露一样闪烁着智慧的光芒。他的诗集一如人人至爱的大自然一样，焕发着神奇的魅力，处处充满着对丑恶的嘲讽，对自然的渴望，对天真孩童的慈爱，对崇高母性的颂扬，对人类和平的神往......他歌唱早晨，歌唱希望，歌唱一切美好的事物，歌唱生长的力量......他是一个天使，又是自然和人类的儿童。看《飞鸟集》的第一感觉就是清新，既不是村上春树那阳光中带着忧伤彷徨的青春故事，也没有雨果那种悲痛的剧情，它仿佛是浩瀚宇宙中最最新鲜的空气，让我有一种想一口气吞并、吸收它们的感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原来跟随时尚，哼流行歌曲，买新颖文具，读科幻小说，看动漫电影，我认为它们充满趣味，但是，读了《飞鸟集》，我不这么想了，我认为文学和时尚是反义词，时尚在此岸，文学就在彼岸;时尚是波光，文学是河床;时尚哗哗地向前流，文学则静静地沉淀;时尚也许可以流传的很广，但文学可以流传的更久远。在另一方面，泰戈尔捕捉了大量关于自然界的灵感。他说天空的黄昏像一盏灯，说微风中的树叶像思绪的断片，说鸟儿的鸣唱是晨曦来自大地的回音;他将自然界的一切拟人化。他让天空和大海对话，让鸟儿和云对话，让花儿和太阳对话……总之，在泰戈尔的诗里，世界是人性化的，自然也是人性化的，万物都有它们自己的生长与思考;而他只是为它们的人性化整理思想碎片而已。而这，便也是《飞鸟集》名字的由来:“思想掠过我的心头，仿佛群群野鸭飞过天空，我听到了它们振翅高飞的声音。”</w:t>
      </w:r>
      <w:r>
        <w:rPr>
          <w:lang w:eastAsia="zh-CN"/>
        </w:rPr>
        <w:br/>
      </w:r>
      <w:r>
        <w:rPr>
          <w:lang w:eastAsia="zh-CN"/>
        </w:rPr>
        <w:t>　　时尚也许可以在瞬间让你眼前一亮，文学却可以在你掩卷闭目后悠然心动!整部书像原野上五彩缤纷的野花，在早晨的太阳光下，纷纷探出头来对你微笑，那颜色是那么灿烂，香味是那么芬芳。你可以做一只小蜜蜂，畅游在这片花的海洋，忙着吸引其中不尽的花蜜。每天去欣赏那么一两首，你可以每天都会读到不同的内容，每天都会获得新的启迪，而书中恰到好处的空白正是你思想的野马自由驰骋的疆场。她像一只瑰丽斑斓的万花筒，你从中看到浓缩凝练的自然，人生和社会。那“飞鸟”的歌声，将不知不觉的把你带到一个和平，宁静，优美，神奇的地方。诗的语言恬淡明丽，清新隽永，许多话就像天籁的微语，空谷的低音，幽婉温柔如抒情的小夜曲，这无疑为诗集平添一抹雅致的光彩。因为泰戈尔本人也是一个出色音乐家，其文字的呼唤力，渗透力，感召力，语言的音乐美，至今许多音乐家望尘莫及。小小的一本书却像一幅奇妙的画卷，展示了爱与美，生与死，宗教与人道等一系列人生与社会问题，充满了最具东方色彩的比喻和哲理;更为重要的是，他所教给你的分辨善恶，识别美丑以及热爱自然，享受生命的方法，将使你终生受益。</w:t>
      </w:r>
      <w:r>
        <w:rPr>
          <w:lang w:eastAsia="zh-CN"/>
        </w:rPr>
        <w:br/>
      </w:r>
      <w:r>
        <w:rPr>
          <w:lang w:eastAsia="zh-CN"/>
        </w:rPr>
        <w:t xml:space="preserve">    《飞鸟集》七年级读书心得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生如夏之绚烂，死如秋叶之精美。反复品读泰戈尔的这句名言，除了对文学巨匠文采的钦佩，更多的是对这种生命感悟的赞叹与向往。这是对生命的态度，既有一种对生命奇迹的赞美与感激，也有一种对死亡的豁达与淡然。反应在我们日常的生活之中，就是我们要有一颗赤子之心，富有活力与朝气，要学会赤诚地对待生活，生活才能给我们真实的反馈，而生活本身才是生命的意义所在。这样，岁月带给我们的不是苍老，而是心灵的宁静，光阴增加的不是我们的年龄，而是我们对生命的感悟，就像一块平静的湖水，看似平静无波，但水下生机勃勃，生命生生不息。</w:t>
      </w:r>
      <w:r>
        <w:rPr>
          <w:lang w:eastAsia="zh-CN"/>
        </w:rPr>
        <w:br/>
      </w:r>
      <w:r>
        <w:rPr>
          <w:lang w:eastAsia="zh-CN"/>
        </w:rPr>
        <w:t>　　如果你因失去了太阳而流泪，那么你也将失去群星了。我们这一生看似漫长，而又崎岖坎坷，但相对于浩瀚的宇宙，不过是刹那间的一指流砂，踟蹰于得失，似一叶障目，浮云蔽日，必然会失去更多。所以，我们必须要用这有限的光阴，去领略更多的风景，去体悟更多的美妙，比如康德的星空，比如黑格尔的灵魂的高贵，比如苏格拉底的那条河……</w:t>
      </w:r>
      <w:r>
        <w:rPr>
          <w:lang w:eastAsia="zh-CN"/>
        </w:rPr>
        <w:br/>
      </w:r>
      <w:r>
        <w:rPr>
          <w:lang w:eastAsia="zh-CN"/>
        </w:rPr>
        <w:t>　　就像泰戈尔说的那样：我的存在，对我是一个永久的神奇，这就是生活。而我们就是要怀着生命的赠予与神奇，去追求我们人性的饱满，我们内心的宁静。如果把每个人的一生都比作一本书的话，这本书里应该有着最生动的故事，真实的足迹，真实的爱憎，真实的眼泪，真实的失去与得到……因为真实，所以生动，至少必然是可以感动我们自己的。世界上没有两片完全相同的树叶，如果我们是一本书，我们也要做一本独一无二的书，这样纵使面对死亡的时候，我们也可以平静地说：天空没有留下翅膀的痕迹，但是我已飞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《飞鸟集》七年级读书心得 篇7 </w:t>
      </w:r>
      <w:r>
        <w:rPr>
          <w:lang w:eastAsia="zh-CN"/>
        </w:rPr>
        <w:br/>
      </w:r>
      <w:r>
        <w:rPr>
          <w:lang w:eastAsia="zh-CN"/>
        </w:rPr>
        <w:t>　　今年暑假，我有幸得到了一本令人感触极深、过目难忘、恋恋不舍、依依不舍、爱不释手、泪流满面、睡觉也抱着、做梦也梦到的书,那就是大名鼎鼎、鼎鼎有名、举世无双、名声在外、人人皆知、享誉中外、中外闻名的伟大作家泰戈尔写的《飞鸟集》。今天，我阅读了这本泰戈尔的诗集《飞鸟集》。刚读上，就喜欢上了这本书，还上了隐。从今往后，我对泰戈尔佩服地五体投地。</w:t>
      </w:r>
      <w:r>
        <w:rPr>
          <w:lang w:eastAsia="zh-CN"/>
        </w:rPr>
        <w:br/>
      </w:r>
      <w:r>
        <w:rPr>
          <w:lang w:eastAsia="zh-CN"/>
        </w:rPr>
        <w:t>　　这本书由325篇短小精悍的小诗组成。这些形式自由、语言精湛、短小精悍、气质悠扬、出类拔萃、令人深思、笔法清隽、朴素无华的小诗中，似乎带着一点点童趣，一点沧桑、一点忧郁、一点悲伤、一点心痛。细细品味，仿佛又蕴含着一点儿哲理…… 总之，一个字：好!两个字：很好!三个字：特别好!四个字： 特别的好!。说它有童趣，是因为《飞鸟集》中的诗，写的都是生活中常见的“死物”，并赋予它们“生命力”和“说话的权力”。例如：他在第36篇中写道，“瀑布歌唱道：‘我得到自由时便有歌声了。</w:t>
      </w:r>
      <w:r>
        <w:rPr>
          <w:lang w:eastAsia="zh-CN"/>
        </w:rPr>
        <w:br/>
      </w:r>
      <w:r>
        <w:rPr>
          <w:lang w:eastAsia="zh-CN"/>
        </w:rPr>
        <w:t>　　”这句话就是作者赋予了瀑布“唱歌的权力”;又如他在第86篇中写道：“‘你离我有话中，作者赋予了它们“说话的权力“。 说它有哲理，是因为泰戈尔从那些似乎平常的事情中，却能看出许多错综复杂的做人道理。例如：他在第16篇中的诗句：“我今晨坐在窗前，时间如一个过路人似的，停留了一会儿，向我点点头又走过去了。”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如果你仔细读的话，那么你就会发现这句话中的哲理并不难找：时间就象一个顽皮的孩童，稍不留神，他就会从你眼皮底下溜过，因此，时间是宝贵的，一寸光阴一寸金也是这个道理。著名戏剧作家莎士比亚有过一句名言：“在时间的大钟上，只有两个字——现在!”意思是：钟上的时间都是现在的，眼前的，而不是刚才的或是明天的。</w:t>
      </w:r>
      <w:r>
        <w:rPr>
          <w:lang w:eastAsia="zh-CN"/>
        </w:rPr>
        <w:br/>
      </w:r>
      <w:r>
        <w:rPr>
          <w:lang w:eastAsia="zh-CN"/>
        </w:rPr>
        <w:t>　　时间过得很快，在不停向前走。刚刚还是现在的，一转眼已经变成过去了。我们不断看到的都是“现在”，但它们立刻就变成了“过去”，不断地“现在”，不断地“过去”，快得不得了!所以我们现在要抓紧时间，抓住每一个“现在”，好好地努力地读书，从“现在”的这每一分钟、每一秒钟开始努力!</w:t>
      </w:r>
      <w:r>
        <w:rPr>
          <w:lang w:eastAsia="zh-CN"/>
        </w:rPr>
        <w:br/>
      </w:r>
      <w:r>
        <w:rPr>
          <w:lang w:eastAsia="zh-CN"/>
        </w:rPr>
        <w:t>　　虽然，我现在只看懂了全书的三分之一，还有三分之二没看懂，泰戈尔的诗对我来说还是比较深奥、难懂、神秘、怪异、奇特、恐怖的，不过，他的那些带有灵性的语言却有着自己独特的风格和韵味儿，这就使他的诗给人带来一种美感，也是他的书令我爱不释手的原因所在。</w:t>
      </w:r>
      <w:r>
        <w:rPr>
          <w:lang w:eastAsia="zh-CN"/>
        </w:rPr>
        <w:br/>
      </w:r>
      <w:r>
        <w:rPr>
          <w:lang w:eastAsia="zh-CN"/>
        </w:rPr>
        <w:t>　　我相信你的爱。”泰戈尔如是说。</w:t>
      </w:r>
      <w:r>
        <w:rPr>
          <w:lang w:eastAsia="zh-CN"/>
        </w:rPr>
        <w:br/>
      </w:r>
      <w:r>
        <w:rPr>
          <w:lang w:eastAsia="zh-CN"/>
        </w:rPr>
        <w:t>　　夏天的飞鸟，穿透黎明前雾霭般的晨光，带过云朵的边角，沾染了森林高处树梢上的凝露，划过天空留下点点痕迹。飞鸟，永远没有栖息的理由。它沉默的瞳孔里映射着淡薄的天光，流淌着对大自然隽永的爱恋。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暴风雨后的初夏清晨，推开卧室的窗户，看到一个淡泊清新的世界。正如读《飞鸟集》一样，似有淙淙的流水从山间飞漱而下，直流进心田，以缓慢的姿势，流出满满一腔的清新与宁静。薄暮的晨光从地平线处发散，千万缕光芒明亮了大地，恍恍惚惚间，似回到了童年无数个天真玩耍的早晨。几只飞鸟来到我的窗前，歌唱，又飞走了。</w:t>
      </w:r>
      <w:r>
        <w:rPr>
          <w:lang w:eastAsia="zh-CN"/>
        </w:rPr>
        <w:br/>
      </w:r>
      <w:r>
        <w:rPr>
          <w:lang w:eastAsia="zh-CN"/>
        </w:rPr>
        <w:t xml:space="preserve">    《飞鸟集》七年级读书心得 篇8 </w:t>
      </w:r>
      <w:r>
        <w:rPr>
          <w:lang w:eastAsia="zh-CN"/>
        </w:rPr>
        <w:br/>
      </w:r>
      <w:r>
        <w:rPr>
          <w:lang w:eastAsia="zh-CN"/>
        </w:rPr>
        <w:t>　　曾经，苦痛，伤悲无数次地刺痛我的心房；曾经，想逃离这个喧嚣的城市；曾经，我以为这个世界上已经没有了爱。直到有一天，飞鸟邂逅了我的心，擦出绚丽的火花……</w:t>
      </w:r>
      <w:r>
        <w:rPr>
          <w:lang w:eastAsia="zh-CN"/>
        </w:rPr>
        <w:br/>
      </w:r>
      <w:r>
        <w:rPr>
          <w:lang w:eastAsia="zh-CN"/>
        </w:rPr>
        <w:t>　　《飞鸟集》出自印度诗人泰戈尔的笔下。读他的诗，我感受到的是一种在俗世中脱胎换骨的超然，庆幸自己在喧闹的城市中寻找到一角宁静。飞鸟带给我的，是一场心灵的洗礼，是一种爱与美交织的智慧，是一个真实而清新亮丽的梦。</w:t>
      </w:r>
      <w:r>
        <w:rPr>
          <w:lang w:eastAsia="zh-CN"/>
        </w:rPr>
        <w:br/>
      </w:r>
      <w:r>
        <w:rPr>
          <w:lang w:eastAsia="zh-CN"/>
        </w:rPr>
        <w:t>　　当飞鸟遇上我的心，我学会了爱。爱自己，是一切爱的前提。</w:t>
      </w:r>
      <w:r>
        <w:rPr>
          <w:lang w:eastAsia="zh-CN"/>
        </w:rPr>
        <w:br/>
      </w:r>
      <w:r>
        <w:rPr>
          <w:lang w:eastAsia="zh-CN"/>
        </w:rPr>
        <w:t>　　“我曾伤痛过，也曾失望过，还曾体会过‘死亡’，我很高兴生活在这个伟大的世界里。”谁不曾苦恼过然而在失落与苦痛中，泰戈尔选择了爱，爱自己的生命……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年华如潮水般推着我涌上远方的堤岸，我知道，有一天，我也会一点一点地老去，于是，我越发珍惜生命。是飞鸟，让我明白“爱就是充实的生命，一如盛满了酒的酒杯，”才发现，每个角落，都有爱，有美，还有平凡的感动。当烦恼来临时，把它看得轻一点，淡一点，一切都好。何必要顽固地令自己沉沦在“苦”里头呢风也没动，幡也没动，美也好，丑也罢，能活着本来就是一种幸福，何必庸人自扰？</w:t>
      </w:r>
      <w:r>
        <w:rPr>
          <w:lang w:eastAsia="zh-CN"/>
        </w:rPr>
        <w:br/>
      </w:r>
      <w:r>
        <w:rPr>
          <w:lang w:eastAsia="zh-CN"/>
        </w:rPr>
        <w:t>　　当飞鸟触摸我的心，我学会了爱。爱他人，更是幸福的延续。</w:t>
      </w:r>
      <w:r>
        <w:rPr>
          <w:lang w:eastAsia="zh-CN"/>
        </w:rPr>
        <w:br/>
      </w:r>
      <w:r>
        <w:rPr>
          <w:lang w:eastAsia="zh-CN"/>
        </w:rPr>
        <w:t>　　我喜欢《飞鸟集》中的大树，因为，“樵夫用斧头向大树乞求斧柄。大树给了他。”我欣赏《飞鸟集》中的太阳，“太阳穿上朴素的光之衣，云朵却披上了绚丽的衣服。”我赞美《飞鸟集》中的泥土，因为“泥土饱受人侮辱，却以花朵为回报。”这一切一切都是爱，对他人的爱。它是那么地无私，却又那么地真实。</w:t>
      </w:r>
      <w:r>
        <w:rPr>
          <w:lang w:eastAsia="zh-CN"/>
        </w:rPr>
        <w:br/>
      </w:r>
      <w:r>
        <w:rPr>
          <w:lang w:eastAsia="zh-CN"/>
        </w:rPr>
        <w:t>　　功名，利禄，似乎在这尘世中占了越来越多的比重，难怪泰戈尔给我们带来了这三百首清新的小诗，让我们在拥挤不堪的日子里获得一道曙光。正因为他的飞鸟，我敬佩大树，歌颂太阳，认同泥土。人与人之间每多一份爱，心与心的距离就近了几分。爱己。而推及爱人，让世界充满爱。我想，到我垂垂老去的某一天，我会自豪地说：“我曾经爱过了。”</w:t>
      </w:r>
      <w:r>
        <w:rPr>
          <w:lang w:eastAsia="zh-CN"/>
        </w:rPr>
        <w:br/>
      </w:r>
      <w:r>
        <w:rPr>
          <w:lang w:eastAsia="zh-CN"/>
        </w:rPr>
        <w:t>　　当飞鸟轻敲我的心弦，我学会了爱。爱大千世界，那是幸福的最高点。</w:t>
      </w:r>
      <w:r>
        <w:rPr>
          <w:lang w:eastAsia="zh-CN"/>
        </w:rPr>
        <w:br/>
      </w:r>
      <w:r>
        <w:rPr>
          <w:lang w:eastAsia="zh-CN"/>
        </w:rPr>
        <w:t>　　“我热爱这个世界，才生活在这个世上。”博爱是一种心灵的寄托，有了这样的精神支柱，“当你没胃口时”，就不会抱怨食物。世界是可爱的，在我们失意时，请别抱怨，请学会宽容，试着用心去亲吻我们的世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泰戈尔的爱就像海波一样荡漾开来，遍及全世界。“我的思想随着这些闪亮的绿叶而闪耀着，我的心伴着阳光的抚摸而欢唱；我的生命因与万物一同遨游在空间的湛蓝，时间的墨黑中而感到欢喜。”绿叶，阳光，生命的万物，为我们营造了一个美得无法言喻的世界；泰戈尔与飞鸟为我们提醒幸福，歌颂美，我们还有什么理由不爱生命，不爱世界？</w:t>
      </w:r>
      <w:r>
        <w:rPr>
          <w:lang w:eastAsia="zh-CN"/>
        </w:rPr>
        <w:br/>
      </w:r>
      <w:r>
        <w:rPr>
          <w:lang w:eastAsia="zh-CN"/>
        </w:rPr>
        <w:t>　　生活的苦恼，冲不掉我对爱的追求；城市的喧闹，淹不去我对爱的赞美。岁月的沧桑，或许会吞噬我的青春，但我心中的爱永不老。正如《飞鸟集》的结束语：“我相信你的爱。”</w:t>
      </w:r>
      <w:r>
        <w:rPr>
          <w:lang w:eastAsia="zh-CN"/>
        </w:rPr>
        <w:br/>
      </w:r>
      <w:r>
        <w:rPr>
          <w:lang w:eastAsia="zh-CN"/>
        </w:rPr>
        <w:t>　　“天空没有留下痕迹，但我已经飞过。”我也愿作一个这样来无影，去无踪的飞鸟，不求在这里带来我的影响，只求用我的爱，留下我成长的气息。</w:t>
      </w:r>
      <w:r>
        <w:rPr>
          <w:lang w:eastAsia="zh-CN"/>
        </w:rPr>
        <w:br/>
      </w:r>
      <w:r>
        <w:rPr>
          <w:lang w:eastAsia="zh-CN"/>
        </w:rPr>
        <w:t>　　飞鸟的象征是什么？是自由。大诗人泰戈尔写的这一部《飞鸟集》，以抒情的诗篇记录着他对人生、自然与宇宙的深刻思想，给了我许多的人生启示。</w:t>
      </w:r>
      <w:r>
        <w:rPr>
          <w:lang w:eastAsia="zh-CN"/>
        </w:rPr>
        <w:br/>
      </w:r>
      <w:r>
        <w:rPr>
          <w:lang w:eastAsia="zh-CN"/>
        </w:rPr>
        <w:t>　　《飞鸟集》中的语言优美，有许多饱含着理性的话语。其中便有一段：“对世界说道：‘你是我的。’世界便把囚禁在她的宝座下面。爱情对世界说道；‘我是你的。’世界便给予爱情以在她屋内来往的自由。”这段话用语言描写与拟人的修辞手法，生动地诠释了深刻的人生哲理，可以说《飞鸟集》中的智慧是无限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这部诗集以“飞鸟”的名字命名，因为这部诗集是自由的完美体现。它带给人轻松愉悦之感，阅读过后，仿佛脑海中真的有一群群展翅翱翔的飞鸟，它们向往蓝天，努力高飞，把天空作为自己生命的起点、终点。这部诗集想告诉我们，每一个人心中都应有一个信念，在人生旅程中不断向前拼搏、迈进，正如天空中不停飞翔的飞鸟。</w:t>
      </w:r>
      <w:r>
        <w:rPr>
          <w:lang w:eastAsia="zh-CN"/>
        </w:rPr>
        <w:br/>
      </w:r>
      <w:r>
        <w:rPr>
          <w:lang w:eastAsia="zh-CN"/>
        </w:rPr>
        <w:t>　　整部诗集由325段小诗组成，每段小诗都有它不同的寓意。我对于其中的一些感到十分地有道理，反复地阅读；可是另有一些我读不懂是什么意思。这里面蕴含的哲理非常广，可能因为我学识浅薄，人生经历少，才不能完全读懂。虽说如此，但这并没有打消我的阅读兴趣。作者写下这一部诗集献给后人，其实是给予了后人无限的`精神财富。《飞鸟集》仿佛飞鸟般自由飞翔入人的脑海、心田，使人久久难忘。</w:t>
      </w:r>
      <w:r>
        <w:rPr>
          <w:lang w:eastAsia="zh-CN"/>
        </w:rPr>
        <w:br/>
      </w:r>
      <w:r>
        <w:rPr>
          <w:lang w:eastAsia="zh-CN"/>
        </w:rPr>
        <w:t>　　人也应该像飞鸟一样，不放弃自己一生的追求。</w:t>
      </w:r>
      <w:r>
        <w:rPr>
          <w:lang w:eastAsia="zh-CN"/>
        </w:rPr>
        <w:br/>
      </w:r>
      <w:r>
        <w:rPr>
          <w:lang w:eastAsia="zh-CN"/>
        </w:rPr>
        <w:t xml:space="preserve">    《飞鸟集》七年级读书心得 篇9 </w:t>
      </w:r>
      <w:r>
        <w:rPr>
          <w:lang w:eastAsia="zh-CN"/>
        </w:rPr>
        <w:br/>
      </w:r>
      <w:r>
        <w:rPr>
          <w:lang w:eastAsia="zh-CN"/>
        </w:rPr>
        <w:t>　　世界以痛吻我，我要报之以歌</w:t>
      </w:r>
      <w:r>
        <w:rPr>
          <w:lang w:eastAsia="zh-CN"/>
        </w:rPr>
        <w:br/>
      </w:r>
      <w:r>
        <w:rPr>
          <w:lang w:eastAsia="zh-CN"/>
        </w:rPr>
        <w:t>　　The world has kissed my soul with its pain, asking for its return insongs.</w:t>
      </w:r>
      <w:r>
        <w:rPr>
          <w:lang w:eastAsia="zh-CN"/>
        </w:rPr>
        <w:br/>
      </w:r>
      <w:r>
        <w:rPr>
          <w:lang w:eastAsia="zh-CN"/>
        </w:rPr>
        <w:t>　　---泰戈尔 《飞鸟集》</w:t>
      </w:r>
      <w:r>
        <w:rPr>
          <w:lang w:eastAsia="zh-CN"/>
        </w:rPr>
        <w:br/>
      </w:r>
      <w:r>
        <w:rPr>
          <w:lang w:eastAsia="zh-CN"/>
        </w:rPr>
        <w:t>　　打开泰戈尔《飞鸟集》的扉页，映入我眼帘的是那一行熟悉的娟秀字体――“世界以痛吻我，我要报之以歌。”这本《飞鸟集》是谢老师送给我的。由于她脊椎骨突然受伤，病痛一直缠绕着她，无法正常进行教学，她只能回老家就医诊治。临行前，她留了一封长长的信给我，并托人送给了我这一本泰戈尔的《飞鸟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世界以痛吻我，我要报之以歌。”每当我读到这句诗时，我常常在想，一个人有怎样的胸怀才能把疼痛当作亲吻?他对生命有着怎样的热爱才会对生活的苦难报之以歌?谢老师又为何将这句诗送给我，她想要告诉我些什么?带着这些疑问，我开始细读《飞鸟集》、走近泰戈尔。</w:t>
      </w:r>
      <w:r>
        <w:rPr>
          <w:lang w:eastAsia="zh-CN"/>
        </w:rPr>
        <w:br/>
      </w:r>
      <w:r>
        <w:rPr>
          <w:lang w:eastAsia="zh-CN"/>
        </w:rPr>
        <w:t>　　拉宾德拉纳特·泰戈尔，印度诗人、文学家，诺贝尔文学奖获得者――这位印度哲学家，用美丽的诗文，把我带入一个深幽美丽的世界。《飞鸟集》中诗句短小而精悍，背后却是深深的感悟与启迪。为了记住书中的佳句，我特意找了一本漂亮的小本子，将喜爱的诗句摘抄了下来：</w:t>
      </w:r>
      <w:r>
        <w:rPr>
          <w:lang w:eastAsia="zh-CN"/>
        </w:rPr>
        <w:br/>
      </w:r>
      <w:r>
        <w:rPr>
          <w:lang w:eastAsia="zh-CN"/>
        </w:rPr>
        <w:t>　　“假如你为了思念太阳而落泪，难道你没有错过群星吗?”</w:t>
      </w:r>
      <w:r>
        <w:rPr>
          <w:lang w:eastAsia="zh-CN"/>
        </w:rPr>
        <w:br/>
      </w:r>
      <w:r>
        <w:rPr>
          <w:lang w:eastAsia="zh-CN"/>
        </w:rPr>
        <w:t>　　“在群星之中，有一颗星是指导着我的生命通过不可知的黑暗。”</w:t>
      </w:r>
      <w:r>
        <w:rPr>
          <w:lang w:eastAsia="zh-CN"/>
        </w:rPr>
        <w:br/>
      </w:r>
      <w:r>
        <w:rPr>
          <w:lang w:eastAsia="zh-CN"/>
        </w:rPr>
        <w:t>　　“使卵石臻于完美的，并非锤的打击，而是水的且歌且舞。”</w:t>
      </w:r>
      <w:r>
        <w:rPr>
          <w:lang w:eastAsia="zh-CN"/>
        </w:rPr>
        <w:br/>
      </w:r>
      <w:r>
        <w:rPr>
          <w:lang w:eastAsia="zh-CN"/>
        </w:rPr>
        <w:t>　　“生如夏花之绚烂，死如秋叶之静美。”</w:t>
      </w:r>
      <w:r>
        <w:rPr>
          <w:lang w:eastAsia="zh-CN"/>
        </w:rPr>
        <w:br/>
      </w:r>
      <w:r>
        <w:rPr>
          <w:lang w:eastAsia="zh-CN"/>
        </w:rPr>
        <w:t>　　“生命之所以变得越来也丰富，是由于有太多舍出的爱。”</w:t>
      </w:r>
      <w:r>
        <w:rPr>
          <w:lang w:eastAsia="zh-CN"/>
        </w:rPr>
        <w:br/>
      </w:r>
      <w:r>
        <w:rPr>
          <w:lang w:eastAsia="zh-CN"/>
        </w:rPr>
        <w:t>　　……</w:t>
      </w:r>
      <w:r>
        <w:rPr>
          <w:lang w:eastAsia="zh-CN"/>
        </w:rPr>
        <w:br/>
      </w:r>
      <w:r>
        <w:rPr>
          <w:lang w:eastAsia="zh-CN"/>
        </w:rPr>
        <w:t>　　一天天过去，我摘录的句子越来越多。我讶异于泰戈尔会用如此简洁精练的语句，如一幅优美的画，向我呈现出一个真诚又智慧的世界。“世界以痛吻我，我要报之以歌。”泰戈尔用“吻”来形容“痛”，这是一种大爱，他从来都没有放弃对世界的希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谢老师送给我泰戈尔的这句诗，是向我昭示了一个人如何面对人生困难的道理。在学习和生活中，总有困难和艰险，有的人承受不了，悲观面对;有的人接受了考验，向困难挑战，把困难当作对自己的磨练。谢老师现在病痛在身，但是她却以一份坦然、一份大度、一份对世界的一切苦难的感恩之心来面对。</w:t>
      </w:r>
      <w:r>
        <w:rPr>
          <w:lang w:eastAsia="zh-CN"/>
        </w:rPr>
        <w:br/>
      </w:r>
      <w:r>
        <w:rPr>
          <w:lang w:eastAsia="zh-CN"/>
        </w:rPr>
        <w:t>　　即将步入小学毕业班的我，又何尝不把泰戈尔和谢老师作为榜样，把痛苦抛之脑后，多一份坦然和大度。穿过人生的瓶颈，继续奋斗。</w:t>
      </w:r>
      <w:r>
        <w:rPr>
          <w:lang w:eastAsia="zh-CN"/>
        </w:rPr>
        <w:br/>
      </w:r>
      <w:r>
        <w:rPr>
          <w:lang w:eastAsia="zh-CN"/>
        </w:rPr>
        <w:t>　　如果你痛，请回报以歌。这句话谢老师不仅是对我说的，也是对疾病缠身的自己的一种激励。</w:t>
      </w:r>
      <w:r>
        <w:rPr>
          <w:lang w:eastAsia="zh-CN"/>
        </w:rPr>
        <w:br/>
      </w:r>
      <w:r>
        <w:rPr>
          <w:lang w:eastAsia="zh-CN"/>
        </w:rPr>
        <w:t>　　“加油吧!”我捧着《飞鸟集》仰天长啸――祝福我和远在江苏的谢老师。</w:t>
      </w:r>
      <w:r>
        <w:rPr>
          <w:lang w:eastAsia="zh-CN"/>
        </w:rPr>
        <w:br/>
      </w:r>
      <w:r>
        <w:rPr>
          <w:lang w:eastAsia="zh-CN"/>
        </w:rPr>
        <w:t xml:space="preserve">    《飞鸟集》七年级读书心得 篇10 </w:t>
      </w:r>
      <w:r>
        <w:rPr>
          <w:lang w:eastAsia="zh-CN"/>
        </w:rPr>
        <w:br/>
      </w:r>
      <w:r>
        <w:rPr>
          <w:lang w:eastAsia="zh-CN"/>
        </w:rPr>
        <w:t>　　有的人，善于堆砌华丽的辞藻，营造虚幻飘渺的意境，内容却空洞苍白，无病呻吟;有的人，善于长篇大论，洋洋洒洒数千字，读来却晦涩枯燥，毫无文字之美感。不如翻翻泰戈尔的《飞鸟集》吧，纵使多么冷漠的人，也难以抵抗这默默无声的爱和清灵洒脱的智慧。</w:t>
      </w:r>
      <w:r>
        <w:rPr>
          <w:lang w:eastAsia="zh-CN"/>
        </w:rPr>
        <w:br/>
      </w:r>
      <w:r>
        <w:rPr>
          <w:lang w:eastAsia="zh-CN"/>
        </w:rPr>
        <w:t>　　大爱无声，泰戈尔用他沉默的文笔勾勒出对自然的爱，对人生的爱。在自然中追求真理，在人生中崇尚高洁，这是泰戈尔超出常人的智慧。“世界上的一队小小的漂泊者啊，请留下你们的足迹在我的文字里。”他记录了这个纷繁复杂的世界，记录了千变万化的经历。“使生如夏花之绚烂，死如秋叶之静美。”他道出了生存的真谛，人性的价值。“我投射我自己的影子在我的路上，因为我有一盏还没有燃点起来的明灯。”他反省自我，谦虚谨慎。“我不能选择那最好的，是那最好的选择我。”他耐心追求，无怨无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泰戈尔用简洁的语言，构造了一个真理的殿堂。不可否认语言的简略使得《飞鸟集》难以理解，但这并不影响其蕴含深刻无价的真理。从泰戈尔的文笔中，我感受到的是一种热爱生活的认真的态度以及对爱的思索。毫无疑问，泰戈尔的灵感来源于生活，且高于生活。他热爱生活，因此也隐去了生活中的苦难与阴暗，保留的是光明与欢乐。泰戈尔对爱的思索，更是深切，更是执着。男女间纯真的爱情，母子间温馨的亲情，人与自然间微妙的感情……一切人类可以体会的情愫，都被泰戈尔原原本本，又及其含蓄地表达出来。泰戈尔尤其崇尚爱情，他毫不吝惜地运用了大量比喻来赞美爱情的伟大与永恒，就像他写的那样：“我相信你的爱，就让这作为我最后的话吧。”他把爱与真理恰到好处地放在生活这架天平的两端，没有丝毫的偏差。</w:t>
      </w:r>
      <w:r>
        <w:rPr>
          <w:lang w:eastAsia="zh-CN"/>
        </w:rPr>
        <w:br/>
      </w:r>
      <w:r>
        <w:rPr>
          <w:lang w:eastAsia="zh-CN"/>
        </w:rPr>
        <w:t>　　生活的天平——爱与智慧;生命的天平——爱与真理。这本书虽然难懂，但我们都能从中悟出一样的道理：爱是人生的基础，爱是人生的全部!不妨听着轻音乐，捧着《飞鸟集》，想想自己是一只飞鸟，在无尽</w:t>
      </w:r>
      <w:r>
        <w:rPr>
          <w:lang w:eastAsia="zh-CN"/>
        </w:rPr>
        <w:br/>
      </w:r>
      <w:r>
        <w:rPr>
          <w:lang w:eastAsia="zh-CN"/>
        </w:rPr>
        <w:t xml:space="preserve">    《飞鸟集》七年级读书心得 篇11 </w:t>
      </w:r>
      <w:r>
        <w:rPr>
          <w:lang w:eastAsia="zh-CN"/>
        </w:rPr>
        <w:br/>
      </w:r>
      <w:r>
        <w:rPr>
          <w:lang w:eastAsia="zh-CN"/>
        </w:rPr>
        <w:t>　　夏天的飞鸟，穿透黎明前雾霭般的晨光，带过云朵的边角，沾染了森林高处树梢上的凝露，划过天空留下点点痕迹。飞鸟，永远没有栖息的理由。它沉默的瞳孔里映射着淡薄的天光，流淌着对大自然隽永的爱恋。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暴风雨后的初夏清晨，推开卧室的窗户，看到一个淡泊清新的世界。正如读了《飞鸟集》一样，似有淙淙的流水从山间飞漱而下，直流进心田，以缓慢的姿势，流出满满一腔的清新与宁静。薄暮的晨光从地平线处发散，千万缕光芒明亮了大地，恍恍惚惚间，似回到了童年无数个天真玩耍的早晨。几只飞鸟来到我的窗前，歌唱，又飞走了。</w:t>
      </w:r>
      <w:r>
        <w:rPr>
          <w:lang w:eastAsia="zh-CN"/>
        </w:rPr>
        <w:br/>
      </w:r>
      <w:r>
        <w:rPr>
          <w:lang w:eastAsia="zh-CN"/>
        </w:rPr>
        <w:t>　　我曾经历过，也曾失望过，还曾体会到死亡，于是我以我在这伟大的世界里为乐。诗中伟大的世界一直存活在泰戈尔的心中。白昼和黑夜，溪流和海洋，在那个世界里是美好的。白昼里的露珠闪着晶莹的碎光，花草互相依偎，诉说着温情。黑夜默默无闻地绽放出花朵，却让白天去接受谢意。溪流是欢快活泼的，一路横亘着的大石磨平了它的棱角。当它成为海洋便就浸染了静谧与深沉，一如海水默默时海边的暮色。它们都在给予着，以沉默的方式。它们爱着对方，爱着所有。</w:t>
      </w:r>
      <w:r>
        <w:rPr>
          <w:lang w:eastAsia="zh-CN"/>
        </w:rPr>
        <w:br/>
      </w:r>
      <w:r>
        <w:rPr>
          <w:lang w:eastAsia="zh-CN"/>
        </w:rPr>
        <w:t>　　自然是纯洁的，但它一旦有了思想，就在也不可能纯洁。《飞鸟集》中除了有明亮的清晨，温柔的黑夜，还有孤独的黄昏，飘摇的风雪。我们站在人类这一边，脑中灌满了忧思和寂寞。我们看错了世界，反而说它欺骗了我们。泰戈尔在诗中这样说。他亦是一个诗人。自由活在遥远的彼端，被束缚的灵魂浸透忧伤与孤独。不完满的过去和背叛是他挣不开的枷锁。纵使他智慧超群，看清万物本身，终抵不过一场苦心积虑的猜疑与指控。当夏天的气息漫延至每一个角落，几只飞鸟掠过，骨骼作响，声带微不可见振动，开始歌唱。渐渐的有什么东西苏醒。诗人的风，穿越海洋和森林，找寻它自己的歌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他是一个诗人，诗人爱着世界。即使这个世界仍存在着阴暗、自私、欲望、背叛与肮脏。即使只有小小的飞鸟肯为他停留，歌唱者我爱你，却已经足够让他虔诚地瞻仰整个世界，深信不疑。一如泰戈尔曾说的我相信你的爱。</w:t>
      </w:r>
      <w:r>
        <w:rPr>
          <w:lang w:eastAsia="zh-CN"/>
        </w:rPr>
        <w:br/>
      </w:r>
      <w:r>
        <w:rPr>
          <w:lang w:eastAsia="zh-CN"/>
        </w:rPr>
        <w:t xml:space="preserve">    《飞鸟集》七年级读书心得 篇12 </w:t>
      </w:r>
      <w:r>
        <w:rPr>
          <w:lang w:eastAsia="zh-CN"/>
        </w:rPr>
        <w:br/>
      </w:r>
      <w:r>
        <w:rPr>
          <w:lang w:eastAsia="zh-CN"/>
        </w:rPr>
        <w:t>　　静夜总是姗姗来迟，住着我心中最美的憧憬，静夜凝思。</w:t>
      </w:r>
      <w:r>
        <w:rPr>
          <w:lang w:eastAsia="zh-CN"/>
        </w:rPr>
        <w:br/>
      </w:r>
      <w:r>
        <w:rPr>
          <w:lang w:eastAsia="zh-CN"/>
        </w:rPr>
        <w:t>　　白天，我的心在喧嚣匆忙里浮动;浅夜，灯火和人声还在搅扰;深夜，唯有在静寂的深夜，心弦的低语才款款淌出，叙说那铭心的爱和梦想。</w:t>
      </w:r>
      <w:r>
        <w:rPr>
          <w:lang w:eastAsia="zh-CN"/>
        </w:rPr>
        <w:br/>
      </w:r>
      <w:r>
        <w:rPr>
          <w:lang w:eastAsia="zh-CN"/>
        </w:rPr>
        <w:t>　　生长在自然偏爱的乡村，我见过桃花瓣上粉红的纤纤雨脚，听过蜿蜒流长的清泉汩汩的水声，闻过和着雾霭与清露的稻香，吻过携着竹香的风的清甜。自然的馈赠是广阔无边无处不在的。只要你的心眼儿不蒙尘，你的指尖儿不僵钝，你就能看见她的笑，触摸她的泪。花儿悄悄绽放便是她天真的笑颜，雨点轻轻滑落便是她妩媚的泪痕。</w:t>
      </w:r>
      <w:r>
        <w:rPr>
          <w:lang w:eastAsia="zh-CN"/>
        </w:rPr>
        <w:br/>
      </w:r>
      <w:r>
        <w:rPr>
          <w:lang w:eastAsia="zh-CN"/>
        </w:rPr>
        <w:t>　　自然往往在微末的事物里流露她的美，热爱她的人才能洞见“一花一世界，一沙一天国”，并且对这自然恩赐的日光春雨心存感激。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失去水分的土壤会变成沙漠，不知感恩的心灵会变得荒芜。抱怨绿化带千篇一律没有自然风韵的时候，你是否想到至少那抹儿绿意不是人工涂抹的色素?叹息生活单调的时候，你是否问过自己已经多久没有抬头仰望瞬息变幻的行云?天边的云团亲吻落日的时候，你是否为它镶金的裙摆所迷醉?</w:t>
      </w:r>
      <w:r>
        <w:rPr>
          <w:lang w:eastAsia="zh-CN"/>
        </w:rPr>
        <w:br/>
      </w:r>
      <w:r>
        <w:rPr>
          <w:lang w:eastAsia="zh-CN"/>
        </w:rPr>
        <w:t>　　自然的爱是平凡的，我们可以轻易地得到她;自然的爱又是珍贵的，她已经伤痕累累，需要我们满怀感恩和敬畏去珍惜她。我们往往在发现自然的时候，捕捉到内心的感动，了悟美的真谛。</w:t>
      </w:r>
      <w:r>
        <w:rPr>
          <w:lang w:eastAsia="zh-CN"/>
        </w:rPr>
        <w:br/>
      </w:r>
      <w:r>
        <w:rPr>
          <w:lang w:eastAsia="zh-CN"/>
        </w:rPr>
        <w:t>　　人间的温情常常有向我们显示世界和照见自我的魔力。如果没有人间彼此的关爱，世界冰冷而干涸，我们要坚持理想多么难?然而，有时候，一点温暖的星火也能重新点燃希望，一滴甘甜的清露就足以坚定寻找绿洲的信念，激励我们走得更远。这股魔力的神奇光芒普照人心，照亮了灵魂的坎坷，恰如阳光照亮了大地的坎坷。</w:t>
      </w:r>
      <w:r>
        <w:rPr>
          <w:lang w:eastAsia="zh-CN"/>
        </w:rPr>
        <w:br/>
      </w:r>
      <w:r>
        <w:rPr>
          <w:lang w:eastAsia="zh-CN"/>
        </w:rPr>
        <w:t>　　只有实现了梦想，我的心才在这梦的光芒的关照下得到了安宁，在深沉的爱中，满怀感激，渐渐睡熟了。</w:t>
      </w:r>
      <w:r>
        <w:rPr>
          <w:lang w:eastAsia="zh-CN"/>
        </w:rPr>
        <w:br/>
      </w:r>
      <w:r>
        <w:rPr>
          <w:lang w:eastAsia="zh-CN"/>
        </w:rPr>
        <w:t>　　夜愈幽深了，天籁与人籁同归于静默，自然与人间的梦交融，交融。</w:t>
      </w:r>
      <w:r>
        <w:rPr>
          <w:lang w:eastAsia="zh-CN"/>
        </w:rPr>
        <w:br/>
      </w:r>
      <w:r>
        <w:rPr>
          <w:lang w:eastAsia="zh-CN"/>
        </w:rPr>
        <w:t xml:space="preserve">    《飞鸟集》七年级读书心得 篇13 </w:t>
      </w:r>
      <w:r>
        <w:rPr>
          <w:lang w:eastAsia="zh-CN"/>
        </w:rPr>
        <w:br/>
      </w:r>
      <w:r>
        <w:rPr>
          <w:lang w:eastAsia="zh-CN"/>
        </w:rPr>
        <w:t>　　《飞鸟集》是印度诗圣、亚洲第一个诺贝尔文学奖获得者泰戈尔的一部哲理小诗的诗集，这部诗集包括了300余首清丽的小诗。</w:t>
      </w:r>
      <w:r>
        <w:rPr>
          <w:lang w:eastAsia="zh-CN"/>
        </w:rPr>
        <w:br/>
      </w:r>
      <w:r>
        <w:rPr>
          <w:lang w:eastAsia="zh-CN"/>
        </w:rPr>
        <w:t>　　白昼、黑夜、海洋、自由和和平，都在泰戈尔的笔下二和为一，短小的诗句道出了深刻的人生哲理，引领世人探寻真理和智慧的源泉。</w:t>
      </w:r>
      <w:r>
        <w:rPr>
          <w:lang w:eastAsia="zh-CN"/>
        </w:rPr>
        <w:br/>
      </w:r>
      <w:r>
        <w:rPr>
          <w:lang w:eastAsia="zh-CN"/>
        </w:rPr>
        <w:t>　　阅读此书，如同在暴风雨过后的初夏清晨，推开卧室的窗户，看到一个淡泊清透的世界，一切都是那样清新、亮丽……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泰戈尔这本书里的散文诗，宁静恬远，充满了哲学的韵味，让我体会到了人间的善与恶，更让我学会了许多做人的道理，而着本书，真是世界文学宝库里一颗璀璨的宝石!</w:t>
      </w:r>
      <w:r>
        <w:rPr>
          <w:lang w:eastAsia="zh-CN"/>
        </w:rPr>
        <w:br/>
      </w:r>
      <w:r>
        <w:rPr>
          <w:lang w:eastAsia="zh-CN"/>
        </w:rPr>
        <w:t xml:space="preserve">    《飞鸟集》七年级读书心得 篇14 </w:t>
      </w:r>
      <w:r>
        <w:rPr>
          <w:lang w:eastAsia="zh-CN"/>
        </w:rPr>
        <w:br/>
      </w:r>
      <w:r>
        <w:rPr>
          <w:lang w:eastAsia="zh-CN"/>
        </w:rPr>
        <w:t>　　是谁陪我观看前庭花开花落，天上云卷云舒?是谁伴我走过春华秋实，日落东升?又是谁帮我识别阴晴冷暖，善恶美丑?是你，如歌的书籍!</w:t>
      </w:r>
      <w:r>
        <w:rPr>
          <w:lang w:eastAsia="zh-CN"/>
        </w:rPr>
        <w:br/>
      </w:r>
      <w:r>
        <w:rPr>
          <w:lang w:eastAsia="zh-CN"/>
        </w:rPr>
        <w:t>　　秋风渐瘦。秋天的飞鸟，落在我的肩膀上，我静静地沉浸在恬静的世界里。</w:t>
      </w:r>
      <w:r>
        <w:rPr>
          <w:lang w:eastAsia="zh-CN"/>
        </w:rPr>
        <w:br/>
      </w:r>
      <w:r>
        <w:rPr>
          <w:lang w:eastAsia="zh-CN"/>
        </w:rPr>
        <w:t>　　九月的枫叶正红，此时读书兴趣正浓。我手里随时捧着本书，到车站搭车，却遇到交通堵塞，之后车又久等不来。我心里感到急躁，这漫长的等待该如何度过?就在此时，我瞥见手里这本印度作家泰戈尔的诗集，便随手翻开，旁若无人。</w:t>
      </w:r>
      <w:r>
        <w:rPr>
          <w:lang w:eastAsia="zh-CN"/>
        </w:rPr>
        <w:br/>
      </w:r>
      <w:r>
        <w:rPr>
          <w:lang w:eastAsia="zh-CN"/>
        </w:rPr>
        <w:t>　　《飞鸟集》就使我在拥挤喧闹的公共汽车上拥有一个较为安祥的世界。在森林公园有成群的鸟的欢快地嬉戏，有的在低吟浅唱着，有的在窃窃私语着。看想它们，我想：小鸟们在属于各自的天地里找到自己的快乐，谁说人不能读懂小鸟的心情?想着想着，我的目光拉了回来，便停留在那页被风掀起的书页当你因失去太阳而流泪，那么你也将失去群星海水呀，你说的是什么?是永恒的疑问。天空呀，你回答的话是什么?是永恒的浑&amp;&amp;&amp;&amp;&amp;&amp;突然，一股灵动而隽永的细流缓缓流过我的心田。于是我迫不及待地读下去，我忘记了烦躁，忘记了来这的目的，忘记了周围的喧闹&amp;&amp;&amp;&amp;&amp;&amp;等我抬头，发现人群渐散，而我也错过了好几趟车，不这这已不再重要了。</w:t>
      </w:r>
      <w:r>
        <w:rPr>
          <w:lang w:eastAsia="zh-CN"/>
        </w:rPr>
        <w:br/>
      </w:r>
    </w:p>
    <w:p w:rsidR="001B1F19" w14:textId="27C3F48A">
      <w:pPr>
        <w:rPr>
          <w:rFonts w:hint="eastAsia"/>
          <w:lang w:eastAsia="zh-CN"/>
        </w:rPr>
      </w:pPr>
      <w:r>
        <w:rPr>
          <w:lang w:eastAsia="zh-CN"/>
        </w:rPr>
        <w:t>　　掩卷。回家。</w:t>
      </w:r>
      <w:r>
        <w:rPr>
          <w:lang w:eastAsia="zh-CN"/>
        </w:rPr>
        <w:br/>
      </w:r>
      <w:r>
        <w:rPr>
          <w:lang w:eastAsia="zh-CN"/>
        </w:rPr>
        <w:t>　　午后的阳光缓缓流动，我独坐窗台，一只玲珑的鸟正落在窗棂上。我想鸟的翅膀是用来飞翔的，那人的翅膀呢?我想应该是有的，只不过人为了美观，拥有的是隐形的翅膀。</w:t>
      </w:r>
      <w:r>
        <w:rPr>
          <w:lang w:eastAsia="zh-CN"/>
        </w:rPr>
        <w:br/>
      </w:r>
      <w:r>
        <w:rPr>
          <w:lang w:eastAsia="zh-CN"/>
        </w:rPr>
        <w:t>　　展卷。淡淡的油墨香扑鼻而来，原来这就是书香啊!午后的风拂过书页，我听到了遥远的理想国度里伟大的诗人那激情高亢的声音：</w:t>
      </w:r>
      <w:r>
        <w:rPr>
          <w:lang w:eastAsia="zh-CN"/>
        </w:rPr>
        <w:br/>
      </w:r>
      <w:r>
        <w:rPr>
          <w:lang w:eastAsia="zh-CN"/>
        </w:rPr>
        <w:t>　　使生如夏花之绚烂，死如秋之静美。这是我们应该努力达到的人生境界;</w:t>
      </w:r>
      <w:r>
        <w:rPr>
          <w:lang w:eastAsia="zh-CN"/>
        </w:rPr>
        <w:br/>
      </w:r>
      <w:r>
        <w:rPr>
          <w:lang w:eastAsia="zh-CN"/>
        </w:rPr>
        <w:t>　　河岸对河流说道：我不能留住你的波浪，那让我保存你的足迹的在我心里吧!这是我们对过往人事的真情流露。</w:t>
      </w:r>
      <w:r>
        <w:rPr>
          <w:lang w:eastAsia="zh-CN"/>
        </w:rPr>
        <w:br/>
      </w:r>
      <w:r>
        <w:rPr>
          <w:lang w:eastAsia="zh-CN"/>
        </w:rPr>
        <w:t>　　轻盈地翻过又一页书页，秋天的黄叶正随风飘落，它们飞动着双翼，飞向远方，那些声音在我耳边回响着。</w:t>
      </w:r>
      <w:r>
        <w:rPr>
          <w:lang w:eastAsia="zh-CN"/>
        </w:rPr>
        <w:br/>
      </w:r>
      <w:r>
        <w:rPr>
          <w:lang w:eastAsia="zh-CN"/>
        </w:rPr>
        <w:t>　　我静悄悄地聆听书中美妙的声音!</w:t>
      </w:r>
      <w:r>
        <w:rPr>
          <w:lang w:eastAsia="zh-CN"/>
        </w:rPr>
        <w:br/>
      </w:r>
      <w:r>
        <w:rPr>
          <w:lang w:eastAsia="zh-CN"/>
        </w:rPr>
        <w:t xml:space="preserve">    《飞鸟集》七年级读书心得 篇15 </w:t>
      </w:r>
      <w:r>
        <w:rPr>
          <w:lang w:eastAsia="zh-CN"/>
        </w:rPr>
        <w:br/>
      </w:r>
      <w:r>
        <w:rPr>
          <w:lang w:eastAsia="zh-CN"/>
        </w:rPr>
        <w:t>　　在这清静透明的夏天里，我读完了一本安静完美的书——《飞鸟集》。</w:t>
      </w:r>
      <w:r>
        <w:rPr>
          <w:lang w:eastAsia="zh-CN"/>
        </w:rPr>
        <w:br/>
      </w:r>
      <w:r>
        <w:rPr>
          <w:lang w:eastAsia="zh-CN"/>
        </w:rPr>
        <w:t>　　《飞鸟集》由325句诗组成，句句短小精悍，有的甚至只有一行，却无不透出深刻的人生哲理或闲静惬意的文采。它很薄，薄得能够随意塞进哪个旅行包，却使我们能无时不刻地享受到它带给我们的恬淡甘霖。</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https://d.book118.com/857011116051006042</w:t>
        </w:r>
      </w:hyperlink>
    </w:p>
    <w:p w:rsidR="001B1F19">
      <w:pPr>
        <w:rPr>
          <w:rFonts w:hint="eastAsia"/>
          <w:lang w:eastAsia="zh-CN"/>
        </w:rPr>
      </w:pPr>
    </w:p>
    <w:sectPr>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57011116051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