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幼儿园中班班主任工作总结集合（32篇）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幼儿园中班班主任工作总结集合（精选32篇）</w:t>
      </w:r>
      <w:r>
        <w:rPr>
          <w:lang w:eastAsia="zh-CN"/>
        </w:rPr>
        <w:br/>
      </w:r>
      <w:r>
        <w:rPr>
          <w:lang w:eastAsia="zh-CN"/>
        </w:rPr>
        <w:t xml:space="preserve">    幼儿园中班班主任工作总结集合 篇1 </w:t>
      </w:r>
      <w:r>
        <w:rPr>
          <w:lang w:eastAsia="zh-CN"/>
        </w:rPr>
        <w:br/>
      </w:r>
      <w:r>
        <w:rPr>
          <w:lang w:eastAsia="zh-CN"/>
        </w:rPr>
        <w:t>　　回顾这一学期所做的工作，在老师和全班幼儿及其家长的共同努力下，各方面都有了一定程度的进步和提高。现就本学期的班级工作开展的具体情况总结如下：</w:t>
      </w:r>
      <w:r>
        <w:rPr>
          <w:lang w:eastAsia="zh-CN"/>
        </w:rPr>
        <w:br/>
      </w:r>
      <w:r>
        <w:rPr>
          <w:lang w:eastAsia="zh-CN"/>
        </w:rPr>
        <w:t>　　一、教育教学方面</w:t>
      </w:r>
      <w:r>
        <w:rPr>
          <w:lang w:eastAsia="zh-CN"/>
        </w:rPr>
        <w:br/>
      </w:r>
      <w:r>
        <w:rPr>
          <w:lang w:eastAsia="zh-CN"/>
        </w:rPr>
        <w:t>　　1、主题活动的实施：本学期我们依据《幼儿园教育指导纲要》的要求，认真对照本班幼儿的年龄特点与幼儿的兴趣进行分析，结合新世纪主题探究课程，开展了《草儿绿，树儿高》、《我自己》、《我们生活的地方》、《来来往往》等主题活动。在新《纲要》指导下，我们将新的教育理念融入课程设置中，将各领域的活动有机地整合，相互渗透，注重趣味性、活动性，寓教育于生活、学习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主题“草儿绿，树儿高”中，教师和幼儿一起到户外寻找春天，随着季节的变化，孩子们发现了春天的花，春天的树、春天的小动物，发现柳树发芽了，小草长绿了，小蝌蚪出来了，有的小朋友还将小蝌蚪带到幼儿园，于是大家一起饲养小动物，并在老师的指导下学习记录小动物的成长过程，我们还充分利用家长资源，让家长与幼儿一起填写“我对春天知多少”的调查表，加深了幼儿对春天的理解，孩子们通过看、说、画、做等各项活动真正感受到春天的美丽。</w:t>
      </w:r>
      <w:r>
        <w:rPr>
          <w:lang w:eastAsia="zh-CN"/>
        </w:rPr>
        <w:br/>
      </w:r>
      <w:r>
        <w:rPr>
          <w:lang w:eastAsia="zh-CN"/>
        </w:rPr>
        <w:t>　　2、结合主题活动开展区域游戏。我们根据幼儿的年龄特点和主题活动，与中三班共同创设了“小小探究室”、“我爱小动物”、“欢乐舞台”“小手真能干”“我和数字做游戏”“小豆豆长大了”等8个区域，并在区域活动有计划有步骤地提供材料，对幼儿进行阶段性、针对性地观察指导、为幼儿提供丰富有效的材料，引导幼儿在自由、宽松的气氛中主动探索、学习。例如：结合主题活动《草儿绿，树儿高》，我们让幼儿收集各种各样的花草，带领制作植物标本；结合季节，教师与幼儿一起种植大蒜、葱、绿豆、黄豆等植物，并根据中班幼儿的特点，引导幼儿观察、记录黄豆与绿豆的生长过程，为幼儿的探索活动提供了帮助。结合《我自己》主题活动，我们在手工区提供纸杯、纸盘、彩色皱纹纸、剪刀、橡皮泥和吸管，引导幼儿用自己喜欢的方式绘画制作小玩偶。既丰富了主题活动又使幼儿得到全面的发展。</w:t>
      </w:r>
      <w:r>
        <w:rPr>
          <w:lang w:eastAsia="zh-CN"/>
        </w:rPr>
        <w:br/>
      </w:r>
      <w:r>
        <w:rPr>
          <w:lang w:eastAsia="zh-CN"/>
        </w:rPr>
        <w:t>　　3、学校开辟了HappyKid英语课程，我们通过课堂热身，英语动画录像，各种教学道具，及英语游戏活跃课堂。使大部分幼儿的单词，句子都掌握的较好，幼儿在教师的帮助下能较好的学习简单的英语歌曲。</w:t>
      </w:r>
      <w:r>
        <w:rPr>
          <w:lang w:eastAsia="zh-CN"/>
        </w:rPr>
        <w:br/>
      </w:r>
      <w:r>
        <w:rPr>
          <w:lang w:eastAsia="zh-CN"/>
        </w:rPr>
        <w:t>　　二、生活护理及常规教育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1、生活护理：幼儿园工作中，教育孩子的工作固然重要，但保育工作也不能忽视。只有一个干净的环境，孩子有一个健康的身体，才能愉快地学习和生活。所以，我班教师在注意了教育教学工作的同时更</w:t>
      </w:r>
      <w:r>
        <w:rPr>
          <w:lang w:eastAsia="zh-CN"/>
        </w:rPr>
        <w:br/>
      </w:r>
      <w:r>
        <w:rPr>
          <w:lang w:eastAsia="zh-CN"/>
        </w:rPr>
        <w:t>　　注意了保育工作的落实，严格按照安全、卫生制度，每天坚持教室的通风及室内外环境的清洁，定时消毒。在4,5月份，因为我班有个别幼儿出热性流行性感冒，所以除了每天给玩具、桌椅消毒外，我们也会每天及时清洗幼儿毛巾，仔细观察班上幼儿情况，及时测量体温，发现有体温变化，及时通知家长。</w:t>
      </w:r>
      <w:r>
        <w:rPr>
          <w:lang w:eastAsia="zh-CN"/>
        </w:rPr>
        <w:br/>
      </w:r>
      <w:r>
        <w:rPr>
          <w:lang w:eastAsia="zh-CN"/>
        </w:rPr>
        <w:t>　　对于个别体弱的幼儿，我们在生活上也给予较特殊的照顾，经常留心他们在进餐、午睡时的表现，户外活动中也特别关心他们的冷暖，提醒他们多喝水，及时给孩子更换汗湿的衣服，我班的小朋友都带了衣服，我们总是耐心地为幼儿更换，使家长放心。</w:t>
      </w:r>
      <w:r>
        <w:rPr>
          <w:lang w:eastAsia="zh-CN"/>
        </w:rPr>
        <w:br/>
      </w:r>
      <w:r>
        <w:rPr>
          <w:lang w:eastAsia="zh-CN"/>
        </w:rPr>
        <w:t>　　2、常规管理。幼儿升入中班后觉得自己长大了，不再是幼儿园的小弟弟、小妹妹了，我们抓住幼儿渴望长大的契机，加强常规管理，培养幼儿良好的`进餐、盥洗、午睡等习惯，并在一日生活各环节中加强观察与指导，积极鼓励幼儿学做自己的事。大多数幼儿会在老师的指导下独立地有顺序地穿脱衣服，正确使用筷子进餐，有的孩子们在老师与家长的鼓励下，还帮助班级做好事，幼儿的劳动意识增强了，独立能力也提高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为要使孩子有一个良好的身体，我们还注重加强各项锻炼活动，鼓励幼儿早入园进行早锻炼工作。坚持每天不少于2小时的户外活动，其中体育活动一小时，并注意丰富户外活动的内容。重视幼儿参加体育活动的兴趣和学习习惯的培养。今年体检，我班的三率达标情况良好。</w:t>
      </w:r>
      <w:r>
        <w:rPr>
          <w:lang w:eastAsia="zh-CN"/>
        </w:rPr>
        <w:br/>
      </w:r>
      <w:r>
        <w:rPr>
          <w:lang w:eastAsia="zh-CN"/>
        </w:rPr>
        <w:t>　　三、家长工作《纲要》明确指出：“家庭是幼儿园重要的合作伙伴。</w:t>
      </w:r>
      <w:r>
        <w:rPr>
          <w:lang w:eastAsia="zh-CN"/>
        </w:rPr>
        <w:br/>
      </w:r>
      <w:r>
        <w:rPr>
          <w:lang w:eastAsia="zh-CN"/>
        </w:rPr>
        <w:t>　　应本着尊重、平等、合作的原则，争取家长的理解、支持和主动参与，并积极支持、帮助家长提高教育能力。”本着这样的指导思想，我们在家园联系工作中，注重与家长的沟通和理解，及时将我们的教育理念传递给家长。两周分发一次家园联系单，让家长了解幼儿在学校的学习情况，并请家长填写意见与建议；与家长共同探讨幼儿教育的经验，拉近我们与家长之间的距离。此外我们利用早晚家长接送孩子的时间，家长园地栏，与家长进行交流沟通，对于个别特殊的孩子，我们还电话与家长共同商讨对策。在主题活动实施期间，我们利用家长园地及时向家长介绍主题活动的目标和一些主要的活动，使每位家长了解班级正在开展的活动。</w:t>
      </w:r>
      <w:r>
        <w:rPr>
          <w:lang w:eastAsia="zh-CN"/>
        </w:rPr>
        <w:br/>
      </w:r>
      <w:r>
        <w:rPr>
          <w:lang w:eastAsia="zh-CN"/>
        </w:rPr>
        <w:t>　　在家长的大力支持与配合下，使我班的主题活动得以顺利有效的开展。“六一”活动期间，我们班也积极参加了园举办的文艺汇演，配合园“六一文艺汇演”举办圆满成功。邀请家长参加幼儿的活动，加强了家长的参与和互动，真正做到让家长放心、满意。</w:t>
      </w:r>
      <w:r>
        <w:rPr>
          <w:lang w:eastAsia="zh-CN"/>
        </w:rPr>
        <w:br/>
      </w:r>
      <w:r>
        <w:rPr>
          <w:lang w:eastAsia="zh-CN"/>
        </w:rPr>
        <w:t>　　四、个别幼儿的教养工作与成效。</w:t>
      </w:r>
      <w:r>
        <w:rPr>
          <w:lang w:eastAsia="zh-CN"/>
        </w:rPr>
        <w:br/>
      </w:r>
      <w:r>
        <w:rPr>
          <w:lang w:eastAsia="zh-CN"/>
        </w:rPr>
        <w:t>　　每个班级都会有特殊的幼儿，我班也不例外，姚再波是个卫生习惯和行为习惯都很差的孩子，因为他总是喜欢吵闹，到处乱跑，在学习时影响他人，遇到什么事总说不会，依赖性很强。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我们针对幼儿情况采取了一定的措施，刚开始，我们总是采取批评教育的方法，并与家长联系，将幼儿这种坏习惯告诉家长，希望家长多多教育，可这种方法收效甚微，后来，我发现他很想得到小红花，于是利用午睡表现好的情况，及时表扬了他，并奖励他小红花，他很高兴，整个下午都很守纪律，以后，我们改变教育方式，总是借机会表扬他，鼓励他，慢慢地，张祯林变了，变得很听话，除了进餐、午睡表现好外，他还学着画画，上课也认真了，这在以前想都不敢想，我们两位老师都很高兴。另外，我班有两个小朋友性格很内向，我们也针对幼儿情况多给幼儿交往与说话的机会，使幼儿有了明显的进步。</w:t>
      </w:r>
      <w:r>
        <w:rPr>
          <w:lang w:eastAsia="zh-CN"/>
        </w:rPr>
        <w:br/>
      </w:r>
      <w:r>
        <w:rPr>
          <w:lang w:eastAsia="zh-CN"/>
        </w:rPr>
        <w:t>　　五、存在不足与努力方向</w:t>
      </w:r>
      <w:r>
        <w:rPr>
          <w:lang w:eastAsia="zh-CN"/>
        </w:rPr>
        <w:br/>
      </w:r>
      <w:r>
        <w:rPr>
          <w:lang w:eastAsia="zh-CN"/>
        </w:rPr>
        <w:t>　　虽然我们的教养工作取得了一定的成绩，也得到了家长的好评，但也存在不足，需要我们进一步努力。</w:t>
      </w:r>
      <w:r>
        <w:rPr>
          <w:lang w:eastAsia="zh-CN"/>
        </w:rPr>
        <w:br/>
      </w:r>
      <w:r>
        <w:rPr>
          <w:lang w:eastAsia="zh-CN"/>
        </w:rPr>
        <w:t>　　1、个别幼儿有挑食现象，一些幼儿进餐注意力不集中，速度慢，进餐习惯还有待改善。</w:t>
      </w:r>
      <w:r>
        <w:rPr>
          <w:lang w:eastAsia="zh-CN"/>
        </w:rPr>
        <w:br/>
      </w:r>
      <w:r>
        <w:rPr>
          <w:lang w:eastAsia="zh-CN"/>
        </w:rPr>
        <w:t>　　2、要加强幼儿学习习惯的培养，鼓励幼儿大胆发言，认真倾听，培养幼儿良好的阅读习惯。</w:t>
      </w:r>
      <w:r>
        <w:rPr>
          <w:lang w:eastAsia="zh-CN"/>
        </w:rPr>
        <w:br/>
      </w:r>
      <w:r>
        <w:rPr>
          <w:lang w:eastAsia="zh-CN"/>
        </w:rPr>
        <w:t>　　3、多数幼儿绘画能力及动作协调能力差，在以后的教学工作中将多利用课余时间训练幼儿的绘画能力，积极开展各类体育训练幼儿动作的协调性。尊重和承认幼儿个体间存在差异，善于分析班级幼儿的个体差异，加强对特殊幼儿的观察与指导，培养幼儿“自我管理”的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4、参加社区活动做得还不够。在新的学期中，我班将认真反思自己工作中的不足，确定努力方向，继续发扬团结合作精神，加强理论学习。</w:t>
      </w:r>
      <w:r>
        <w:rPr>
          <w:lang w:eastAsia="zh-CN"/>
        </w:rPr>
        <w:br/>
      </w:r>
      <w:r>
        <w:rPr>
          <w:lang w:eastAsia="zh-CN"/>
        </w:rPr>
        <w:t xml:space="preserve">    幼儿园中班班主任工作总结集合 篇2 </w:t>
      </w:r>
      <w:r>
        <w:rPr>
          <w:lang w:eastAsia="zh-CN"/>
        </w:rPr>
        <w:br/>
      </w:r>
      <w:r>
        <w:rPr>
          <w:lang w:eastAsia="zh-CN"/>
        </w:rPr>
        <w:t>　　“日出而作，日落而息”这或许是农夫的写照。而对于教师，特别是幼儿园教师的写照，那便是“日出而作，日落而不息”。工作至今，使我慢慢懂得了“累”字的内涵，懂得了“爱”字的结构，懂得了该怎样去教我的孩子。身为班主任的我们肩负着责无旁贷的重任。一年下来自己在班主任工作中有了点滴收获，现做一简朴的小结，成功的做法愿跟老师们共勉，不足的地方也希望各位班主任能出谋献策，让我们的孩子都能胜在起跑线上。</w:t>
      </w:r>
      <w:r>
        <w:rPr>
          <w:lang w:eastAsia="zh-CN"/>
        </w:rPr>
        <w:br/>
      </w:r>
      <w:r>
        <w:rPr>
          <w:lang w:eastAsia="zh-CN"/>
        </w:rPr>
        <w:t>　　一、意培养幼儿的自理能力，以提高孩子的自我服务水平。</w:t>
      </w:r>
      <w:r>
        <w:rPr>
          <w:lang w:eastAsia="zh-CN"/>
        </w:rPr>
        <w:br/>
      </w:r>
      <w:r>
        <w:rPr>
          <w:lang w:eastAsia="zh-CN"/>
        </w:rPr>
        <w:t>　　幼儿生活自理能力是孩子独立性发展的第一步，由于现代家庭的特别环境，使得不少幼儿失去了发展自理能力的机会，在幼儿园主要表现为：一顿饭吃完后满桌都是饭菜；洗手草草了事，有的洗下来后身上、袖口、地上都是水；玩具玩好乱堆放，弄得满地都是等等。只有以培养幼儿的自理能力为基础，才能让他们在幼儿园愉快地开展一日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培养自理能力时，对幼儿在不同阶段应作出不同的要求。如在指导幼儿洗手时，对于中班的孩子则要求他们能将袖子卷好，按顺序、正确的洗手，能保持盥洗室地面无水。有些自我服务的内容对幼儿来说比较难把握，也挺枯燥假如只是一味地灌输应该怎样怎样做，逼真孩子一次一次练，这种效果一定没有提高孩子爱好，引导他们自发的去练习见效的快。例如，看似一个简朴的系鞋带动作，孩子们系鞋带时要么打了许多死结，要么索性不系，拖着鞋带到处走。后来一想，何不编个小儿歌，让孩子边念，边学着系鞋带。于是就教孩子们念起了：“两个好朋友见面握握手，变成两圆圈，再来握握手。”的系鞋带儿歌，小朋友们十分乐意的接受了。当然培养幼儿良好的自理能力需要贯彻到幼儿园的一日生活、活动当中。</w:t>
      </w:r>
      <w:r>
        <w:rPr>
          <w:lang w:eastAsia="zh-CN"/>
        </w:rPr>
        <w:br/>
      </w:r>
      <w:r>
        <w:rPr>
          <w:lang w:eastAsia="zh-CN"/>
        </w:rPr>
        <w:t>　　二、加强德育教育，引导幼儿养成良好的行为观念及习惯。</w:t>
      </w:r>
      <w:r>
        <w:rPr>
          <w:lang w:eastAsia="zh-CN"/>
        </w:rPr>
        <w:br/>
      </w:r>
      <w:r>
        <w:rPr>
          <w:lang w:eastAsia="zh-CN"/>
        </w:rPr>
        <w:t>　　幼儿的行为，充分反映了他们参与社会交往，适应四周世界的能力，对幼儿进行德育教育，对培养幼儿养成良好的行为习惯，对其身心发育和成长有着重要而长远的影响。</w:t>
      </w:r>
      <w:r>
        <w:rPr>
          <w:lang w:eastAsia="zh-CN"/>
        </w:rPr>
        <w:br/>
      </w:r>
      <w:r>
        <w:rPr>
          <w:lang w:eastAsia="zh-CN"/>
        </w:rPr>
        <w:t>　　俗话说“榜样的力量是无穷的.”，特别对正处在成长期的幼儿，教师的表率作用对他们具有至关重要的意义，可以说，教师在工作和生活中的一言一行都会对幼儿产生潜移默化的影响。人们经常会在家里或幼儿园里听到孩子们说：“我们老师就是这网样做的。”可见，幼儿观察是何等的细致。这些都对我提出了更高的要求，作为一名教师，在平时一定要做到事事严于律己，要求孩子做到的自己首先要做到，平时也要注意经常检查自己，一旦发现自己做错了的时候，要敢于在孩子们面前承认错误，这一点，对幼儿的教育意义是非常重要的。</w:t>
      </w:r>
      <w:r>
        <w:rPr>
          <w:lang w:eastAsia="zh-CN"/>
        </w:rPr>
        <w:br/>
      </w:r>
      <w:r>
        <w:rPr>
          <w:lang w:eastAsia="zh-CN"/>
        </w:rPr>
        <w:t xml:space="preserve">    幼儿园中班班主任工作总结集合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和孩子们在一起的生活总是那样令人回味，他们的纯真与质朴常会唤醒我的童心，使我能用童心去理解他们，走进他们的世界。工作至今，使我慢慢懂得了累字的内涵，懂得了爱字的结构，懂得了该怎样去教我的孩子。身为班主任的我肩负着责无旁贷的重任。现对这学期的班主任工作做一简单的小结：</w:t>
      </w:r>
      <w:r>
        <w:rPr>
          <w:lang w:eastAsia="zh-CN"/>
        </w:rPr>
        <w:br/>
      </w:r>
      <w:r>
        <w:rPr>
          <w:lang w:eastAsia="zh-CN"/>
        </w:rPr>
        <w:t>　　本学期的工作即将圆满的完成，借着这次发言的机会，首先，我要感谢在坐的领导对我的引领和指导，使我处处感受到集体的温暖，在班主任工作这方面有了更大的进步，其次，我要感谢和我配班的老师，我们一直相处的很融洽，从来不会因此个人的是事情而耽误班级的工作，以集体利益为重，用我们的爱心、细心、耐心来呵护每个孩子。</w:t>
      </w:r>
      <w:r>
        <w:rPr>
          <w:lang w:eastAsia="zh-CN"/>
        </w:rPr>
        <w:br/>
      </w:r>
      <w:r>
        <w:rPr>
          <w:lang w:eastAsia="zh-CN"/>
        </w:rPr>
        <w:t>　　自踏入教育这个岗位以来，我始终以勤勤恳恳、踏踏实实的态度来对待我的工作，以师德规范自己的教育教学工作，以当一名好老师作为自己工作的座右铭,以更高的标准来要求自己，作为一名班主任，我时时不忘自己是班级中的领头人，服从领导的安排和指导，加强学习，提高思想觉悟，通过各方面的学习不断完善自己。因此，平时严格要求自己，以自己的言行感染幼儿，成为孩子们的好朋友、好老师。</w:t>
      </w:r>
      <w:r>
        <w:rPr>
          <w:lang w:eastAsia="zh-CN"/>
        </w:rPr>
        <w:br/>
      </w:r>
      <w:r>
        <w:rPr>
          <w:lang w:eastAsia="zh-CN"/>
        </w:rPr>
        <w:t>　　一、以身作则：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为人师表作为一位班主任，对于班级管理是非常重要的，一个班级的好与坏直接会关系到孩子的发展情况，我觉得对于幼儿园的孩子来说行为习惯的培养是非常重要的，也是我们工作的重点。幼儿的行为，充分反映了他们参与社会交往，适应周围世界的能力，对培养幼儿养成良好的行为习惯，对其身心发育和成长有着重要而长远的影响。俗话说榜样的力量是无穷的，特别对正处在成长期的幼儿，教师的表率作用对他们具有至关重要的意义，可以说，教师在工作和生活中的一言一行都会对幼儿产生潜移默化的影响。人们常常会在家里或幼儿园里听到孩子们说：我们老师就是这样做的。或者老师教我们这样做的。可见，幼儿观察是何等的细致。这些都对我提出了更高的要求，教师的一举一动、一言一行都直接对孩子起着潜移默化的作用。古今中外的教育家无不强调身教胜于言教，要求孩子做到的，教师首先做到，而且要做的更好，更具有示范性，在无形之中为孩子树立榜样。一旦发现自己做错了的时候，要敢于在孩子们面前承认错误，这一点，对幼儿的教育意义是非常重要的。还有就是班级人员的教育方法要一致，并且要持之以恒的抓好，这样才会更加有效、教师互相配合，使班级工作顺利进行。</w:t>
      </w:r>
      <w:r>
        <w:rPr>
          <w:lang w:eastAsia="zh-CN"/>
        </w:rPr>
        <w:br/>
      </w:r>
      <w:r>
        <w:rPr>
          <w:lang w:eastAsia="zh-CN"/>
        </w:rPr>
        <w:t>　　二、一视同仁：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用心爱孩子师爱是最神圣的，其神圣之处在于它有很强的原则性和崇高的使命感。教师要做到爱而有度，严而有格。每个班中总有几个比较特殊或的调皮的孩子，对于这样的孩子我觉得采取个别教育是非常有必要的，针对个别幼儿的情况，加强个别教育，像我们班的张文龙、伍星琦等小朋友，是一些比较特殊的孩子们，他们每天经常跟我们唱反调，经常乱发脾气，我们出去玩他们就要呆在教室里，我们回来他们要出去玩，上课不让他们说话他们偏乱七八糟不知道在说些什么，但请他们说的时候又说不上来了，放学妈妈来接他回家，他还一个劲的说不回家，等等比较反常的现象，你怎么跟他们说也说不通，有时表现的特别严重，有时又很乖了，真的让我们琢磨不透啊!我们也与家长进行了多次沟通，多次电访，尝试过许多的教育方法，终于工夫不负有心人，现在进步了许多，但是还有待进一步的提高，还有我们班的小朋友，都是外地的，平时家长忙不太管孩子或由爷爷奶奶代管，在家任孩子自由乱跑，想干吗就干吗，比较溺爱。家长的教育方法也比较特殊，孩子不乖了除了打还是打，这样一来对孩子的心理压力也很大，于是我们本学期跟家长交谈一些教育孩子的方法，现在家长基本上不打孩子了，在家园的共同配合下，孩子也有了很大的进步，相信只要我们持之以恒的坚持，我也有信心把这些调皮捣蛋的孩子教育好。</w:t>
      </w:r>
      <w:r>
        <w:rPr>
          <w:lang w:eastAsia="zh-CN"/>
        </w:rPr>
        <w:br/>
      </w:r>
      <w:r>
        <w:rPr>
          <w:lang w:eastAsia="zh-CN"/>
        </w:rPr>
        <w:t>　　三、立足于教学，使幼儿有所得：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教学工作上时常不放松，认真备好每一节课，在备课中,认真研究教材，力求准确把握重难点，把活动中需要的教具和一些材料都能充分的准备好，确保每一个活动都能让幼儿有所得。通过一系列的活动我班的幼儿在各方面都有了明显的进步，特别是新生小朋友，一开始他们作业一点都不会做，后来每次作业我们老师轮流对他们进行个别指导，现在有了明显的进步。根据本班的实际情况，有效地收集、制作了各种游戏材料和教玩具，并根据主题内容变换环境内容，并且针对季节的变化和主题的更换，在投放材料方面我们也做了相应的更换，让每个幼儿都能接触不同的活动内容，在宽松、愉快的环境中学到知识。在语言方面：我们充分利用并要求孩子说好一句完整的话，并且针对家长们的意见并结合我班的实际情况，我们班推出了幼儿讲故事、念儿歌等等活动，大大提高了我班幼儿的语言表达能力，得到了家长们的好评和关注。经过半年的学习，现在我们班的好多小朋友都能把儿歌念的很顺很准，还有像我们的周思睿、冯创鸿、李豪、曾宇轩等几个小朋友在语言发展方面比较出跳，语言能力有了很大的提高。</w:t>
      </w:r>
      <w:r>
        <w:rPr>
          <w:lang w:eastAsia="zh-CN"/>
        </w:rPr>
        <w:br/>
      </w:r>
      <w:r>
        <w:rPr>
          <w:lang w:eastAsia="zh-CN"/>
        </w:rPr>
        <w:t>　　四、家园同步、善于与家长沟通：</w:t>
      </w:r>
      <w:r>
        <w:rPr>
          <w:lang w:eastAsia="zh-CN"/>
        </w:rPr>
        <w:br/>
      </w:r>
      <w:r>
        <w:rPr>
          <w:lang w:eastAsia="zh-CN"/>
        </w:rPr>
        <w:t>　　家长工作是十分重要的，幼儿园的每一项工作都离不开家长的支持与配合，因此我把家长工作同样也放在班主任工作重点来抓。在家长工作方面，本学期我利用电话访问、家长会等形式，经常与家长进行沟通交流，也利用早、晚家长接送孩子之时进行随机谈话。不仅让家长及时了解孩子在园的表现，也为我们进一步了解和掌握幼儿现状并有针对性的进行及时教育提供了有利的前提。</w:t>
      </w:r>
      <w:r>
        <w:rPr>
          <w:lang w:eastAsia="zh-CN"/>
        </w:rPr>
        <w:br/>
      </w:r>
      <w:r>
        <w:rPr>
          <w:lang w:eastAsia="zh-CN"/>
        </w:rPr>
        <w:t>　　五、安全工作方面：</w:t>
      </w:r>
      <w:r>
        <w:rPr>
          <w:lang w:eastAsia="zh-CN"/>
        </w:rPr>
        <w:br/>
      </w:r>
      <w:r>
        <w:rPr>
          <w:lang w:eastAsia="zh-CN"/>
        </w:rPr>
        <w:t>　　安全工作我们做为重点来抓，每天早上做好晨检工作，在园做好各项安全工作，确保每个孩子都能健康、快乐的成长。在一日生活中渗透安全自我保护教育，时刻把安全教育放在首位，在各式各样的安全教育中，幼儿的安全意识增强了，安全事故的发生得到了较好的预防要问我平时最爱做什么?那就是和我的孩子们在一起愉快地活动、游戏。我爱孩子，更爱这份教育事业。因为，这些，带给我无限的快乐;这些，让我体会到了人生的价值，我会继续努力。我争取在今后的班主任工作中，多学习先进经验，不断改进，不断提高，善于总结，使自己的班务工作水平尽快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幼儿园中班班主任工作总结集合 篇4 </w:t>
      </w:r>
      <w:r>
        <w:rPr>
          <w:lang w:eastAsia="zh-CN"/>
        </w:rPr>
        <w:br/>
      </w:r>
      <w:r>
        <w:rPr>
          <w:lang w:eastAsia="zh-CN"/>
        </w:rPr>
        <w:t>　　幼儿园中班上学期结束了。这一学期，进一步深入学习纲要解析，并将纲要精神贯穿于一日活动之中，通过纲要指导自己的教学工作，从班级的实际出发鼓励幼儿自立、自理，使幼儿在活动中愉快、自主地接受新的知识。现总结如下：</w:t>
      </w:r>
      <w:r>
        <w:rPr>
          <w:lang w:eastAsia="zh-CN"/>
        </w:rPr>
        <w:br/>
      </w:r>
      <w:r>
        <w:rPr>
          <w:lang w:eastAsia="zh-CN"/>
        </w:rPr>
        <w:t>　　一、保育工作</w:t>
      </w:r>
      <w:r>
        <w:rPr>
          <w:lang w:eastAsia="zh-CN"/>
        </w:rPr>
        <w:br/>
      </w:r>
      <w:r>
        <w:rPr>
          <w:lang w:eastAsia="zh-CN"/>
        </w:rPr>
        <w:t>　　在活动中继续指导幼儿保持良好的生活卫生习惯，在班级中安排值日生及小助手，并对幼儿进行监督和纠正，在幼儿当中养成互相监督的习惯。并要求幼儿在活动中能自觉的遵守。幼儿的自理能力进步较大，特别是在做值日生时，都能帮助分发餐具、摆放桌椅、收拾整理好教室、挂好毛巾等工作。</w:t>
      </w:r>
      <w:r>
        <w:rPr>
          <w:lang w:eastAsia="zh-CN"/>
        </w:rPr>
        <w:br/>
      </w:r>
      <w:r>
        <w:rPr>
          <w:lang w:eastAsia="zh-CN"/>
        </w:rPr>
        <w:t>　　在日常活动中渗透幼儿安全意识和自我保护能力的培养，从发生在幼儿身边的事例或有关教育资料进行科学有效的教育，使幼儿懂得在活动中如何保护自己，爱护别人，避免危险事故的发生。在季节转换时期，注意根据班级幼儿的情况提醒幼儿适当的饮水、增减衣服，并特别关心生病、有困难的孩子。平时积极鼓励幼儿大胆参与各项体育活动锻炼，增强幼儿体质。注意做好班级的各项消毒工作，加强对幼儿各种卫生的教育，幼儿学会了正确的洗手，良好的卫生习惯进步了很多。</w:t>
      </w:r>
      <w:r>
        <w:rPr>
          <w:lang w:eastAsia="zh-CN"/>
        </w:rPr>
        <w:br/>
      </w:r>
      <w:r>
        <w:rPr>
          <w:lang w:eastAsia="zh-CN"/>
        </w:rPr>
        <w:t>　　二、常规工作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本学期针对班级的常规情况，进行了适当的调整，并统一各环节组织的音乐，让幼儿自己讨论形成各项常规的规则，在班级每天选一名班长，共同督促幼儿自觉遵守。在生活的各个环节中强调各项生活自理能力的指导，并和保育员共同做好幼儿卫生方面的工作。利用晨谈、午餐前的时间向幼儿介绍自我保护行为的简单常识。请家长共同配合对幼儿进行自我保护和安全防护的教育。</w:t>
      </w:r>
      <w:r>
        <w:rPr>
          <w:lang w:eastAsia="zh-CN"/>
        </w:rPr>
        <w:br/>
      </w:r>
      <w:r>
        <w:rPr>
          <w:lang w:eastAsia="zh-CN"/>
        </w:rPr>
        <w:t>　　三、教育工作</w:t>
      </w:r>
      <w:r>
        <w:rPr>
          <w:lang w:eastAsia="zh-CN"/>
        </w:rPr>
        <w:br/>
      </w:r>
      <w:r>
        <w:rPr>
          <w:lang w:eastAsia="zh-CN"/>
        </w:rPr>
        <w:t>　　幼儿在各项活动中总体表现为活泼、好动，思维敏捷等特点。体育活动中，幼儿情绪饱满，较好的掌握了攀爬、拍打、投跳、平衡等动作技能，学会了几种拍球的方法，动作协调且反应灵敏。这个学期结合主题幼儿还掌握了多种的体育器械活动。</w:t>
      </w:r>
      <w:r>
        <w:rPr>
          <w:lang w:eastAsia="zh-CN"/>
        </w:rPr>
        <w:br/>
      </w:r>
      <w:r>
        <w:rPr>
          <w:lang w:eastAsia="zh-CN"/>
        </w:rPr>
        <w:t>　　大班幼儿求知欲旺盛，知识面在不断的开阔，吸收新的知识也快。在教育教学中，采用探索在前，讲解在后的教学形式，大大激发了幼儿学习的积极性和主动性，特别是在计算方面体现较明显。幼儿从操作实物卡片到数字小卡片，掌握了单变加数、减数，双变加数、减数练习，到现在可以完全脱离实物，用心算练习十位数的加减，幼儿的数学思维能力得到较大程度的发展，有时，我们也让幼儿互相检查作业，这样，幼儿等于又多了一次练习的机会，积极性也调动了起来。学会目测和自然测量的方法比较物体的高矮、粗细、宽窄、远近、厚薄等;重要的是幼儿学会了将这些知识运用到生活中去，能区分各种形体，学会等分，进一步理解整体与部分的包含关系。幼儿喜欢探索，观察事物也较细致，通过了解家乡、祖国日新月异的变化，从而懂得爱护、保护环境，具有初步的环保意识和爱家乡、爱祖国情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老师的指导下，幼儿学会尝试简单的科学小实验如：“磁铁的特性”、“弹性”、“声音”等，知道常见的自然科学现象及其与人们的关系，具有初步的动手操作能力，同时也获得了成功的体验。利用艺术节活动开展故事、唱歌等活动，大大美术方面幼儿的手工技能进步较大，如：剪、折、捏、粘贴等，懂得综合运用学过的美工技能来完成作品，和教师一起制作主题墙饰。幼儿的绘画技能明显提高了，画图线条较连贯、流畅，能较好的组织、安排画面，初步展现了绘画方面的创造力。</w:t>
      </w:r>
      <w:r>
        <w:rPr>
          <w:lang w:eastAsia="zh-CN"/>
        </w:rPr>
        <w:br/>
      </w:r>
      <w:r>
        <w:rPr>
          <w:lang w:eastAsia="zh-CN"/>
        </w:rPr>
        <w:t>　　四、家长工作</w:t>
      </w:r>
      <w:r>
        <w:rPr>
          <w:lang w:eastAsia="zh-CN"/>
        </w:rPr>
        <w:br/>
      </w:r>
      <w:r>
        <w:rPr>
          <w:lang w:eastAsia="zh-CN"/>
        </w:rPr>
        <w:t>　　这学期重点围绕“幼小衔接”，通过请小学老师到园上课，组织孩子到小学参观，并带孩子到小学和小学生一起上课等形式，向家长宣传《如何做好幼小衔接》及入学前应做好的心理准备，激发幼儿的入学愿望。与家长配合，做好家园联系，每周展示周计划，让家长了解幼儿的学习内容、教育要求;每月的发展评估手册让家长了解幼儿在园的表现，对幼儿出现的问题及时家访、电访，与家长交谈，商讨更积极有效的教育方法，促进幼儿的发展。</w:t>
      </w:r>
      <w:r>
        <w:rPr>
          <w:lang w:eastAsia="zh-CN"/>
        </w:rPr>
        <w:br/>
      </w:r>
      <w:r>
        <w:rPr>
          <w:lang w:eastAsia="zh-CN"/>
        </w:rPr>
        <w:t>　　五、主题活动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每一个主题活动开展前，我们根据孩子的兴趣点，通过家长问卷、幼儿测试等各种方式调查幼儿对主题内容的原始掌握情况以及从孩子身上挖掘进一步生成的新主题，用孩子想象的方式与孩子一起设计主题网络图，同时在家园栏向家长介绍有关主题的资料，让家长了解我们的活动，支持孩子的活动需要。幼儿的兴趣带动了家长的积极性，家长们高兴的参与到了我们的活动中来，并为我们的活动开展提供了有力的帮助。</w:t>
      </w:r>
      <w:r>
        <w:rPr>
          <w:lang w:eastAsia="zh-CN"/>
        </w:rPr>
        <w:br/>
      </w:r>
      <w:r>
        <w:rPr>
          <w:lang w:eastAsia="zh-CN"/>
        </w:rPr>
        <w:t>　　如：在“各行各业的人们”主题中我们充分利用家长、社区资源，得到家长的大力支持，我们请了几位具有代表性职业的家长介绍自己的工作，让孩子们体验各种工作的辛苦，我们还举行了“系鞋带比赛”、“诗歌朗诵”比赛。在自然角活动中，家长与幼儿一起为我们的自然观察角增添了许多的植物，也满足了幼儿好奇的探索欲望。结合幼小衔接活动，开展“我上小学了”的主题活动。在与幼儿、家长的互动中我们深刻的体会了家园之间教育的有效融合。</w:t>
      </w:r>
      <w:r>
        <w:rPr>
          <w:lang w:eastAsia="zh-CN"/>
        </w:rPr>
        <w:br/>
      </w:r>
      <w:r>
        <w:rPr>
          <w:lang w:eastAsia="zh-CN"/>
        </w:rPr>
        <w:t>　　六、反思调整</w:t>
      </w:r>
      <w:r>
        <w:rPr>
          <w:lang w:eastAsia="zh-CN"/>
        </w:rPr>
        <w:br/>
      </w:r>
      <w:r>
        <w:rPr>
          <w:lang w:eastAsia="zh-CN"/>
        </w:rPr>
        <w:t>　　总结了这个学期的点点滴滴，在繁忙中我们的工作又向前进了一大步，不仅孩子们的各方面得到发展，我们也和孩子们一起进步了，工作中我们取得了许多宝贵的经验，增长许多的知识。在欣喜之余，我们也在反思不足，如：区域活动中教师的观察注重全面性，个别性、深入性不够;创造性游戏的开展较薄弱，幼儿的自主性差;个别幼儿的惰性强、依赖性强等，在今后的工作中，我们将根据以上存在的不足，认真的反思调整，汲取先进的经验和管理方法，扬长避短。</w:t>
      </w:r>
      <w:r>
        <w:rPr>
          <w:lang w:eastAsia="zh-CN"/>
        </w:rPr>
        <w:br/>
      </w:r>
      <w:r>
        <w:rPr>
          <w:lang w:eastAsia="zh-CN"/>
        </w:rPr>
        <w:t xml:space="preserve">    幼儿园中班班主任工作总结集合 篇5 </w:t>
      </w:r>
      <w:r>
        <w:rPr>
          <w:lang w:eastAsia="zh-CN"/>
        </w:rPr>
        <w:br/>
      </w:r>
      <w:r>
        <w:rPr>
          <w:lang w:eastAsia="zh-CN"/>
        </w:rPr>
        <w:t>　　那个学期固然速过来了，然而它值失我沉思。应外也有很多有余的处所，昔先在故的过程外一直总结教训，谦逊向外人学习讨教，一直尽力，争夺干失更赖。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一、工作方面</w:t>
      </w:r>
      <w:r>
        <w:rPr>
          <w:lang w:eastAsia="zh-CN"/>
        </w:rPr>
        <w:br/>
      </w:r>
      <w:r>
        <w:rPr>
          <w:lang w:eastAsia="zh-CN"/>
        </w:rPr>
        <w:t>　　我班是新招生的幼儿，在开学初，幼儿哭闹现象极为严重，我不分上下班坚守在班上，逐一安抚幼儿稳定幼儿情绪。利用周六周日和晚上时间进行家访，深入了解幼儿，较快与幼儿建立良好的师生关系。针对我班幼儿年龄小、自理能力差，依赖性强的特点，在培养幼儿良好的生活常规、学习常规和生活自理能力的同时，给予幼儿最好的照顾，用最大的热情与爱心，使幼儿感受到妈妈般的温暖与爱护在教育教学上，我早来晚走加班加点为幼儿制作各种形象可爱、功能多样的玩、教具和体育活动器材，为了使每一个幼儿都能够得到最好的发展，我在制作玩教具时，都制作了四十份，以确保每个幼儿人手一份，避免因器材投放而限制、影响幼儿发展。另外，为了配合主题活动，我们为每个主题都设计了主题墙，便于幼儿学习与操作。</w:t>
      </w:r>
      <w:r>
        <w:rPr>
          <w:lang w:eastAsia="zh-CN"/>
        </w:rPr>
        <w:br/>
      </w:r>
      <w:r>
        <w:rPr>
          <w:lang w:eastAsia="zh-CN"/>
        </w:rPr>
        <w:t>　　二、思想方面</w:t>
      </w:r>
      <w:r>
        <w:rPr>
          <w:lang w:eastAsia="zh-CN"/>
        </w:rPr>
        <w:br/>
      </w:r>
      <w:r>
        <w:rPr>
          <w:lang w:eastAsia="zh-CN"/>
        </w:rPr>
        <w:t>　　热爱共产党，忠诚于党的教育事业，全心全意为幼儿和家长服务。在政治上要求进步，积极提高自身的政治觉悟，紧跟党的步伐，认真学习国家重要思想和“__大”重要精神，自觉读书看报和收看新闻联播，关心时事，认真参加每周的政治学习并做好政治笔记。</w:t>
      </w:r>
      <w:r>
        <w:rPr>
          <w:lang w:eastAsia="zh-CN"/>
        </w:rPr>
        <w:br/>
      </w:r>
      <w:r>
        <w:rPr>
          <w:lang w:eastAsia="zh-CN"/>
        </w:rPr>
        <w:t>　　三、学习方面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利用业余时间通读《幼儿心理学》、《幼儿教育学》、《幼儿园教育指导纲要》，翻阅《学前教育》、《幼儿教育》等书籍、杂志以丰富自己的知识和教育教学方法。多听其他教师的课，多做课，在学习与实践中不断的提高自己。继续学习弹钢琴、跳舞、手工制作等基本功，并抓住一切时机进行实践。</w:t>
      </w:r>
      <w:r>
        <w:rPr>
          <w:lang w:eastAsia="zh-CN"/>
        </w:rPr>
        <w:br/>
      </w:r>
      <w:r>
        <w:rPr>
          <w:lang w:eastAsia="zh-CN"/>
        </w:rPr>
        <w:t>　　四、其他方面</w:t>
      </w:r>
      <w:r>
        <w:rPr>
          <w:lang w:eastAsia="zh-CN"/>
        </w:rPr>
        <w:br/>
      </w:r>
      <w:r>
        <w:rPr>
          <w:lang w:eastAsia="zh-CN"/>
        </w:rPr>
        <w:t>　　严格遵守园中的各项规章制度，不迟到、不早退，凡事以集体的利益为重，时刻服从领导的安排。与各位同事友好团结，全力配合班主任开展工作，团结协作，把各项工作做得有声有色。总之，我会时刻牢记“园兴我荣”的宗旨，为幼儿的全面发展、为幼儿园的美好明天不断努力。</w:t>
      </w:r>
      <w:r>
        <w:rPr>
          <w:lang w:eastAsia="zh-CN"/>
        </w:rPr>
        <w:br/>
      </w:r>
      <w:r>
        <w:rPr>
          <w:lang w:eastAsia="zh-CN"/>
        </w:rPr>
        <w:t xml:space="preserve">    幼儿园中班班主任工作总结集合 篇6 </w:t>
      </w:r>
      <w:r>
        <w:rPr>
          <w:lang w:eastAsia="zh-CN"/>
        </w:rPr>
        <w:br/>
      </w:r>
      <w:r>
        <w:rPr>
          <w:lang w:eastAsia="zh-CN"/>
        </w:rPr>
        <w:t>　　转眼一学期就快结束，每一个学期的结束我们班主任都要对自己班级情况写一份工作总结。 幼儿园中班班主任下学期工作总结带着园长的信任和自己对幼教这份工作的热爱，这个学期我担任了幼儿园中班班主任一职，尽心尽责、圆满地完成了这个学期的工作。回顾这五个月的点点滴 滴，虽然遍布艰辛，却也是有滋有味。重拾每一个过程，从总结中积累经验，期待下学期的我，能更加出色的在自己喜爱的岗位上做好本职工作。</w:t>
      </w:r>
      <w:r>
        <w:rPr>
          <w:lang w:eastAsia="zh-CN"/>
        </w:rPr>
        <w:br/>
      </w:r>
      <w:r>
        <w:rPr>
          <w:lang w:eastAsia="zh-CN"/>
        </w:rPr>
        <w:t>　　一、帮助孩子的提高动手</w:t>
      </w:r>
      <w:r>
        <w:rPr>
          <w:lang w:eastAsia="zh-CN"/>
        </w:rPr>
        <w:br/>
      </w:r>
      <w:r>
        <w:rPr>
          <w:lang w:eastAsia="zh-CN"/>
        </w:rPr>
        <w:t>　　能力提供更多动手操作的机会，在手工、制作方面，提供更</w:t>
      </w:r>
      <w:r>
        <w:rPr>
          <w:lang w:eastAsia="zh-CN"/>
        </w:rPr>
        <w:t xml:space="preserve"> 多的材料，创造更好的条件。</w:t>
      </w:r>
      <w:r>
        <w:rPr>
          <w:lang w:eastAsia="zh-CN"/>
        </w:rPr>
        <w:t xml:space="preserve"> 其实，教师的工作是非常神圣而又辛苦</w:t>
      </w:r>
      <w:r>
        <w:rPr>
          <w:lang w:eastAsia="zh-CN"/>
        </w:rPr>
        <w:t xml:space="preserve"> 的，很多老师工作时，常常会因为有顾虑而不敢大胆地去做。工作十年，我给自己总结的经验就是：工作是做出来的，只要你出发点是为</w:t>
      </w:r>
      <w:r>
        <w:rPr>
          <w:lang w:eastAsia="zh-CN"/>
        </w:rPr>
        <w:t xml:space="preserve"> 了孩子好，坚持用</w:t>
      </w:r>
      <w:r>
        <w:rPr>
          <w:lang w:eastAsia="zh-CN"/>
        </w:rPr>
        <w:t xml:space="preserve"> 三心</w:t>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去对待每一个孩子，即使面对不同看法的家</w:t>
      </w:r>
      <w:r>
        <w:rPr>
          <w:lang w:eastAsia="zh-CN"/>
        </w:rPr>
        <w:t xml:space="preserve"> 长，我们也是问心无愧，始终是能得到理解和认可</w:t>
      </w:r>
      <w:r>
        <w:rPr>
          <w:lang w:eastAsia="zh-CN"/>
        </w:rPr>
        <w:t xml:space="preserve"> .</w:t>
      </w:r>
      <w:r>
        <w:rPr>
          <w:lang w:eastAsia="zh-CN"/>
        </w:rPr>
        <w:t xml:space="preserve"> 幼儿园中班班主</w:t>
      </w:r>
      <w:r>
        <w:rPr>
          <w:lang w:eastAsia="zh-CN"/>
        </w:rPr>
        <w:t xml:space="preserve"> 任下学期工作总结</w:t>
      </w:r>
      <w:r>
        <w:rPr>
          <w:lang w:eastAsia="zh-CN"/>
        </w:rPr>
        <w:t xml:space="preserve"> 忙忙碌碌中，又一个学期过去了，回顾整个学期，</w:t>
      </w:r>
      <w:r>
        <w:rPr>
          <w:lang w:eastAsia="zh-CN"/>
        </w:rPr>
        <w:t xml:space="preserve"> 我们班老师都能认真贯彻国家的教育方针政策，遵守本园的规章制</w:t>
      </w:r>
      <w:r>
        <w:rPr>
          <w:lang w:eastAsia="zh-CN"/>
        </w:rPr>
        <w:t xml:space="preserve"> 度，热爱幼儿，热爱本职工作，在自己的岗位上踏踏实实地工作。在</w:t>
      </w:r>
      <w:r>
        <w:rPr>
          <w:lang w:eastAsia="zh-CN"/>
        </w:rPr>
        <w:t xml:space="preserve"> 我们班三位老师的互相帮助、默契配合下，班务工作开展得井井有条。该学期，我班幼儿的生活自理能力明显提高，幼儿的智力水平也</w:t>
      </w:r>
      <w:r>
        <w:rPr>
          <w:lang w:eastAsia="zh-CN"/>
        </w:rPr>
        <w:t xml:space="preserve"> 得到很好的发展。家长工作开展得比较顺利，家长都能积极支持配合。</w:t>
      </w:r>
      <w:r>
        <w:rPr>
          <w:lang w:eastAsia="zh-CN"/>
        </w:rPr>
        <w:br/>
      </w:r>
      <w:r>
        <w:rPr>
          <w:lang w:eastAsia="zh-CN"/>
        </w:rPr>
        <w:t>　　二、帮助孩子对世界的认识</w:t>
      </w:r>
      <w:r>
        <w:rPr>
          <w:lang w:eastAsia="zh-CN"/>
        </w:rPr>
        <w:br/>
      </w:r>
      <w:r>
        <w:rPr>
          <w:lang w:eastAsia="zh-CN"/>
        </w:rPr>
        <w:t>　　在家园共育下，幼儿在体、智、德、美劳等诸方面得到和谐发 展。逐渐养成了良好的卫生习惯、学习习惯，有一定的生活自理能 力，懂得礼貌待人，初步会遵守本班的常规纪律，特别是在绘画、语 言方面，我班幼儿较感兴趣。在普通话表达能力方面也有明显进步。</w:t>
      </w:r>
      <w:r>
        <w:rPr>
          <w:lang w:eastAsia="zh-CN"/>
        </w:rPr>
        <w:br/>
      </w:r>
      <w:r>
        <w:rPr>
          <w:lang w:eastAsia="zh-CN"/>
        </w:rPr>
        <w:t>　　1、我班个别孩子表现太自由、自我约束能力差，还有个别幼儿胆量太小，见到生人不说话，不能大方与老师交谈等等。</w:t>
      </w:r>
      <w:r>
        <w:rPr>
          <w:lang w:eastAsia="zh-CN"/>
        </w:rPr>
        <w:br/>
      </w:r>
      <w:r>
        <w:rPr>
          <w:lang w:eastAsia="zh-CN"/>
        </w:rPr>
        <w:t>　　2、生活自理能力整体上发展不平衡，有的很能干，有的有待学习锻炼;进餐情况也存在两极分化，个别幼儿吃得特别快，有的则吃的很慢。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在幼儿园发生的事情，不会当时找老师解决，而是过后让家长告诉老师存在这样的现象。在本学期做的好的方面我会继续保持。但我也会正视自已的不足之处，针对以上问题进分析、解决，在生活常规上还须加强幼儿的训练，提高班级管理水平，努力把今后的班级工</w:t>
      </w:r>
      <w:r>
        <w:rPr>
          <w:lang w:eastAsia="zh-CN"/>
        </w:rPr>
        <w:t xml:space="preserve"> 作开展的有声有色。</w:t>
      </w:r>
      <w:r>
        <w:rPr>
          <w:lang w:eastAsia="zh-CN"/>
        </w:rPr>
        <w:br/>
      </w:r>
      <w:r>
        <w:rPr>
          <w:lang w:eastAsia="zh-CN"/>
        </w:rPr>
        <w:t>　　三、让幼儿学会自我保护</w:t>
      </w:r>
      <w:r>
        <w:rPr>
          <w:lang w:eastAsia="zh-CN"/>
        </w:rPr>
        <w:br/>
      </w:r>
      <w:r>
        <w:rPr>
          <w:lang w:eastAsia="zh-CN"/>
        </w:rPr>
        <w:t>　　现从以下几方面总结本班一学期来的班务工作情况。 做好班级卫生清 理工作，严格执行消毒制度，并及时记录。幼儿的毛巾、桌椅、被褥 每天一次紫外线消毒。本学期我在注重培养幼儿的生活自理能力的同 时还特别注意在一日生活中渗透安全自我保护教育。</w:t>
      </w:r>
      <w:r>
        <w:rPr>
          <w:lang w:eastAsia="zh-CN"/>
        </w:rPr>
        <w:br/>
      </w:r>
      <w:r>
        <w:rPr>
          <w:lang w:eastAsia="zh-CN"/>
        </w:rPr>
        <w:t xml:space="preserve">    幼儿园中班班主任工作总结集合 篇7 </w:t>
      </w:r>
      <w:r>
        <w:rPr>
          <w:lang w:eastAsia="zh-CN"/>
        </w:rPr>
        <w:br/>
      </w:r>
      <w:r>
        <w:rPr>
          <w:lang w:eastAsia="zh-CN"/>
        </w:rPr>
        <w:t>　　时间匆匆而过，中班一学期很快就过去了，每位幼儿都能愉快地在幼儿园学习生活，不仅个头长高了，各方面的能力也有了不同水平的提高。幼儿在老师的悉心教养下，良好的情感、态度正逐渐养成，能力、知识与技能也得到了进一步的发展。现将本学期的各项教育、教学工作加以总结，以便今后扬长避短，有利于班级工作的顺利开展。</w:t>
      </w:r>
      <w:r>
        <w:rPr>
          <w:lang w:eastAsia="zh-CN"/>
        </w:rPr>
        <w:br/>
      </w:r>
      <w:r>
        <w:rPr>
          <w:lang w:eastAsia="zh-CN"/>
        </w:rPr>
        <w:t>　　一、保育工作：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幼儿经过一学期的学习后觉得自己长大了，不再是幼儿园的小弟弟、小妹妹了，我们抓住幼儿渴望长大的契机，在一日生活各环节中加强观察与指导，积极鼓励幼儿学做自己的事。我们一方面耐心的`给予帮助，另一方面也悉心地进行指导，让幼儿懂得自己的事情要学着自己做，在我们的努力下，动手能力有了明显的提高。幼儿园工作中，教育孩子的工作固然重要，但保育工作也不能忽视。只有一个干净的环境，孩子有一个健康的身体，才能愉快地学习和生活。所以，我在注意了教育教学工作的同时更注意了保育工作的落实，严格按照安全、卫生制度，每天坚持教室的通风及室内外环境的清洁，定时消毒。因为有手足口病这传染病，所以除了每天给玩具、桌椅消毒外，我们要仔细观察班上幼儿情况，对于个别体弱的幼儿，我们在生活上也给予较特殊的照顾，户外活动中也特别关心他们的冷暖，提醒他们多喝水，用我们的细心照顾好每一个幼儿，使家长放心!</w:t>
      </w:r>
      <w:r>
        <w:rPr>
          <w:lang w:eastAsia="zh-CN"/>
        </w:rPr>
        <w:br/>
      </w:r>
      <w:r>
        <w:rPr>
          <w:lang w:eastAsia="zh-CN"/>
        </w:rPr>
        <w:t>　　二、教育工作：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对幼儿进行生活照顾的同时，我们在日常生活中也重视提高幼儿的身体素质，积极为幼儿提供户外活动的机会与空间，鼓励幼儿积极与材料互动。我们利用每天晨锻时间，组织丰富多彩集体游戏，有计划地锻炼各种基本动作，我们制作了纸球、沙锤等体育玩具，积极参与幼儿的活动，和幼儿一起跳，一起玩，我们的热情和投入感染了每个幼儿，大家都能积极愉快地参加户外活动，幼儿的动作更加协调和灵敏。由于受幼儿年龄特点及周围环境的限制，幼儿自己生成活动机会较少，在幼儿周围熟识的生活和环境中，根据幼儿的兴趣和需要，有选择的直接提出主题，生成内容来推动幼儿学习。本学期我以园的指导方针，结合本班幼儿发展情况，通过一日活动各个环节来促进每个幼儿富有个性的发展;开展了多种方式的活动来引导幼儿认识、体验并理解基本的行为规则，学会了自律，树立了规则意识;并结合了日常生活，开展安全教育，提高了幼儿的自我保护的意识和能力;帮助幼儿学习正确的阅读方法，培养幼儿阅读的兴趣;引导幼儿在人际交往中，懂得尊重他人，对人有礼貌，诚实、守信;培养了幼儿积极主动参加各项体育活动;使每位幼儿在原有的层次上得到全面的发展。</w:t>
      </w:r>
      <w:r>
        <w:rPr>
          <w:lang w:eastAsia="zh-CN"/>
        </w:rPr>
        <w:br/>
      </w:r>
      <w:r>
        <w:rPr>
          <w:lang w:eastAsia="zh-CN"/>
        </w:rPr>
        <w:t>　　三、家长工作：</w:t>
      </w:r>
      <w:r>
        <w:rPr>
          <w:lang w:eastAsia="zh-CN"/>
        </w:rPr>
        <w:br/>
      </w:r>
      <w:r>
        <w:rPr>
          <w:lang w:eastAsia="zh-CN"/>
        </w:rPr>
        <w:t>　　家长工作也是我们教育的一个重要部分。为了切实做好常规性的家长工作。为了使家长了解我们的工作，争取家长的理解与信任，我们积极利用家长会与家长进行沟通，通过多种形式(家园园地，多利用早、晚离园时与家长谈话、个别幼儿打电话等形式)向家长介绍幼儿在园的生活、学习情况，同时我也了解幼儿在家的情况，以便我们做好工作，让家长更放心把他们的孩子交给我们。</w:t>
      </w:r>
      <w:r>
        <w:rPr>
          <w:lang w:eastAsia="zh-CN"/>
        </w:rPr>
        <w:br/>
      </w:r>
      <w:r>
        <w:rPr>
          <w:lang w:eastAsia="zh-CN"/>
        </w:rPr>
        <w:t>　　四、存在不足与努力方向</w:t>
      </w:r>
      <w:r>
        <w:rPr>
          <w:lang w:eastAsia="zh-CN"/>
        </w:rPr>
        <w:br/>
      </w:r>
      <w:r>
        <w:rPr>
          <w:lang w:eastAsia="zh-CN"/>
        </w:rPr>
        <w:t>　　经过一个学期的努力，我们班的小朋友在各方面有了一定的发展，知识面丰富了，独立性增强了，但也存在着不足：</w:t>
      </w:r>
      <w:r>
        <w:rPr>
          <w:lang w:eastAsia="zh-CN"/>
        </w:rPr>
        <w:br/>
      </w:r>
      <w:r>
        <w:rPr>
          <w:lang w:eastAsia="zh-CN"/>
        </w:rPr>
        <w:t>　　在学习习惯上，有的幼儿注意力不易集中;有的幼儿乐意发言，但不爱动脑筋，依样画葫芦;还有的幼儿爱插嘴，回答问题声音不够响亮等。</w:t>
      </w:r>
      <w:r>
        <w:rPr>
          <w:lang w:eastAsia="zh-CN"/>
        </w:rPr>
        <w:br/>
      </w:r>
      <w:r>
        <w:rPr>
          <w:lang w:eastAsia="zh-CN"/>
        </w:rPr>
        <w:t>　　加强对特殊幼儿的观察与指导，培养幼儿自我管理的意识。</w:t>
      </w:r>
      <w:r>
        <w:rPr>
          <w:lang w:eastAsia="zh-CN"/>
        </w:rPr>
        <w:br/>
      </w:r>
      <w:r>
        <w:rPr>
          <w:lang w:eastAsia="zh-CN"/>
        </w:rPr>
        <w:t>　　在以后的学习中我们要在家长的共同配合下让孩子多了解一些新鲜的事物，以此来增长幼儿的知识。有了前行的目标，加上大家的努力，相信孩子们能健康地成长，明天我们将创造更灿烂的阳光!</w:t>
      </w:r>
      <w:r>
        <w:rPr>
          <w:lang w:eastAsia="zh-CN"/>
        </w:rPr>
        <w:br/>
      </w:r>
      <w:r>
        <w:rPr>
          <w:lang w:eastAsia="zh-CN"/>
        </w:rPr>
        <w:t xml:space="preserve">    幼儿园中班班主任工作总结集合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安全、快乐、启智、向上”这是新一轮园长带来的新的办园理念。要时刻把孩子装在心里，让幼儿园真正成为安全、快乐、启智、向上的摇篮，给孩子一个值得回味的童年。快乐是孩子的权利，让每一个孩子在快乐中成长则是幼儿教师的职责。</w:t>
      </w:r>
      <w:r>
        <w:rPr>
          <w:lang w:eastAsia="zh-CN"/>
        </w:rPr>
        <w:br/>
      </w:r>
      <w:r>
        <w:rPr>
          <w:lang w:eastAsia="zh-CN"/>
        </w:rPr>
        <w:t>　　和中班孩子相处了一学期，对孩子需要快乐的理解更深刻了。带着“让每一个孩子在快乐中成长”的信念，我继续向前走着，义无返顾地、坚定不移地向前走着。孩子喜欢自由自在、无拘无束的生活，这样的生活才能让他们在快乐中成长。我认为，首先要做的就是要让进入幼儿园的每一个孩子快乐起来，这样他们才能完全释放自己，发挥出最大的潜能，他们的个性才能真正得到发展。略作小结，以下几方面印象较深。</w:t>
      </w:r>
      <w:r>
        <w:rPr>
          <w:lang w:eastAsia="zh-CN"/>
        </w:rPr>
        <w:br/>
      </w:r>
      <w:r>
        <w:rPr>
          <w:lang w:eastAsia="zh-CN"/>
        </w:rPr>
        <w:t>　　一、让孩子体验做“小主人”的快乐</w:t>
      </w:r>
      <w:r>
        <w:rPr>
          <w:lang w:eastAsia="zh-CN"/>
        </w:rPr>
        <w:br/>
      </w:r>
      <w:r>
        <w:rPr>
          <w:lang w:eastAsia="zh-CN"/>
        </w:rPr>
        <w:t>　　户外活动应该是孩子最自由、最释放的时候，但大多数时间孩子们只能在老师的组织下开展游戏，每天玩着表上按排的体育器械，久而久之，孩子们早已记住了每天所玩的玩具，兴趣不是很浓。因此，我常常看到我们班一些孩子拖着玩具，往操场角落里钻。二、理解孩子的情感，让他们感受被尊重的快乐。有的孩子会因为小鸟的死而伤心落泪，也会把死去小鱼埋葬起来，这些都是孩子的爱的情感。作为成人，我们应该理解，应该尊重他们的这种决定，并支持孩子带有雏形性质的高尚行为。孩子对小动物都具有一种天生的同情心，而同情心是非常宝贵的一种情感，是许多高尚情感的基础。千万别用不屑一顾的态度让孩子渐渐变成对周围一切漠不关心的人。</w:t>
      </w:r>
      <w:r>
        <w:rPr>
          <w:lang w:eastAsia="zh-CN"/>
        </w:rPr>
        <w:br/>
      </w:r>
      <w:r>
        <w:rPr>
          <w:lang w:eastAsia="zh-CN"/>
        </w:rPr>
        <w:t>　　二、和孩子一起完成任务，让他们品尝坚持到底的快乐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儿时能坚持认真做完一件事，长大后就会多一分坚韧。所以坚持到底也是一种重要品质。基于年龄特点，中班幼儿的坚持性普遍较差。但是我相信，坚持性是可以培养的。我希望从现在起持之以恒地进行训练，一定能让他们养成坚持到底做完一件事的文章</w:t>
      </w:r>
      <w:r>
        <w:rPr>
          <w:lang w:eastAsia="zh-CN"/>
        </w:rPr>
        <w:br/>
      </w:r>
      <w:r>
        <w:rPr>
          <w:lang w:eastAsia="zh-CN"/>
        </w:rPr>
        <w:t>　　一、意培养幼儿的自理能力，以提高孩子的自我服务水平。</w:t>
      </w:r>
      <w:r>
        <w:rPr>
          <w:lang w:eastAsia="zh-CN"/>
        </w:rPr>
        <w:br/>
      </w:r>
      <w:r>
        <w:rPr>
          <w:lang w:eastAsia="zh-CN"/>
        </w:rPr>
        <w:t>　　幼儿生活自理能力是孩子独立性发展的第一步，由于现代家庭的特殊环境，使得不少幼儿失去了发展自理能力的机会，在幼儿园主要表现为：一顿饭吃完后满桌都是饭菜；洗手草草了事，有的洗下来后身上、袖口、地上都是水；玩具玩</w:t>
      </w:r>
      <w:r>
        <w:rPr>
          <w:lang w:eastAsia="zh-CN"/>
        </w:rPr>
        <w:br/>
      </w:r>
      <w:r>
        <w:rPr>
          <w:lang w:eastAsia="zh-CN"/>
        </w:rPr>
        <w:t>　　三、转变教学观念，在活动</w:t>
      </w:r>
      <w:r>
        <w:rPr>
          <w:lang w:eastAsia="zh-CN"/>
        </w:rPr>
        <w:br/>
      </w:r>
      <w:r>
        <w:rPr>
          <w:lang w:eastAsia="zh-CN"/>
        </w:rPr>
        <w:t>　　“路漫漫，其修远兮，吾将上下而求索。”班主任的工作细碎而又繁琐，在今后的工作中我会不断寻找自己的不足，不断充电，提高自身素质，努力完善自己，争取使自己的班主任工作更上一层楼！</w:t>
      </w:r>
      <w:r>
        <w:rPr>
          <w:lang w:eastAsia="zh-CN"/>
        </w:rPr>
        <w:br/>
      </w:r>
      <w:r>
        <w:rPr>
          <w:lang w:eastAsia="zh-CN"/>
        </w:rPr>
        <w:t xml:space="preserve">    幼儿园中班班主任工作总结集合 篇9 </w:t>
      </w:r>
      <w:r>
        <w:rPr>
          <w:lang w:eastAsia="zh-CN"/>
        </w:rPr>
        <w:br/>
      </w:r>
      <w:r>
        <w:rPr>
          <w:lang w:eastAsia="zh-CN"/>
        </w:rPr>
        <w:t>　　转眼，幼儿园中班下学期就要结束，每一个学期的结束我们班主任都要对自己班级情况，工作情况写一份工作总结。带着园长的信任和自己对幼教这份工作的热爱，这个学期，担任了中一班班主任一职，和刘老师搭配成一个新的组合，非常有默契并尽心尽责、圆满地完成了这个学期的工作。回顾这五个月的点点滴滴，虽然遍布艰辛，却也是有滋有味。重拾每一个过程，从总结中积累经验，期待下学期的我，能更加出色的在自己喜爱的岗位上做好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1、孩子生活常规还有待加强，如：纪律意识、学会等待和依赖性方面。</w:t>
      </w:r>
      <w:r>
        <w:rPr>
          <w:lang w:eastAsia="zh-CN"/>
        </w:rPr>
        <w:br/>
      </w:r>
      <w:r>
        <w:rPr>
          <w:lang w:eastAsia="zh-CN"/>
        </w:rPr>
        <w:t>　　2、加强对孩子的安全教育，让幼儿学会自我保护。</w:t>
      </w:r>
      <w:r>
        <w:rPr>
          <w:lang w:eastAsia="zh-CN"/>
        </w:rPr>
        <w:br/>
      </w:r>
      <w:r>
        <w:rPr>
          <w:lang w:eastAsia="zh-CN"/>
        </w:rPr>
        <w:t>　　3、给孩子提供更多动手操作的机会，在手工、制作方面，提供更多的材料，创造更好的条件。其实，教师的工作是非常神圣而又辛苦的，很多老师工作时，常常会因为有顾虑而不敢大胆地去做。工作十年，我给自己总结的经验就是：工作是做出来的，只要你出发点是为了孩子好，坚持用三心去对待每一个孩子，即使面对不同看法的家长，我们也是问心无愧，始终是能得到理解和认可.幼儿园中班班主任下学期工作总结忙忙碌碌中，又一个学期过去了，回顾整个学期，我们班老师都能认真贯彻国家的教育方针政策，遵守本园的规章制度，热爱幼儿，热爱本职工作，在自己的岗位上踏踏实实地工作。在我们班三位老师的互相帮助、默契配合下，班务工作开展得井井有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该学期，我班幼儿的生活自理能力明显提高，幼儿的智力水平也得到很好的发展。家长工作开展得比较顺利，家长都能积极支持配合。在家园共育下，幼儿在体、智、德、美劳等诸方面得到和谐发展。逐渐养成了良好的卫生习惯、学习习惯，有一定的生活自理能力，懂得礼貌待人，初步会遵守本班的常规纪律，特别是在绘画、语言方面，我班幼儿较感兴趣。在普通话表达能力方面也有明显进步。现从以下几方面总结本班一学期来的班务工作情况。做好班级卫生清理工作，严格执行消毒制度，并及时记录。幼儿的毛巾、桌椅、被褥每天一次紫外线消毒。本学期我在注重培养幼儿的生活自理能力的同时还特别注意在一日生活中渗透安全自我保护教育。</w:t>
      </w:r>
      <w:r>
        <w:rPr>
          <w:lang w:eastAsia="zh-CN"/>
        </w:rPr>
        <w:br/>
      </w:r>
      <w:r>
        <w:rPr>
          <w:lang w:eastAsia="zh-CN"/>
        </w:rPr>
        <w:t>　　在教学活动中：教师之间能够互相取长补短，发挥自己的长处，根据主题活动随时调整班上的教学计划，在遇到问题时教师们能够共同商讨，收集大量的有关资料完善班上的教学任务，使得班上的教学工作能够顺利的进行。根据主题和孩子、家长共同创设。其中重点是区域活动中材料的投放。这一学期，通过参加教研活动，我们从理论上更加认识到区域活动的重要性以及材料的投放对幼儿活动的影响，在实际教学活动中在每个主题活动中都能都按时、按质、按量的去投放与目标相应的材料做相应的指导。此外，作为教师也没有把握好整个学期的主要完成目标，尽管区域活动的创设很成功，但有个别孩子活动时做的不太好，希望在下学期，在老师的帮助下，让这些孩子的区域活动表现能够迈上一个新的台阶。</w:t>
      </w:r>
      <w:r>
        <w:rPr>
          <w:lang w:eastAsia="zh-CN"/>
        </w:rPr>
        <w:br/>
      </w:r>
      <w:r>
        <w:rPr>
          <w:lang w:eastAsia="zh-CN"/>
        </w:rPr>
        <w:t>　　1、我班个别孩子表现太自由、自我约束能力差，还有个别幼儿胆量太小，见到生人不说话，不能大方与老师交谈等等。</w:t>
      </w:r>
      <w:r>
        <w:rPr>
          <w:lang w:eastAsia="zh-CN"/>
        </w:rPr>
        <w:br/>
      </w:r>
      <w:r>
        <w:rPr>
          <w:lang w:eastAsia="zh-CN"/>
        </w:rPr>
        <w:t>　　2、进餐存在两极分化，个别幼儿吃得特别快，有的则吃的很慢。</w:t>
      </w:r>
      <w:r>
        <w:rPr>
          <w:lang w:eastAsia="zh-CN"/>
        </w:rPr>
        <w:br/>
      </w:r>
      <w:r>
        <w:rPr>
          <w:lang w:eastAsia="zh-CN"/>
        </w:rPr>
        <w:t>　　3、生活自理能力整体上发展不平衡，有的很能干，有的依赖性很强，爱等待而不去尝试学习锻炼。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4、在幼儿园发生的事情，不会当时找老师解决，而是过后让家长告诉老师存在这样的现象。在本学期做的好的方面我会继续保持。但我也会正视自已的不足之处，针对以上问题进分析、解决，在生活常规上还须加强幼儿的训练，提高班级管理水平，努力把今后的班级工作开展的有声有色。</w:t>
      </w:r>
      <w:r>
        <w:rPr>
          <w:lang w:eastAsia="zh-CN"/>
        </w:rPr>
        <w:t xml:space="preserve"> 班主任的工作细碎而又繁琐，在今后的工作中我</w:t>
      </w:r>
      <w:r>
        <w:rPr>
          <w:lang w:eastAsia="zh-CN"/>
        </w:rPr>
        <w:t xml:space="preserve"> 会不断寻找自己的不足，不断充电，提高自身素质，努力完善自己，</w:t>
      </w:r>
      <w:r>
        <w:rPr>
          <w:lang w:eastAsia="zh-CN"/>
        </w:rPr>
        <w:t xml:space="preserve"> 争取使自己的班主任工作更上一层楼!</w:t>
      </w:r>
      <w:r>
        <w:rPr>
          <w:lang w:eastAsia="zh-CN"/>
        </w:rPr>
        <w:br/>
      </w:r>
      <w:r>
        <w:rPr>
          <w:lang w:eastAsia="zh-CN"/>
        </w:rPr>
        <w:t xml:space="preserve">    幼儿园中班班主任工作总结集合 篇10 </w:t>
      </w:r>
      <w:r>
        <w:rPr>
          <w:lang w:eastAsia="zh-CN"/>
        </w:rPr>
        <w:br/>
      </w:r>
      <w:r>
        <w:rPr>
          <w:lang w:eastAsia="zh-CN"/>
        </w:rPr>
        <w:t>　　在新学期开始的时候，我分到了中班和一位有经验的老师共同搭班，这是园长对我的信任，更是对我的考验和锻炼，所以在接受这个任务时我就下决心把工作干好。因为在我还在实习，刚来这个班所以对班上的孩子也都不熟悉经过一段时间的调整与适应，我的工作也很快走上了正规。</w:t>
      </w:r>
      <w:r>
        <w:rPr>
          <w:lang w:eastAsia="zh-CN"/>
        </w:rPr>
        <w:br/>
      </w:r>
      <w:r>
        <w:rPr>
          <w:lang w:eastAsia="zh-CN"/>
        </w:rPr>
        <w:t>　　一、保教工作</w:t>
      </w:r>
      <w:r>
        <w:rPr>
          <w:lang w:eastAsia="zh-CN"/>
        </w:rPr>
        <w:br/>
      </w:r>
      <w:r>
        <w:rPr>
          <w:lang w:eastAsia="zh-CN"/>
        </w:rPr>
        <w:t>　　（一）扎实抓好教育教学工作</w:t>
      </w:r>
      <w:r>
        <w:rPr>
          <w:lang w:eastAsia="zh-CN"/>
        </w:rPr>
        <w:br/>
      </w:r>
      <w:r>
        <w:rPr>
          <w:lang w:eastAsia="zh-CN"/>
        </w:rPr>
        <w:t>　　工作中虚心向从事孩子教育经验丰富的教师学习，观摩其他教师上课，积极参加园本教研活动，以新《纲要》为指导，贴近孩子的生活和年龄特征来选择孩子感兴趣的事物和问题，制定出切实可行的月计划、周计划，并认真组织好半日活动。在活动中，能恰当地选择和使用教具，重视教学内容的趣味性，增加孩子的实践操作活动，以游戏为基本活动，使孩子为被动学习转化为主动学习。在教学中，我还不断地对自己的教育实践进行反思，找出问题的症结，改进教育的方式、策略等，收到了一定的效果。</w:t>
      </w:r>
      <w:r>
        <w:rPr>
          <w:lang w:eastAsia="zh-CN"/>
        </w:rPr>
        <w:br/>
      </w:r>
      <w:r>
        <w:rPr>
          <w:lang w:eastAsia="zh-CN"/>
        </w:rPr>
        <w:t>　　（二）全身心的投入，保教结合，热爱尊重理解孩子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们两位教师轮流当保育员。这个班有22个小朋友，我们共同协商，把我们班的纪律及自立能力一起抓、同时我们班小朋友可以说进步很快，家长反映也不错。自立能力方面：我们坚持正面教育，对孩子以表扬为主，强化他们的自我服务意识，改变他们的依赖思想。对孩子好的行为或表现给予肯定，赞赏和鼓励，使孩子能够更有信心，更积极地做好事情，完成任务。而我们老师做到适时帮助，以提高孩子的自立能力，并及时与家长沟通，争取家长配合。就纪律方面：对少部分孩子出现的不良行为，我采取的是及时分析原因，该批评的批评，并给予适度的教育，引导孩子养成良好的行为习惯，慢慢的做到遵守纪律。</w:t>
      </w:r>
      <w:r>
        <w:rPr>
          <w:lang w:eastAsia="zh-CN"/>
        </w:rPr>
        <w:br/>
      </w:r>
      <w:r>
        <w:rPr>
          <w:lang w:eastAsia="zh-CN"/>
        </w:rPr>
        <w:t>　　在教学方面，孩子更是在原来的基础上有了不同程度的提高，特别是念儿歌、听故事、数学、美术等方面，有了很好的成绩。孩子在身心愉快的气氛中，生长也特别好，出勤率较高。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频繁的活动之中，我没有忘记对孩子最重要的养成教育。陶行知老先生说“生活即教育”，所以我注意在一日生活各环节中加强观察与指导，积极鼓励孩子学会做自己的事。饭前让孩子学会解便、提裤子、挽袖子、洗手、擦手。吃饭之中不掉饭、不讲话。吃完饭自己轻轻放碗、轻轻放勺子、擦嘴巴、漱口。上课的时候让孩子自觉学会认真倾听别人讲话，不插嘴，不乱跑，积极开动脑筋，举手回答问题。在午睡的时候让孩子自己学会解便上床，把鞋子整齐的放在床下面，尽量鼓励孩子自己脱衣服，盖被子，睡醒后自己整理床铺。在游戏活动中让孩子自己整理玩具，把玩具归类放好等等。别看这些都是些小事，但对孩子来说却是大事。只有从小养成了良好的生活和学习习惯，长大了才能成为一个自主、自强、自立的人。保证孩子活动室、午睡室整洁、卫生，搞好孩子毛巾、口杯、餐具的清洗和消毒。要求孩子餐前便后洗手，并以主题活动等多种形式，培养孩子良好的卫生习惯，爱护环境卫生，不乱吐乱扔，用我的爱心、耐心料理着孩子的日常生活。</w:t>
      </w:r>
      <w:r>
        <w:rPr>
          <w:lang w:eastAsia="zh-CN"/>
        </w:rPr>
        <w:br/>
      </w:r>
      <w:r>
        <w:rPr>
          <w:lang w:eastAsia="zh-CN"/>
        </w:rPr>
        <w:t>　　（三）家园工作</w:t>
      </w:r>
      <w:r>
        <w:rPr>
          <w:lang w:eastAsia="zh-CN"/>
        </w:rPr>
        <w:br/>
      </w:r>
      <w:r>
        <w:rPr>
          <w:lang w:eastAsia="zh-CN"/>
        </w:rPr>
        <w:t>　　家园联系是保证。在工作中，我经常与家长保持联系，了解孩子家庭教育环境，通过家园联系表、家长会、晨间午间接待时的谈话，及时与家长交流孩子在园的学习和生活情况，反馈孩子在家的信息，使家长与教师之间互相沟通。并结合孩子存在的问题，与家长一道商讨符合孩子特点的教育措施，共同促进孩子的成长。</w:t>
      </w:r>
      <w:r>
        <w:rPr>
          <w:lang w:eastAsia="zh-CN"/>
        </w:rPr>
        <w:br/>
      </w:r>
      <w:r>
        <w:rPr>
          <w:lang w:eastAsia="zh-CN"/>
        </w:rPr>
        <w:t>　　二、钻研业务，悉心育人</w:t>
      </w:r>
      <w:r>
        <w:rPr>
          <w:lang w:eastAsia="zh-CN"/>
        </w:rPr>
        <w:br/>
      </w:r>
      <w:r>
        <w:rPr>
          <w:lang w:eastAsia="zh-CN"/>
        </w:rPr>
        <w:t>　　作为一名教师不仅要管理好班级，有一颗爱孩子的心，还要有扎扎实实的业务水平和能力。为了提高自身素质，在工作之余，我经常翻阅一些有关幼教方面的书籍，看到好的信息及时摘录下来，不断为自己充电。同时向有经验的教师请教，工作中学习、学习中工作，不断积累经验，使自己在授课水平上有所提高。在孩子园轮教活动中，我积极备课，认真讲课，得到了领导和同事们的肯定。</w:t>
      </w:r>
      <w:r>
        <w:rPr>
          <w:lang w:eastAsia="zh-CN"/>
        </w:rPr>
        <w:br/>
      </w:r>
      <w:r>
        <w:rPr>
          <w:lang w:eastAsia="zh-CN"/>
        </w:rPr>
        <w:t>　　三、认识不足，努力进步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更加辉煌！通过这学期的工作，我很幸运学到了不少东西，业务上也有所提高，这一学期的成绩也是可喜的，但这还远远不够，在环境为教学的服务上还缺乏主动性。从事幼教工作半年，理论与实践的结合还是不够到位，研究做得不够细和实，没有很好的完成自己心中的目标。今后要努力把每一节课都当成锻炼自己的课堂，学会捕捉教学契机，提高自己驾驭课堂的能力和遇事的应变能力。我将在新的一学期里继续多学，多思、多试，努力把工作做得更好。我相信“精诚所致，金石为开”！</w:t>
      </w:r>
      <w:r>
        <w:rPr>
          <w:lang w:eastAsia="zh-CN"/>
        </w:rPr>
        <w:br/>
      </w:r>
      <w:r>
        <w:rPr>
          <w:lang w:eastAsia="zh-CN"/>
        </w:rPr>
        <w:t xml:space="preserve">    幼儿园中班班主任工作总结集合 篇11 </w:t>
      </w:r>
      <w:r>
        <w:rPr>
          <w:lang w:eastAsia="zh-CN"/>
        </w:rPr>
        <w:br/>
      </w:r>
      <w:r>
        <w:rPr>
          <w:lang w:eastAsia="zh-CN"/>
        </w:rPr>
        <w:t>　　一、在幼儿养成教育方面</w:t>
      </w:r>
      <w:r>
        <w:rPr>
          <w:lang w:eastAsia="zh-CN"/>
        </w:rPr>
        <w:br/>
      </w:r>
      <w:r>
        <w:rPr>
          <w:lang w:eastAsia="zh-CN"/>
        </w:rPr>
        <w:t>　　经过长时间的学习和生活，孩子们在自己原有基础上都有了不同程序的进步。我们注重每个幼儿生活能力的培养，如：系鞋带、扣扣子、掖衣服等。加强幼儿自我服务的同时并能简单的为他人服务逐渐形成了具有相对趋向的班级发展特点，在幼儿养成方面我会到：</w:t>
      </w:r>
      <w:r>
        <w:rPr>
          <w:lang w:eastAsia="zh-CN"/>
        </w:rPr>
        <w:br/>
      </w:r>
      <w:r>
        <w:rPr>
          <w:lang w:eastAsia="zh-CN"/>
        </w:rPr>
        <w:t>　　1、正确、迅速地洗手、洗脸，养成早晚刷牙的习惯。</w:t>
      </w:r>
      <w:r>
        <w:rPr>
          <w:lang w:eastAsia="zh-CN"/>
        </w:rPr>
        <w:br/>
      </w:r>
      <w:r>
        <w:rPr>
          <w:lang w:eastAsia="zh-CN"/>
        </w:rPr>
        <w:t>　　2、进餐细嚼慢咽，不挑食，不剩饭菜，进餐时不大声说话。</w:t>
      </w:r>
      <w:r>
        <w:rPr>
          <w:lang w:eastAsia="zh-CN"/>
        </w:rPr>
        <w:br/>
      </w:r>
      <w:r>
        <w:rPr>
          <w:lang w:eastAsia="zh-CN"/>
        </w:rPr>
        <w:t>　　3、安静就寝。独立、有次序、迅速地装脱衣服和鞋袜，会系鞋带等。</w:t>
      </w:r>
      <w:r>
        <w:rPr>
          <w:lang w:eastAsia="zh-CN"/>
        </w:rPr>
        <w:br/>
      </w:r>
      <w:r>
        <w:rPr>
          <w:lang w:eastAsia="zh-CN"/>
        </w:rPr>
        <w:t>　　4、保持仪表整洁，咳嗽、打喷嚏时会用手捂住口鼻或把脸转过身，不对着别人打喷嚏。</w:t>
      </w:r>
      <w:r>
        <w:rPr>
          <w:lang w:eastAsia="zh-CN"/>
        </w:rPr>
        <w:br/>
      </w:r>
      <w:r>
        <w:rPr>
          <w:lang w:eastAsia="zh-CN"/>
        </w:rPr>
        <w:t>　　5、保持公共场所的卫生，不爬不踩桌椅，不乱涂墙壁。</w:t>
      </w:r>
      <w:r>
        <w:rPr>
          <w:lang w:eastAsia="zh-CN"/>
        </w:rPr>
        <w:br/>
      </w:r>
      <w:r>
        <w:rPr>
          <w:lang w:eastAsia="zh-CN"/>
        </w:rPr>
        <w:t>　　二、家长工作方面我会做到</w:t>
      </w:r>
      <w:r>
        <w:rPr>
          <w:lang w:eastAsia="zh-CN"/>
        </w:rPr>
        <w:br/>
      </w:r>
      <w:r>
        <w:rPr>
          <w:lang w:eastAsia="zh-CN"/>
        </w:rPr>
        <w:t>　　1、定期、随机家访、电话等多种形式保持家园联系，让家长了解幼儿在园的情况、双方交流思想、征求建议和解决家长的困难，以及对我们工作的支持。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2、随机地与家长面谈交流，让家长配合本班的工作，并能积极参加幼儿园组织的各项活动，支持我们的教学需求、提供各种资料和材料，为搞好幼儿的教育尽心尽力。</w:t>
      </w:r>
      <w:r>
        <w:rPr>
          <w:lang w:eastAsia="zh-CN"/>
        </w:rPr>
        <w:br/>
      </w:r>
      <w:r>
        <w:rPr>
          <w:lang w:eastAsia="zh-CN"/>
        </w:rPr>
        <w:t>　　3、经过一个学期的努力，我们老师已经得到家长们认可和信任。日常我会通过多种途径与家长交流，再次建立良好的沟通平台。我想家长们也常常会主动与老师交流，了解孩子的在园情况，听取老师的意见和看法。</w:t>
      </w:r>
      <w:r>
        <w:rPr>
          <w:lang w:eastAsia="zh-CN"/>
        </w:rPr>
        <w:br/>
      </w:r>
      <w:r>
        <w:rPr>
          <w:lang w:eastAsia="zh-CN"/>
        </w:rPr>
        <w:t>　　4、在去年的沟通中我们发现，有些家长教育观念仍有待提高，通过日常观察、和家长沟通，我们了解到一些家长或是忙于工作，或是教育意识不强，对于孩子的日常教育仍有一些观念上的误区。总的来说，我班家长的总体水平较高，对于老师的工作也比较理解和支持，呈现出较好的发展趋向。</w:t>
      </w:r>
      <w:r>
        <w:rPr>
          <w:lang w:eastAsia="zh-CN"/>
        </w:rPr>
        <w:br/>
      </w:r>
      <w:r>
        <w:rPr>
          <w:lang w:eastAsia="zh-CN"/>
        </w:rPr>
        <w:t>　　在这个学期，我会更加努力，把一切提高到新的水平，让一切满足孩子的教育。</w:t>
      </w:r>
      <w:r>
        <w:rPr>
          <w:lang w:eastAsia="zh-CN"/>
        </w:rPr>
        <w:br/>
      </w:r>
      <w:r>
        <w:rPr>
          <w:lang w:eastAsia="zh-CN"/>
        </w:rPr>
        <w:t>　　三、安全方面我会努力做到</w:t>
      </w:r>
      <w:r>
        <w:rPr>
          <w:lang w:eastAsia="zh-CN"/>
        </w:rPr>
        <w:br/>
      </w:r>
      <w:r>
        <w:rPr>
          <w:lang w:eastAsia="zh-CN"/>
        </w:rPr>
        <w:t>　　1、不玩危险游戏，不去危险地方。</w:t>
      </w:r>
      <w:r>
        <w:rPr>
          <w:lang w:eastAsia="zh-CN"/>
        </w:rPr>
        <w:br/>
      </w:r>
      <w:r>
        <w:rPr>
          <w:lang w:eastAsia="zh-CN"/>
        </w:rPr>
        <w:t>　　2、懂得交通安全。</w:t>
      </w:r>
      <w:r>
        <w:rPr>
          <w:lang w:eastAsia="zh-CN"/>
        </w:rPr>
        <w:br/>
      </w:r>
      <w:r>
        <w:rPr>
          <w:lang w:eastAsia="zh-CN"/>
        </w:rPr>
        <w:t>　　3、会处理可能遇到的简单危险。</w:t>
      </w:r>
      <w:r>
        <w:rPr>
          <w:lang w:eastAsia="zh-CN"/>
        </w:rPr>
        <w:br/>
      </w:r>
      <w:r>
        <w:rPr>
          <w:lang w:eastAsia="zh-CN"/>
        </w:rPr>
        <w:t>　　4、有自我保护的意识。</w:t>
      </w:r>
      <w:r>
        <w:rPr>
          <w:lang w:eastAsia="zh-CN"/>
        </w:rPr>
        <w:br/>
      </w:r>
      <w:r>
        <w:rPr>
          <w:lang w:eastAsia="zh-CN"/>
        </w:rPr>
        <w:t>　　四、教育教学工作方面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(一)根据幼儿园的课程指导思想并结合本班幼儿年龄特征和个性差异，从实际出发认真制定适合幼儿发展的教育教学内容，在本学期里我们主要培养幼儿以下几个方面的能力。</w:t>
      </w:r>
      <w:r>
        <w:rPr>
          <w:lang w:eastAsia="zh-CN"/>
        </w:rPr>
        <w:br/>
      </w:r>
      <w:r>
        <w:rPr>
          <w:lang w:eastAsia="zh-CN"/>
        </w:rPr>
        <w:t>　　1、建立班级特色</w:t>
      </w:r>
      <w:r>
        <w:rPr>
          <w:lang w:eastAsia="zh-CN"/>
        </w:rPr>
        <w:br/>
      </w:r>
      <w:r>
        <w:rPr>
          <w:lang w:eastAsia="zh-CN"/>
        </w:rPr>
        <w:t>　　“把孩子培养成自信、友爱、诚实、好问、勇敢、坚强、讲礼貌、爱护环境的良好品德行为习惯是本班的教育宗旨。</w:t>
      </w:r>
      <w:r>
        <w:rPr>
          <w:lang w:eastAsia="zh-CN"/>
        </w:rPr>
        <w:br/>
      </w:r>
      <w:r>
        <w:rPr>
          <w:lang w:eastAsia="zh-CN"/>
        </w:rPr>
        <w:t>　　2、教学上采用分组、分区等教学模式、大胆尝试新的教学模式&amp;&amp;主体探究活动，仔细观察孩子活动情况、做好观察分析、发展幼儿的观察能力、动手操作能力及培养幼儿学会自主发现和解决问题的能力。</w:t>
      </w:r>
      <w:r>
        <w:rPr>
          <w:lang w:eastAsia="zh-CN"/>
        </w:rPr>
        <w:br/>
      </w:r>
      <w:r>
        <w:rPr>
          <w:lang w:eastAsia="zh-CN"/>
        </w:rPr>
        <w:t>　　3、加强幼儿的常规培养，通过平时随机地向幼儿讲清常规的要求，并采用多种形式进行训练，严格检查常规的执行情况，每天让幼儿轮流当好值日生，做好小主人。</w:t>
      </w:r>
      <w:r>
        <w:rPr>
          <w:lang w:eastAsia="zh-CN"/>
        </w:rPr>
        <w:br/>
      </w:r>
      <w:r>
        <w:rPr>
          <w:lang w:eastAsia="zh-CN"/>
        </w:rPr>
        <w:t>　　(二)蒙氏数学</w:t>
      </w:r>
      <w:r>
        <w:rPr>
          <w:lang w:eastAsia="zh-CN"/>
        </w:rPr>
        <w:br/>
      </w:r>
      <w:r>
        <w:rPr>
          <w:lang w:eastAsia="zh-CN"/>
        </w:rPr>
        <w:t>　　1、能运用多种感官感知事物特征，知道一些常见事物的关系和联系。</w:t>
      </w:r>
      <w:r>
        <w:rPr>
          <w:lang w:eastAsia="zh-CN"/>
        </w:rPr>
        <w:br/>
      </w:r>
      <w:r>
        <w:rPr>
          <w:lang w:eastAsia="zh-CN"/>
        </w:rPr>
        <w:t>　　2、爱动脑筋，会发现问题，喜欢尝试、操作、寻找问题答案。</w:t>
      </w:r>
      <w:r>
        <w:rPr>
          <w:lang w:eastAsia="zh-CN"/>
        </w:rPr>
        <w:br/>
      </w:r>
      <w:r>
        <w:rPr>
          <w:lang w:eastAsia="zh-CN"/>
        </w:rPr>
        <w:t>　　3、能根据物体的特征分类，会通过比较将物体按一定规律排序。</w:t>
      </w:r>
      <w:r>
        <w:rPr>
          <w:lang w:eastAsia="zh-CN"/>
        </w:rPr>
        <w:br/>
      </w:r>
      <w:r>
        <w:rPr>
          <w:lang w:eastAsia="zh-CN"/>
        </w:rPr>
        <w:t>　　4、具有初步的空间概念。</w:t>
      </w:r>
      <w:r>
        <w:rPr>
          <w:lang w:eastAsia="zh-CN"/>
        </w:rPr>
        <w:br/>
      </w:r>
      <w:r>
        <w:rPr>
          <w:lang w:eastAsia="zh-CN"/>
        </w:rPr>
        <w:t>　　(三)阅读</w:t>
      </w:r>
      <w:r>
        <w:rPr>
          <w:lang w:eastAsia="zh-CN"/>
        </w:rPr>
        <w:br/>
      </w:r>
      <w:r>
        <w:rPr>
          <w:lang w:eastAsia="zh-CN"/>
        </w:rPr>
        <w:t>　　1、学习独立的阅读方式，有一定的阅读兴趣。</w:t>
      </w:r>
      <w:r>
        <w:rPr>
          <w:lang w:eastAsia="zh-CN"/>
        </w:rPr>
        <w:br/>
      </w:r>
      <w:r>
        <w:rPr>
          <w:lang w:eastAsia="zh-CN"/>
        </w:rPr>
        <w:t>　　2、能有顺序地一页一页翻书，用手指点读图画内容及文字。</w:t>
      </w:r>
      <w:r>
        <w:rPr>
          <w:lang w:eastAsia="zh-CN"/>
        </w:rPr>
        <w:br/>
      </w:r>
      <w:r>
        <w:rPr>
          <w:lang w:eastAsia="zh-CN"/>
        </w:rPr>
        <w:t>　　3、能在图书中读出自己认识的、简单的汉字。</w:t>
      </w:r>
      <w:r>
        <w:rPr>
          <w:lang w:eastAsia="zh-CN"/>
        </w:rPr>
        <w:br/>
      </w:r>
      <w:r>
        <w:rPr>
          <w:lang w:eastAsia="zh-CN"/>
        </w:rPr>
        <w:t>　　4、能注意倾听他人的讲话。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5、能根据作品提供的线索，尝试仿编诗歌和散文等。</w:t>
      </w:r>
      <w:r>
        <w:rPr>
          <w:lang w:eastAsia="zh-CN"/>
        </w:rPr>
        <w:br/>
      </w:r>
      <w:r>
        <w:rPr>
          <w:lang w:eastAsia="zh-CN"/>
        </w:rPr>
        <w:t>　　6、会有表情的朗诵诗歌和讲述故事，并能复述、扮演完整的或部分的故事情节。</w:t>
      </w:r>
      <w:r>
        <w:rPr>
          <w:lang w:eastAsia="zh-CN"/>
        </w:rPr>
        <w:br/>
      </w:r>
      <w:r>
        <w:rPr>
          <w:lang w:eastAsia="zh-CN"/>
        </w:rPr>
        <w:t>　　(四)艺术表现方面1、积极参加唱歌、舞蹈、表演等活动。</w:t>
      </w:r>
      <w:r>
        <w:rPr>
          <w:lang w:eastAsia="zh-CN"/>
        </w:rPr>
        <w:br/>
      </w:r>
      <w:r>
        <w:rPr>
          <w:lang w:eastAsia="zh-CN"/>
        </w:rPr>
        <w:t>　　2、能大胆地在集体面前表演，能按节奏协调地做动作，并能和同伴协同表演。</w:t>
      </w:r>
      <w:r>
        <w:rPr>
          <w:lang w:eastAsia="zh-CN"/>
        </w:rPr>
        <w:br/>
      </w:r>
      <w:r>
        <w:rPr>
          <w:lang w:eastAsia="zh-CN"/>
        </w:rPr>
        <w:t>　　3、每周学会一首歌曲、一个舞蹈组合。</w:t>
      </w:r>
      <w:r>
        <w:rPr>
          <w:lang w:eastAsia="zh-CN"/>
        </w:rPr>
        <w:br/>
      </w:r>
      <w:r>
        <w:rPr>
          <w:lang w:eastAsia="zh-CN"/>
        </w:rPr>
        <w:t>　　4、会绘画、折纸等技能表现事物的基本特征。</w:t>
      </w:r>
      <w:r>
        <w:rPr>
          <w:lang w:eastAsia="zh-CN"/>
        </w:rPr>
        <w:br/>
      </w:r>
      <w:r>
        <w:rPr>
          <w:lang w:eastAsia="zh-CN"/>
        </w:rPr>
        <w:t>　　总之，我会更加努力的做好一切。</w:t>
      </w:r>
      <w:r>
        <w:rPr>
          <w:lang w:eastAsia="zh-CN"/>
        </w:rPr>
        <w:br/>
      </w:r>
      <w:r>
        <w:rPr>
          <w:lang w:eastAsia="zh-CN"/>
        </w:rPr>
        <w:t xml:space="preserve">    幼儿园中班班主任工作总结集合 篇12 </w:t>
      </w:r>
      <w:r>
        <w:rPr>
          <w:lang w:eastAsia="zh-CN"/>
        </w:rPr>
        <w:br/>
      </w:r>
      <w:r>
        <w:rPr>
          <w:lang w:eastAsia="zh-CN"/>
        </w:rPr>
        <w:t>　　时间过得真快、转眼间中班的工作行将终止。在这学期中我进步了许多成长了许多、然而给我帮助的就是我们班的老师、在我有不懂的问题时、在我为环境不知如何下手而一筹莫展的时候、她们总是耐心的为我讲授一遍又一遍直到我明白为止。孩子们的进步、成长使我感到欣慰、我收获了作为一位教师的快乐、成长了许多、当然、还有着许多的不足、以下就是我对这学期的工作总结：</w:t>
      </w:r>
      <w:r>
        <w:rPr>
          <w:lang w:eastAsia="zh-CN"/>
        </w:rPr>
        <w:br/>
      </w:r>
      <w:r>
        <w:rPr>
          <w:lang w:eastAsia="zh-CN"/>
        </w:rPr>
        <w:t>　　一、政治思想</w:t>
      </w:r>
      <w:r>
        <w:rPr>
          <w:lang w:eastAsia="zh-CN"/>
        </w:rPr>
        <w:br/>
      </w:r>
      <w:r>
        <w:rPr>
          <w:lang w:eastAsia="zh-CN"/>
        </w:rPr>
        <w:t>　　1、本人能积极参加政治学习、遵照劳动纪律、团结同志、热爱集体、服从分配、对班级工作认真负责、在工作中努力求真、求实、求新。以积极热情的心态去完成园里安排的各项工作。积极参加园内各项活动及年级组教研活动、做好各项工作、积极要求进步。爱岗敬业、做到耐心、爱心、公平、尊重的对待每一个孩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2、遵照园内的规章制度、以一位合格教师的行动准则来要求自己。不迟到、不早退、与园中教师搞好关系、不议论他人、配合园内领导的各项任务。</w:t>
      </w:r>
      <w:r>
        <w:rPr>
          <w:lang w:eastAsia="zh-CN"/>
        </w:rPr>
        <w:br/>
      </w:r>
      <w:r>
        <w:rPr>
          <w:lang w:eastAsia="zh-CN"/>
        </w:rPr>
        <w:t>　　3、以积极的态度来面对我现在的工作、对待自己的班像自己的家一样、而对待班里的另两名教师像亲人一样、相互帮助、相互学习、取长补短。而对待孩子、我会时刻提示自己：你是一位幼儿教师、要为班里的孩子负责。</w:t>
      </w:r>
      <w:r>
        <w:rPr>
          <w:lang w:eastAsia="zh-CN"/>
        </w:rPr>
        <w:br/>
      </w:r>
      <w:r>
        <w:rPr>
          <w:lang w:eastAsia="zh-CN"/>
        </w:rPr>
        <w:t>　　4、利用业余时间浏览书籍、做好自学笔记、提高自身思想政治觉悟和文化水平。</w:t>
      </w:r>
      <w:r>
        <w:rPr>
          <w:lang w:eastAsia="zh-CN"/>
        </w:rPr>
        <w:br/>
      </w:r>
      <w:r>
        <w:rPr>
          <w:lang w:eastAsia="zh-CN"/>
        </w:rPr>
        <w:t>　　5、自己主动地进行业务学习、积极参加教研活动并参与讨论。在本学年中、我常浏览学前教育书籍、并写出反思、划出重点。使自己更能加深印象。</w:t>
      </w:r>
      <w:r>
        <w:rPr>
          <w:lang w:eastAsia="zh-CN"/>
        </w:rPr>
        <w:br/>
      </w:r>
      <w:r>
        <w:rPr>
          <w:lang w:eastAsia="zh-CN"/>
        </w:rPr>
        <w:t>　　二、教育教学</w:t>
      </w:r>
      <w:r>
        <w:rPr>
          <w:lang w:eastAsia="zh-CN"/>
        </w:rPr>
        <w:br/>
      </w:r>
      <w:r>
        <w:rPr>
          <w:lang w:eastAsia="zh-CN"/>
        </w:rPr>
        <w:t>　　1、积极参加每次的教研活动、并在活动中积极讨论发言、从中吸取他人的见解、补偿自身业务知识的不足。在活动中认真做笔记、并写出有关活动的反思。</w:t>
      </w:r>
      <w:r>
        <w:rPr>
          <w:lang w:eastAsia="zh-CN"/>
        </w:rPr>
        <w:br/>
      </w:r>
      <w:r>
        <w:rPr>
          <w:lang w:eastAsia="zh-CN"/>
        </w:rPr>
        <w:t>　　2、认真学习纲领内容、认真做好笔记、更新自己的教育观念并将其运用到日常工作中、使幼儿的能力得到一定的提高。在生活中重视幼儿的探索进程、真正增进幼儿能力的发展。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3、幼儿园常组织学习、同时我自己也自学了很多文章、浏览了许多的学前教育、初步了解了现在幼儿的心理与爱好、家长的要求、老师在带班教育教学中应注意的问题、孩子不听话老师应当怎么办等等。</w:t>
      </w:r>
      <w:r>
        <w:rPr>
          <w:lang w:eastAsia="zh-CN"/>
        </w:rPr>
        <w:br/>
      </w:r>
      <w:r>
        <w:rPr>
          <w:lang w:eastAsia="zh-CN"/>
        </w:rPr>
        <w:t>　　日常生活教育：我比较注意日常生活的教育、在环节中告知幼儿一些生活常识、并且还与幼儿一起谈天、增进彼此的感情。作为一位教师不仅要有一颗爱孩子的心、还要有扎扎实实的业务水平和能力。</w:t>
      </w:r>
      <w:r>
        <w:rPr>
          <w:lang w:eastAsia="zh-CN"/>
        </w:rPr>
        <w:br/>
      </w:r>
      <w:r>
        <w:rPr>
          <w:lang w:eastAsia="zh-CN"/>
        </w:rPr>
        <w:t>　　为了提高自身素养、在工作之余、我常常翻阅一些有关幼教方面的书籍、看到好的信息及时摘录下来、不断为自己充电。同时向有体会的老教师请教、干中学、学中干、不断积存体会、使自己在授课水平上有所提高。并且、认识不足、努力进步通过这一年的工作中、我很荣幸学到了很多东西、业务上也努力做了一些。但这还远远不够、特别是在环境的创设上有时会安于现状、对自己缺少高要求。我将在以后的日子里连续多学、多思、多试努力把工作做的更好。</w:t>
      </w:r>
      <w:r>
        <w:rPr>
          <w:lang w:eastAsia="zh-CN"/>
        </w:rPr>
        <w:br/>
      </w:r>
      <w:r>
        <w:rPr>
          <w:lang w:eastAsia="zh-CN"/>
        </w:rPr>
        <w:t>　　刚步入教师的队伍不久时、对环境布置方面存在着许多的问题、如找到内容后不知如何将材料布置到墙面上去。于是通过与班长的交换、探讨发觉了自己的问题、并找出了解决的方法于是我又重新修改、就这样经过一次次的修改补充学习我们班的环境有了很大的提高、也符合了教育目标和要求。</w:t>
      </w:r>
      <w:r>
        <w:rPr>
          <w:lang w:eastAsia="zh-CN"/>
        </w:rPr>
        <w:br/>
      </w:r>
      <w:r>
        <w:rPr>
          <w:lang w:eastAsia="zh-CN"/>
        </w:rPr>
        <w:t>　　三、常规工作：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通过这学期的管理和交换、找到班中各个环节中的问题、及教师的策略、调剂我的教师的职责、根据不同的'环节、进行不同的分工、使工作做到有条不紊、每一个人各尽其责、对每一个环节进行教育、从而稳固幼儿的情绪和常规。</w:t>
      </w:r>
      <w:r>
        <w:rPr>
          <w:lang w:eastAsia="zh-CN"/>
        </w:rPr>
        <w:br/>
      </w:r>
      <w:r>
        <w:rPr>
          <w:lang w:eastAsia="zh-CN"/>
        </w:rPr>
        <w:t>　　本班幼儿活泼好动、因此在常规培养方面经过相互的讨论、决定给孩子一定的自由的空间、答应孩子在不打扰同伴的基础上可以自由的活动。</w:t>
      </w:r>
      <w:r>
        <w:rPr>
          <w:lang w:eastAsia="zh-CN"/>
        </w:rPr>
        <w:br/>
      </w:r>
      <w:r>
        <w:rPr>
          <w:lang w:eastAsia="zh-CN"/>
        </w:rPr>
        <w:t>　　四、卫生保健</w:t>
      </w:r>
      <w:r>
        <w:rPr>
          <w:lang w:eastAsia="zh-CN"/>
        </w:rPr>
        <w:br/>
      </w:r>
      <w:r>
        <w:rPr>
          <w:lang w:eastAsia="zh-CN"/>
        </w:rPr>
        <w:t>　　在保育方面、我们也积极的为幼儿创造良好的环境：</w:t>
      </w:r>
      <w:r>
        <w:rPr>
          <w:lang w:eastAsia="zh-CN"/>
        </w:rPr>
        <w:br/>
      </w:r>
      <w:r>
        <w:rPr>
          <w:lang w:eastAsia="zh-CN"/>
        </w:rPr>
        <w:t>　　1、在上半学期、手足口病比较严重、因此在班中及时开窗透风、认真地做好晨、午、晚检。严格实行各项卫生保健工作的制度、认真的做好班级的卫生工作、做到班中无异味。</w:t>
      </w:r>
      <w:r>
        <w:rPr>
          <w:lang w:eastAsia="zh-CN"/>
        </w:rPr>
        <w:br/>
      </w:r>
      <w:r>
        <w:rPr>
          <w:lang w:eastAsia="zh-CN"/>
        </w:rPr>
        <w:t>　　2、班级成员之间积极交换、为幼儿创造一个良好的环境、教师做到随手整理东西、相互提示、相互监督、保护好班中的卫生。</w:t>
      </w:r>
      <w:r>
        <w:rPr>
          <w:lang w:eastAsia="zh-CN"/>
        </w:rPr>
        <w:br/>
      </w:r>
      <w:r>
        <w:rPr>
          <w:lang w:eastAsia="zh-CN"/>
        </w:rPr>
        <w:t>　　3、在户外的时候、根据年龄的特点、制定了合适的体育活动、提高幼儿的体能、增强体质。</w:t>
      </w:r>
      <w:r>
        <w:rPr>
          <w:lang w:eastAsia="zh-CN"/>
        </w:rPr>
        <w:br/>
      </w:r>
      <w:r>
        <w:rPr>
          <w:lang w:eastAsia="zh-CN"/>
        </w:rPr>
        <w:t>　　4、坚持每天开窗透风、确保室内空气流通、给幼儿一个整洁健康的环境、让幼儿轻松愉快的渡过每一天。</w:t>
      </w:r>
      <w:r>
        <w:rPr>
          <w:lang w:eastAsia="zh-CN"/>
        </w:rPr>
        <w:br/>
      </w:r>
      <w:r>
        <w:rPr>
          <w:lang w:eastAsia="zh-CN"/>
        </w:rPr>
        <w:t>　　坚持各项消毒制度、每天保洁。做好晨、午、晚检、发觉问题及时处理。</w:t>
      </w:r>
      <w:r>
        <w:rPr>
          <w:lang w:eastAsia="zh-CN"/>
        </w:rPr>
        <w:br/>
      </w:r>
      <w:r>
        <w:rPr>
          <w:lang w:eastAsia="zh-CN"/>
        </w:rPr>
        <w:t>　　5、在环节中教会幼儿生活能力与方法：</w:t>
      </w:r>
      <w:r>
        <w:rPr>
          <w:lang w:eastAsia="zh-CN"/>
        </w:rPr>
        <w:br/>
      </w:r>
      <w:r>
        <w:rPr>
          <w:lang w:eastAsia="zh-CN"/>
        </w:rPr>
        <w:t>　　如：餐后幼儿自己擦桌子、自己扫地、自己搬桌椅、掌控正确洗手方法等等。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为了充实家长的育儿体会、能够及时地更换家长专栏的教育文章、使家长能够得到新的教育观念、并增加了周工作重点、使家长了解教师和幼儿每周的活动安排。</w:t>
      </w:r>
      <w:r>
        <w:rPr>
          <w:lang w:eastAsia="zh-CN"/>
        </w:rPr>
        <w:br/>
      </w:r>
      <w:r>
        <w:rPr>
          <w:lang w:eastAsia="zh-CN"/>
        </w:rPr>
        <w:t>　　为了能够及时的了解孩子在家（园）的情形、于是我们让家长把孩子的进步记录在爱心卡上、教师根据内容进行及时的反馈、通过这种活动、我们发觉好多孩子在家里表现特别好。</w:t>
      </w:r>
      <w:r>
        <w:rPr>
          <w:lang w:eastAsia="zh-CN"/>
        </w:rPr>
        <w:br/>
      </w:r>
      <w:r>
        <w:rPr>
          <w:lang w:eastAsia="zh-CN"/>
        </w:rPr>
        <w:t>　　目标的制定、教育活动的组织语言、教育幼儿的方法等。在以后的工作当中、我会更加的努力、向老教师多多学习、让一些好的教育方法运用到自身、为自己的工作建立更多的信心。</w:t>
      </w:r>
      <w:r>
        <w:rPr>
          <w:lang w:eastAsia="zh-CN"/>
        </w:rPr>
        <w:br/>
      </w:r>
      <w:r>
        <w:rPr>
          <w:lang w:eastAsia="zh-CN"/>
        </w:rPr>
        <w:t>　　园里的老师也总是关注着我的生活和工作总之感谢园里的老师无微不至的帮助和谆谆教诲没有你们的帮助就没有我今天的进步请你们相信在今后的教育教学工作中、我将更加严格要求自己、努力工作、发扬优点、改正缺点、为美好的明天奉献自己的气力。</w:t>
      </w:r>
      <w:r>
        <w:rPr>
          <w:lang w:eastAsia="zh-CN"/>
        </w:rPr>
        <w:br/>
      </w:r>
      <w:r>
        <w:rPr>
          <w:lang w:eastAsia="zh-CN"/>
        </w:rPr>
        <w:t xml:space="preserve">    幼儿园中班班主任工作总结集合 篇13 </w:t>
      </w:r>
      <w:r>
        <w:rPr>
          <w:lang w:eastAsia="zh-CN"/>
        </w:rPr>
        <w:br/>
      </w:r>
      <w:r>
        <w:rPr>
          <w:lang w:eastAsia="zh-CN"/>
        </w:rPr>
        <w:t>　　作为一个班主任，应该进行家访。你对某个学生在校的行为感到不理解，到他家中一看，心里就明白了，家访能帮助你找到教育学生的钥匙。</w:t>
      </w:r>
      <w:r>
        <w:rPr>
          <w:lang w:eastAsia="zh-CN"/>
        </w:rPr>
        <w:br/>
      </w:r>
      <w:r>
        <w:rPr>
          <w:lang w:eastAsia="zh-CN"/>
        </w:rPr>
        <w:t>　　家访从初一上学期期中考试之后开始，到初二下学期结束。除了学生在校表现有异常，需要再到他家去了解一下。一般的学生，初中三年家访一次就够了。不需要每个学期都去。你不嫌累，人家还嫌麻烦呢!花一年半的时间，到班上几十个学生家中走一趟，从班主任的精力上考虑是做得到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家访前的准备。简单地说，要想几条学生的优点，并要有具体的事实。让家长听了高兴，学生听了感激，为以后的教育铺平道路。对中差生，可以称赞他劳动态度好，大扫除很卖力，或者体育好。一般地说，不想读书的学生，这两条还是可以的。万一你实在想不出一个学生的优点，暂不要到他家去。等到他略有进步，上门去称赞他有进步，给他注一针强心剂，让他再管住自己几天。</w:t>
      </w:r>
      <w:r>
        <w:rPr>
          <w:lang w:eastAsia="zh-CN"/>
        </w:rPr>
        <w:br/>
      </w:r>
      <w:r>
        <w:rPr>
          <w:lang w:eastAsia="zh-CN"/>
        </w:rPr>
        <w:t>　　这是班主任的工作策略。一次初二时，一个学生接连打架，我十分恼火，上门准备告状的。一进房门，就看到学生胆怯的眼光，临机一动，改变了主意，在他家说了一大堆“还好”之类的话。临别，学生送我下楼，说了句：“谢谢老师”。后来，他变好了。纯是出自于感激：没有让他挨打。我悟到了：自己的孩子表现如何，各个家长心里都有数，用不着我数落他孩子的不是，搞得大家不快活。现在我从不告状。而且，我注意到，告状的效果，往往适得其反。</w:t>
      </w:r>
      <w:r>
        <w:rPr>
          <w:lang w:eastAsia="zh-CN"/>
        </w:rPr>
        <w:br/>
      </w:r>
      <w:r>
        <w:rPr>
          <w:lang w:eastAsia="zh-CN"/>
        </w:rPr>
        <w:t>　　家访中应该了解的情况，仅提出我认为很重要的两点：一是通过与家长的闲谈，了解家长的素质和做家长的责任心。父母的天赋都很差，他们的孩子也不会很聪明。一个学生能培养到什么程度，看看家长，心里就有数了，以免班主任作不必要的努力。二是了解学生在家里有没有学习条件，至少要有张桌子，一个板凳做作业。没有的，督促家长给学生创造一个学习的环境。检查一下灯光是否合适，体现班主任对学生的关怀。再是观察家庭的摆设了解家庭的经济状况。对班干部的家访要求家长支持孩子的工作，说明这对于孩子能力的培养是大的益处的。每个学生家中访问的时间，一般不超过一刻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家访之后，要建立学生卡片，形式自便，由班主任自己掌握。这个工作很重要，对以后的教育颇有益处，一定要做。卡片上注明：姓名，出生年月，性别，或者排行第几，住房情况，有无学习环境，父母的责任心，素质按自己的印象填优、良、中、差。家庭的经济状况，在校表现原因的估计，采取教育的方法，试用的效果等。卡片一般用日记本就可以以，而且卡片中可以用自己看得懂的符号来表示掌握的情况。如用3/4，分母4表示他兄弟姐妹4人，分子表示他排行第三，一目了然，又简便。</w:t>
      </w:r>
      <w:r>
        <w:rPr>
          <w:lang w:eastAsia="zh-CN"/>
        </w:rPr>
        <w:br/>
      </w:r>
      <w:r>
        <w:rPr>
          <w:lang w:eastAsia="zh-CN"/>
        </w:rPr>
        <w:t>　　你这样做了，就积累了经验，这些经验是你将来的财富。</w:t>
      </w:r>
      <w:r>
        <w:rPr>
          <w:lang w:eastAsia="zh-CN"/>
        </w:rPr>
        <w:br/>
      </w:r>
      <w:r>
        <w:rPr>
          <w:lang w:eastAsia="zh-CN"/>
        </w:rPr>
        <w:t xml:space="preserve">    幼儿园中班班主任工作总结集合 篇14 </w:t>
      </w:r>
      <w:r>
        <w:rPr>
          <w:lang w:eastAsia="zh-CN"/>
        </w:rPr>
        <w:br/>
      </w:r>
      <w:r>
        <w:rPr>
          <w:lang w:eastAsia="zh-CN"/>
        </w:rPr>
        <w:t>　　时光总在你忙碌的时候悄悄溜走，不知不觉又是一学期过去了，回想这学期的点点滴滴，与孩子们一起共学、共长，真令人难忘。本学期，我和梁老师、吴老师组成了一个新的'班级，俗话说：“三人行，必有我师。”梁老师对待工作认真、严谨，与孩子的互动很好；吴老师对待工作积极主动，虚心好学，对待孩子、家长充满热情，因此在工作中我们每个人都发挥自己的强项，优势互补，工作不分彼此，在我们的共同努力下我班的教学工作有新意，有突破，班级工作开展得井然有序。回顾这一学期的工作，看着孩子们一张张可爱的笑脸，我们感到很欣慰，因为在教学中我们付出的是汗水，但我们收获的是孩子的成长与进步以及</w:t>
      </w:r>
      <w:r>
        <w:rPr>
          <w:lang w:eastAsia="zh-CN"/>
        </w:rPr>
        <w:br/>
      </w:r>
      <w:r>
        <w:rPr>
          <w:lang w:eastAsia="zh-CN"/>
        </w:rPr>
        <w:t>　　孩子对我们沉甸甸的爱。现在我就对这一学期的班级工作做如下总结：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勤奋地工作，满的完成了一学期的工作。现总结如下：</w:t>
      </w:r>
      <w:r>
        <w:rPr>
          <w:lang w:eastAsia="zh-CN"/>
        </w:rPr>
        <w:br/>
      </w:r>
      <w:r>
        <w:rPr>
          <w:lang w:eastAsia="zh-CN"/>
        </w:rPr>
        <w:t>　　一、根据幼儿发展情况，正确实施教育</w:t>
      </w:r>
      <w:r>
        <w:rPr>
          <w:lang w:eastAsia="zh-CN"/>
        </w:rPr>
        <w:br/>
      </w:r>
      <w:r>
        <w:rPr>
          <w:lang w:eastAsia="zh-CN"/>
        </w:rPr>
        <w:t>　　1、巩固各项常规，培养孩子的责任感和规则意识</w:t>
      </w:r>
      <w:r>
        <w:rPr>
          <w:lang w:eastAsia="zh-CN"/>
        </w:rPr>
        <w:br/>
      </w:r>
      <w:r>
        <w:rPr>
          <w:lang w:eastAsia="zh-CN"/>
        </w:rPr>
        <w:t>　　常规工作是幼儿园工作中的非常重要的一项内容，是一项深入持久的工作，建立良好的常规是开展各项活动的前提条件，必须坚持不懈地落实，才能使老师更好地开展工作。随着孩子的年龄增长，孩子社会经验的逐步丰富，常规就要随着孩子的特点而开展。这学期眼看幼儿越来越多，我们工作量也加大。当然，积极性也越来越大。新入园幼儿占到班级四分之一。就新生自身而言别说自理能力了，就连一点的纪律概念都没有，可以说是很乱。针对这一情况，我认为我们班的纪律及自理能力要一起抓、同时抓。自理能力方面：我们坚持正面教育，对幼儿以表扬为主，强化他们的自我服务意识，改变他们的依赖思想。对幼儿好的行为或表现给予肯定，赞赏和鼓励，使幼儿能够更信心，更积极地做好事情，完成任务。而我们老师做到适时帮助，以提高幼儿的自理能力，并及时与家长沟通，争取家长配合。就纪律方面：对少部分幼儿出现的不良行为，我们采取的是及时分析原因，该批评的批评，并给予适度的教育，引导幼儿养成良好的行为习惯，慢慢的做到遵守纪律。由于常规工作的细致坚持落实，孩子的卫生习惯、自理能力、学习习惯有了很大的进步。家长也反映孩子在家的自理能力、卫生习惯明显进步。建立了各项良好的常规，为进行各项教学活动奠定了良好的基础。通过这样的强化，孩子在进功能室活动的常规得到不断的进步和巩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2、积极开展方案教学，促进幼儿全面发展</w:t>
      </w:r>
      <w:r>
        <w:rPr>
          <w:lang w:eastAsia="zh-CN"/>
        </w:rPr>
        <w:br/>
      </w:r>
      <w:r>
        <w:rPr>
          <w:lang w:eastAsia="zh-CN"/>
        </w:rPr>
        <w:t>　　根据《纲要》精神，教师要做幼儿学习信息的传递者、学习兴趣（求知欲）的引发者和学习潜力的开发者。要让幼儿真正成为活动的主人，我们教师应该为幼儿提供主动活动的机会。从孩子的角度去关注理解他们的生成活动，了解他们的需求，判断生成活动的价值，及时予以支持和提升。教师要研读孩子，关注孩子的言行，捕捉孩子稍纵即逝的兴趣点，并能读懂孩子的百种语言，理解孩子的探索行为。同时也要让孩子与环境相互作用，使孩子真正成为环境的主人，使环境真正为孩子教育服务。根据幼儿兴趣的需要，班上的老师一起制定了：《我是中班小朋友》小主题和《车的世界》、《咚咚锵咚锵》两个主题活动。在《我是中班的小朋友》两个星期的小主题让幼儿知道升中班后，是哥哥姐姐了，要比小班的时候更能干，并逐步培养幼儿的独立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车的世界》的主题活动中，丰富了墙面的大环境。整个墙面都渗透互动，有家长收集的资料，有孩子自己的作品，有老师的制作。并让孩子一起来设计，一起来参与。孩子们对车的认识有了一定的了解。能掌握了十几种小车品牌的标志，交通标志，并说说有轨道车有那些，知道特殊车的用途等。孩子们并能把学到的知识回家与家长分享。家长与积极参与到我们的主题活动来，带来与主题相关的各种资料。为了让家长更了解孩子们在园的学习情况，我们邀请了家长来园一同举行结题会。孩子们能大方把自己学的本领展示出来。在抢答小轿车的品牌时，更是把活动推向了高潮。得到家长的好评。看到大部分家长对我们的工作还是大力的支持，真是让我们老师莫大的欣慰。</w:t>
      </w:r>
      <w:r>
        <w:rPr>
          <w:lang w:eastAsia="zh-CN"/>
        </w:rPr>
        <w:br/>
      </w:r>
      <w:r>
        <w:rPr>
          <w:lang w:eastAsia="zh-CN"/>
        </w:rPr>
        <w:t>　　《咚咚锵咚锵》的主题。主题墙的材料大多是发动家长收集各种废旧料，在小朋友与老师的画画，剪剪，贴贴中完成。此主题进行中也重点培养了孩子们的任务意识，定期向小朋友发布小任务，并有追踪性的延伸，并让家长一起参与到我们活动中来，向家长转发相关任务意识培养的文章，并针对不同年龄段的不同培养。小朋友的任务意识明显提高了。</w:t>
      </w:r>
      <w:r>
        <w:rPr>
          <w:lang w:eastAsia="zh-CN"/>
        </w:rPr>
        <w:br/>
      </w:r>
      <w:r>
        <w:rPr>
          <w:lang w:eastAsia="zh-CN"/>
        </w:rPr>
        <w:t>　　二、保育工作</w:t>
      </w:r>
      <w:r>
        <w:rPr>
          <w:lang w:eastAsia="zh-CN"/>
        </w:rPr>
        <w:br/>
      </w:r>
      <w:r>
        <w:rPr>
          <w:lang w:eastAsia="zh-CN"/>
        </w:rPr>
        <w:t>　　孩子们的保育工作更是重中之重。我班严格按照幼儿园的卫生保健工作制度，把卫生程序规范化。加强孩子的体能活动，增强孩子的体质，对于个别体质较弱的孩子，进行有针对性的照顾与关怀。班内工作人员都能随时注意天气变化，</w:t>
      </w:r>
      <w:r>
        <w:rPr>
          <w:lang w:eastAsia="zh-CN"/>
        </w:rPr>
        <w:br/>
      </w:r>
    </w:p>
    <w:p w:rsidR="001B1F19" w14:textId="27C3F48A">
      <w:pPr>
        <w:rPr>
          <w:rFonts w:hint="eastAsia"/>
          <w:lang w:eastAsia="zh-CN"/>
        </w:rPr>
      </w:pPr>
      <w:r>
        <w:rPr>
          <w:lang w:eastAsia="zh-CN"/>
        </w:rPr>
        <w:t>　　及时提醒幼儿增减衣物；做好防寒保暖工作。每次进餐或户外回来时，提醒孩子卷袖子洗手。午睡后检查孩子体温等细微工作都做得扎实。睡室每天定时用消毒、户外活动及时擦汗，干燥天气增加饮水数，午睡加强巡视。幼儿的生活行为习惯有很大进步，尤其是拧毛巾、小餐巾的使用、餐后漱口、餐后自选活动及早餐干湿搭配吃方面，大多数幼儿能在老师的提示下做到“三轻”，收拾玩具较快，会归类收拾。早餐能做到干湿搭配吃，饭量比较大、稳定，并能正确使用筷子。孩子在进餐常规方面有较大的进步，能够做到自己进食，进餐速度较快、安静。挑食现象少了很多，撒饭粒的现象也有很大改善。由于保育工作得力，班内幼儿的发病率较低。</w:t>
      </w:r>
      <w:r>
        <w:rPr>
          <w:lang w:eastAsia="zh-CN"/>
        </w:rPr>
        <w:br/>
      </w:r>
      <w:r>
        <w:rPr>
          <w:lang w:eastAsia="zh-CN"/>
        </w:rPr>
        <w:t>　　三、真诚对待每位家长，加强家园沟通</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https://d.book118.com/858001103047006041</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58001103047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