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二年级学生读书心得分享（30篇）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二年级学生读书心得分享（通用30篇）</w:t>
      </w:r>
      <w:r>
        <w:rPr>
          <w:lang w:eastAsia="zh-CN"/>
        </w:rPr>
        <w:br/>
      </w:r>
      <w:r>
        <w:rPr>
          <w:lang w:eastAsia="zh-CN"/>
        </w:rPr>
        <w:t xml:space="preserve">    二年级学生读书心得分享 篇1 </w:t>
      </w:r>
      <w:r>
        <w:rPr>
          <w:lang w:eastAsia="zh-CN"/>
        </w:rPr>
        <w:br/>
      </w:r>
      <w:r>
        <w:rPr>
          <w:lang w:eastAsia="zh-CN"/>
        </w:rPr>
        <w:t>　　当我们生活是黑色的时候，我们应该幻想着七彩的彩虹;当我们生活在黑暗的时候，我们应该幻想着头顶的阳光;当我们生活在悲痛的时候，我们应该幻想着微笑。</w:t>
      </w:r>
      <w:r>
        <w:rPr>
          <w:lang w:eastAsia="zh-CN"/>
        </w:rPr>
        <w:br/>
      </w:r>
      <w:r>
        <w:rPr>
          <w:lang w:eastAsia="zh-CN"/>
        </w:rPr>
        <w:t>　　暑假里，我阅读了一本书——《绿山墙的安妮》。这本书给我留下了深刻的印象，书中的安妮使我深受感动。</w:t>
      </w:r>
      <w:r>
        <w:rPr>
          <w:lang w:eastAsia="zh-CN"/>
        </w:rPr>
        <w:br/>
      </w:r>
      <w:r>
        <w:rPr>
          <w:lang w:eastAsia="zh-CN"/>
        </w:rPr>
        <w:t>　　这本书讲述了绿山墙农舍的马修和马瑞拉兄妹，本想从孤儿院领养一个男孩来帮忙干农活，没想到却阴差阳错接来了红头发女孩安妮。安妮用她那一张喋喋不休的小嘴，博得了马瑞拉欢心，她留下了。安妮，拥有玫瑰般绚丽的想象力，一张小嘴巴永远讲个不停，给身边所有的事物取可爱的名字，无心犯下的错误常常让人忍俊不禁，活泼开朗的性格、勤奋好强的天性使她在学校里赢得了很多朋友，并获得了学业上的极大成功。安妮的到来使原本沉闷的绿山墙焕发出诱人的生机与活力，也给古老的村庄带来了无穷的欢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书中的安妮就是这样一个爱幻想的女孩，经常在做玛丽拉给她的工作时，常常沉浸在自己的幻想中，而忘记了自己该做什么。她总是幻想着未来，幻想美好的生活。安妮这种乐观向上、追求幸福、渴望美好的性格，造就了她以后人生的快乐。安妮坚强乐观，虽然她从小失去了父母，之后的遭遇也很不幸，但她爱幻想，乐观面对生活。在</w:t>
      </w:r>
      <w:r>
        <w:rPr>
          <w:lang w:eastAsia="zh-CN"/>
        </w:rPr>
        <w:br/>
      </w:r>
      <w:r>
        <w:rPr>
          <w:lang w:eastAsia="zh-CN"/>
        </w:rPr>
        <w:t>　　之后的学习中，也是那么的积极向上，渴望获得知识，勇于竞争和拼搏，最后还考上了大学。</w:t>
      </w:r>
      <w:r>
        <w:rPr>
          <w:lang w:eastAsia="zh-CN"/>
        </w:rPr>
        <w:br/>
      </w:r>
      <w:r>
        <w:rPr>
          <w:lang w:eastAsia="zh-CN"/>
        </w:rPr>
        <w:t>　　这本书告诉我：只要你用乐观的心去看世界，就会发现微笑无时无刻在你身边。</w:t>
      </w:r>
      <w:r>
        <w:rPr>
          <w:lang w:eastAsia="zh-CN"/>
        </w:rPr>
        <w:br/>
      </w:r>
      <w:r>
        <w:rPr>
          <w:lang w:eastAsia="zh-CN"/>
        </w:rPr>
        <w:t>　　安妮，是一个为了梦想而拼博的人。是一个关心别人的人，同时也是一个不怕困难，勇敢的人。安妮虽然是一个孤儿，但她却一点也不忧郁，一点也不伤心。安妮的乐观和到来使原本沉闷的绿山墙焕发出生机与活力，也给古老的村庄带来了无穷的欢乐。</w:t>
      </w:r>
      <w:r>
        <w:rPr>
          <w:lang w:eastAsia="zh-CN"/>
        </w:rPr>
        <w:br/>
      </w:r>
      <w:r>
        <w:rPr>
          <w:lang w:eastAsia="zh-CN"/>
        </w:rPr>
        <w:t>　　用乐观去面对世界，我们的生活总有一天会充满了阳光和快乐!</w:t>
      </w:r>
      <w:r>
        <w:rPr>
          <w:lang w:eastAsia="zh-CN"/>
        </w:rPr>
        <w:br/>
      </w:r>
      <w:r>
        <w:rPr>
          <w:lang w:eastAsia="zh-CN"/>
        </w:rPr>
        <w:t>　　安妮有着许许多多的梦想，对于安妮都很难实现。但安妮却用她的努力去实现了自己的梦想。安妮的活泼乐观和坚强，以及她对生活的热爱，深深的感动了我。生活中只要有乐观，幻想美好的明天，总有一天你会发现生活也很乐观，那时，它便将你带出了困境。</w:t>
      </w:r>
      <w:r>
        <w:rPr>
          <w:lang w:eastAsia="zh-CN"/>
        </w:rPr>
        <w:br/>
      </w:r>
      <w:r>
        <w:rPr>
          <w:lang w:eastAsia="zh-CN"/>
        </w:rPr>
        <w:t>　　真正的快乐是正视人生的坚定的成熟，是从容踏过坎坷后的微笑，是绞尽脑汁做出一道奥数题后的舒畅，也是一种踏雪而歌的气质。让我们像安妮那样，乐观向上，用积极的心态微笑着迎接生活中的每一次挑战，越过一个又一个障碍，冲破一个又一个难关，朝着我们美好的梦想奋进吧!</w:t>
      </w:r>
      <w:r>
        <w:rPr>
          <w:lang w:eastAsia="zh-CN"/>
        </w:rPr>
        <w:br/>
      </w:r>
      <w:r>
        <w:rPr>
          <w:lang w:eastAsia="zh-CN"/>
        </w:rPr>
        <w:t xml:space="preserve">    二年级学生读书心得分享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书是人类智慧的源泉，我有一本好书沈石溪的《狼王梦》。</w:t>
      </w:r>
      <w:r>
        <w:rPr>
          <w:lang w:eastAsia="zh-CN"/>
        </w:rPr>
        <w:br/>
      </w:r>
      <w:r>
        <w:rPr>
          <w:lang w:eastAsia="zh-CN"/>
        </w:rPr>
        <w:t>　　这本书主要讲了母狼紫岚在失去了丈夫黑桑之后，在绝境下产了五只小狼，有一只不幸死亡，剩下了黑仔、蓝魂儿媚媚和双毛。母亲紫岚将黑桑的狼王梦全部寄托在了黑仔身上，但在玩耍时黑仔却意外丢了性命，母亲又分别将希望寄托在了双毛和蓝魂儿身上，但最后因为种种原因，双毛和蓝魂儿也都中了敌人的计谋而死亡。紫岚只能把希望放在了媚媚的儿女身上，最后为了媚媚的儿女能平安长大自己和金雕做斗争，最后与金雕同归于尽。</w:t>
      </w:r>
      <w:r>
        <w:rPr>
          <w:lang w:eastAsia="zh-CN"/>
        </w:rPr>
        <w:br/>
      </w:r>
      <w:r>
        <w:rPr>
          <w:lang w:eastAsia="zh-CN"/>
        </w:rPr>
        <w:t>　　读了这个故事，你有没有感到母爱是那么的伟大!母亲紫岚将毕生的心血全部给了孩子们，付出了自己的器官及生命，让孩子们变得更强壮、更健康、更优秀，在狼群中树立威信，让孩子能够等上狼王的宝座，紫岚的母爱此刻深深打动了我。但是紫岚的爱也是自私的，她将自己和黑桑的狼王梦让自己的孩子来完成，强迫症她的孩子们变得更好，结果导致一个个全部死亡。</w:t>
      </w:r>
      <w:r>
        <w:rPr>
          <w:lang w:eastAsia="zh-CN"/>
        </w:rPr>
        <w:br/>
      </w:r>
      <w:r>
        <w:rPr>
          <w:lang w:eastAsia="zh-CN"/>
        </w:rPr>
        <w:t>　　可能有好多人都要问，为什么沈石溪会这样描写这个故事呢，其实沈石溪想把悲污和崇高，把残忍和辉煌，把龌龊和圣洁交融糅合来反映出现在的世界情况。所以让我们怀着这种复杂的心情，和我一起走进狼王梦吧。</w:t>
      </w:r>
      <w:r>
        <w:rPr>
          <w:lang w:eastAsia="zh-CN"/>
        </w:rPr>
        <w:br/>
      </w:r>
      <w:r>
        <w:rPr>
          <w:lang w:eastAsia="zh-CN"/>
        </w:rPr>
        <w:t xml:space="preserve">    二年级学生读书心得分享 篇3 </w:t>
      </w:r>
      <w:r>
        <w:rPr>
          <w:lang w:eastAsia="zh-CN"/>
        </w:rPr>
        <w:br/>
      </w:r>
      <w:r>
        <w:rPr>
          <w:lang w:eastAsia="zh-CN"/>
        </w:rPr>
        <w:t>　　假期里，我读了一本名叫《汤姆·索亚历险记》的书，书中的主人公非常淘气，他就是：汤姆·索亚。这本书给我很大的触动。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书里有一个情节给我留下了深刻的印象：有一次，汤姆·索亚自信满满地走在小路上，突然前面走来一个穿着很干净的小男孩。他们迎面而行，彼此凶狠地看着对方。汤姆说：“你信不信我大哥只要一根手指头就能把你打扁!”那个男孩不服气地说：“我也有一位大哥哥，他不用动就能把你打飞。”他们的口气都很大!可惜厉害的人是他们的哥哥，并不是他们自己，也不知道他们有什么好嘚瑟的。</w:t>
      </w:r>
      <w:r>
        <w:rPr>
          <w:lang w:eastAsia="zh-CN"/>
        </w:rPr>
        <w:br/>
      </w:r>
      <w:r>
        <w:rPr>
          <w:lang w:eastAsia="zh-CN"/>
        </w:rPr>
        <w:t>　　读完整本书，我发现汤姆·索亚是个不但懒惰而且爱骗人的坏小子。刷墙的时候，他很不耐烦，刚刷一会儿就不想刷了，刚好恩说想试一下，汤姆就让给恩做，自己就到树下吃苹果。等恩刷完之后，他就去跟姨妈说是自己做完的，接着他就可以去玩了。明明是别人做的，硬说是自己的功劳，这样太不诚实了!他的脸皮好厚，我都替他感到害臊!</w:t>
      </w:r>
      <w:r>
        <w:rPr>
          <w:lang w:eastAsia="zh-CN"/>
        </w:rPr>
        <w:br/>
      </w:r>
      <w:r>
        <w:rPr>
          <w:lang w:eastAsia="zh-CN"/>
        </w:rPr>
        <w:t>　　我们做人一定要诚实，不能欺骗人。记得有一次，我看见同桌有一支钢笔很漂亮，心想：如果我也有一支这样的笔就好了。隔了几天，有一节课下课时，我刚起身想走，便发现座位底下有一支笔。咦，这不正是同桌那支漂亮的钢笔吗?这时，我的脑海里有个声音说：“把它占为己有吧，反正没人看见。”我飞快地弯腰捡起，想放进书包里。可是脑海里却不由地涌现出平时老师对我们的教育，她说：“做人一定要诚实。不是自己的东西绝对不能拿!”我的心怦怦地跳着，经过短暂而激烈的思想斗争，我选择了做一个诚实的人，把笔轻轻地放在了同桌的桌上。看到它静静地躺在那儿，我仿佛放下千斤重担一样，整个人都轻松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经过这件事之后，我越发明白了做人要诚实的重要性。虽然我喜欢读《汤姆·索亚历险记》这本书，但我真心不喜欢汤姆·索亚。我们做人不应该不劳而获，要勇于承担责任，遇到困难时更要勇敢的面对。</w:t>
      </w:r>
      <w:r>
        <w:rPr>
          <w:lang w:eastAsia="zh-CN"/>
        </w:rPr>
        <w:br/>
      </w:r>
      <w:r>
        <w:rPr>
          <w:lang w:eastAsia="zh-CN"/>
        </w:rPr>
        <w:t xml:space="preserve">    二年级学生读书心得分享 篇4 </w:t>
      </w:r>
      <w:r>
        <w:rPr>
          <w:lang w:eastAsia="zh-CN"/>
        </w:rPr>
        <w:br/>
      </w:r>
      <w:r>
        <w:rPr>
          <w:lang w:eastAsia="zh-CN"/>
        </w:rPr>
        <w:t>　　自己是大的对手。——题记</w:t>
      </w:r>
      <w:r>
        <w:rPr>
          <w:lang w:eastAsia="zh-CN"/>
        </w:rPr>
        <w:br/>
      </w:r>
      <w:r>
        <w:rPr>
          <w:lang w:eastAsia="zh-CN"/>
        </w:rPr>
        <w:t>　　暑假里我读完了人民文学出版社出版的《西游记》原著，感受十分深刻。和小时候我读注音简单版的感受不同，那时我喜欢打打闹闹神通广大的孙悟空，喜欢故事中他和一个又一个妖怪打斗的精彩场景。现在我却很佩服《西游记》的作者吴承恩，我觉得他能通过一个个想象力丰富的故事，告诉我们很多的道理，尤其是“真假美猴王”这回，表面上是另一个捣乱的假悟空，但是细细想来，背后的寓意真是让人深思回味。</w:t>
      </w:r>
      <w:r>
        <w:rPr>
          <w:lang w:eastAsia="zh-CN"/>
        </w:rPr>
        <w:br/>
      </w:r>
      <w:r>
        <w:rPr>
          <w:lang w:eastAsia="zh-CN"/>
        </w:rPr>
        <w:t>　　这个章回主要讲述了六耳猕猴假扮孙悟空，来到凡间到处惹是生非，变作美猴王，甚至还打伤了唐僧。孙悟空得知此事之后，与假美猴王大战了几十回合，不分胜负，其他菩萨对于两猴也是真假难辨。最后他们打去了如来佛祖那里，如来佛祖慧眼一看，假的就被识破了，然后悟空就将六耳猕猴打死了。</w:t>
      </w:r>
      <w:r>
        <w:rPr>
          <w:lang w:eastAsia="zh-CN"/>
        </w:rPr>
        <w:br/>
      </w:r>
      <w:r>
        <w:rPr>
          <w:lang w:eastAsia="zh-CN"/>
        </w:rPr>
        <w:t>　　看过这章的人都知道，六耳猕猴乃是孙悟空的怨气所化，它们连打斗的招式都一摸一样，它们的相似度极其高，所以不用说唐僧师徒了，连观音都对其难分真假。谁说六耳猕猴就不是孙行者的复制品?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也许六耳猕猴就是另一个孙悟空!我们是不是可以把六耳猕猴理解为孙悟空内心深处另一个黑暗的自己。人有善恶之分，猴也是如此，作为普通的猴子，或许可以向往绝对的自由，可以偶尔使坏，但是孙悟空保唐僧去西天取经是为了成佛的，所以他需要去掉自己的劣根。在《西游记》的最后一回中，师徒四人取得了真经，最后成了佛，如果六耳猕猴没有被打死，那么孙悟空恐怕是成不了佛的，他依然会有大闹天宫的勇气，依然有去阴曹地府修改生死簿的胆量，他无视规则、挑战底线。所以六耳猕猴在本书中应该是孙悟空完成自我救赎的一个障碍。最后，他在佛祖的指点下，勇敢地战胜了自我，自己亲手打死了六耳猕猴，也打死了内心中另一个可恶的自己，从此他真正实现了自我的统一，也向成佛迈出了实质性地一步。</w:t>
      </w:r>
      <w:r>
        <w:rPr>
          <w:lang w:eastAsia="zh-CN"/>
        </w:rPr>
        <w:br/>
      </w:r>
      <w:r>
        <w:rPr>
          <w:lang w:eastAsia="zh-CN"/>
        </w:rPr>
        <w:t>　　我每每想起这章就会回味，生活中我们是不是也该这样呢?虽然没有佛祖的指点，但是我们可以通过阅读大量的书籍来接受前人和高人的指点。家长们通常拿自己的孩子和别的同学比，比上培训班的数量和效果，比投入学习的时间，比取得的学习成绩，但是其实我们不应该总是和别人比较，虽然比较或许会产生一定的动力，但是有时候也会形成一定的压力。我觉得我们更应该拿现在的自己和以前的自己的比，看看今天的自己是不是比昨天更努力，看看今天的自己是不是比昨天有了更多的进步，看看今天的自己怎样才能比昨天的自己更优秀。就像《西游记》中的孙悟空一样，打掉原来的自己，重新找回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在生活中，大的对手不是别人，而是我们自己。希望每个人都能勇敢地面对新的自己。</w:t>
      </w:r>
      <w:r>
        <w:rPr>
          <w:lang w:eastAsia="zh-CN"/>
        </w:rPr>
        <w:br/>
      </w:r>
      <w:r>
        <w:rPr>
          <w:lang w:eastAsia="zh-CN"/>
        </w:rPr>
        <w:t xml:space="preserve">    二年级学生读书心得分享 篇5 </w:t>
      </w:r>
      <w:r>
        <w:rPr>
          <w:lang w:eastAsia="zh-CN"/>
        </w:rPr>
        <w:br/>
      </w:r>
      <w:r>
        <w:rPr>
          <w:lang w:eastAsia="zh-CN"/>
        </w:rPr>
        <w:t>　　我一直很喜欢看了”阳光姐姐“伍美珍姐姐写的的书，因为她用书说出了我们学生的心声，也说出了我们学生的生活。不过最近我看了伍美珍姐姐最新出版的新书我看完之后十分之感动。</w:t>
      </w:r>
      <w:r>
        <w:rPr>
          <w:lang w:eastAsia="zh-CN"/>
        </w:rPr>
        <w:br/>
      </w:r>
      <w:r>
        <w:rPr>
          <w:lang w:eastAsia="zh-CN"/>
        </w:rPr>
        <w:t>　　这部书的大概内容是：性格软弱、心底善良的女生盛欣怡，有着一个幸福快乐的家庭;但是，妈妈突然得了不治之症，如同一场飞来的横祸，使得她的生活乃至性格都发生了很大的改变……在这个过程中，虽然有着老师不断的鼓励，但对亲情和友谊的烦恼依然使她感到孤独和困惑。妈妈最终永远离开了她，而12岁的欣怡，却过早体验到了生命和爱的深刻涵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我看完这本书有很大的感触。我感觉到生活往往是不如意，正是因为不如意的生活，人才能成熟，长大，性格软弱、心底善良的女生盛欣怡正是因为妈妈的离开，才开始长大……我曾经看过这样一片文章：突然，一呼啸而过的大卡车开过，地上只看到一团黑影留著，不幸发生了……鸟儿的感情也是相当丰富的。尽管这只家燕已经在地上不会动了，但是，另一只彷佛是他的家人，马上飞到他的身旁，不忍相信这个实事……一辆汽车开过来了，飞快的车速，将风起，地上的鸟儿也随着翻了身。看到地上的鸟儿改变了姿势，亲人彷佛受到鼓励一般，赶快的又飞下来到他的身旁……他的身旁守候，大声的呼喊著，为何还不起来呢……无奈何，另一方已经永远听不到了……鸟儿竟尝试着要将地上的鸟儿抓起……当然是无法承受这样沉重的负担……用力的振翅，一次又一次……无奈，纵然地上的鸟儿想回应，却也永远没办法了……一辆汽车经过，鸟儿赶忙飞起，等到汽车一过，却又马上下来……尽管风儿告诉他没有用的……但是，依然不死心的希望看到他再度飞《生命流泪的样子》读后感700字起……另一辆汽车经过，鸟儿的身子又被汽车快速的风吹动……再度受到鼓舞的鸟儿，坚持不同的尝试……尽了全身的力量，却无法得到任何的回应……最后，终于忍不注的大声呼喊着，”你为何还不起来呢“……其实这一片文章所要表达的意思有很多，不过给人们的启发是跟《生命流泪的样子》差不多的。</w:t>
      </w:r>
      <w:r>
        <w:rPr>
          <w:lang w:eastAsia="zh-CN"/>
        </w:rPr>
        <w:br/>
      </w:r>
      <w:r>
        <w:rPr>
          <w:lang w:eastAsia="zh-CN"/>
        </w:rPr>
        <w:t xml:space="preserve">    二年级学生读书心得分享 篇6 </w:t>
      </w:r>
      <w:r>
        <w:rPr>
          <w:lang w:eastAsia="zh-CN"/>
        </w:rPr>
        <w:br/>
      </w:r>
      <w:r>
        <w:rPr>
          <w:lang w:eastAsia="zh-CN"/>
        </w:rPr>
        <w:t>　　一艘船越过世界的尽头，驶向未知的大海，船头上悬挂着一面虽然饱经风雨剥蚀却依旧艳丽无比的旗帜，旗帜上，舞动着云龙一般的四个字闪闪发光——超越极限!作者海明威是这样评价他的作品《老人与海》的。</w:t>
      </w:r>
      <w:r>
        <w:rPr>
          <w:lang w:eastAsia="zh-CN"/>
        </w:rPr>
        <w:br/>
      </w:r>
      <w:r>
        <w:rPr>
          <w:lang w:eastAsia="zh-CN"/>
        </w:rPr>
        <w:t>　　《老人与海》塑造了一个经典的硬汉形象。</w:t>
      </w:r>
      <w:r>
        <w:rPr>
          <w:lang w:eastAsia="zh-CN"/>
        </w:rPr>
        <w:br/>
      </w:r>
      <w:r>
        <w:rPr>
          <w:lang w:eastAsia="zh-CN"/>
        </w:rPr>
        <w:t>　　古巴的一个名叫桑地亚哥的老渔夫，独自一个人出海打鱼，在一无所获的48天之后钓到了一条无比巨大的马林鱼。这是老人从来没见过也没听说过的比他的船还长两英尺的一条大鱼。鱼大劲也大，拖着小船漂流了整整三天三夜，终于把大鱼刺死，拴在船头。然而这时却遇上了鲨鱼，老人与鲨鱼进行了殊死搏斗，结果大马林鱼还是被鲨鱼吃光了，老人最后拖回家的只剩下一副光秃秃的鱼骨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读完以后，我的心情久久不能平静。无论老人最后是捕到一条完整的马林鱼还是一副空骨架，但他敢于挑战自身缺陷及自己勇气和信心，即使圣地亚哥最后失败了，但他没有向大马林鱼更没有向鲨鱼屈服，这种精神是值得我们学习的。</w:t>
      </w:r>
      <w:r>
        <w:rPr>
          <w:lang w:eastAsia="zh-CN"/>
        </w:rPr>
        <w:br/>
      </w:r>
      <w:r>
        <w:rPr>
          <w:lang w:eastAsia="zh-CN"/>
        </w:rPr>
        <w:t>　　记得有一次，妈妈给我买了一辆自行车，我当时心里乐开了花，我便开始学了，虽然刚开始不会骑，但是感到很有趣，学了一整天，感觉越来越没意思，而且这么长时间怎么还没学会呢?我的心里有点急了，算了，再练一会吧﹗没想到我竟然一下子就骑了起来，结果，没控制好方向一下子撞到了墙上，哇哟，疼死我了。我忍着疼把车子推回家，对妈妈说：太难了，我不学了。想起这件事我就后悔，不该做的事只有三分钟热度。一想到老人与大海，与大自然抗衡，而我只是面临一些学习、生活上的挫折，和老渔夫比真的是小巫见大巫。他的手已经沾满老茧，皮肤也已经被刺眼的阳光晒出斑点，而我们的手没有老茧，皮肤已没有晒出斑点，夏天在家吹着空调，衣服是父母帮着洗，每天放学回家有热腾腾的饭菜摆在桌上。我们实在没有生活的压力，我们也真的没有那些可以成为挫折的东西，比起老渔夫我真是惭愧不已。</w:t>
      </w:r>
      <w:r>
        <w:rPr>
          <w:lang w:eastAsia="zh-CN"/>
        </w:rPr>
        <w:br/>
      </w:r>
      <w:r>
        <w:rPr>
          <w:lang w:eastAsia="zh-CN"/>
        </w:rPr>
        <w:t>　　人生本来就是一种无止境的追求。它的道路漫长、艰难，而且充满坎坷，但只要自己勇敢顽强地以一颗自信的心去迎接挑战，世界终究会向你敞开光明的大门。</w:t>
      </w:r>
      <w:r>
        <w:rPr>
          <w:lang w:eastAsia="zh-CN"/>
        </w:rPr>
        <w:br/>
      </w:r>
      <w:r>
        <w:rPr>
          <w:lang w:eastAsia="zh-CN"/>
        </w:rPr>
        <w:t xml:space="preserve">    二年级学生读书心得分享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今天，我在家看了《小布头奇遇记》这篇童话。故事中的主人公是“小布头”，他是幼儿园的一个小老师用一块快小布精心制作而成的小布娃娃，别看他个儿小，却非常的可爱。新年到了，老师给小朋友们分发礼物。一开始，“小布头”被分给了一个叫豆豆的小男孩，可是豆豆嘟着嘴，他一点也不喜欢“小布头”，他想要的是苹苹手里的大洋娃娃。这可让“小布头”伤心极了。还好，这一切被苹苹发现了，苹苹就把自己的大洋娃娃换给了豆豆，于是“小布头”就跟苹苹回家了。</w:t>
      </w:r>
      <w:r>
        <w:rPr>
          <w:lang w:eastAsia="zh-CN"/>
        </w:rPr>
        <w:br/>
      </w:r>
      <w:r>
        <w:rPr>
          <w:lang w:eastAsia="zh-CN"/>
        </w:rPr>
        <w:t>　　在苹苹家里，“小布头”过得可开心了，苹苹请他坐小火车，让他当火车司机;还让妈妈给他做新外套;她还用自己的小积木给他搭起小床，在这个温暖的家里，“小布头”感到非常的幸福。可是后来，“小布头”为了证明自己的勇敢，从酱油瓶子顶上跳下来，结果摔掉了苹苹的饭碗儿，并把饭粒撒了一地，苹苹气坏了，批评了“小布头”，“小布头”就生气了，他决定离家出走……</w:t>
      </w:r>
      <w:r>
        <w:rPr>
          <w:lang w:eastAsia="zh-CN"/>
        </w:rPr>
        <w:br/>
      </w:r>
      <w:r>
        <w:rPr>
          <w:lang w:eastAsia="zh-CN"/>
        </w:rPr>
        <w:t>　　一开始，我对“小布头”的印象不大好，因为他太爱生气了，经受不起别人的批评，但是，故事写到结尾，“小布头”经过了出走的经历，他明白了粮食是宝贵的，是要珍惜的。 “小布头”知道了自己以前是错的，他想要去找苹苹，这种知错就改的精神是值得我们每一个小朋友学习的。</w:t>
      </w:r>
      <w:r>
        <w:rPr>
          <w:lang w:eastAsia="zh-CN"/>
        </w:rPr>
        <w:br/>
      </w:r>
      <w:r>
        <w:rPr>
          <w:lang w:eastAsia="zh-CN"/>
        </w:rPr>
        <w:t>　　我喜欢这个故事，因为苹苹那种乐于助人的行为值得我们学习，我们平时在学校里和同学相处，也要向苹苹那样乐于助人。</w:t>
      </w:r>
      <w:r>
        <w:rPr>
          <w:lang w:eastAsia="zh-CN"/>
        </w:rPr>
        <w:br/>
      </w:r>
      <w:r>
        <w:rPr>
          <w:lang w:eastAsia="zh-CN"/>
        </w:rPr>
        <w:t>　　我觉得“小布头”还是挺可爱的，我渐渐地喜欢上他了。</w:t>
      </w:r>
      <w:r>
        <w:rPr>
          <w:lang w:eastAsia="zh-CN"/>
        </w:rPr>
        <w:br/>
      </w:r>
      <w:r>
        <w:rPr>
          <w:lang w:eastAsia="zh-CN"/>
        </w:rPr>
        <w:t xml:space="preserve">    二年级学生读书心得分享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读完了这本书，我依然记得书中的那些北京城南旧景。古老的树木，破旧的门牌，树下的枯叶……一切都跟随着作者笔下的文字流入了读者的脑海里。</w:t>
      </w:r>
      <w:r>
        <w:rPr>
          <w:lang w:eastAsia="zh-CN"/>
        </w:rPr>
        <w:br/>
      </w:r>
      <w:r>
        <w:rPr>
          <w:lang w:eastAsia="zh-CN"/>
        </w:rPr>
        <w:t>　　这本书讲叙了五个小故事：惠安馆，我们看海去，兰姨娘，驴打滚儿和爸爸的花儿落了。每个故事，都是从一个小孩的角度去看待的。</w:t>
      </w:r>
      <w:r>
        <w:rPr>
          <w:lang w:eastAsia="zh-CN"/>
        </w:rPr>
        <w:br/>
      </w:r>
      <w:r>
        <w:rPr>
          <w:lang w:eastAsia="zh-CN"/>
        </w:rPr>
        <w:t>　　英子的世界是单纯的，在英子眼里，惠安馆的“疯子”并不像大人们所看待的那样，小偷也不都是坏人，自己的奶妈是一个可怜的人。这本书，就是透过一个孩子稚气的双眼去看待大人们复杂难懂的世界，看到过去的老北京生活的点点滴滴。</w:t>
      </w:r>
      <w:r>
        <w:rPr>
          <w:lang w:eastAsia="zh-CN"/>
        </w:rPr>
        <w:br/>
      </w:r>
      <w:r>
        <w:rPr>
          <w:lang w:eastAsia="zh-CN"/>
        </w:rPr>
        <w:t>　　在这五个小故事中，“惠安馆”是我最喜欢的一章，里面的主人公——秀贞也令我尤为感动。秀贞是个可怜的人，自己的孩子“小桂子”被遗弃之后，她就变得有点不正常，成了别人口中的疯子。只有英子不嫌弃她，还把她当做自己的好朋友。秀贞经常念叨着“小桂子”，体现了她的母爱。其实，她也只不过是个爱着自己的孩子的可怜母亲罢了，却糟人排挤，过着不安定的生活，或许，人世间总有那么些可怜却不被人理解的人吧，让人无可奈何。</w:t>
      </w:r>
      <w:r>
        <w:rPr>
          <w:lang w:eastAsia="zh-CN"/>
        </w:rPr>
        <w:br/>
      </w:r>
      <w:r>
        <w:rPr>
          <w:lang w:eastAsia="zh-CN"/>
        </w:rPr>
        <w:t>　　在这本书里，每个故事的主人公都有着他们背后的故事。作者用着怀旧的文笔，抒发了对童年的怀念以及对温暖的呼唤。每一个故事，都杨溢着温馨的亲情。或许，在每一个故事的最后，其中的主人公都离开了英子，连英子的父亲最后都伴随花的凋零离她而去了。但是，从一个个故事中，英子也懂得了许多，成长了许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随着时间渐渐的流逝而去，童年也越走越远了。惠安馆里的秀贞，在草堆里的小偷，爱笑的兰姨娘，不爱搭理人的德先叔，和蔼可亲的宋妈……那些人物都随着时光的流逝而越走越远。《城南旧事》把这些人物记录于纸页间，化为笔下的文字，将人们的思绪带进那个老北京的城南，那个令人怀念的童年。</w:t>
      </w:r>
      <w:r>
        <w:rPr>
          <w:lang w:eastAsia="zh-CN"/>
        </w:rPr>
        <w:br/>
      </w:r>
      <w:r>
        <w:rPr>
          <w:lang w:eastAsia="zh-CN"/>
        </w:rPr>
        <w:t xml:space="preserve">    二年级学生读书心得分享 篇9 </w:t>
      </w:r>
      <w:r>
        <w:rPr>
          <w:lang w:eastAsia="zh-CN"/>
        </w:rPr>
        <w:br/>
      </w:r>
      <w:r>
        <w:rPr>
          <w:lang w:eastAsia="zh-CN"/>
        </w:rPr>
        <w:t>　　冰心奶奶非常爱小孩，她把小孩看做“最神圣的人”之一，她的作品中充满了对大自然的热爱，以及对母爱与童真的歌颂。她写的小说《小桔灯》里的短篇小说辑——小桔灯，使我读了之后十分感动，我不仅被冰心奶奶所写的美丽文章所感动，而且被那位拥有勇敢、镇定、乐观的精神的小姑娘所感动。</w:t>
      </w:r>
      <w:r>
        <w:rPr>
          <w:lang w:eastAsia="zh-CN"/>
        </w:rPr>
        <w:br/>
      </w:r>
      <w:r>
        <w:rPr>
          <w:lang w:eastAsia="zh-CN"/>
        </w:rPr>
        <w:t>　　小姑娘面对父亲失踪了，母亲因病总总困难，所表现出的不是慌张，而是十分镇定，当我读到作者问：“她吃过东西吗?这锅里是什么?”而她回答说：“红薯稀饭——我们的年夜饭。”时，我的眼眶不禁湿润了。想着过年的我们，面对的是一桌的美味佳肴，饭后还能看见美丽的烟花，即使是平时，也是一桌的饭菜，想着想着我不禁有些惭愧：平时的我遇到了一点困难便退缩了，而小姑娘，面对了那么多困难却那么勇敢，因此，我要以她为榜样：自立自强、不依赖别人，常帮家里做家务活!</w:t>
      </w:r>
      <w:r>
        <w:rPr>
          <w:lang w:eastAsia="zh-CN"/>
        </w:rPr>
        <w:br/>
      </w:r>
      <w:r>
        <w:rPr>
          <w:lang w:eastAsia="zh-CN"/>
        </w:rPr>
        <w:t>　　小姑娘生活在一个战争时期都那么勇敢了，那么生活在新中国的我们又怎能不勇敢呢?</w:t>
      </w:r>
      <w:r>
        <w:rPr>
          <w:lang w:eastAsia="zh-CN"/>
        </w:rPr>
        <w:br/>
      </w:r>
      <w:r>
        <w:rPr>
          <w:lang w:eastAsia="zh-CN"/>
        </w:rPr>
        <w:t xml:space="preserve">    二年级学生读书心得分享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那盏小桔灯(读冰心小桔灯有感)在我的印象中，我这个年龄的孩子应该都没见过小桔灯吧。听这个名字就觉得这样儿小玩意儿定是有哪些心思细腻的小孩们创造的。用吃完的橘子的皮壳儿完整的保存下来，用一根竹将桔灯挑起，四周系上麻绳，里面点上一根小蜡烛，小小的桔子，弱弱的灯光，感受到的是无限的温暖。想象一下，你在夜间的小屋，点上这么一盏桔灯该是多么心满意足充满遐想的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小桔灯这三个字我是通过冰心的这篇同名散文了解到的。也是因此产生了想回到她处在的那个战乱的而又有那批暖人心之人的年代的念头。冰心去看望一个陌生的小女孩儿和小女孩儿那生病的母亲只是出于一时的闲暇与关心，换来了临走时小女孩儿担心冰心看不见夜路而递给她的小桔灯。恩，小女孩儿好似还带着那安慰的语气说：“您放心，我爸爸就快回来的，那时候，我妈妈的病就好了，”我们“都”好“了。”女孩儿在自己面前画了个圈圈又点了点冰心，显然，这个“我们”也包括冰心在内。读第一遍时，我并不是很明白小女孩儿为何要说“我们都会好的”这句话，冰心也会好的，是指什么事儿?我并不明白。文章后面又写道，小女孩当时也被认作为共产党而被抓捕起来。那个年代，“大家”都“不好”，那么，小女孩儿的“我们”都会“好”就是一个时代的希望，是一种充满爱的相信。现在的不好他不在意，也不以之为苦，并且怀着的信任感相信这个世界。理解到这里的时候，我是有点心酸感动的。我心酸她那么纯真可爱，可爱地让我急不可耐地想去拥抱这个女孩儿，我感动她用一颗大爱的新发现生活的真善美。而我，常易看见生活不好的一面，尽管我乐观积极，却总觉着还差那么一股正视的态度，没有将发现真善美作为我的一种习惯。而这满载爱的小桔灯点醒了我，我们真的应该爱一切，我们真的应该善待一切。这是多散发出来的温暖情意是能够使两个敌对的敌人都拉近距离的，这是毋庸置疑的。</w:t>
      </w:r>
      <w:r>
        <w:rPr>
          <w:lang w:eastAsia="zh-CN"/>
        </w:rPr>
        <w:br/>
      </w:r>
      <w:r>
        <w:rPr>
          <w:lang w:eastAsia="zh-CN"/>
        </w:rPr>
        <w:t>　　我们总是容易被温暖的爱所征服。在一个乱世也好，和平盛世也罢，拯救一切的，拯救心灵的，永远都有爱的缩影。</w:t>
      </w:r>
      <w:r>
        <w:rPr>
          <w:lang w:eastAsia="zh-CN"/>
        </w:rPr>
        <w:br/>
      </w:r>
      <w:r>
        <w:rPr>
          <w:lang w:eastAsia="zh-CN"/>
        </w:rPr>
        <w:t>　　我们可不可以也为这个世界点上一盏小桔灯呢?</w:t>
      </w:r>
      <w:r>
        <w:rPr>
          <w:lang w:eastAsia="zh-CN"/>
        </w:rPr>
        <w:br/>
      </w:r>
      <w:r>
        <w:rPr>
          <w:lang w:eastAsia="zh-CN"/>
        </w:rPr>
        <w:t xml:space="preserve">    二年级学生读书心得分享 篇11 </w:t>
      </w:r>
      <w:r>
        <w:rPr>
          <w:lang w:eastAsia="zh-CN"/>
        </w:rPr>
        <w:br/>
      </w:r>
      <w:r>
        <w:rPr>
          <w:lang w:eastAsia="zh-CN"/>
        </w:rPr>
        <w:t>　　一次偶然的机会，我接受了张老师给我和其他几位同学的一本书，书名叫《钢铁长城》。</w:t>
      </w:r>
      <w:r>
        <w:rPr>
          <w:lang w:eastAsia="zh-CN"/>
        </w:rPr>
        <w:br/>
      </w:r>
      <w:r>
        <w:rPr>
          <w:lang w:eastAsia="zh-CN"/>
        </w:rPr>
        <w:t>　　这本书实在可贵，上面记载了许许多多极其重要的内容。它告诉了我们中国土地面积、武器发展和中国红军等方面的信息。</w:t>
      </w:r>
      <w:r>
        <w:rPr>
          <w:lang w:eastAsia="zh-CN"/>
        </w:rPr>
        <w:br/>
      </w:r>
      <w:r>
        <w:rPr>
          <w:lang w:eastAsia="zh-CN"/>
        </w:rPr>
        <w:t>　　先说说中国土地面积，中国土地可是非常广阔，有960万平方公里。在中国，不仅土地面积大，也是美丽富饶的。有山有水，鸟语花香，四处都生机勃勃，让人心旷神怡。中国土地富饶，也代表着中国的强大。只有中国强大，才能保持这广阔美丽;只有中国强大，别的国家才不敢入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武器也是各国不可缺少的资源。现在中国的强大，就是因为武器的强大;武器能强大，是因为我国有很多优秀的军事专家。比如：钱学森，他用他的智慧造出了战术导弹。在多少个日日夜夜，钱学森是多么废寝忘食地在研究啊!正是有多少个像他这样的科学家才能让我们中国不再弱小，在世界面前能直得起腰，能有气势起来!时代发展迅速，现在许多智慧制造出了航空母舰。自从有了“辽宁号”，我们中国更加辉煌，更加强大!</w:t>
      </w:r>
      <w:r>
        <w:rPr>
          <w:lang w:eastAsia="zh-CN"/>
        </w:rPr>
        <w:br/>
      </w:r>
      <w:r>
        <w:rPr>
          <w:lang w:eastAsia="zh-CN"/>
        </w:rPr>
        <w:t>　　在抗日战争期间，我国有多少红军在跟敌人殊死搏斗，在枪林弹雨下誓死保卫着祖国。日本人虽然强大，但是他们太贪婪;日本人虽然强大，但是他们不团结;</w:t>
      </w:r>
      <w:r>
        <w:rPr>
          <w:lang w:eastAsia="zh-CN"/>
        </w:rPr>
        <w:br/>
      </w:r>
      <w:r>
        <w:rPr>
          <w:lang w:eastAsia="zh-CN"/>
        </w:rPr>
        <w:t>　　日本人虽然强大，但是他们是冷血，日本就是因为这样才会失败。红军虽然弱小，但是他们有感情;红军虽然弱小，但是很团结;红军虽然弱小，但是他们舍生忘死，勇猛无敌!是红军，保卫了我们美丽的祖国，为我们开辟了幸福的生活，用他们的血肉之躯，筑成了我们新的长城。他们为我们人民所做的一切，世人都将铭记于心。</w:t>
      </w:r>
      <w:r>
        <w:rPr>
          <w:lang w:eastAsia="zh-CN"/>
        </w:rPr>
        <w:br/>
      </w:r>
      <w:r>
        <w:rPr>
          <w:lang w:eastAsia="zh-CN"/>
        </w:rPr>
        <w:t>　　钢铁长城，就是中国，就是我们这无坚不摧、英勇无畏的中国!</w:t>
      </w:r>
      <w:r>
        <w:rPr>
          <w:lang w:eastAsia="zh-CN"/>
        </w:rPr>
        <w:br/>
      </w:r>
      <w:r>
        <w:rPr>
          <w:lang w:eastAsia="zh-CN"/>
        </w:rPr>
        <w:t xml:space="preserve">    二年级学生读书心得分享 篇12 </w:t>
      </w:r>
      <w:r>
        <w:rPr>
          <w:lang w:eastAsia="zh-CN"/>
        </w:rPr>
        <w:br/>
      </w:r>
      <w:r>
        <w:rPr>
          <w:lang w:eastAsia="zh-CN"/>
        </w:rPr>
        <w:t>　　从小到大，我就非常喜欢听妈妈给我读童话故事，我听了不少童话故事，有白雪公主，有灰姑娘，有小红帽，还有许多许多，都非常好听，但是我最喜欢的就是小布头奇遇记。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故事是这样讲述的：幼儿园的小老师用碎布头做了一个布偶给小朋友作新年礼物，这个布偶就是小布头，因为小布头是男生，他希望分到一个勇敢的男生手里，但很可惜的是他却分到了一个女生手里，为了寻找勇敢的男生，小布头从女生那儿逃了出来，踏上了寻找勇敢男生的路途。这一路上，遇到了不少的艰难险阻，先是走错了路，来到了一个完全陌生的地方，后来又被几只坏老鼠给抓了，吃了不少的苦，无意中他救了同样有危险的小芦花鸡，在这个过程中，小布头改掉了不少的缺点，终于明白了什么是勇敢，勇敢就是内心坚强，遇事肯动脑筋。他又再次来到了老鼠洞，救出了玩具小黑熊和布猴子。最后勇敢的小布头在朋友们的帮助下回到了女孩的家中，幸福的生活下去。</w:t>
      </w:r>
      <w:r>
        <w:rPr>
          <w:lang w:eastAsia="zh-CN"/>
        </w:rPr>
        <w:br/>
      </w:r>
      <w:r>
        <w:rPr>
          <w:lang w:eastAsia="zh-CN"/>
        </w:rPr>
        <w:t>　　我非常喜欢小布头，他从一个什么都不懂的人，在自己的努力下终于成长为一个真正勇敢的人，而且我明白了勇敢原来不是外表，而是内心。我也要做一个勇敢的人，遇事不慌张，多动脑筋。就好象每次做试卷，遇到不会的问题，一定要仔细审题，不要被困难吓住，多动脑筋，一定会解决问题的。</w:t>
      </w:r>
      <w:r>
        <w:rPr>
          <w:lang w:eastAsia="zh-CN"/>
        </w:rPr>
        <w:br/>
      </w:r>
      <w:r>
        <w:rPr>
          <w:lang w:eastAsia="zh-CN"/>
        </w:rPr>
        <w:t xml:space="preserve">    二年级学生读书心得分享 篇13 </w:t>
      </w:r>
      <w:r>
        <w:rPr>
          <w:lang w:eastAsia="zh-CN"/>
        </w:rPr>
        <w:br/>
      </w:r>
      <w:r>
        <w:rPr>
          <w:lang w:eastAsia="zh-CN"/>
        </w:rPr>
        <w:t>　　寒假里，我经过老师推荐，阅读了冰心专集——《小桔灯》。</w:t>
      </w:r>
      <w:r>
        <w:rPr>
          <w:lang w:eastAsia="zh-CN"/>
        </w:rPr>
        <w:br/>
      </w:r>
      <w:r>
        <w:rPr>
          <w:lang w:eastAsia="zh-CN"/>
        </w:rPr>
        <w:t>　　冰心，原名谢婉莹，是现代作家。阅读她的作品，文字质朴，没有华丽的装点，但却散发着淡淡的清香，它虽然不耀眼，却往往令人身临其境，留下更深的印象。冰心的作品，是对生活的最真实的描述，就像生命之星划过星空的轨迹。作者没有更多的写作方法，真实的，字里行间流露着真情，赋予了文字灵魂，使得篇章更加动人。</w:t>
      </w:r>
      <w:r>
        <w:rPr>
          <w:lang w:eastAsia="zh-CN"/>
        </w:rPr>
        <w:br/>
      </w:r>
    </w:p>
    <w:p w:rsidR="001B1F19" w14:textId="27C3F48A">
      <w:pPr>
        <w:rPr>
          <w:rFonts w:hint="eastAsia"/>
          <w:lang w:eastAsia="zh-CN"/>
        </w:rPr>
      </w:pPr>
      <w:r>
        <w:rPr>
          <w:lang w:eastAsia="zh-CN"/>
        </w:rPr>
        <w:t>　　冰心的散文——《一只小鸟》创作与1920年，今天阅读，心灵仍受震撼，可见这一作品生命力之久远。是什么使冰心的作品千古流芳?是爱。爱是冰心作品一直延续的主题。她在《寄小读者》中写到：我曾为一头折足的蟋蟀落泪，为一只受伤的黄雀呜咽：我明白一切事物，在造物者眼中都是一般大小……读到这里，我被一个大人，却仍有如此爱心和童心而震撼了。反省自己，看见路上一群觅食的蚂蚁，我视而不见，从容地走上前去将它们无情地踩死。那时我是多么心不在焉，现在回想起来，我又是那么可恨——难道弱小的生命就没有权利得到别人的尊重吗?!冰心告诉我，任何一个生命都是平等的，都是令人尊重的，也都是宝贵的!</w:t>
      </w:r>
      <w:r>
        <w:rPr>
          <w:lang w:eastAsia="zh-CN"/>
        </w:rPr>
        <w:br/>
      </w:r>
      <w:r>
        <w:rPr>
          <w:lang w:eastAsia="zh-CN"/>
        </w:rPr>
        <w:t>　　冰心老人走了，却把美留给了世界，令广大读者受到心灵的熏陶</w:t>
      </w:r>
      <w:r>
        <w:rPr>
          <w:lang w:eastAsia="zh-CN"/>
        </w:rPr>
        <w:br/>
      </w:r>
      <w:r>
        <w:rPr>
          <w:lang w:eastAsia="zh-CN"/>
        </w:rPr>
        <w:t xml:space="preserve">    二年级学生读书心得分享 篇14 </w:t>
      </w:r>
      <w:r>
        <w:rPr>
          <w:lang w:eastAsia="zh-CN"/>
        </w:rPr>
        <w:br/>
      </w:r>
      <w:r>
        <w:rPr>
          <w:lang w:eastAsia="zh-CN"/>
        </w:rPr>
        <w:t>　　歌德曾经说过：“读一本好书，就是和一位品德高尚的人谈话。”读了《神笔马良》这本书，我深受感动。</w:t>
      </w:r>
      <w:r>
        <w:rPr>
          <w:lang w:eastAsia="zh-CN"/>
        </w:rPr>
        <w:br/>
      </w:r>
      <w:r>
        <w:rPr>
          <w:lang w:eastAsia="zh-CN"/>
        </w:rPr>
        <w:t>　　马良从小就特别喜欢画画，画什么像什么，可是他家里很穷，买不起笔。他梦想着拥有一支属于自己的笔，连睡觉都做着笔梦，从此以后他一直为自己能拥有一支笔而努力。</w:t>
      </w:r>
      <w:r>
        <w:rPr>
          <w:lang w:eastAsia="zh-CN"/>
        </w:rPr>
        <w:br/>
      </w:r>
      <w:r>
        <w:rPr>
          <w:lang w:eastAsia="zh-CN"/>
        </w:rPr>
        <w:t>　　一天，他干完活回到窑洞里休息，这时，窑洞里亮起了金色的光芒，隐隐约约中看到一位白胡子老爷爷向他走来，给了他一支神笔，并交代马良好好用它。当马良醒来，以为是梦，可是老爷爷给他的那支神笔就在他手中。并且他惊奇地发现，心里想什么，神笔就可以画出什么!他兴奋极了!</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https://d.book118.com/858044002044006036</w:t>
        </w:r>
      </w:hyperlink>
    </w:p>
    <w:p w:rsidR="001B1F19">
      <w:pPr>
        <w:rPr>
          <w:rFonts w:hint="eastAsia"/>
          <w:lang w:eastAsia="zh-CN"/>
        </w:rPr>
      </w:pPr>
    </w:p>
    <w:sectPr>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58044002044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