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班主任提升工作计划（31篇）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班主任提升工作计划（精选31篇）</w:t>
      </w:r>
      <w:r>
        <w:rPr>
          <w:lang w:eastAsia="zh-CN"/>
        </w:rPr>
        <w:br/>
      </w:r>
      <w:r>
        <w:rPr>
          <w:lang w:eastAsia="zh-CN"/>
        </w:rPr>
        <w:t xml:space="preserve">    班主任提升工作计划 篇1 </w:t>
      </w:r>
      <w:r>
        <w:rPr>
          <w:lang w:eastAsia="zh-CN"/>
        </w:rPr>
        <w:br/>
      </w:r>
      <w:r>
        <w:rPr>
          <w:lang w:eastAsia="zh-CN"/>
        </w:rPr>
        <w:t>　　一、指导思想：</w:t>
      </w:r>
      <w:r>
        <w:rPr>
          <w:lang w:eastAsia="zh-CN"/>
        </w:rPr>
        <w:br/>
      </w:r>
      <w:r>
        <w:rPr>
          <w:lang w:eastAsia="zh-CN"/>
        </w:rPr>
        <w:t>　　班主任是学校不可缺少、不可代替的特殊群体，是学校改革、发展的关键。提高班主任素质及业务能力是学校的一项重要工作。班主任培训旨在使班主任更好地适应新形势，加强交流，共同探讨学生工作的新思路、新途径。</w:t>
      </w:r>
      <w:r>
        <w:rPr>
          <w:lang w:eastAsia="zh-CN"/>
        </w:rPr>
        <w:br/>
      </w:r>
      <w:r>
        <w:rPr>
          <w:lang w:eastAsia="zh-CN"/>
        </w:rPr>
        <w:t>　　二、工作要求：</w:t>
      </w:r>
      <w:r>
        <w:rPr>
          <w:lang w:eastAsia="zh-CN"/>
        </w:rPr>
        <w:br/>
      </w:r>
      <w:r>
        <w:rPr>
          <w:lang w:eastAsia="zh-CN"/>
        </w:rPr>
        <w:t>　　1、提高班主任的工作能力，围绕学校的工作中心开展班级工作，在设计活动时，处处能体现“新”的特色。开展具有青少年特点、富有时代气息的体验教育活动，提高学生参与的主动性</w:t>
      </w:r>
      <w:r>
        <w:rPr>
          <w:lang w:eastAsia="zh-CN"/>
        </w:rPr>
        <w:br/>
      </w:r>
      <w:r>
        <w:rPr>
          <w:lang w:eastAsia="zh-CN"/>
        </w:rPr>
        <w:t>　　2、班主任班级工作的业务学习。使他们掌握班级管理的方法，提高管理班务的能力。</w:t>
      </w:r>
      <w:r>
        <w:rPr>
          <w:lang w:eastAsia="zh-CN"/>
        </w:rPr>
        <w:br/>
      </w:r>
      <w:r>
        <w:rPr>
          <w:lang w:eastAsia="zh-CN"/>
        </w:rPr>
        <w:t>　　3、学习优秀班主任的辅导手记，提高教师的辅导艺术，指导班主任贴近学生生活，了解他们的喜怒哀乐，开展有针对性的教育活动，树立班主任的威望，将我校的德育工作开展得生气蓬勃。</w:t>
      </w:r>
      <w:r>
        <w:rPr>
          <w:lang w:eastAsia="zh-CN"/>
        </w:rPr>
        <w:br/>
      </w:r>
      <w:r>
        <w:rPr>
          <w:lang w:eastAsia="zh-CN"/>
        </w:rPr>
        <w:t>　　4、组织班主任相互交流工作经验、活动体会，通过班队活动观摩，学习，提高班主任的辅导艺术。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三、参加对象：</w:t>
      </w:r>
      <w:r>
        <w:rPr>
          <w:lang w:eastAsia="zh-CN"/>
        </w:rPr>
        <w:br/>
      </w:r>
      <w:r>
        <w:rPr>
          <w:lang w:eastAsia="zh-CN"/>
        </w:rPr>
        <w:t>　　班主任老师及40周岁以下的任课教师。</w:t>
      </w:r>
      <w:r>
        <w:rPr>
          <w:lang w:eastAsia="zh-CN"/>
        </w:rPr>
        <w:br/>
      </w:r>
      <w:r>
        <w:rPr>
          <w:lang w:eastAsia="zh-CN"/>
        </w:rPr>
        <w:t>　　四、培训方法、原则：</w:t>
      </w:r>
      <w:r>
        <w:rPr>
          <w:lang w:eastAsia="zh-CN"/>
        </w:rPr>
        <w:br/>
      </w:r>
      <w:r>
        <w:rPr>
          <w:lang w:eastAsia="zh-CN"/>
        </w:rPr>
        <w:t>　　方法：学校先提供参考议题，人人准备，后组织讨论、座谈、交流。原则：以讨论、座谈、交流为主，学校培训为副。</w:t>
      </w:r>
      <w:r>
        <w:rPr>
          <w:lang w:eastAsia="zh-CN"/>
        </w:rPr>
        <w:br/>
      </w:r>
      <w:r>
        <w:rPr>
          <w:lang w:eastAsia="zh-CN"/>
        </w:rPr>
        <w:t>　　五、具体安排：(分五步进行)</w:t>
      </w:r>
      <w:r>
        <w:rPr>
          <w:lang w:eastAsia="zh-CN"/>
        </w:rPr>
        <w:br/>
      </w:r>
      <w:r>
        <w:rPr>
          <w:lang w:eastAsia="zh-CN"/>
        </w:rPr>
        <w:t>　　(一)善学习强素质</w:t>
      </w:r>
      <w:r>
        <w:rPr>
          <w:lang w:eastAsia="zh-CN"/>
        </w:rPr>
        <w:br/>
      </w:r>
      <w:r>
        <w:rPr>
          <w:lang w:eastAsia="zh-CN"/>
        </w:rPr>
        <w:t>　　旨在使老师们了解班主任应具备的素质，从而在工作中严格要求自己，规范自己，提升自己，努力使自己成为学生的榜样。安排议题：</w:t>
      </w:r>
      <w:r>
        <w:rPr>
          <w:lang w:eastAsia="zh-CN"/>
        </w:rPr>
        <w:br/>
      </w:r>
      <w:r>
        <w:rPr>
          <w:lang w:eastAsia="zh-CN"/>
        </w:rPr>
        <w:t>　　1、《班主任应具备的素质》</w:t>
      </w:r>
      <w:r>
        <w:rPr>
          <w:lang w:eastAsia="zh-CN"/>
        </w:rPr>
        <w:br/>
      </w:r>
      <w:r>
        <w:rPr>
          <w:lang w:eastAsia="zh-CN"/>
        </w:rPr>
        <w:t>　　2、《班主任讲话的艺术》</w:t>
      </w:r>
      <w:r>
        <w:rPr>
          <w:lang w:eastAsia="zh-CN"/>
        </w:rPr>
        <w:br/>
      </w:r>
      <w:r>
        <w:rPr>
          <w:lang w:eastAsia="zh-CN"/>
        </w:rPr>
        <w:t>　　(二)明制度会管理</w:t>
      </w:r>
      <w:r>
        <w:rPr>
          <w:lang w:eastAsia="zh-CN"/>
        </w:rPr>
        <w:br/>
      </w:r>
      <w:r>
        <w:rPr>
          <w:lang w:eastAsia="zh-CN"/>
        </w:rPr>
        <w:t>　　旨在使老师们了解、熟悉本校班级管理的有关制度，从而在工作中进行有效、有序地管理，减少工作的盲目性，提高工作的实效性。安排议题：</w:t>
      </w:r>
      <w:r>
        <w:rPr>
          <w:lang w:eastAsia="zh-CN"/>
        </w:rPr>
        <w:br/>
      </w:r>
      <w:r>
        <w:rPr>
          <w:lang w:eastAsia="zh-CN"/>
        </w:rPr>
        <w:t>　　1、《在班级管理中，根据实际你都执行了哪些不成文约定》。《班级考核细则》、《教师语言、行为规范》、</w:t>
      </w:r>
      <w:r>
        <w:rPr>
          <w:lang w:eastAsia="zh-CN"/>
        </w:rPr>
        <w:br/>
      </w:r>
      <w:r>
        <w:rPr>
          <w:lang w:eastAsia="zh-CN"/>
        </w:rPr>
        <w:t>　　2、《班级管理重在建设》</w:t>
      </w:r>
      <w:r>
        <w:rPr>
          <w:lang w:eastAsia="zh-CN"/>
        </w:rPr>
        <w:br/>
      </w:r>
      <w:r>
        <w:rPr>
          <w:lang w:eastAsia="zh-CN"/>
        </w:rPr>
        <w:t>　　(三)听交流巧实施</w:t>
      </w:r>
      <w:r>
        <w:rPr>
          <w:lang w:eastAsia="zh-CN"/>
        </w:rPr>
        <w:br/>
      </w:r>
      <w:r>
        <w:rPr>
          <w:lang w:eastAsia="zh-CN"/>
        </w:rPr>
        <w:t>　　旨在使老师们懂得班主任工作不仅需要苦干，更需要巧干，不仅要埋头干事，更需要抬头看路。安排议题：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1、《如何培养班级中的骨干力量》</w:t>
      </w:r>
      <w:r>
        <w:rPr>
          <w:lang w:eastAsia="zh-CN"/>
        </w:rPr>
        <w:br/>
      </w:r>
      <w:r>
        <w:rPr>
          <w:lang w:eastAsia="zh-CN"/>
        </w:rPr>
        <w:t>　　(四)取经验乐奉献</w:t>
      </w:r>
      <w:r>
        <w:rPr>
          <w:lang w:eastAsia="zh-CN"/>
        </w:rPr>
        <w:br/>
      </w:r>
      <w:r>
        <w:rPr>
          <w:lang w:eastAsia="zh-CN"/>
        </w:rPr>
        <w:t>　　旨在使老师们体会优秀班主任们的奉献精神，从而激发老师们向优秀班主任的热情。学习他们对学生的爱心、关心、耐心、细心和诚心。安排议题：</w:t>
      </w:r>
      <w:r>
        <w:rPr>
          <w:lang w:eastAsia="zh-CN"/>
        </w:rPr>
        <w:br/>
      </w:r>
      <w:r>
        <w:rPr>
          <w:lang w:eastAsia="zh-CN"/>
        </w:rPr>
        <w:t>　　1、《关爱学生是老师的天职》</w:t>
      </w:r>
      <w:r>
        <w:rPr>
          <w:lang w:eastAsia="zh-CN"/>
        </w:rPr>
        <w:br/>
      </w:r>
      <w:r>
        <w:rPr>
          <w:lang w:eastAsia="zh-CN"/>
        </w:rPr>
        <w:t>　　2、《我是如何当班主任的》</w:t>
      </w:r>
      <w:r>
        <w:rPr>
          <w:lang w:eastAsia="zh-CN"/>
        </w:rPr>
        <w:br/>
      </w:r>
      <w:r>
        <w:rPr>
          <w:lang w:eastAsia="zh-CN"/>
        </w:rPr>
        <w:t>　　(五)视班情搞活动</w:t>
      </w:r>
      <w:r>
        <w:rPr>
          <w:lang w:eastAsia="zh-CN"/>
        </w:rPr>
        <w:br/>
      </w:r>
      <w:r>
        <w:rPr>
          <w:lang w:eastAsia="zh-CN"/>
        </w:rPr>
        <w:t>　　旨在启发老师们：班级管理方法很多，只要大家开动脑筋，设计一些符合学生年龄特点的活动来配合教育，不失为是一种有效的方法。安排活动：观摩主题班会。</w:t>
      </w:r>
      <w:r>
        <w:rPr>
          <w:lang w:eastAsia="zh-CN"/>
        </w:rPr>
        <w:br/>
      </w:r>
      <w:r>
        <w:rPr>
          <w:lang w:eastAsia="zh-CN"/>
        </w:rPr>
        <w:t xml:space="preserve">    班主任提升工作计划 篇2 </w:t>
      </w:r>
      <w:r>
        <w:rPr>
          <w:lang w:eastAsia="zh-CN"/>
        </w:rPr>
        <w:br/>
      </w:r>
      <w:r>
        <w:rPr>
          <w:lang w:eastAsia="zh-CN"/>
        </w:rPr>
        <w:t>　　本学期我担任了八年级班主任。个人的成长经历，使我深深懂得中学阶段是人成长的起步阶段，也是人的基础素质形成的开始阶段。教育家叶圣陶先生说过：“教育是什么，往简单的方面说就是养成良好的习惯。”良好的班风班貌是学生各种良好的习惯养成的基础，有了良好的班风才能有良好的学风。八年级是关键时期，如何促进良好班风班纪的建设，发展学生的个性，培养学生各方面较高的综合素质，作为班主任，责任重大。因此，现根据本班具体情况特制定计划如下：</w:t>
      </w:r>
      <w:r>
        <w:rPr>
          <w:lang w:eastAsia="zh-CN"/>
        </w:rPr>
        <w:br/>
      </w:r>
      <w:r>
        <w:rPr>
          <w:lang w:eastAsia="zh-CN"/>
        </w:rPr>
        <w:t>　　一、学生基本情况分析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班现有学生11人，其中男生9人，女生2人。总体上观察，我班的学生男女人数相差大，部分男生有厌学现象，学习目的不明确，自觉性较差，课堂纪律涣散。全班在个别方面，如团结协助、展现自己的勇气、敢于创新等方面仍有待锻炼和培养。</w:t>
      </w:r>
      <w:r>
        <w:rPr>
          <w:lang w:eastAsia="zh-CN"/>
        </w:rPr>
        <w:br/>
      </w:r>
      <w:r>
        <w:rPr>
          <w:lang w:eastAsia="zh-CN"/>
        </w:rPr>
        <w:t>　　二、工作目标</w:t>
      </w:r>
      <w:r>
        <w:rPr>
          <w:lang w:eastAsia="zh-CN"/>
        </w:rPr>
        <w:br/>
      </w:r>
      <w:r>
        <w:rPr>
          <w:lang w:eastAsia="zh-CN"/>
        </w:rPr>
        <w:t>　　我们的一言一行都是日积月累养成的习惯。我们有的人形成了很好的习惯，有的人形成了很坏的习惯。所以我们从现在起就要把注重细节变成一种习惯，使我们好的学习态度习以为常，变成我们的第二天性。</w:t>
      </w:r>
      <w:r>
        <w:rPr>
          <w:lang w:eastAsia="zh-CN"/>
        </w:rPr>
        <w:br/>
      </w:r>
      <w:r>
        <w:rPr>
          <w:lang w:eastAsia="zh-CN"/>
        </w:rPr>
        <w:t>　　全体同学都能树立明确的学习目标，形成良好的学习风气；建立一支有进取心、能力较强的班干部队伍；培养学生良好的行为规范，弘扬正气，逐步形成守纪、进取、勤奋的班风，构建一个团结、向上、文明的集体。</w:t>
      </w:r>
      <w:r>
        <w:rPr>
          <w:lang w:eastAsia="zh-CN"/>
        </w:rPr>
        <w:br/>
      </w:r>
      <w:r>
        <w:rPr>
          <w:lang w:eastAsia="zh-CN"/>
        </w:rPr>
        <w:t>　　三、具体措施</w:t>
      </w:r>
      <w:r>
        <w:rPr>
          <w:lang w:eastAsia="zh-CN"/>
        </w:rPr>
        <w:br/>
      </w:r>
      <w:r>
        <w:rPr>
          <w:lang w:eastAsia="zh-CN"/>
        </w:rPr>
        <w:t>　　贯彻“德育为先，以人为本”的方针，坚持德育为先，切实抓好学生的思想品德工作。</w:t>
      </w:r>
      <w:r>
        <w:rPr>
          <w:lang w:eastAsia="zh-CN"/>
        </w:rPr>
        <w:br/>
      </w:r>
      <w:r>
        <w:rPr>
          <w:lang w:eastAsia="zh-CN"/>
        </w:rPr>
        <w:t>　　1、抓好班级一日常规的管理，实施培养学生良好习惯的养成教育，制定“班级量化管理”评定细则。</w:t>
      </w:r>
      <w:r>
        <w:rPr>
          <w:lang w:eastAsia="zh-CN"/>
        </w:rPr>
        <w:br/>
      </w:r>
      <w:r>
        <w:rPr>
          <w:lang w:eastAsia="zh-CN"/>
        </w:rPr>
        <w:t>　　2、通过各种的校会、班会、晨会，组织学生学习《中学生日常行为规范》、《中学生守则》，促进良好的班风、学风的形成。</w:t>
      </w:r>
      <w:r>
        <w:rPr>
          <w:lang w:eastAsia="zh-CN"/>
        </w:rPr>
        <w:br/>
      </w:r>
      <w:r>
        <w:rPr>
          <w:lang w:eastAsia="zh-CN"/>
        </w:rPr>
        <w:t>　　3、通过学校和班级的各种活动，培养学生自信心和主人翁意识，增强班级凝聚力。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4、结合常规教育，培养学生的良好的学习习惯，建立学习组，掀起竞争活动，促进学生共同进步，定期开展学习活动，培养学生良好的学习态度和方法。</w:t>
      </w:r>
      <w:r>
        <w:rPr>
          <w:lang w:eastAsia="zh-CN"/>
        </w:rPr>
        <w:br/>
      </w:r>
      <w:r>
        <w:rPr>
          <w:lang w:eastAsia="zh-CN"/>
        </w:rPr>
        <w:t>　　6、开展有益的文体活动，促使学生的身心得到健康全面的发展。</w:t>
      </w:r>
      <w:r>
        <w:rPr>
          <w:lang w:eastAsia="zh-CN"/>
        </w:rPr>
        <w:br/>
      </w:r>
      <w:r>
        <w:rPr>
          <w:lang w:eastAsia="zh-CN"/>
        </w:rPr>
        <w:t>　　7、利用课余、周记本等与学生谈心交流，了解学生的思想动态，及时疏导、解决学生的问题。</w:t>
      </w:r>
      <w:r>
        <w:rPr>
          <w:lang w:eastAsia="zh-CN"/>
        </w:rPr>
        <w:br/>
      </w:r>
      <w:r>
        <w:rPr>
          <w:lang w:eastAsia="zh-CN"/>
        </w:rPr>
        <w:t>　　8、切实抓好本班的卫生工作。重视学校的大扫除和值周工作，创造清洁卫生舒适的学习环境。</w:t>
      </w:r>
      <w:r>
        <w:rPr>
          <w:lang w:eastAsia="zh-CN"/>
        </w:rPr>
        <w:br/>
      </w:r>
      <w:r>
        <w:rPr>
          <w:lang w:eastAsia="zh-CN"/>
        </w:rPr>
        <w:t>　　9、做好学生心理的辅导，做好生理、心理健康卫生的教育、宣传工作。</w:t>
      </w:r>
      <w:r>
        <w:rPr>
          <w:lang w:eastAsia="zh-CN"/>
        </w:rPr>
        <w:br/>
      </w:r>
      <w:r>
        <w:rPr>
          <w:lang w:eastAsia="zh-CN"/>
        </w:rPr>
        <w:t>　　10、利用班会课、墙报、宣传栏等途径对学生进行各项安全教育，如交通安全、用电、防火、自我保护、食品卫生等安全。</w:t>
      </w:r>
      <w:r>
        <w:rPr>
          <w:lang w:eastAsia="zh-CN"/>
        </w:rPr>
        <w:br/>
      </w:r>
      <w:r>
        <w:rPr>
          <w:lang w:eastAsia="zh-CN"/>
        </w:rPr>
        <w:t>　　12、学校教育与家庭教育相结合。平时通过电话、家访等途径加强与家长的联系沟通，使家长对孩子在校表现做到心中有数，请家长协助鼓励或帮助学生，作好学生的思想工作，同时，向家长了解学生在家的表现，及时找到问题所在，对症下药。结合本班情况开好家长会，针对学生的现状，与家长共同探讨解决问题的方法，并对下一步工作做好安排，尽快形成家长、教师、学生三位一体的教育模式。</w:t>
      </w:r>
      <w:r>
        <w:rPr>
          <w:lang w:eastAsia="zh-CN"/>
        </w:rPr>
        <w:br/>
      </w:r>
      <w:r>
        <w:rPr>
          <w:lang w:eastAsia="zh-CN"/>
        </w:rPr>
        <w:t>　　13、加强与科任老师的联系沟通，及时发现问题、解决问题，共同教育好学生。</w:t>
      </w:r>
      <w:r>
        <w:rPr>
          <w:lang w:eastAsia="zh-CN"/>
        </w:rPr>
        <w:br/>
      </w:r>
      <w:r>
        <w:rPr>
          <w:lang w:eastAsia="zh-CN"/>
        </w:rPr>
        <w:t xml:space="preserve">    班主任提升工作计划 篇3 </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为了进一步贯彻《中共中央国务院关于进一步加强和改进未成年人思想道德建设的若干意见》和《教育部关于进一步加强中小学班主任工作的意见》，落实区教育局文件精神，加强我校班主任队伍建设工作，培养一支适应时代要求的高素质、专业化的班主任队伍，提高德育工作实效，加快学校发展，提升学校品位。</w:t>
      </w:r>
      <w:r>
        <w:rPr>
          <w:lang w:eastAsia="zh-CN"/>
        </w:rPr>
        <w:br/>
      </w:r>
      <w:r>
        <w:rPr>
          <w:lang w:eastAsia="zh-CN"/>
        </w:rPr>
        <w:t>　　二、培训目标</w:t>
      </w:r>
      <w:r>
        <w:rPr>
          <w:lang w:eastAsia="zh-CN"/>
        </w:rPr>
        <w:br/>
      </w:r>
      <w:r>
        <w:rPr>
          <w:lang w:eastAsia="zh-CN"/>
        </w:rPr>
        <w:t>　　1、帮助班主任了解班主任常规工作及基本要求，探究班主任工作的一般规律，提高班主任工作的自觉性。</w:t>
      </w:r>
      <w:r>
        <w:rPr>
          <w:lang w:eastAsia="zh-CN"/>
        </w:rPr>
        <w:br/>
      </w:r>
      <w:r>
        <w:rPr>
          <w:lang w:eastAsia="zh-CN"/>
        </w:rPr>
        <w:t>　　2、通过学习优秀班主任的经验和方法，能够积极主动地开展班级管理工作，提高班主任工作的创造性。</w:t>
      </w:r>
      <w:r>
        <w:rPr>
          <w:lang w:eastAsia="zh-CN"/>
        </w:rPr>
        <w:br/>
      </w:r>
      <w:r>
        <w:rPr>
          <w:lang w:eastAsia="zh-CN"/>
        </w:rPr>
        <w:t>　　3、积极探索，学会协调各方面工作。调动学生的学习积极性，加强与任课教师密切配合，争取家长的支持与配合，提高班主任工作的艺术性。</w:t>
      </w:r>
      <w:r>
        <w:rPr>
          <w:lang w:eastAsia="zh-CN"/>
        </w:rPr>
        <w:br/>
      </w:r>
      <w:r>
        <w:rPr>
          <w:lang w:eastAsia="zh-CN"/>
        </w:rPr>
        <w:t>　　4、培养班主任发现问题、分析问题、解决问题的能力，提高案例分析和经验总结的能力，提高班主任工作的科研性。</w:t>
      </w:r>
      <w:r>
        <w:rPr>
          <w:lang w:eastAsia="zh-CN"/>
        </w:rPr>
        <w:br/>
      </w:r>
      <w:r>
        <w:rPr>
          <w:lang w:eastAsia="zh-CN"/>
        </w:rPr>
        <w:t>　　三、班主任工作的要点</w:t>
      </w:r>
      <w:r>
        <w:rPr>
          <w:lang w:eastAsia="zh-CN"/>
        </w:rPr>
        <w:br/>
      </w:r>
      <w:r>
        <w:rPr>
          <w:lang w:eastAsia="zh-CN"/>
        </w:rPr>
        <w:t>　　(1)、热爱关心学生、爱护学生，负责做好本班学生的思想政治工作，教育学生遵守小学生日常行为守则，努力使本班形成一个遵守纪律、团结向上、勤奋学习、朝气蓬勃的集体，使学生在德育、智育、体育几方面都得到发展。</w:t>
      </w:r>
      <w:r>
        <w:rPr>
          <w:lang w:eastAsia="zh-CN"/>
        </w:rPr>
        <w:br/>
      </w:r>
      <w:r>
        <w:rPr>
          <w:lang w:eastAsia="zh-CN"/>
        </w:rPr>
        <w:t>　　(2)、经常与任课老师联系，了解和研究学生的思想学习情况，教育学生明确学习目标，端正学习态度。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改进学习方法，学好务门功课，不断提高学习成绩。</w:t>
      </w:r>
      <w:r>
        <w:rPr>
          <w:lang w:eastAsia="zh-CN"/>
        </w:rPr>
        <w:br/>
      </w:r>
      <w:r>
        <w:rPr>
          <w:lang w:eastAsia="zh-CN"/>
        </w:rPr>
        <w:t>　　(3)、关心学生的生活和身体健康，加强生活管理，组织和指导本班学生参加文体活动，搞好清洁卫生，培养学生具有良好的生活习惯。</w:t>
      </w:r>
      <w:r>
        <w:rPr>
          <w:lang w:eastAsia="zh-CN"/>
        </w:rPr>
        <w:br/>
      </w:r>
      <w:r>
        <w:rPr>
          <w:lang w:eastAsia="zh-CN"/>
        </w:rPr>
        <w:t>　　(4)、组织领导班会会的工作，指导本班少先队开展活动。</w:t>
      </w:r>
      <w:r>
        <w:rPr>
          <w:lang w:eastAsia="zh-CN"/>
        </w:rPr>
        <w:br/>
      </w:r>
      <w:r>
        <w:rPr>
          <w:lang w:eastAsia="zh-CN"/>
        </w:rPr>
        <w:t>　　(5)、负责组织领导本班学生参加生产劳动，指导学生课外活动，配合有关老师开展课外科技活动。</w:t>
      </w:r>
      <w:r>
        <w:rPr>
          <w:lang w:eastAsia="zh-CN"/>
        </w:rPr>
        <w:br/>
      </w:r>
      <w:r>
        <w:rPr>
          <w:lang w:eastAsia="zh-CN"/>
        </w:rPr>
        <w:t>　　(6)、与家庭和社会有关方面取得联系，加强学生的思想政治工作。</w:t>
      </w:r>
      <w:r>
        <w:rPr>
          <w:lang w:eastAsia="zh-CN"/>
        </w:rPr>
        <w:br/>
      </w:r>
      <w:r>
        <w:rPr>
          <w:lang w:eastAsia="zh-CN"/>
        </w:rPr>
        <w:t>　　四、培训内容</w:t>
      </w:r>
      <w:r>
        <w:rPr>
          <w:lang w:eastAsia="zh-CN"/>
        </w:rPr>
        <w:br/>
      </w:r>
      <w:r>
        <w:rPr>
          <w:lang w:eastAsia="zh-CN"/>
        </w:rPr>
        <w:t>　　1、专业理论：</w:t>
      </w:r>
      <w:r>
        <w:rPr>
          <w:lang w:eastAsia="zh-CN"/>
        </w:rPr>
        <w:br/>
      </w:r>
      <w:r>
        <w:rPr>
          <w:lang w:eastAsia="zh-CN"/>
        </w:rPr>
        <w:t>　　教育法律法规类：《教师法》、《义务教育法》、《未成年人保护法》、《预防未成年人犯罪法》、《学生伤害事故处理办法》、《班主任工作条例》等。</w:t>
      </w:r>
      <w:r>
        <w:rPr>
          <w:lang w:eastAsia="zh-CN"/>
        </w:rPr>
        <w:br/>
      </w:r>
      <w:r>
        <w:rPr>
          <w:lang w:eastAsia="zh-CN"/>
        </w:rPr>
        <w:t>　　职业道德类：《中小学教师职业道德》、《班主任岗位职责》、《小学班主任工作暂行规定》、《中小学德育工作规程》、《班主任基本素质修练》等。</w:t>
      </w:r>
      <w:r>
        <w:rPr>
          <w:lang w:eastAsia="zh-CN"/>
        </w:rPr>
        <w:br/>
      </w:r>
      <w:r>
        <w:rPr>
          <w:lang w:eastAsia="zh-CN"/>
        </w:rPr>
        <w:t>　　德育管理方法类：《班主任工作新理念》、《中共中央国务院关于加强和改进未成年人思想道德建设的若干意见》、《班主任工作漫谈》、《给年轻班主任的建议》等。</w:t>
      </w:r>
      <w:r>
        <w:rPr>
          <w:lang w:eastAsia="zh-CN"/>
        </w:rPr>
        <w:br/>
      </w:r>
      <w:r>
        <w:rPr>
          <w:lang w:eastAsia="zh-CN"/>
        </w:rPr>
        <w:t>　　2、专业素养：</w:t>
      </w:r>
      <w:r>
        <w:rPr>
          <w:lang w:eastAsia="zh-CN"/>
        </w:rPr>
        <w:br/>
      </w:r>
      <w:r>
        <w:rPr>
          <w:lang w:eastAsia="zh-CN"/>
        </w:rPr>
        <w:t>　　班主任的专业素质修炼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班主任的能力训练</w:t>
      </w:r>
      <w:r>
        <w:rPr>
          <w:lang w:eastAsia="zh-CN"/>
        </w:rPr>
        <w:br/>
      </w:r>
      <w:r>
        <w:rPr>
          <w:lang w:eastAsia="zh-CN"/>
        </w:rPr>
        <w:t>　　班主任的组织领导艺术</w:t>
      </w:r>
      <w:r>
        <w:rPr>
          <w:lang w:eastAsia="zh-CN"/>
        </w:rPr>
        <w:br/>
      </w:r>
      <w:r>
        <w:rPr>
          <w:lang w:eastAsia="zh-CN"/>
        </w:rPr>
        <w:t>　　班主任的关系协调能力</w:t>
      </w:r>
      <w:r>
        <w:rPr>
          <w:lang w:eastAsia="zh-CN"/>
        </w:rPr>
        <w:br/>
      </w:r>
      <w:r>
        <w:rPr>
          <w:lang w:eastAsia="zh-CN"/>
        </w:rPr>
        <w:t>　　班主任的工作方法与技巧</w:t>
      </w:r>
      <w:r>
        <w:rPr>
          <w:lang w:eastAsia="zh-CN"/>
        </w:rPr>
        <w:br/>
      </w:r>
      <w:r>
        <w:rPr>
          <w:lang w:eastAsia="zh-CN"/>
        </w:rPr>
        <w:t>　　3、专业能力：</w:t>
      </w:r>
      <w:r>
        <w:rPr>
          <w:lang w:eastAsia="zh-CN"/>
        </w:rPr>
        <w:br/>
      </w:r>
      <w:r>
        <w:rPr>
          <w:lang w:eastAsia="zh-CN"/>
        </w:rPr>
        <w:t>　　班集体的建设、组织能力，班级日常管理工作能力，班队活动的设计、组织能力，主题班会的创意、设计组织能力，后进生的教育帮扶转化能力，学生个案的观察教育分析能力，课题开发与研究能力，偶发事件的应急处置能力，与家长联系的方法和技巧等。</w:t>
      </w:r>
      <w:r>
        <w:rPr>
          <w:lang w:eastAsia="zh-CN"/>
        </w:rPr>
        <w:br/>
      </w:r>
      <w:r>
        <w:rPr>
          <w:lang w:eastAsia="zh-CN"/>
        </w:rPr>
        <w:t>　　五、培训途径与方法</w:t>
      </w:r>
      <w:r>
        <w:rPr>
          <w:lang w:eastAsia="zh-CN"/>
        </w:rPr>
        <w:br/>
      </w:r>
      <w:r>
        <w:rPr>
          <w:lang w:eastAsia="zh-CN"/>
        </w:rPr>
        <w:t>　　实行班主任全员培训，分层培训的方法，采用学习反思、实践训练、导师引领、专题研讨培训模式。</w:t>
      </w:r>
      <w:r>
        <w:rPr>
          <w:lang w:eastAsia="zh-CN"/>
        </w:rPr>
        <w:br/>
      </w:r>
      <w:r>
        <w:rPr>
          <w:lang w:eastAsia="zh-CN"/>
        </w:rPr>
        <w:t>　　六、培训措施</w:t>
      </w:r>
      <w:r>
        <w:rPr>
          <w:lang w:eastAsia="zh-CN"/>
        </w:rPr>
        <w:br/>
      </w:r>
      <w:r>
        <w:rPr>
          <w:lang w:eastAsia="zh-CN"/>
        </w:rPr>
        <w:t>　　1、建立班主任培训领导小组，强化对培训工作的管理与指导。</w:t>
      </w:r>
      <w:r>
        <w:rPr>
          <w:lang w:eastAsia="zh-CN"/>
        </w:rPr>
        <w:br/>
      </w:r>
      <w:r>
        <w:rPr>
          <w:lang w:eastAsia="zh-CN"/>
        </w:rPr>
        <w:t>　　组长：李德国</w:t>
      </w:r>
      <w:r>
        <w:rPr>
          <w:lang w:eastAsia="zh-CN"/>
        </w:rPr>
        <w:br/>
      </w:r>
      <w:r>
        <w:rPr>
          <w:lang w:eastAsia="zh-CN"/>
        </w:rPr>
        <w:t>　　副组长：周广辉、任晗</w:t>
      </w:r>
      <w:r>
        <w:rPr>
          <w:lang w:eastAsia="zh-CN"/>
        </w:rPr>
        <w:br/>
      </w:r>
      <w:r>
        <w:rPr>
          <w:lang w:eastAsia="zh-CN"/>
        </w:rPr>
        <w:t>　　成员：全体班主任</w:t>
      </w:r>
      <w:r>
        <w:rPr>
          <w:lang w:eastAsia="zh-CN"/>
        </w:rPr>
        <w:br/>
      </w:r>
      <w:r>
        <w:rPr>
          <w:lang w:eastAsia="zh-CN"/>
        </w:rPr>
        <w:t>　　班主任具体的培训工作由教导处任主任负责。</w:t>
      </w:r>
      <w:r>
        <w:rPr>
          <w:lang w:eastAsia="zh-CN"/>
        </w:rPr>
        <w:br/>
      </w:r>
      <w:r>
        <w:rPr>
          <w:lang w:eastAsia="zh-CN"/>
        </w:rPr>
        <w:t>　　2、健全班主任培训激励机制，实行培训考核制。根据要求对培训任务完成情况、班主任工作进步情况，与当年度的班主任工作考核挂钩。班主任水平提高快、工作实绩明显的，优先推荐优秀班主任的评选。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3、加强科研探究。结合当前学校德育工作的现状，引领班主任把教育科研与实际工作紧密结合，不断提升班主任的科研意识及研究活动。学期将举行一次班主任工作经验交流会。</w:t>
      </w:r>
      <w:r>
        <w:rPr>
          <w:lang w:eastAsia="zh-CN"/>
        </w:rPr>
        <w:br/>
      </w:r>
      <w:r>
        <w:rPr>
          <w:lang w:eastAsia="zh-CN"/>
        </w:rPr>
        <w:t>　　4、坚持每双周一次的班主任例会制度(双周一下午第三节课)，保证集体培训时间。记好学习笔记，要求态度认真，学思结合，每学期学习笔记不少于__字。</w:t>
      </w:r>
      <w:r>
        <w:rPr>
          <w:lang w:eastAsia="zh-CN"/>
        </w:rPr>
        <w:br/>
      </w:r>
      <w:r>
        <w:rPr>
          <w:lang w:eastAsia="zh-CN"/>
        </w:rPr>
        <w:t>　　5、本学期必须写好一篇班主任经验文章。要求有明确的主题，不少于__字，上交学校教导处。</w:t>
      </w:r>
      <w:r>
        <w:rPr>
          <w:lang w:eastAsia="zh-CN"/>
        </w:rPr>
        <w:br/>
      </w:r>
      <w:r>
        <w:rPr>
          <w:lang w:eastAsia="zh-CN"/>
        </w:rPr>
        <w:t xml:space="preserve">    班主任提升工作计划 篇4 </w:t>
      </w:r>
      <w:r>
        <w:rPr>
          <w:lang w:eastAsia="zh-CN"/>
        </w:rPr>
        <w:br/>
      </w:r>
      <w:r>
        <w:rPr>
          <w:lang w:eastAsia="zh-CN"/>
        </w:rPr>
        <w:t>　　为了让本班学生在高二阶段养成良好学习习惯和思想行为习惯，学会自我管理，树立明确的人生目标，力争更高更快地发展自己，找到自己满意的工作，我拟订班级德育工作计划如下：</w:t>
      </w:r>
      <w:r>
        <w:rPr>
          <w:lang w:eastAsia="zh-CN"/>
        </w:rPr>
        <w:br/>
      </w:r>
      <w:r>
        <w:rPr>
          <w:lang w:eastAsia="zh-CN"/>
        </w:rPr>
        <w:t>　　一、用完整的思想行为规范条例约束学生，努力促成学生尽快形成规范意识，逐步达成完善的学生自我管理。</w:t>
      </w:r>
      <w:r>
        <w:rPr>
          <w:lang w:eastAsia="zh-CN"/>
        </w:rPr>
        <w:br/>
      </w:r>
      <w:r>
        <w:rPr>
          <w:lang w:eastAsia="zh-CN"/>
        </w:rPr>
        <w:t>　　二、开展多样式的班级学生活动，树立积极进取、敢于拼搏的良好学风，督促所有学生早立志、早努力、早成功。</w:t>
      </w:r>
      <w:r>
        <w:rPr>
          <w:lang w:eastAsia="zh-CN"/>
        </w:rPr>
        <w:br/>
      </w:r>
      <w:r>
        <w:rPr>
          <w:lang w:eastAsia="zh-CN"/>
        </w:rPr>
        <w:t>　　三、配合学校政教处和年级开展的德育中心工作，有步骤、分阶段地开展塑造学生美好心灵的工作。</w:t>
      </w:r>
      <w:r>
        <w:rPr>
          <w:lang w:eastAsia="zh-CN"/>
        </w:rPr>
        <w:br/>
      </w:r>
      <w:r>
        <w:rPr>
          <w:lang w:eastAsia="zh-CN"/>
        </w:rPr>
        <w:t>　　四、发现、确立并培养本班的特长生，努力促成学生的个性化发展。</w:t>
      </w:r>
      <w:r>
        <w:rPr>
          <w:lang w:eastAsia="zh-CN"/>
        </w:rPr>
        <w:br/>
      </w:r>
      <w:r>
        <w:rPr>
          <w:lang w:eastAsia="zh-CN"/>
        </w:rPr>
        <w:t>　　具体做法设想如下：</w:t>
      </w:r>
      <w:r>
        <w:rPr>
          <w:lang w:eastAsia="zh-CN"/>
        </w:rPr>
        <w:br/>
      </w:r>
      <w:r>
        <w:rPr>
          <w:lang w:eastAsia="zh-CN"/>
        </w:rPr>
        <w:t>　　1、</w:t>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组织新的班委会，授权新班委会召集学生代表共同商议制定出本班文明公约。</w:t>
      </w:r>
      <w:r>
        <w:rPr>
          <w:lang w:eastAsia="zh-CN"/>
        </w:rPr>
        <w:br/>
      </w:r>
      <w:r>
        <w:rPr>
          <w:lang w:eastAsia="zh-CN"/>
        </w:rPr>
        <w:t>　　2、 要求全体学生认真学习《中学生日常行为规范》和《文明班风评比量化评分细则》，认真领会本班文明公约的内涵，并牢记本班文明公约条款。</w:t>
      </w:r>
      <w:r>
        <w:rPr>
          <w:lang w:eastAsia="zh-CN"/>
        </w:rPr>
        <w:br/>
      </w:r>
      <w:r>
        <w:rPr>
          <w:lang w:eastAsia="zh-CN"/>
        </w:rPr>
        <w:t>　　3、 穿戴服装要整齐，校卡照片是自己。准时到校不早退，病假事假及时请。</w:t>
      </w:r>
      <w:r>
        <w:rPr>
          <w:lang w:eastAsia="zh-CN"/>
        </w:rPr>
        <w:br/>
      </w:r>
      <w:r>
        <w:rPr>
          <w:lang w:eastAsia="zh-CN"/>
        </w:rPr>
        <w:t>　　4、 升旗做操站好队，闭口不谈闲言语。公区值日不迟到，课桌周围保洁好。</w:t>
      </w:r>
      <w:r>
        <w:rPr>
          <w:lang w:eastAsia="zh-CN"/>
        </w:rPr>
        <w:br/>
      </w:r>
      <w:r>
        <w:rPr>
          <w:lang w:eastAsia="zh-CN"/>
        </w:rPr>
        <w:t>　　5、 头发长短正合适，首饰手机留家里。课堂听讲要专心，作业准时不扣分。</w:t>
      </w:r>
      <w:r>
        <w:rPr>
          <w:lang w:eastAsia="zh-CN"/>
        </w:rPr>
        <w:br/>
      </w:r>
      <w:r>
        <w:rPr>
          <w:lang w:eastAsia="zh-CN"/>
        </w:rPr>
        <w:t>　　6、 珍惜时间学问忙，双修纪律不能忘。品德优秀学习棒，人前人后一个样。</w:t>
      </w:r>
      <w:r>
        <w:rPr>
          <w:lang w:eastAsia="zh-CN"/>
        </w:rPr>
        <w:br/>
      </w:r>
      <w:r>
        <w:rPr>
          <w:lang w:eastAsia="zh-CN"/>
        </w:rPr>
        <w:t>　　7、 利用学期初的班会课特别强调要树立“集体意识”、“服从意识”、“涅槃意识”。</w:t>
      </w:r>
      <w:r>
        <w:rPr>
          <w:lang w:eastAsia="zh-CN"/>
        </w:rPr>
        <w:br/>
      </w:r>
      <w:r>
        <w:rPr>
          <w:lang w:eastAsia="zh-CN"/>
        </w:rPr>
        <w:t>　　8、 严格执行值日班干“今日我当家”制度。定期培训主要班干，教给工作方法。</w:t>
      </w:r>
      <w:r>
        <w:rPr>
          <w:lang w:eastAsia="zh-CN"/>
        </w:rPr>
        <w:br/>
      </w:r>
      <w:r>
        <w:rPr>
          <w:lang w:eastAsia="zh-CN"/>
        </w:rPr>
        <w:t>　　9、利用班会课开展榜样教育。树立三个思想健康、成绩优秀的学生为班级楷模。</w:t>
      </w:r>
      <w:r>
        <w:rPr>
          <w:lang w:eastAsia="zh-CN"/>
        </w:rPr>
        <w:br/>
      </w:r>
      <w:r>
        <w:rPr>
          <w:lang w:eastAsia="zh-CN"/>
        </w:rPr>
        <w:t>　　10、本班特长生培养工作方面。</w:t>
      </w:r>
      <w:r>
        <w:rPr>
          <w:lang w:eastAsia="zh-CN"/>
        </w:rPr>
        <w:br/>
      </w:r>
      <w:r>
        <w:rPr>
          <w:lang w:eastAsia="zh-CN"/>
        </w:rPr>
        <w:t>　　(1)、发现培养参加对口升学的优秀学生，帮助他们确立较高目标，使之坚定信心，力争出类拔萃。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(2)、发现艺术类、计算机类、写作类、体育类特长生，鼓励其保持兴趣爱好，专向发展，力争有所作为。</w:t>
      </w:r>
      <w:r>
        <w:rPr>
          <w:lang w:eastAsia="zh-CN"/>
        </w:rPr>
        <w:br/>
      </w:r>
      <w:r>
        <w:rPr>
          <w:lang w:eastAsia="zh-CN"/>
        </w:rPr>
        <w:t>　　11、定期做好学习阶段性效果分析。</w:t>
      </w:r>
      <w:r>
        <w:rPr>
          <w:lang w:eastAsia="zh-CN"/>
        </w:rPr>
        <w:br/>
      </w:r>
      <w:r>
        <w:rPr>
          <w:lang w:eastAsia="zh-CN"/>
        </w:rPr>
        <w:t xml:space="preserve">    班主任提升工作计划 篇5 </w:t>
      </w:r>
      <w:r>
        <w:rPr>
          <w:lang w:eastAsia="zh-CN"/>
        </w:rPr>
        <w:br/>
      </w:r>
      <w:r>
        <w:rPr>
          <w:lang w:eastAsia="zh-CN"/>
        </w:rPr>
        <w:t>　　新的学期开始了，为了全面提高教育教学质量，抓好学生的德育工作，提高学生的整体素质，本学期班主任工作有以下几个方面：</w:t>
      </w:r>
      <w:r>
        <w:rPr>
          <w:lang w:eastAsia="zh-CN"/>
        </w:rPr>
        <w:br/>
      </w:r>
      <w:r>
        <w:rPr>
          <w:lang w:eastAsia="zh-CN"/>
        </w:rPr>
        <w:t>　　一、学习方面</w:t>
      </w:r>
      <w:r>
        <w:rPr>
          <w:lang w:eastAsia="zh-CN"/>
        </w:rPr>
        <w:br/>
      </w:r>
      <w:r>
        <w:rPr>
          <w:lang w:eastAsia="zh-CN"/>
        </w:rPr>
        <w:t>　　帮助学生尽快进入学习中来，教育学生端正学习态度，明确学习目的，激发学生的求知欲，对学生实施分层次教学，对成绩较好的学生优上加优，对后进生要耐心辅导，帮其建立自信心。要严格要求作业质量，使其养成良好的学习习惯，提高学习效率。</w:t>
      </w:r>
      <w:r>
        <w:rPr>
          <w:lang w:eastAsia="zh-CN"/>
        </w:rPr>
        <w:br/>
      </w:r>
      <w:r>
        <w:rPr>
          <w:lang w:eastAsia="zh-CN"/>
        </w:rPr>
        <w:t>　　二、德育方面</w:t>
      </w:r>
      <w:r>
        <w:rPr>
          <w:lang w:eastAsia="zh-CN"/>
        </w:rPr>
        <w:br/>
      </w:r>
      <w:r>
        <w:rPr>
          <w:lang w:eastAsia="zh-CN"/>
        </w:rPr>
        <w:t>　　严格管理班级，紧抓班级的纪律卫生，使学生养成爱清洁的好习惯，继续组织学生学习《中学生日常行为规范》和《日常规范》，教育学生按时上好“两操”，对学生经常做思想政治教育，教育学生知法、懂法，提高学生的法律意识，法制观念，上好晨会，开好班会，对学生做好中华传统美德的教育。对学生进行家访和后进生转化工作，努力使班级面貌焕然一新，成为一个团结向上的集体。</w:t>
      </w:r>
      <w:r>
        <w:rPr>
          <w:lang w:eastAsia="zh-CN"/>
        </w:rPr>
        <w:br/>
      </w:r>
      <w:r>
        <w:rPr>
          <w:lang w:eastAsia="zh-CN"/>
        </w:rPr>
        <w:t>　　三、在纪律、卫生方面</w:t>
      </w:r>
      <w:r>
        <w:rPr>
          <w:lang w:eastAsia="zh-CN"/>
        </w:rPr>
        <w:br/>
      </w:r>
      <w:r>
        <w:rPr>
          <w:lang w:eastAsia="zh-CN"/>
        </w:rPr>
        <w:t>　　加强对学生的纪律卫生方面的教育，强调课堂以及课间的上课状态。卫生方面，要求值日生按时到校值日，搞好卫生，即脏即扫，认真维持好班级、校园的卫生。</w:t>
      </w:r>
      <w:r>
        <w:rPr>
          <w:lang w:eastAsia="zh-CN"/>
        </w:rPr>
        <w:br/>
      </w:r>
      <w:r>
        <w:rPr>
          <w:lang w:eastAsia="zh-CN"/>
        </w:rPr>
        <w:t xml:space="preserve">    班主任提升工作计划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一。指导思想</w:t>
      </w:r>
      <w:r>
        <w:rPr>
          <w:lang w:eastAsia="zh-CN"/>
        </w:rPr>
        <w:br/>
      </w:r>
      <w:r>
        <w:rPr>
          <w:lang w:eastAsia="zh-CN"/>
        </w:rPr>
        <w:t>　　以教学为中心，全面发展学生素质;以“对每个学生负责，助每个学生成功”为教育宗旨，扎扎实实地搞好教育教学和教科研工作;努力探索年级管理规律，全面提高工作质量和管理水平。</w:t>
      </w:r>
      <w:r>
        <w:rPr>
          <w:lang w:eastAsia="zh-CN"/>
        </w:rPr>
        <w:br/>
      </w:r>
      <w:r>
        <w:rPr>
          <w:lang w:eastAsia="zh-CN"/>
        </w:rPr>
        <w:t>　　二、教育教学</w:t>
      </w:r>
      <w:r>
        <w:rPr>
          <w:lang w:eastAsia="zh-CN"/>
        </w:rPr>
        <w:br/>
      </w:r>
      <w:r>
        <w:rPr>
          <w:lang w:eastAsia="zh-CN"/>
        </w:rPr>
        <w:t>　　（一）教育工作</w:t>
      </w:r>
      <w:r>
        <w:rPr>
          <w:lang w:eastAsia="zh-CN"/>
        </w:rPr>
        <w:br/>
      </w:r>
      <w:r>
        <w:rPr>
          <w:lang w:eastAsia="zh-CN"/>
        </w:rPr>
        <w:t>　　德育是教育的基础，是设计教育的平台。教育是一种唤醒，将生命感、价值感“唤醒”。教育造就的学生应该是行为规范、心灵自由、感情丰富、思想充实、胸襟开阔的现代人，应该是能够为自己负责、为他人、社会、国家负责的现代公民。</w:t>
      </w:r>
      <w:r>
        <w:rPr>
          <w:lang w:eastAsia="zh-CN"/>
        </w:rPr>
        <w:br/>
      </w:r>
      <w:r>
        <w:rPr>
          <w:lang w:eastAsia="zh-CN"/>
        </w:rPr>
        <w:t>　　工作重点</w:t>
      </w:r>
      <w:r>
        <w:rPr>
          <w:lang w:eastAsia="zh-CN"/>
        </w:rPr>
        <w:br/>
      </w:r>
      <w:r>
        <w:rPr>
          <w:lang w:eastAsia="zh-CN"/>
        </w:rPr>
        <w:t>　　1、班级管理理念：“管理就是沟通，管理就是服务，管理就是引领”，以人性化管理，促个性化发展。</w:t>
      </w:r>
      <w:r>
        <w:rPr>
          <w:lang w:eastAsia="zh-CN"/>
        </w:rPr>
        <w:br/>
      </w:r>
      <w:r>
        <w:rPr>
          <w:lang w:eastAsia="zh-CN"/>
        </w:rPr>
        <w:t>　　2、形成合力，统一意志（一切为了学生，为了学生一切，为了一切学生），为了学生是教师一切工作的出发点和落脚点。</w:t>
      </w:r>
      <w:r>
        <w:rPr>
          <w:lang w:eastAsia="zh-CN"/>
        </w:rPr>
        <w:br/>
      </w:r>
      <w:r>
        <w:rPr>
          <w:lang w:eastAsia="zh-CN"/>
        </w:rPr>
        <w:t>　　3、加强学生心理辅导和疏导，排除干扰因素，使学生有良好的心态，以平常心面对学习和生活。</w:t>
      </w:r>
      <w:r>
        <w:rPr>
          <w:lang w:eastAsia="zh-CN"/>
        </w:rPr>
        <w:br/>
      </w:r>
      <w:r>
        <w:rPr>
          <w:lang w:eastAsia="zh-CN"/>
        </w:rPr>
        <w:t>　　4、加强常规管理，严格控制严重违纪现象。</w:t>
      </w:r>
      <w:r>
        <w:rPr>
          <w:lang w:eastAsia="zh-CN"/>
        </w:rPr>
        <w:br/>
      </w:r>
      <w:r>
        <w:rPr>
          <w:lang w:eastAsia="zh-CN"/>
        </w:rPr>
        <w:t>　　5、抓好学生的学习管理，加强早晚自习管理，营造良好的学习氛围，提高学习效率和学习成绩。</w:t>
      </w:r>
      <w:r>
        <w:rPr>
          <w:lang w:eastAsia="zh-CN"/>
        </w:rPr>
        <w:br/>
      </w:r>
      <w:r>
        <w:rPr>
          <w:lang w:eastAsia="zh-CN"/>
        </w:rPr>
        <w:t>　　（二）教学工作</w:t>
      </w:r>
      <w:r>
        <w:rPr>
          <w:lang w:eastAsia="zh-CN"/>
        </w:rPr>
        <w:br/>
      </w:r>
      <w:r>
        <w:rPr>
          <w:lang w:eastAsia="zh-CN"/>
        </w:rPr>
        <w:t>　　工作重点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1、坚持以教学为中心，转变教育观念，细化教学常规管理，狠抓教学质量增长点，进一步提高教学质量。</w:t>
      </w:r>
      <w:r>
        <w:rPr>
          <w:lang w:eastAsia="zh-CN"/>
        </w:rPr>
        <w:br/>
      </w:r>
      <w:r>
        <w:rPr>
          <w:lang w:eastAsia="zh-CN"/>
        </w:rPr>
        <w:t>　　2、加强集体备课，注重实效。</w:t>
      </w:r>
      <w:r>
        <w:rPr>
          <w:lang w:eastAsia="zh-CN"/>
        </w:rPr>
        <w:br/>
      </w:r>
      <w:r>
        <w:rPr>
          <w:lang w:eastAsia="zh-CN"/>
        </w:rPr>
        <w:t>　　3、加强尖子生的培养。落实基础，加强能力，统摄规律，提升方法，提高学习成绩。</w:t>
      </w:r>
      <w:r>
        <w:rPr>
          <w:lang w:eastAsia="zh-CN"/>
        </w:rPr>
        <w:br/>
      </w:r>
      <w:r>
        <w:rPr>
          <w:lang w:eastAsia="zh-CN"/>
        </w:rPr>
        <w:t>　　4、抓好教学常规管理，向重点班要质量，向普通班要数量。</w:t>
      </w:r>
      <w:r>
        <w:rPr>
          <w:lang w:eastAsia="zh-CN"/>
        </w:rPr>
        <w:br/>
      </w:r>
      <w:r>
        <w:rPr>
          <w:lang w:eastAsia="zh-CN"/>
        </w:rPr>
        <w:t>　　具体要求</w:t>
      </w:r>
      <w:r>
        <w:rPr>
          <w:lang w:eastAsia="zh-CN"/>
        </w:rPr>
        <w:br/>
      </w:r>
      <w:r>
        <w:rPr>
          <w:lang w:eastAsia="zh-CN"/>
        </w:rPr>
        <w:t>　　教学工作是学校的中心工作，教学质量是学校的生命。要求全体教师“眼睛盯在质量上，功夫下在管理上，实干落在平时上，基础打在备课上，目标定在发展（高考）上。” 抓点（学习尖子生），又抓面（二本达线率的提高），坚持不放弃一个学生。</w:t>
      </w:r>
      <w:r>
        <w:rPr>
          <w:lang w:eastAsia="zh-CN"/>
        </w:rPr>
        <w:br/>
      </w:r>
      <w:r>
        <w:rPr>
          <w:lang w:eastAsia="zh-CN"/>
        </w:rPr>
        <w:t>　　（1） 转变教育观念</w:t>
      </w:r>
      <w:r>
        <w:rPr>
          <w:lang w:eastAsia="zh-CN"/>
        </w:rPr>
        <w:br/>
      </w:r>
      <w:r>
        <w:rPr>
          <w:lang w:eastAsia="zh-CN"/>
        </w:rPr>
        <w:t>　　1、教学以学生为中心，以学会学习为目的，以学生全面发展为目标，树立“以学为本”的思想，让教育适合学生。</w:t>
      </w:r>
      <w:r>
        <w:rPr>
          <w:lang w:eastAsia="zh-CN"/>
        </w:rPr>
        <w:br/>
      </w:r>
      <w:r>
        <w:rPr>
          <w:lang w:eastAsia="zh-CN"/>
        </w:rPr>
        <w:t>　　2、教师是学生心理健康的维护者、学生学习的促进者和伙伴，也是教给学生做人准则，送给学生求知钥匙，引导学生增强能力的导师。因此，要全面关心学生成长，德智体一起抓;关心全体学生，优中差一起抓;提高学生素质，智力因素和非智力因素一起抓;改进教学方法，教与学一起抓;注重多方面协调一致，课内课外、校内校外一起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3、懂得“个人的力量是渺小的，集体的力量无坚不摧。单兵作战必败，团队冲锋致胜。”的道理，树立“一盘棋，打总体战”的思想。</w:t>
      </w:r>
      <w:r>
        <w:rPr>
          <w:lang w:eastAsia="zh-CN"/>
        </w:rPr>
        <w:br/>
      </w:r>
      <w:r>
        <w:rPr>
          <w:lang w:eastAsia="zh-CN"/>
        </w:rPr>
        <w:t>　　4、教师的失误生产的不是一个废品，而是影响一个人的一生。树立“以学生的终身发展为本，以学生的终身幸福为本。”的大教育观。</w:t>
      </w:r>
      <w:r>
        <w:rPr>
          <w:lang w:eastAsia="zh-CN"/>
        </w:rPr>
        <w:br/>
      </w:r>
      <w:r>
        <w:rPr>
          <w:lang w:eastAsia="zh-CN"/>
        </w:rPr>
        <w:t>　　（2）加强集体备课和教研，注重实效。</w:t>
      </w:r>
      <w:r>
        <w:rPr>
          <w:lang w:eastAsia="zh-CN"/>
        </w:rPr>
        <w:br/>
      </w:r>
      <w:r>
        <w:rPr>
          <w:lang w:eastAsia="zh-CN"/>
        </w:rPr>
        <w:t>　　备好课是上好课的前提，也是提高教学质量的关键。树立“功在课前，效在课内”和“眼前有课本，心中有学生，学法即教法。”的备课理念。教师备课不能只备怎样教、怎样讲，还要备学生怎样学，而且要把如何组织学生的学习活动做为备课的重点。</w:t>
      </w:r>
      <w:r>
        <w:rPr>
          <w:lang w:eastAsia="zh-CN"/>
        </w:rPr>
        <w:br/>
      </w:r>
      <w:r>
        <w:rPr>
          <w:lang w:eastAsia="zh-CN"/>
        </w:rPr>
        <w:t>　　集体备课强调的是教师的合作、热情无私的交流精神和发挥集体的智慧，是取高合众，以教师集体去面对学生集体。“用学生的思维去备课，用学生的头脑去思考。”从而达到集思广益，减少遗憾，共同提高的目的。</w:t>
      </w:r>
      <w:r>
        <w:rPr>
          <w:lang w:eastAsia="zh-CN"/>
        </w:rPr>
        <w:br/>
      </w:r>
      <w:r>
        <w:rPr>
          <w:lang w:eastAsia="zh-CN"/>
        </w:rPr>
        <w:t>　　要求</w:t>
      </w:r>
      <w:r>
        <w:rPr>
          <w:lang w:eastAsia="zh-CN"/>
        </w:rPr>
        <w:br/>
      </w:r>
      <w:r>
        <w:rPr>
          <w:lang w:eastAsia="zh-CN"/>
        </w:rPr>
        <w:t>　　1、要有目的性、针对性和实效性。备课时先交流上周教后感，后讨论下周上课主要内容、重点、难点、注意点及学生易出错的地方、教学策略等，以提高教学设计的科学性。讨论时要各抒己见，集思广益，充分发挥教研和集体备课的功效。</w:t>
      </w:r>
      <w:r>
        <w:rPr>
          <w:lang w:eastAsia="zh-CN"/>
        </w:rPr>
        <w:br/>
      </w:r>
      <w:r>
        <w:rPr>
          <w:lang w:eastAsia="zh-CN"/>
        </w:rPr>
        <w:t>　　2、听课与评课是集体备课的延续和补充。要求教师间互相听课、评课，以评促教。评课中既要扬长，又要“揭短”，且至少要提出三点不足或建议。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3、每周开展一次教研活动，二次集体备课。对年轻教师的要求：不备不听，不听不讲。认真填写集体教研（备课）和评课的有关表册，及时上交教导处。</w:t>
      </w:r>
      <w:r>
        <w:rPr>
          <w:lang w:eastAsia="zh-CN"/>
        </w:rPr>
        <w:br/>
      </w:r>
      <w:r>
        <w:rPr>
          <w:lang w:eastAsia="zh-CN"/>
        </w:rPr>
        <w:t>　　（3）强化教学常规管理，狠抓教学质量增长点。</w:t>
      </w:r>
      <w:r>
        <w:rPr>
          <w:lang w:eastAsia="zh-CN"/>
        </w:rPr>
        <w:br/>
      </w:r>
      <w:r>
        <w:rPr>
          <w:lang w:eastAsia="zh-CN"/>
        </w:rPr>
        <w:t>　　三、公平竞争，公正评价</w:t>
      </w:r>
      <w:r>
        <w:rPr>
          <w:lang w:eastAsia="zh-CN"/>
        </w:rPr>
        <w:br/>
      </w:r>
      <w:r>
        <w:rPr>
          <w:lang w:eastAsia="zh-CN"/>
        </w:rPr>
        <w:t>　　公平竞争可以极大的调动教师的积极性和工作热情，公正评价能够最大限度的挖掘教师的创造力。</w:t>
      </w:r>
      <w:r>
        <w:rPr>
          <w:lang w:eastAsia="zh-CN"/>
        </w:rPr>
        <w:br/>
      </w:r>
      <w:r>
        <w:rPr>
          <w:lang w:eastAsia="zh-CN"/>
        </w:rPr>
        <w:t>　　1、进一步健全和完善检查评估制度，加强对教师作业批改、教案、课堂教学质量，进行定期和不定期的检查和评估，并将检查评估结果登记在册，作为教师年度考核的一个依据。</w:t>
      </w:r>
      <w:r>
        <w:rPr>
          <w:lang w:eastAsia="zh-CN"/>
        </w:rPr>
        <w:br/>
      </w:r>
      <w:r>
        <w:rPr>
          <w:lang w:eastAsia="zh-CN"/>
        </w:rPr>
        <w:t>　　2、本学年进行六次大型考试。严肃考风考纪，认真做好阅卷、阅卷后的教研和试卷讲评工作，发现问题，及时解决。</w:t>
      </w:r>
      <w:r>
        <w:rPr>
          <w:lang w:eastAsia="zh-CN"/>
        </w:rPr>
        <w:br/>
      </w:r>
      <w:r>
        <w:rPr>
          <w:lang w:eastAsia="zh-CN"/>
        </w:rPr>
        <w:t xml:space="preserve">    班主任提升工作计划 篇7 </w:t>
      </w:r>
      <w:r>
        <w:rPr>
          <w:lang w:eastAsia="zh-CN"/>
        </w:rPr>
        <w:br/>
      </w:r>
      <w:r>
        <w:rPr>
          <w:lang w:eastAsia="zh-CN"/>
        </w:rPr>
        <w:t>　　第一次从事初中班主任工作，不仅细、小、繁、杂，而且初中的孩子个个古灵精怪，感觉工作起来有点辛苦。如何轻松地驾驭班主任的工作呢？下面我谈谈自己的一点体会。就是“夸”。</w:t>
      </w:r>
      <w:r>
        <w:rPr>
          <w:lang w:eastAsia="zh-CN"/>
        </w:rPr>
        <w:br/>
      </w:r>
      <w:r>
        <w:rPr>
          <w:lang w:eastAsia="zh-CN"/>
        </w:rPr>
        <w:t>　　美国心理学家说过：“人性中最深切的秉质，是被人赏识的渴望。”就是得到被人的夸奖。这种渴望在学生身上表现的尤为强烈，所以我在平时的教育教学中对学生尽量做到少批评，多表扬，用夸奖来激励学生不断进步。</w:t>
      </w:r>
      <w:r>
        <w:rPr>
          <w:lang w:eastAsia="zh-CN"/>
        </w:rPr>
        <w:br/>
      </w:r>
      <w:r>
        <w:rPr>
          <w:lang w:eastAsia="zh-CN"/>
        </w:rPr>
        <w:t>　　1、精夸优秀生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优秀学生是最容易得到表扬的，他们无论在成绩还是在行为方面，都让老师觉得省心.对此类学生的表扬贵在“精”，明确努力的方向，提出更高的要求。例如我班的李ⅹⅹ，她是一个个性比较高傲的人，有的孤芳自赏，所以我从不夸她有多聪明，而是表演她对学习的认真劲和钻研劲，让她知道你的好成绩是因为自己的努力而不是自己的聪明。同时也让其他的学生明白，只要自己认认真真，踏踏实实，也有机会取得优异的成绩。</w:t>
      </w:r>
      <w:r>
        <w:rPr>
          <w:lang w:eastAsia="zh-CN"/>
        </w:rPr>
        <w:br/>
      </w:r>
      <w:r>
        <w:rPr>
          <w:lang w:eastAsia="zh-CN"/>
        </w:rPr>
        <w:t>　　当然表扬优秀的学生，还可以采用含蓄的方式，有时做得较好时只要一个微笑，一个大拇指的夸奖，学生就心领神会了，这样就避免对他们过于表扬产生骄傲的情绪。</w:t>
      </w:r>
      <w:r>
        <w:rPr>
          <w:lang w:eastAsia="zh-CN"/>
        </w:rPr>
        <w:br/>
      </w:r>
      <w:r>
        <w:rPr>
          <w:lang w:eastAsia="zh-CN"/>
        </w:rPr>
        <w:t>　　2、诚夸中等生</w:t>
      </w:r>
      <w:r>
        <w:rPr>
          <w:lang w:eastAsia="zh-CN"/>
        </w:rPr>
        <w:br/>
      </w:r>
      <w:r>
        <w:rPr>
          <w:lang w:eastAsia="zh-CN"/>
        </w:rPr>
        <w:t>　　我们老师总是强调培优补差，因此，中等生常常成为被忽视的群体，其实，关注中等生这个群体，对班主任来说同样重要，对于这类学生的表扬贵在“诚”，以让他们感觉到自己没有被老师忽略，从而树立信心，认识自己，欣赏自己。让他们充分发挥潜能。促使他们进入优秀的行列。我班里的周ⅹ，成绩一般，上课一直管不好自己，但他特别喜欢语文课，我就大力表扬，发掘他的优点处处让他感受到老师的“宠爱”。我也鼓励他不仅要上好语文课，其他的科目也要专心听，结果其他科目的老师说这个学生进步比较快。在期末考试中获得了好成绩。</w:t>
      </w:r>
      <w:r>
        <w:rPr>
          <w:lang w:eastAsia="zh-CN"/>
        </w:rPr>
        <w:br/>
      </w:r>
      <w:r>
        <w:rPr>
          <w:lang w:eastAsia="zh-CN"/>
        </w:rPr>
        <w:t>　　3、勤夸后进生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后进生总会令班主任头疼，他们成绩差，纪律差，是双差生。有的沉默自卑，反应迟钝。但我们没有权利选择学生，只能尽自己所能不孩子教好。所谓“天生我材必有用”。后进生也有闪光的地方，作为班主任要善于发现他们身上的闪光点，捕捉最佳的教育契机。对后进生的表扬贵在“勤”。我班的李ⅹⅹ，他不喜欢上我的语文课，喜欢跟我对着干。原来我不发觉他有这样的苗头，后来我听生物老师说他是一个好学的孩子，还有一个绰号是“生物桃”。我就反思自己的教育方法，采用了表扬的方式，马上就见效。该生开始不跟我作对了，能安静上好一节课。这个发现让我认识了一个道理，就是不要在自己的眼里看到孩子的不足，而要善于发现孩子的闪光点，用显微镜去看他们的优点，及时地赞赏其点滴的进步，树立他们的自信心。这些孩子常做错事，我是用陶行知先生的“四块糖”的故事教育他，和警醒自己。</w:t>
      </w:r>
      <w:r>
        <w:rPr>
          <w:lang w:eastAsia="zh-CN"/>
        </w:rPr>
        <w:br/>
      </w:r>
      <w:r>
        <w:rPr>
          <w:lang w:eastAsia="zh-CN"/>
        </w:rPr>
        <w:t xml:space="preserve">    班主任提升工作计划 篇8 </w:t>
      </w:r>
      <w:r>
        <w:rPr>
          <w:lang w:eastAsia="zh-CN"/>
        </w:rPr>
        <w:br/>
      </w:r>
      <w:r>
        <w:rPr>
          <w:lang w:eastAsia="zh-CN"/>
        </w:rPr>
        <w:t>　　班主任都或多或少 都要担一点责任.因此我在工作中也长短常的专心，尽量多接触学生，对他们进行贴身教育，上行下效.真的很不错，这些年学生也没泛起什么大错误，我也一直很安心的工作.我与学生一直进行心与心的沟通，达成共鸣，把培养学天生才作为当之无愧的任务.一个班的好坏与班主任息息相关.班主任是联系学校与学生的桥梁，上级的指示精神要靠班主任传达，学生的思惟、糊口、学习要靠班主任来调节.所以，作好班主任工作，有利于班上的学风正不正，学习立场端不端正，学习念头是否明确的题目，</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当真践行八荣八耻精神，在学校领导、机电部指导下从学校工作和学生思惟实际出发，抓好班级管理工作，开展各项班级流动，进步学生道德素质.</w:t>
      </w:r>
      <w:r>
        <w:rPr>
          <w:lang w:eastAsia="zh-CN"/>
        </w:rPr>
        <w:t xml:space="preserve"> 培养学生的爱国主义情怀.在全面建设社会主义和谐社会的远景下，鼓励学生走出社会，了解社会.</w:t>
      </w:r>
      <w:r>
        <w:rPr>
          <w:lang w:eastAsia="zh-CN"/>
        </w:rPr>
        <w:br/>
      </w:r>
      <w:r>
        <w:rPr>
          <w:lang w:eastAsia="zh-CN"/>
        </w:rPr>
        <w:t>　　二、工作要点</w:t>
      </w:r>
      <w:r>
        <w:rPr>
          <w:lang w:eastAsia="zh-CN"/>
        </w:rPr>
        <w:br/>
      </w:r>
      <w:r>
        <w:rPr>
          <w:lang w:eastAsia="zh-CN"/>
        </w:rPr>
        <w:t>　　(一)、了解、熟悉、认识全班</w:t>
      </w:r>
      <w:r>
        <w:rPr>
          <w:lang w:eastAsia="zh-CN"/>
        </w:rPr>
        <w:br/>
      </w:r>
      <w:r>
        <w:rPr>
          <w:lang w:eastAsia="zh-CN"/>
        </w:rPr>
        <w:t>　　我班共有学生55人，而且全部都是男生，住校生35人.从综合班分流过来，大部门学生学习成绩差，一部门学生思想品德较差，受过处分的学生有二十几位.本班的学生总体来看，成绩不很满足，少数学生学习目的不够明确，立场不够端正，作思想工作的路还很长，需要花鼎力气来整顿.尤其现在是高二，面对4科结业，一定要抓紧抓好.针对此情况，我计划用一个月左右的时间逐步了解、熟悉、认识全班学生，其方式可利用课外流动交流、个别谈话、家庭走访、班会、班委会等.只有真正认识全班同学，把握每个学生的个性特点，接下来的班主任工作才能得以顺利开展和实施.</w:t>
      </w:r>
      <w:r>
        <w:rPr>
          <w:lang w:eastAsia="zh-CN"/>
        </w:rPr>
        <w:br/>
      </w:r>
      <w:r>
        <w:rPr>
          <w:lang w:eastAsia="zh-CN"/>
        </w:rPr>
        <w:t>　　(二)、班集体日常治理</w:t>
      </w:r>
      <w:r>
        <w:rPr>
          <w:lang w:eastAsia="zh-CN"/>
        </w:rPr>
        <w:br/>
      </w:r>
      <w:r>
        <w:rPr>
          <w:lang w:eastAsia="zh-CN"/>
        </w:rPr>
        <w:t>　　1、班委遴派：根据学生特点当真遴派有能力、有号召力、品学兼优的人担任相应班委职务，充分带动全班同学向良性方向发展.</w:t>
      </w:r>
      <w:r>
        <w:rPr>
          <w:lang w:eastAsia="zh-CN"/>
        </w:rPr>
        <w:br/>
      </w:r>
      <w:r>
        <w:rPr>
          <w:lang w:eastAsia="zh-CN"/>
        </w:rPr>
        <w:t>　　2、考勤治理：因事因病应先请假，请假时间在半天以内，由班主任批准;请假时间在半天以上、一周以内由班主任、部长批准;请假一周以上需报班主任并由学校领导批准.事后补假条一律视为缺课，缺课一天扣品行分10分，请假两天扣品行分1分，迟到三次视为缺课一节，早退一次视为缺课一节.全班天天考勤情况由班长作具体记实，每月未交班主任统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3、利用流动课时间组织全班或班与班之间体裁流动，使学生做到劳逸结合，促进身心健康发展，同时，以此增进班集体凝结力，使全班学生在德、智、体、美、劳等方面全面发展.</w:t>
      </w:r>
      <w:r>
        <w:rPr>
          <w:lang w:eastAsia="zh-CN"/>
        </w:rPr>
        <w:br/>
      </w:r>
      <w:r>
        <w:rPr>
          <w:lang w:eastAsia="zh-CN"/>
        </w:rPr>
        <w:t>　　4、积极开展转化后进生工作，分析后进天生因，鼓励匡助后进生，使其不甘落后，奋起直追，进而在全班形成良好的竞争机制，使全班学生共同提高.</w:t>
      </w:r>
      <w:r>
        <w:rPr>
          <w:lang w:eastAsia="zh-CN"/>
        </w:rPr>
        <w:br/>
      </w:r>
      <w:r>
        <w:rPr>
          <w:lang w:eastAsia="zh-CN"/>
        </w:rPr>
        <w:t>　　5、教室内应保持安静，值日生一要保持教室的干净，二要保证安全(包括防火、防盗和用电安全).</w:t>
      </w:r>
      <w:r>
        <w:rPr>
          <w:lang w:eastAsia="zh-CN"/>
        </w:rPr>
        <w:br/>
      </w:r>
      <w:r>
        <w:rPr>
          <w:lang w:eastAsia="zh-CN"/>
        </w:rPr>
        <w:t>　　三、思想教育</w:t>
      </w:r>
      <w:r>
        <w:rPr>
          <w:lang w:eastAsia="zh-CN"/>
        </w:rPr>
        <w:br/>
      </w:r>
      <w:r>
        <w:rPr>
          <w:lang w:eastAsia="zh-CN"/>
        </w:rPr>
        <w:t>　　我班学生面对着人生的又一次十字路口，心理复杂，起伏变化大，情绪易受附近事物的影响，思想显著会向积极或消极方向顷斜发展，因此班主任与学生建立和谐、同等的师生关系，把自己置于集体的一员，努力使自己成为与学生人格同等、心灵相通、情感交融的朋友和伙伴，就势在必行.同时，积极协调并初步建立社会、学校、家庭三位一体的思想教育体系，教育学生树立弘远理想，开拓立异，遵纪遵法，抓紧时间，耐劳努力学习，争取在会考中取得优异成绩，为将来实现自己的人生目标迈进坚实的一步.</w:t>
      </w:r>
      <w:r>
        <w:rPr>
          <w:lang w:eastAsia="zh-CN"/>
        </w:rPr>
        <w:br/>
      </w:r>
      <w:r>
        <w:rPr>
          <w:lang w:eastAsia="zh-CN"/>
        </w:rPr>
        <w:t>　　(一)、励志教育、树立决心信念</w:t>
      </w:r>
      <w:r>
        <w:rPr>
          <w:lang w:eastAsia="zh-CN"/>
        </w:rPr>
        <w:br/>
      </w:r>
      <w:r>
        <w:rPr>
          <w:lang w:eastAsia="zh-CN"/>
        </w:rPr>
        <w:t>　　开学第一天，我就要对学生进行励志教育，对他们说你们固然是被分流过来的，但你们仍旧是我们这里的优秀者，尽管前段时间因为各种原因退步或没有提高，但你们只要自强不息、勇起直追，考上大学仍旧是有很大的但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第一次班会课，我要求学生熟悉自己、认清形势、并树立决心信念、捉住现在、掌握未来：新学期，新面貌;新班级，新打算;新目标，新立场.本学期是你们人生的又一个转折点，但愿你们与家长一起，制定一个适合自己的一个人生目标或近期一年半的目标，贴在课桌上醒目的位置，共同鼓励、共同监视、共同实施.要学生把自己最赏识的一句话或名言或格言也贴在课桌上醒目的位置，时刻激励自己，鞭策自己.</w:t>
      </w:r>
      <w:r>
        <w:rPr>
          <w:lang w:eastAsia="zh-CN"/>
        </w:rPr>
        <w:br/>
      </w:r>
      <w:r>
        <w:rPr>
          <w:lang w:eastAsia="zh-CN"/>
        </w:rPr>
        <w:t>　　(二)、加强班风建设</w:t>
      </w:r>
      <w:r>
        <w:rPr>
          <w:lang w:eastAsia="zh-CN"/>
        </w:rPr>
        <w:br/>
      </w:r>
      <w:r>
        <w:rPr>
          <w:lang w:eastAsia="zh-CN"/>
        </w:rPr>
        <w:t>　　1.铺排班级流动</w:t>
      </w:r>
      <w:r>
        <w:rPr>
          <w:lang w:eastAsia="zh-CN"/>
        </w:rPr>
        <w:br/>
      </w:r>
      <w:r>
        <w:rPr>
          <w:lang w:eastAsia="zh-CN"/>
        </w:rPr>
        <w:t>　　根据学校德育工作计划铺排，以熟悉自我、悦纳自我、完善自我的三守一扬自我教育手册为载体，在期初对全班学生提出本学期班级德育文化主题：立场决定一切.本学期的班级工作就是围绕着这一主题，围绕学校学生处提出的精细化治理工程，研究和探索有利于学生自我教育、自主发展、符合学生春秋段特征的班级文化，发展学生的自我意识，进步学生个体和群体的自我教育能力，进行了一系列实践与探索.开展各项实践流动.班主任与学生一起确定好本学期各项流动的主题，组织和指导学生开展灵活多样、富有情趣的课内外流动.</w:t>
      </w:r>
      <w:r>
        <w:rPr>
          <w:lang w:eastAsia="zh-CN"/>
        </w:rPr>
        <w:br/>
      </w:r>
      <w:r>
        <w:rPr>
          <w:lang w:eastAsia="zh-CN"/>
        </w:rPr>
        <w:t>　　2.营造向上氛围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根据学生的春秋特点，努力营造同等、围结、和谐、进取的班级氛围.(1)制定班级公约、班风，给自己班级取个班号立场决定一切.(2)布置教室环境.如设立公告栏、卫生角、我们的傍样等文化背景.(3)让学生介入班级治理，培养学生的组织能力和责任心，使每个学生都有成功的机会和成就感.培养学生的介入意识，提供显示学生才华的机会，在潜移默化中逐渐形成自理自治能力，体现学生的主体地位，发掘立异精神.</w:t>
      </w:r>
      <w:r>
        <w:rPr>
          <w:lang w:eastAsia="zh-CN"/>
        </w:rPr>
        <w:br/>
      </w:r>
      <w:r>
        <w:rPr>
          <w:lang w:eastAsia="zh-CN"/>
        </w:rPr>
        <w:t>　　3.指导班干部培养工作计划</w:t>
      </w:r>
      <w:r>
        <w:rPr>
          <w:lang w:eastAsia="zh-CN"/>
        </w:rPr>
        <w:br/>
      </w:r>
      <w:r>
        <w:rPr>
          <w:lang w:eastAsia="zh-CN"/>
        </w:rPr>
        <w:t>　　班干部是班主任的左右手.要当真选拔班干部，同时要精心培养班干部.第一，匡助班干部树立威信;第二，鼓励班干部大胆勇敢工作，指点他们工作方法;第三，严格要求班干部在知识、能力上取得更大提高，在纪律上以身作则，力求从各方面给全班起到模范带头作用，亦即以点带面;第四，培养干部团结协作的精神，要能够通过干部这个小集体建立准确、健全的舆论，带动整个班集体开展批评与自我批评，形成集体的组织性、纪律性和进取心，亦即以面带面.</w:t>
      </w:r>
      <w:r>
        <w:rPr>
          <w:lang w:eastAsia="zh-CN"/>
        </w:rPr>
        <w:br/>
      </w:r>
      <w:r>
        <w:rPr>
          <w:lang w:eastAsia="zh-CN"/>
        </w:rPr>
        <w:t>　　(三)、班级考核评选</w:t>
      </w:r>
      <w:r>
        <w:rPr>
          <w:lang w:eastAsia="zh-CN"/>
        </w:rPr>
        <w:br/>
      </w:r>
      <w:r>
        <w:rPr>
          <w:lang w:eastAsia="zh-CN"/>
        </w:rPr>
        <w:t>　　1.加强常规检查评选</w:t>
      </w:r>
      <w:r>
        <w:rPr>
          <w:lang w:eastAsia="zh-CN"/>
        </w:rPr>
        <w:br/>
      </w:r>
      <w:r>
        <w:rPr>
          <w:lang w:eastAsia="zh-CN"/>
        </w:rPr>
        <w:t>　　本学期学校将不断完善《班主任工作考核细则》，并继承开展各项常规检查评选流动，天天宣布检查结果.班主任要切实从班级自身出发，加强宣传发动，指导练习，将各项常规工作抓细抓实，力争主动、科学、民主治理班级，切实抓好班风班貌建设.同时当真抓好班队课、夕会课等，并常常开展形式多样、生动活泼的班队流动，使班主任工作的治理更公道化、规范化、艺术化.</w:t>
      </w:r>
      <w:r>
        <w:rPr>
          <w:lang w:eastAsia="zh-CN"/>
        </w:rPr>
        <w:br/>
      </w:r>
      <w:r>
        <w:rPr>
          <w:lang w:eastAsia="zh-CN"/>
        </w:rPr>
        <w:t>　　2.</w:t>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加强学科平衡.本学期抓紧抓好语文、数学、英语、电工基础、电子线路五科，班主任要组织协调好各科老师公道铺排拉差补差职员和时间，朝消灭分歧格率的目标奋进.</w:t>
      </w:r>
      <w:r>
        <w:rPr>
          <w:lang w:eastAsia="zh-CN"/>
        </w:rPr>
        <w:br/>
      </w:r>
      <w:r>
        <w:rPr>
          <w:lang w:eastAsia="zh-CN"/>
        </w:rPr>
        <w:t>　　在新的素质教育下，学生的学习任务好似轻松了，但是我作为班主任却有的放松.我要时刻绷着神经，要做到任何时刻为学生服务.只要班主任的工作做好了，学生安心的学习，我们就可以继承合作，匡助学生考上大学是我们的义务.</w:t>
      </w:r>
      <w:r>
        <w:rPr>
          <w:lang w:eastAsia="zh-CN"/>
        </w:rPr>
        <w:br/>
      </w:r>
      <w:r>
        <w:rPr>
          <w:lang w:eastAsia="zh-CN"/>
        </w:rPr>
        <w:t>　　做好班主任计划和班主任工作总结是进行班主任工作的教育理论研究和教育实践的需要.通过计划要熟悉上学期的不足，吸取经验，努力使今后的工作更加完善.在教育学生学会生存，学会学习，学会关心，学会做事，学会糊口的过程中，班主任工作的内容是复杂的，任务是繁重的.但是，只要我们真诚地捧着一颗爱心，加深理论涵养，在实践中不断完善自己，我相信就能使自己能够很好的胜任班主任这一角色.</w:t>
      </w:r>
      <w:r>
        <w:rPr>
          <w:lang w:eastAsia="zh-CN"/>
        </w:rPr>
        <w:br/>
      </w:r>
      <w:r>
        <w:rPr>
          <w:lang w:eastAsia="zh-CN"/>
        </w:rPr>
        <w:t xml:space="preserve">    班主任提升工作计划 篇9 </w:t>
      </w:r>
      <w:r>
        <w:rPr>
          <w:lang w:eastAsia="zh-CN"/>
        </w:rPr>
        <w:br/>
      </w:r>
      <w:r>
        <w:rPr>
          <w:lang w:eastAsia="zh-CN"/>
        </w:rPr>
        <w:t>　　本学期，我担任八年级四班班主任，经过一年半的相处，我们师生之间都有了很大的了解。上学期，我们班取得了一些成绩，但由于我刚踏上工作岗位，经验不足，在一些方面还存在着不足之处，为此，本学期，我会查漏补缺，特制定工作计划如下</w:t>
      </w:r>
      <w:r>
        <w:rPr>
          <w:lang w:eastAsia="zh-CN"/>
        </w:rPr>
        <w:br/>
      </w:r>
      <w:r>
        <w:rPr>
          <w:lang w:eastAsia="zh-CN"/>
        </w:rPr>
        <w:t>　　一、班级情况分析</w:t>
      </w:r>
      <w:r>
        <w:rPr>
          <w:lang w:eastAsia="zh-CN"/>
        </w:rPr>
        <w:br/>
      </w:r>
      <w:r>
        <w:rPr>
          <w:lang w:eastAsia="zh-CN"/>
        </w:rPr>
        <w:t>　　(一)总体情况分析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从总体看，经过一年半的培养，本班形成了较好的班风、学风，整体纪律较好，能够及时完成各项活动，积极参加各种学校组织的活动，并取得一定成绩，但少部分学生仍不能严格要求自己，存在一定问题，还需要进一步加强管理。</w:t>
      </w:r>
      <w:r>
        <w:rPr>
          <w:lang w:eastAsia="zh-CN"/>
        </w:rPr>
        <w:br/>
      </w:r>
      <w:r>
        <w:rPr>
          <w:lang w:eastAsia="zh-CN"/>
        </w:rPr>
        <w:t>　　(二)具体情况分析</w:t>
      </w:r>
      <w:r>
        <w:rPr>
          <w:lang w:eastAsia="zh-CN"/>
        </w:rPr>
        <w:br/>
      </w:r>
      <w:r>
        <w:rPr>
          <w:lang w:eastAsia="zh-CN"/>
        </w:rPr>
        <w:t>　　第一层次，本部分学生学习自觉性强，纪律较好，工作认真，善于自主管理，需教师加强引导促进学生全面发展。</w:t>
      </w:r>
      <w:r>
        <w:rPr>
          <w:lang w:eastAsia="zh-CN"/>
        </w:rPr>
        <w:br/>
      </w:r>
      <w:r>
        <w:rPr>
          <w:lang w:eastAsia="zh-CN"/>
        </w:rPr>
        <w:t>　　第二层次，本部分学生学习较认真，但缺乏积极性，不善于表现自己，有一定能力但不善于发挥，需要及时鼓励，严格要求，培养其自信。</w:t>
      </w:r>
      <w:r>
        <w:rPr>
          <w:lang w:eastAsia="zh-CN"/>
        </w:rPr>
        <w:br/>
      </w:r>
      <w:r>
        <w:rPr>
          <w:lang w:eastAsia="zh-CN"/>
        </w:rPr>
        <w:t>　　第三层次，本部分学生自制力较差，各种问题多而复杂，影响班级发展，需加以关注，严格管理，及时发现问题，解决问题。</w:t>
      </w:r>
      <w:r>
        <w:rPr>
          <w:lang w:eastAsia="zh-CN"/>
        </w:rPr>
        <w:br/>
      </w:r>
      <w:r>
        <w:rPr>
          <w:lang w:eastAsia="zh-CN"/>
        </w:rPr>
        <w:t>　　第四层次，本部分学生不仅自身问题较多，对班级影响较大，需时刻关注，及时发现问题，加强与家长的沟通，共同解决问题。</w:t>
      </w:r>
      <w:r>
        <w:rPr>
          <w:lang w:eastAsia="zh-CN"/>
        </w:rPr>
        <w:br/>
      </w:r>
      <w:r>
        <w:rPr>
          <w:lang w:eastAsia="zh-CN"/>
        </w:rPr>
        <w:t>　　二、班级工作目标</w:t>
      </w:r>
      <w:r>
        <w:rPr>
          <w:lang w:eastAsia="zh-CN"/>
        </w:rPr>
        <w:br/>
      </w:r>
      <w:r>
        <w:rPr>
          <w:lang w:eastAsia="zh-CN"/>
        </w:rPr>
        <w:t>　　1、全面了解学生，帮助学生克服学习生活上的困难，学会学习，提高学习效率。</w:t>
      </w:r>
      <w:r>
        <w:rPr>
          <w:lang w:eastAsia="zh-CN"/>
        </w:rPr>
        <w:br/>
      </w:r>
      <w:r>
        <w:rPr>
          <w:lang w:eastAsia="zh-CN"/>
        </w:rPr>
        <w:t>　　2、积极调动学生学习的积极性和培养良好的竞争意识，努力形成竞争、拼搏、进取的学习风气，全面提高学生的素质。</w:t>
      </w:r>
      <w:r>
        <w:rPr>
          <w:lang w:eastAsia="zh-CN"/>
        </w:rPr>
        <w:br/>
      </w:r>
      <w:r>
        <w:rPr>
          <w:lang w:eastAsia="zh-CN"/>
        </w:rPr>
        <w:t>　　3、使每位学生的心理都能健康发展，以平常心对待生活中的人和事。</w:t>
      </w:r>
      <w:r>
        <w:rPr>
          <w:lang w:eastAsia="zh-CN"/>
        </w:rPr>
        <w:br/>
      </w:r>
      <w:r>
        <w:rPr>
          <w:lang w:eastAsia="zh-CN"/>
        </w:rPr>
        <w:t>　　4、认真执行学校的规章制度，严格要求学生，为提高学习成绩打下坚实的基础，在保持现有成绩的基础上，努力提高语数外三门主科成绩，完成好地理、生物毕业会考，力争全班过线，16名以上同学进入年级前百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三、班级主要工作</w:t>
      </w:r>
      <w:r>
        <w:rPr>
          <w:lang w:eastAsia="zh-CN"/>
        </w:rPr>
        <w:br/>
      </w:r>
      <w:r>
        <w:rPr>
          <w:lang w:eastAsia="zh-CN"/>
        </w:rPr>
        <w:t>　　1、开展礼仪教育和人文素质教育，从学生的吃穿住行等方面入手，养成良好的卫生习惯，同时进一步优化人文素质环境，增强班级凝聚力。</w:t>
      </w:r>
      <w:r>
        <w:rPr>
          <w:lang w:eastAsia="zh-CN"/>
        </w:rPr>
        <w:br/>
      </w:r>
      <w:r>
        <w:rPr>
          <w:lang w:eastAsia="zh-CN"/>
        </w:rPr>
        <w:t>　　2、继续做好后进生工作，稳定、激发同学们的集体主义观念和积极上进的学习自觉性。</w:t>
      </w:r>
      <w:r>
        <w:rPr>
          <w:lang w:eastAsia="zh-CN"/>
        </w:rPr>
        <w:br/>
      </w:r>
      <w:r>
        <w:rPr>
          <w:lang w:eastAsia="zh-CN"/>
        </w:rPr>
        <w:t>　　3、制定合适班级实际情况的各项管理制度，进一步约束同学们的思想行为。</w:t>
      </w:r>
      <w:r>
        <w:rPr>
          <w:lang w:eastAsia="zh-CN"/>
        </w:rPr>
        <w:br/>
      </w:r>
      <w:r>
        <w:rPr>
          <w:lang w:eastAsia="zh-CN"/>
        </w:rPr>
        <w:t>　　4、培养竞争意识，开发创造力，加强思想道德建设。</w:t>
      </w:r>
      <w:r>
        <w:rPr>
          <w:lang w:eastAsia="zh-CN"/>
        </w:rPr>
        <w:br/>
      </w:r>
      <w:r>
        <w:rPr>
          <w:lang w:eastAsia="zh-CN"/>
        </w:rPr>
        <w:t>　　5、结合学校德育工作安排，利用班团队主题活动，适时对学生进行思想教育和理想教育，利用多种形式，为青春期的学习生活做好充分的精神准备，帮助学生提高明辨是非的能力，树立远大的理想，确定人生奋斗目标，做一个人爱祖国，关心他人，有着强烈社会责任感的新一代接班人。</w:t>
      </w:r>
      <w:r>
        <w:rPr>
          <w:lang w:eastAsia="zh-CN"/>
        </w:rPr>
        <w:br/>
      </w:r>
      <w:r>
        <w:rPr>
          <w:lang w:eastAsia="zh-CN"/>
        </w:rPr>
        <w:t>　　四、班级工作安排表</w:t>
      </w:r>
      <w:r>
        <w:rPr>
          <w:lang w:eastAsia="zh-CN"/>
        </w:rPr>
        <w:br/>
      </w:r>
      <w:r>
        <w:rPr>
          <w:lang w:eastAsia="zh-CN"/>
        </w:rPr>
        <w:t>　　(2)八年级班主任工作计划20__</w:t>
      </w:r>
      <w:r>
        <w:rPr>
          <w:lang w:eastAsia="zh-CN"/>
        </w:rPr>
        <w:br/>
      </w:r>
      <w:r>
        <w:rPr>
          <w:lang w:eastAsia="zh-CN"/>
        </w:rPr>
        <w:t>　　班级是学校教育教学工作的载体。为了不辜负学校领导的重托，各位家长的期盼，更好地开展班级管理工作，使全体学生在德智体美劳诸方面都有长足的进步，特对本期工作计划如下：</w:t>
      </w:r>
      <w:r>
        <w:rPr>
          <w:lang w:eastAsia="zh-CN"/>
        </w:rPr>
        <w:br/>
      </w:r>
      <w:r>
        <w:rPr>
          <w:lang w:eastAsia="zh-CN"/>
        </w:rPr>
        <w:t>　　一、用新的管理理念武装自己，提高班级管理水平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在本学期中，本人要认真学习先进的班级管理理念，认真贯彻了党的教育方针，努力推进了素质教育，注重学生的全面发展，提高学生的整体素质，促进学生个性的发展。实施素质教育，就是要全面贯彻党的教育方针，以提高国民素质为根本宗旨，以培养学生的创新精神和实践能力为重点，造就有理想、有道德、有文化、有纪律，德智体美等方面全面发展的社会主义事业的建设者和接班人。着眼于人的内在的发展要求，把人当作教育目的本身，这才是人们在“素质教育”口号下，追求教育价值的实质。要注重培养学生的自主性、主动性、创造性，使他们学会生存、学会关心、学会合作、学会生活，充分发挥学生的主观能动性，让学生自主地发展，从各种压抑中解脱出来，在生动活泼的发展中感受到学生生活的美好和快乐。</w:t>
      </w:r>
      <w:r>
        <w:rPr>
          <w:lang w:eastAsia="zh-CN"/>
        </w:rPr>
        <w:br/>
      </w:r>
      <w:r>
        <w:rPr>
          <w:lang w:eastAsia="zh-CN"/>
        </w:rPr>
        <w:t>　　二、以人为本，尊重学生，让学生成为班级管理的主人</w:t>
      </w:r>
      <w:r>
        <w:rPr>
          <w:lang w:eastAsia="zh-CN"/>
        </w:rPr>
        <w:br/>
      </w:r>
      <w:r>
        <w:rPr>
          <w:lang w:eastAsia="zh-CN"/>
        </w:rPr>
        <w:t>　　在班级管理工作中，尊重学生的人格，以平等的姿态面对学生，让学生有发表意见和看法的机会。使民主不再像天上的馅饼，一个永远也画不像的葫芦，让民主落到实处。本期我接任一年级六班的班主任，首先要在班内召开一次班会，欢迎学生提出管理班级的意见。通过这样，提高学生积极性，许多问题由他们自己通过讨论拿出比较完整的意见，使班级洋溢着融洽、活泼、欢乐的气氛，让学生有一种愉悦、友爱、信任、自豪的情绪体验。凡是班集体的计划和决定，都应和班集体共同讨论，乐于给个别学生以帮助指导和援助。对学生表现给予客观的表扬和批评，以建立尊师爱生、团结友爱、协调融洽、紧张活泼的.班内人际交流环境。</w:t>
      </w:r>
      <w:r>
        <w:rPr>
          <w:lang w:eastAsia="zh-CN"/>
        </w:rPr>
        <w:br/>
      </w:r>
      <w:r>
        <w:rPr>
          <w:lang w:eastAsia="zh-CN"/>
        </w:rPr>
        <w:t>　　三、一把钥匙开一把锁，关注学生的个性差异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俄国教育家乌申斯基说：“如果教育家希望从一切方面去教育人，那么就必须首先从一切方面去了解人。”班主任要教育好学生，只有了解学生，掌握学生的思想状况，分析学生的心理状态，才能从实际出发对学生进行教育，才能做到一把钥匙开一把</w:t>
      </w:r>
      <w:r>
        <w:rPr>
          <w:lang w:eastAsia="zh-CN"/>
        </w:rPr>
        <w:br/>
      </w:r>
      <w:r>
        <w:rPr>
          <w:lang w:eastAsia="zh-CN"/>
        </w:rPr>
        <w:t xml:space="preserve">    班主任提升工作计划 篇10 </w:t>
      </w:r>
      <w:r>
        <w:rPr>
          <w:lang w:eastAsia="zh-CN"/>
        </w:rPr>
        <w:br/>
      </w:r>
      <w:r>
        <w:rPr>
          <w:lang w:eastAsia="zh-CN"/>
        </w:rPr>
        <w:t>　　高三电(2)本学期进入了高三年级，面临着高考的到来，又进行了分班的调整，我班的学生整体成绩较差，缺乏尖子生，落后面交大。要在高考中取得好成绩，这学期对学生的管理更加重要，本学期准备做好以下几个方面的工作：</w:t>
      </w:r>
      <w:r>
        <w:rPr>
          <w:lang w:eastAsia="zh-CN"/>
        </w:rPr>
        <w:br/>
      </w:r>
      <w:r>
        <w:rPr>
          <w:lang w:eastAsia="zh-CN"/>
        </w:rPr>
        <w:t>　　一、抓好纪律管理。</w:t>
      </w:r>
      <w:r>
        <w:rPr>
          <w:lang w:eastAsia="zh-CN"/>
        </w:rPr>
        <w:br/>
      </w:r>
      <w:r>
        <w:rPr>
          <w:lang w:eastAsia="zh-CN"/>
        </w:rPr>
        <w:t>　　良好的纪律是保证取得成绩的法宝。在本学期要严格按照学校的管理办法及高三年级管理暂行规定来管好班上的纪律，做到不迟到、不缺席，如有违反严格按照规定处理。</w:t>
      </w:r>
      <w:r>
        <w:rPr>
          <w:lang w:eastAsia="zh-CN"/>
        </w:rPr>
        <w:br/>
      </w:r>
      <w:r>
        <w:rPr>
          <w:lang w:eastAsia="zh-CN"/>
        </w:rPr>
        <w:t>　　二、抓好班风、学风建设。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良好的班风学风是作好一切工作的前途。只有班风好了，学风才会好，学风好了才能在高考中取得好的成绩。因而本学期要作好的第一件事是要抓好班风学风建设。集体措施是：在开学初召开分层同学会，为每个同学分析存在的问题及要采取的方法，让每个学生知道自己的不足在那些方面，有一个努力的方向。其次是请班上复读的同学介绍以往的学习经验也使同学们避免了他们所走的错误道路。再次组织好班上的各种辅导，抓好自习课的利用。利用班会课时间给学生看一些教学录象片，拓展事业，多开主题班会让学生在有益的主题中增长知识，</w:t>
      </w:r>
      <w:r>
        <w:rPr>
          <w:lang w:eastAsia="zh-CN"/>
        </w:rPr>
        <w:br/>
      </w:r>
      <w:r>
        <w:rPr>
          <w:lang w:eastAsia="zh-CN"/>
        </w:rPr>
        <w:t xml:space="preserve">    班主任提升工作计划 篇11 </w:t>
      </w:r>
      <w:r>
        <w:rPr>
          <w:lang w:eastAsia="zh-CN"/>
        </w:rPr>
        <w:br/>
      </w:r>
      <w:r>
        <w:rPr>
          <w:lang w:eastAsia="zh-CN"/>
        </w:rPr>
        <w:t>　　一、班级学生现状：</w:t>
      </w:r>
      <w:r>
        <w:rPr>
          <w:lang w:eastAsia="zh-CN"/>
        </w:rPr>
        <w:br/>
      </w:r>
      <w:r>
        <w:rPr>
          <w:lang w:eastAsia="zh-CN"/>
        </w:rPr>
        <w:t>　　本学期我继续接手7班的班主任工作。因为两个外地学生谢丰莹和张小芳回原籍，本班现有学生50人，女同学多于男同学，住宿生15人。大部分学生已经逐渐养成良好的学习习惯，但是仍有少数自控力较差的学生，尤其突出的还是洪宝锦同学。大部分学生是本地学生，只有四个外地学生。通过八年级上学期半年的相处和努力，从整体来看，大部分学生已经接受了我这个“后妈”班主任，不再对我抱怨连连，不再有大的抵触情绪。经过上学期的“小老师”教学，不少学生不但在课堂教学中，而且在班级管理中也培养了一定的组织管理能力，小组协作能力，从中出现了好几个优秀的小组长，如赖滢榕、赖煌梅、赖润樱、吴梅莉等，他们做事认真负责，吃苦耐劳，在各种活动中都发挥着领导带头的作用，但也还是存在一些问题，具体体现如下：</w:t>
      </w:r>
      <w:r>
        <w:rPr>
          <w:lang w:eastAsia="zh-CN"/>
        </w:rPr>
        <w:br/>
      </w:r>
      <w:r>
        <w:rPr>
          <w:lang w:eastAsia="zh-CN"/>
        </w:rPr>
        <w:t>　　1、一些同学的学习自觉性还有待提高，经常在家玩电脑或看电视到半夜。</w:t>
      </w:r>
      <w:r>
        <w:rPr>
          <w:lang w:eastAsia="zh-CN"/>
        </w:rPr>
        <w:br/>
      </w:r>
      <w:r>
        <w:rPr>
          <w:lang w:eastAsia="zh-CN"/>
        </w:rPr>
        <w:t>　　2、课间经常有不少学生在走廊追逐打闹，没有形成比较浓厚的学习氛围。</w:t>
      </w:r>
      <w:r>
        <w:rPr>
          <w:lang w:eastAsia="zh-CN"/>
        </w:rPr>
        <w:br/>
      </w:r>
      <w:r>
        <w:rPr>
          <w:lang w:eastAsia="zh-CN"/>
        </w:rPr>
        <w:t>　　3、有的小组合作得不够协调，上学期最后两名的第一组和第三组，小组凝聚力很不强尤其是第一组，因为当初接收了洪宝锦，被严重拉分，小组成员闹着要重新分组。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4、男女生比例比较不协调，女生多于男生，大部分女生也比男生乖巧懂事，勤奋努力；而男生除了洪永鑫同学外都比较懒散好玩，需要好好调动起他们的学习热情。</w:t>
      </w:r>
      <w:r>
        <w:rPr>
          <w:lang w:eastAsia="zh-CN"/>
        </w:rPr>
        <w:br/>
      </w:r>
      <w:r>
        <w:rPr>
          <w:lang w:eastAsia="zh-CN"/>
        </w:rPr>
        <w:t>　　5、还有极个别学生没有按时劳动的习惯，会有迟到现象，学习自觉性不强，对学习兴趣的不高，学习态度也不够积极。</w:t>
      </w:r>
      <w:r>
        <w:rPr>
          <w:lang w:eastAsia="zh-CN"/>
        </w:rPr>
        <w:br/>
      </w:r>
      <w:r>
        <w:rPr>
          <w:lang w:eastAsia="zh-CN"/>
        </w:rPr>
        <w:t>　　总的一句话，大部分同学都是很优秀的，个别同学需要继续努力，让全班同学共同努力提高各科成绩，争取有更好的表现。</w:t>
      </w:r>
      <w:r>
        <w:rPr>
          <w:lang w:eastAsia="zh-CN"/>
        </w:rPr>
        <w:br/>
      </w:r>
      <w:r>
        <w:rPr>
          <w:lang w:eastAsia="zh-CN"/>
        </w:rPr>
        <w:t>　　二、班级工作目标：</w:t>
      </w:r>
      <w:r>
        <w:rPr>
          <w:lang w:eastAsia="zh-CN"/>
        </w:rPr>
        <w:br/>
      </w:r>
      <w:r>
        <w:rPr>
          <w:lang w:eastAsia="zh-CN"/>
        </w:rPr>
        <w:t>　　1、确定理想目标，端正学习态度。培养学习兴趣，提高学习效率。培养学生成为积极、乐观、高效、勤奋、自信的人，进一步培养学生良好的学习习惯和行为习惯。</w:t>
      </w:r>
      <w:r>
        <w:rPr>
          <w:lang w:eastAsia="zh-CN"/>
        </w:rPr>
        <w:br/>
      </w:r>
      <w:r>
        <w:rPr>
          <w:lang w:eastAsia="zh-CN"/>
        </w:rPr>
        <w:t>　　2、继续实行并完善班级管理制度，努力使本班成为文明、团结、积极向上的优秀班集体。</w:t>
      </w:r>
      <w:r>
        <w:rPr>
          <w:lang w:eastAsia="zh-CN"/>
        </w:rPr>
        <w:br/>
      </w:r>
      <w:r>
        <w:rPr>
          <w:lang w:eastAsia="zh-CN"/>
        </w:rPr>
        <w:t>　　3、保持教室与卫生区的清洁，无重大违纪现象，争取更多综合评比第一。</w:t>
      </w:r>
      <w:r>
        <w:rPr>
          <w:lang w:eastAsia="zh-CN"/>
        </w:rPr>
        <w:br/>
      </w:r>
      <w:r>
        <w:rPr>
          <w:lang w:eastAsia="zh-CN"/>
        </w:rPr>
        <w:t>　　4、继续积极组织有益于学生身心健康的各类竞赛活动和健身活动，培养学生的团队意识，使整个班充满活力，并讲正气，讲正义，讲团结。</w:t>
      </w:r>
      <w:r>
        <w:rPr>
          <w:lang w:eastAsia="zh-CN"/>
        </w:rPr>
        <w:br/>
      </w:r>
      <w:r>
        <w:rPr>
          <w:lang w:eastAsia="zh-CN"/>
        </w:rPr>
        <w:t>　　5、积极有效地推动“小老师”和小组竞赛活动长期进行。评选优秀小组和各类先进人物。</w:t>
      </w:r>
      <w:r>
        <w:rPr>
          <w:lang w:eastAsia="zh-CN"/>
        </w:rPr>
        <w:br/>
      </w:r>
      <w:r>
        <w:rPr>
          <w:lang w:eastAsia="zh-CN"/>
        </w:rPr>
        <w:t>　　6、协调科任教师与学生的关系。</w:t>
      </w:r>
      <w:r>
        <w:rPr>
          <w:lang w:eastAsia="zh-CN"/>
        </w:rPr>
        <w:br/>
      </w:r>
      <w:r>
        <w:rPr>
          <w:lang w:eastAsia="zh-CN"/>
        </w:rPr>
        <w:t>　　7、学好各学科知识，尤其是做好地理和生物的会考复习工作。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三、具体措施</w:t>
      </w:r>
      <w:r>
        <w:rPr>
          <w:lang w:eastAsia="zh-CN"/>
        </w:rPr>
        <w:br/>
      </w:r>
      <w:r>
        <w:rPr>
          <w:lang w:eastAsia="zh-CN"/>
        </w:rPr>
        <w:t>　　1、使学生树立安全第一的思想。</w:t>
      </w:r>
      <w:r>
        <w:rPr>
          <w:lang w:eastAsia="zh-CN"/>
        </w:rPr>
        <w:br/>
      </w:r>
      <w:r>
        <w:rPr>
          <w:lang w:eastAsia="zh-CN"/>
        </w:rPr>
        <w:t>　　2、制定班规，加强学习《中学生守则》、《中学生日常行为规范》等规章制度。</w:t>
      </w:r>
      <w:r>
        <w:rPr>
          <w:lang w:eastAsia="zh-CN"/>
        </w:rPr>
        <w:br/>
      </w:r>
      <w:r>
        <w:rPr>
          <w:lang w:eastAsia="zh-CN"/>
        </w:rPr>
        <w:t>　　3、开好班会，多表扬少批评。定期召开班干部会议，做好班干部的培养工作。</w:t>
      </w:r>
      <w:r>
        <w:rPr>
          <w:lang w:eastAsia="zh-CN"/>
        </w:rPr>
        <w:br/>
      </w:r>
      <w:r>
        <w:rPr>
          <w:lang w:eastAsia="zh-CN"/>
        </w:rPr>
        <w:t>　　4、多多了解关心学生，尽量解决学生的一些实际问题。</w:t>
      </w:r>
      <w:r>
        <w:rPr>
          <w:lang w:eastAsia="zh-CN"/>
        </w:rPr>
        <w:br/>
      </w:r>
      <w:r>
        <w:rPr>
          <w:lang w:eastAsia="zh-CN"/>
        </w:rPr>
        <w:t>　　5、每半个月换一次座位。</w:t>
      </w:r>
      <w:r>
        <w:rPr>
          <w:lang w:eastAsia="zh-CN"/>
        </w:rPr>
        <w:br/>
      </w:r>
      <w:r>
        <w:rPr>
          <w:lang w:eastAsia="zh-CN"/>
        </w:rPr>
        <w:t>　　6、做好“学困生”工作，有必要的进行家访。</w:t>
      </w:r>
      <w:r>
        <w:rPr>
          <w:lang w:eastAsia="zh-CN"/>
        </w:rPr>
        <w:br/>
      </w:r>
      <w:r>
        <w:rPr>
          <w:lang w:eastAsia="zh-CN"/>
        </w:rPr>
        <w:t>　　7、抓好与各科任教师的联系工作。</w:t>
      </w:r>
      <w:r>
        <w:rPr>
          <w:lang w:eastAsia="zh-CN"/>
        </w:rPr>
        <w:br/>
      </w:r>
      <w:r>
        <w:rPr>
          <w:lang w:eastAsia="zh-CN"/>
        </w:rPr>
        <w:t>　　8、对学生进行环境保护的教育。</w:t>
      </w:r>
      <w:r>
        <w:rPr>
          <w:lang w:eastAsia="zh-CN"/>
        </w:rPr>
        <w:br/>
      </w:r>
      <w:r>
        <w:rPr>
          <w:lang w:eastAsia="zh-CN"/>
        </w:rPr>
        <w:t>　　9、做好班级美化布置工作，营造学风浓郁，充满青春朝气的班级氛围。出好黑板报。</w:t>
      </w:r>
      <w:r>
        <w:rPr>
          <w:lang w:eastAsia="zh-CN"/>
        </w:rPr>
        <w:br/>
      </w:r>
      <w:r>
        <w:rPr>
          <w:lang w:eastAsia="zh-CN"/>
        </w:rPr>
        <w:t>　　10、加强对学生综合能力的培养，开展形式多样的活动，如与其他班打篮球，成立多个兴趣小组，举行知识竞赛等。</w:t>
      </w:r>
      <w:r>
        <w:rPr>
          <w:lang w:eastAsia="zh-CN"/>
        </w:rPr>
        <w:br/>
      </w:r>
      <w:r>
        <w:rPr>
          <w:lang w:eastAsia="zh-CN"/>
        </w:rPr>
        <w:t>　　四、具体活动安排：</w:t>
      </w:r>
      <w:r>
        <w:rPr>
          <w:lang w:eastAsia="zh-CN"/>
        </w:rPr>
        <w:br/>
      </w:r>
      <w:r>
        <w:rPr>
          <w:lang w:eastAsia="zh-CN"/>
        </w:rPr>
        <w:t>　　三月份：</w:t>
      </w:r>
      <w:r>
        <w:rPr>
          <w:lang w:eastAsia="zh-CN"/>
        </w:rPr>
        <w:br/>
      </w:r>
      <w:r>
        <w:rPr>
          <w:lang w:eastAsia="zh-CN"/>
        </w:rPr>
        <w:t>　　1、开学班会上，表扬并奖励一批表现好的学生。</w:t>
      </w:r>
      <w:r>
        <w:rPr>
          <w:lang w:eastAsia="zh-CN"/>
        </w:rPr>
        <w:br/>
      </w:r>
      <w:r>
        <w:rPr>
          <w:lang w:eastAsia="zh-CN"/>
        </w:rPr>
        <w:t>　　2、评选班干部，制定班活动计划和班管理条例。学习《中学生守则》、《中学生日常行为规范》。</w:t>
      </w:r>
      <w:r>
        <w:rPr>
          <w:lang w:eastAsia="zh-CN"/>
        </w:rPr>
        <w:br/>
      </w:r>
      <w:r>
        <w:rPr>
          <w:lang w:eastAsia="zh-CN"/>
        </w:rPr>
        <w:t>　　3、主题班会：新学期，新打算。出好一期有关新学期的墙报。</w:t>
      </w:r>
      <w:r>
        <w:rPr>
          <w:lang w:eastAsia="zh-CN"/>
        </w:rPr>
        <w:br/>
      </w:r>
      <w:r>
        <w:rPr>
          <w:lang w:eastAsia="zh-CN"/>
        </w:rPr>
        <w:t>　　4、成立多个兴趣小组。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四月份：</w:t>
      </w:r>
      <w:r>
        <w:rPr>
          <w:lang w:eastAsia="zh-CN"/>
        </w:rPr>
        <w:br/>
      </w:r>
      <w:r>
        <w:rPr>
          <w:lang w:eastAsia="zh-CN"/>
        </w:rPr>
        <w:t>　　1、进行纪律教育和环境保护的教育。</w:t>
      </w:r>
      <w:r>
        <w:rPr>
          <w:lang w:eastAsia="zh-CN"/>
        </w:rPr>
        <w:br/>
      </w:r>
      <w:r>
        <w:rPr>
          <w:lang w:eastAsia="zh-CN"/>
        </w:rPr>
        <w:t>　　2、出好一期有关安全知识的墙报。</w:t>
      </w:r>
      <w:r>
        <w:rPr>
          <w:lang w:eastAsia="zh-CN"/>
        </w:rPr>
        <w:br/>
      </w:r>
      <w:r>
        <w:rPr>
          <w:lang w:eastAsia="zh-CN"/>
        </w:rPr>
        <w:t>　　3、期中考试动员、考风考纪教育。复习迎考。</w:t>
      </w:r>
      <w:r>
        <w:rPr>
          <w:lang w:eastAsia="zh-CN"/>
        </w:rPr>
        <w:br/>
      </w:r>
      <w:r>
        <w:rPr>
          <w:lang w:eastAsia="zh-CN"/>
        </w:rPr>
        <w:t>　　4、布置教室。</w:t>
      </w:r>
      <w:r>
        <w:rPr>
          <w:lang w:eastAsia="zh-CN"/>
        </w:rPr>
        <w:br/>
      </w:r>
      <w:r>
        <w:rPr>
          <w:lang w:eastAsia="zh-CN"/>
        </w:rPr>
        <w:t>　　五月份：</w:t>
      </w:r>
      <w:r>
        <w:rPr>
          <w:lang w:eastAsia="zh-CN"/>
        </w:rPr>
        <w:br/>
      </w:r>
      <w:r>
        <w:rPr>
          <w:lang w:eastAsia="zh-CN"/>
        </w:rPr>
        <w:t>　　1、期中考试总结。</w:t>
      </w:r>
      <w:r>
        <w:rPr>
          <w:lang w:eastAsia="zh-CN"/>
        </w:rPr>
        <w:br/>
      </w:r>
      <w:r>
        <w:rPr>
          <w:lang w:eastAsia="zh-CN"/>
        </w:rPr>
        <w:t>　　2、主题班会：谈自己的理想、目标。</w:t>
      </w:r>
      <w:r>
        <w:rPr>
          <w:lang w:eastAsia="zh-CN"/>
        </w:rPr>
        <w:br/>
      </w:r>
      <w:r>
        <w:rPr>
          <w:lang w:eastAsia="zh-CN"/>
        </w:rPr>
        <w:t>　　3、配合学校做好“会考”复习工作</w:t>
      </w:r>
      <w:r>
        <w:rPr>
          <w:lang w:eastAsia="zh-CN"/>
        </w:rPr>
        <w:br/>
      </w:r>
      <w:r>
        <w:rPr>
          <w:lang w:eastAsia="zh-CN"/>
        </w:rPr>
        <w:t>　　4、出好一期有关理想的墙报。</w:t>
      </w:r>
      <w:r>
        <w:rPr>
          <w:lang w:eastAsia="zh-CN"/>
        </w:rPr>
        <w:br/>
      </w:r>
      <w:r>
        <w:rPr>
          <w:lang w:eastAsia="zh-CN"/>
        </w:rPr>
        <w:t>　　5、开展一帮一活动。</w:t>
      </w:r>
      <w:r>
        <w:rPr>
          <w:lang w:eastAsia="zh-CN"/>
        </w:rPr>
        <w:br/>
      </w:r>
      <w:r>
        <w:rPr>
          <w:lang w:eastAsia="zh-CN"/>
        </w:rPr>
        <w:t>　　6、与其他班开展篮球友谊赛。</w:t>
      </w:r>
      <w:r>
        <w:rPr>
          <w:lang w:eastAsia="zh-CN"/>
        </w:rPr>
        <w:br/>
      </w:r>
      <w:r>
        <w:rPr>
          <w:lang w:eastAsia="zh-CN"/>
        </w:rPr>
        <w:t>　　六月份：</w:t>
      </w:r>
      <w:r>
        <w:rPr>
          <w:lang w:eastAsia="zh-CN"/>
        </w:rPr>
        <w:br/>
      </w:r>
      <w:r>
        <w:rPr>
          <w:lang w:eastAsia="zh-CN"/>
        </w:rPr>
        <w:t>　　1、学习方法指导与学习经验交流会。</w:t>
      </w:r>
      <w:r>
        <w:rPr>
          <w:lang w:eastAsia="zh-CN"/>
        </w:rPr>
        <w:br/>
      </w:r>
      <w:r>
        <w:rPr>
          <w:lang w:eastAsia="zh-CN"/>
        </w:rPr>
        <w:t>　　2、举行知识竞赛。</w:t>
      </w:r>
      <w:r>
        <w:rPr>
          <w:lang w:eastAsia="zh-CN"/>
        </w:rPr>
        <w:br/>
      </w:r>
      <w:r>
        <w:rPr>
          <w:lang w:eastAsia="zh-CN"/>
        </w:rPr>
        <w:t>　　3、主题班会：感恩教育。</w:t>
      </w:r>
      <w:r>
        <w:rPr>
          <w:lang w:eastAsia="zh-CN"/>
        </w:rPr>
        <w:br/>
      </w:r>
      <w:r>
        <w:rPr>
          <w:lang w:eastAsia="zh-CN"/>
        </w:rPr>
        <w:t>　　4、期终考试动员。</w:t>
      </w:r>
      <w:r>
        <w:rPr>
          <w:lang w:eastAsia="zh-CN"/>
        </w:rPr>
        <w:br/>
      </w:r>
      <w:r>
        <w:rPr>
          <w:lang w:eastAsia="zh-CN"/>
        </w:rPr>
        <w:t>　　5、会考和期末考试。</w:t>
      </w:r>
      <w:r>
        <w:rPr>
          <w:lang w:eastAsia="zh-CN"/>
        </w:rPr>
        <w:br/>
      </w:r>
      <w:r>
        <w:rPr>
          <w:lang w:eastAsia="zh-CN"/>
        </w:rPr>
        <w:t xml:space="preserve">    班主任提升工作计划 篇12 </w:t>
      </w:r>
      <w:r>
        <w:rPr>
          <w:lang w:eastAsia="zh-CN"/>
        </w:rPr>
        <w:br/>
      </w:r>
      <w:r>
        <w:rPr>
          <w:lang w:eastAsia="zh-CN"/>
        </w:rPr>
        <w:t>　　一、思想：</w:t>
      </w:r>
      <w:r>
        <w:rPr>
          <w:lang w:eastAsia="zh-CN"/>
        </w:rPr>
        <w:br/>
      </w:r>
      <w:r>
        <w:rPr>
          <w:lang w:eastAsia="zh-CN"/>
        </w:rPr>
        <w:t>　　领会教育方针和《中学生德育大纲》的方向，学校“人本、”的理念和德育工作的要求，抓好班级教育工作。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二、奋斗：</w:t>
      </w:r>
      <w:r>
        <w:rPr>
          <w:lang w:eastAsia="zh-CN"/>
        </w:rPr>
        <w:br/>
      </w:r>
      <w:r>
        <w:rPr>
          <w:lang w:eastAsia="zh-CN"/>
        </w:rPr>
        <w:t>　　将本班建设“团结、严谨、奋发、拼搏”的班风，争当学校先进文明班；让学生养成优秀的习惯，为高中三年打下坚实的基础，抒写人生中闪亮绚丽的青春风采。</w:t>
      </w:r>
      <w:r>
        <w:rPr>
          <w:lang w:eastAsia="zh-CN"/>
        </w:rPr>
        <w:br/>
      </w:r>
      <w:r>
        <w:rPr>
          <w:lang w:eastAsia="zh-CN"/>
        </w:rPr>
        <w:t>　　三、本学期工作要点：</w:t>
      </w:r>
      <w:r>
        <w:rPr>
          <w:lang w:eastAsia="zh-CN"/>
        </w:rPr>
        <w:br/>
      </w:r>
      <w:r>
        <w:rPr>
          <w:lang w:eastAsia="zh-CN"/>
        </w:rPr>
        <w:t>　　1、团结、互助互爱的班集体</w:t>
      </w:r>
      <w:r>
        <w:rPr>
          <w:lang w:eastAsia="zh-CN"/>
        </w:rPr>
        <w:br/>
      </w:r>
      <w:r>
        <w:rPr>
          <w:lang w:eastAsia="zh-CN"/>
        </w:rPr>
        <w:t>　　军训、班会、团活动、校运会等活动将新集体建设团结、奋发进取的团队，“同舟共济”、“进步”、“班荣我荣、班耻我耻”的思想，让每一位同学都努力为班争光，使班级是战无不摧、脱颖而出，让每一位同学对班集体都有归属感与荣耀感。</w:t>
      </w:r>
      <w:r>
        <w:rPr>
          <w:lang w:eastAsia="zh-CN"/>
        </w:rPr>
        <w:br/>
      </w:r>
      <w:r>
        <w:rPr>
          <w:lang w:eastAsia="zh-CN"/>
        </w:rPr>
        <w:t>　　2、民主竞选，一支让人信服的、强而的班干部队伍</w:t>
      </w:r>
      <w:r>
        <w:rPr>
          <w:lang w:eastAsia="zh-CN"/>
        </w:rPr>
        <w:br/>
      </w:r>
      <w:r>
        <w:rPr>
          <w:lang w:eastAsia="zh-CN"/>
        </w:rPr>
        <w:t>　　阅读学生档案、军训几天的观察，心里了几个当班干部的人才，并找其单独谈话，鼓励勇于挑起重任、为班作，好竞选演讲。开学后的天，班会课举行了气氛热烈的班干部竞选活动，再全班同学的不记名投票，选出每个岗位的人选。而分工，让每位班干部都感觉到的性，并非有名无实。</w:t>
      </w:r>
      <w:r>
        <w:rPr>
          <w:lang w:eastAsia="zh-CN"/>
        </w:rPr>
        <w:br/>
      </w:r>
      <w:r>
        <w:rPr>
          <w:lang w:eastAsia="zh-CN"/>
        </w:rPr>
        <w:t>　　3、制定班规，每月操行评分细则的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国有国法，班有班规；制定班规，使班级有规可依，让学生们明白遵守规矩就可以享受到最大的自由权利。每个班干部不同的操行评分的登记，比如副班长考勤，科代表作业的状况，团支书记录班团活动参加者，劳动委员清洁……每天都有值日班干部，并对当天的一切情况记录；每个班干部要对的工作每周总结交给班长汇总，然后向班主任汇报。每个月操行分评选出三名文明之星。</w:t>
      </w:r>
      <w:r>
        <w:rPr>
          <w:lang w:eastAsia="zh-CN"/>
        </w:rPr>
        <w:br/>
      </w:r>
      <w:r>
        <w:rPr>
          <w:lang w:eastAsia="zh-CN"/>
        </w:rPr>
        <w:t>　　4、狠抓常规，力求每位同学都优秀的习惯</w:t>
      </w:r>
      <w:r>
        <w:rPr>
          <w:lang w:eastAsia="zh-CN"/>
        </w:rPr>
        <w:br/>
      </w:r>
      <w:r>
        <w:rPr>
          <w:lang w:eastAsia="zh-CN"/>
        </w:rPr>
        <w:t>　　课堂纪律、公区和课室清洁、早操出勤、宿舍内务清洁、午晚睡的纪律，常规管理的，年级“头月不放假”的措施，21天里勤下班督促和管理，鼓励每同学都以“从刻开始”的要求，约束改掉坏习惯、每一天，优秀的学习生活习惯，铸造优异的班风。</w:t>
      </w:r>
      <w:r>
        <w:rPr>
          <w:lang w:eastAsia="zh-CN"/>
        </w:rPr>
        <w:br/>
      </w:r>
      <w:r>
        <w:rPr>
          <w:lang w:eastAsia="zh-CN"/>
        </w:rPr>
        <w:t>　　5、持之以恒学风建设，学习成绩的最大进步</w:t>
      </w:r>
      <w:r>
        <w:rPr>
          <w:lang w:eastAsia="zh-CN"/>
        </w:rPr>
        <w:br/>
      </w:r>
      <w:r>
        <w:rPr>
          <w:lang w:eastAsia="zh-CN"/>
        </w:rPr>
        <w:t>　　每一位学生内心里最为学习成绩，成绩的进退容易令学生的情绪产生波动。每个同学填写自我激励卡贴在课桌上，督促勿忘，勿忘奋斗。从开学始，便强调“班风好——学风好——成绩好”的关系，课堂上抓好40分钟，晚自修专注、高效的学习，早读和晚读要提早到课室展开自主学习。多与每位科任老师、学习委员、科代表沟通交流，问题、解决问题。学法，解决学生刚从初中上到高中对新课程的不感。学生上高中后的次大考——期中考试，关注备考与反馈的情况，学生心理辅导工作。</w:t>
      </w:r>
      <w:r>
        <w:rPr>
          <w:lang w:eastAsia="zh-CN"/>
        </w:rPr>
        <w:br/>
      </w:r>
      <w:r>
        <w:rPr>
          <w:lang w:eastAsia="zh-CN"/>
        </w:rPr>
        <w:t>　　6、塑造学生自主管理和自主学习，拒绝保姆式的班主任工作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班主任凡事事必躬亲，无疑是失败的，学生，亦是错失了能力锻炼的机会。事实上，学生初中三年的磨炼，具备了管理能力，喜欢为班集体谋策出力，有归属感。班干部的分工、对各班干部培养，让学生自主管理的系统，使班主任从繁琐的事务中解放，使学生知道小事找班干部，大事才找班主任。高中，在学习上对学生的自主探究学习要求增高，学生不再是死死的跟着老师的屁股走，而应该从被动学习转变求知，学生对教师的依赖性，这就要求学生、学习计划、反馈总结，学习。</w:t>
      </w:r>
      <w:r>
        <w:rPr>
          <w:lang w:eastAsia="zh-CN"/>
        </w:rPr>
        <w:br/>
      </w:r>
      <w:r>
        <w:rPr>
          <w:lang w:eastAsia="zh-CN"/>
        </w:rPr>
        <w:t>　　7、家校，同心协力培育学生成才</w:t>
      </w:r>
      <w:r>
        <w:rPr>
          <w:lang w:eastAsia="zh-CN"/>
        </w:rPr>
        <w:br/>
      </w:r>
      <w:r>
        <w:rPr>
          <w:lang w:eastAsia="zh-CN"/>
        </w:rPr>
        <w:t>　　学生的教育仅是学责任，学校与家长架起沟通的桥梁，和高效地解决每一位学生面临的问题。电话、邀请家长到校等，沟通，学生的各，地学生的思想工作。</w:t>
      </w:r>
      <w:r>
        <w:rPr>
          <w:lang w:eastAsia="zh-CN"/>
        </w:rPr>
        <w:br/>
      </w:r>
      <w:r>
        <w:rPr>
          <w:lang w:eastAsia="zh-CN"/>
        </w:rPr>
        <w:t xml:space="preserve">    班主任提升工作计划 篇13 </w:t>
      </w:r>
      <w:r>
        <w:rPr>
          <w:lang w:eastAsia="zh-CN"/>
        </w:rPr>
        <w:br/>
      </w:r>
      <w:r>
        <w:rPr>
          <w:lang w:eastAsia="zh-CN"/>
        </w:rPr>
        <w:t>　　因为班级是学生学习知识的地方，同学们不反应上课学好课堂知识，在自习时班委也应带动大家学习，搞一些活动使大家在乐趣中学习知识，在轻松中感到知识的重要。</w:t>
      </w:r>
      <w:r>
        <w:rPr>
          <w:lang w:eastAsia="zh-CN"/>
        </w:rPr>
        <w:br/>
      </w:r>
      <w:r>
        <w:rPr>
          <w:lang w:eastAsia="zh-CN"/>
        </w:rPr>
        <w:t>　　1、 兴趣小组活动</w:t>
      </w:r>
      <w:r>
        <w:rPr>
          <w:lang w:eastAsia="zh-CN"/>
        </w:rPr>
        <w:br/>
      </w:r>
      <w:r>
        <w:rPr>
          <w:lang w:eastAsia="zh-CN"/>
        </w:rPr>
        <w:t>　　鉴于本学期班级兴趣小组带给了同学许多乐趣，而且通过各种办法，途径使同学们轻松掌握了许多生活中必知的小知识而且还让同学找到了学习的乐趣。八班、九班各有7个兴趣小组，各小组轮流主持活动，以周为单位，每周举行两个课时，来活跃班级气氛，调动同学们学习的积极性。</w:t>
      </w:r>
      <w:r>
        <w:rPr>
          <w:lang w:eastAsia="zh-CN"/>
        </w:rPr>
        <w:br/>
      </w:r>
      <w:r>
        <w:rPr>
          <w:lang w:eastAsia="zh-CN"/>
        </w:rPr>
        <w:t>　　2、 礼仪知识</w:t>
      </w:r>
      <w:r>
        <w:rPr>
          <w:lang w:eastAsia="zh-CN"/>
        </w:rPr>
        <w:br/>
      </w:r>
      <w:r>
        <w:rPr>
          <w:lang w:eastAsia="zh-CN"/>
        </w:rPr>
        <w:t>　　因为大学是学生步入社会的最后一个台阶，所以在这个台阶上同学们必须学会很多知识，而礼仪就是最基本的一项。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在本学期中，学校举行辩论赛等许多活动都要求同学穿正装，而穿正装最基本的色调搭配：黑色皮鞋不能与白袜子搭配等，基本常识学生都不懂，而且越来越多的学生不注重这方面的知识。要是学生将来走上职场做一个有素质、有礼貌的人，开展这样的礼仪知识培训班会是十分必要的。</w:t>
      </w:r>
      <w:r>
        <w:rPr>
          <w:lang w:eastAsia="zh-CN"/>
        </w:rPr>
        <w:br/>
      </w:r>
      <w:r>
        <w:rPr>
          <w:lang w:eastAsia="zh-CN"/>
        </w:rPr>
        <w:t>　　3、 心与心的交流班会</w:t>
      </w:r>
      <w:r>
        <w:rPr>
          <w:lang w:eastAsia="zh-CN"/>
        </w:rPr>
        <w:br/>
      </w:r>
      <w:r>
        <w:rPr>
          <w:lang w:eastAsia="zh-CN"/>
        </w:rPr>
        <w:t>　　踏入社会，社交能力是必不可少的，我认为在同学们还未进入社会这个复杂的层面时，同学之间应该多交流，多体会彼此的想法。就像本学期所举行的“活出你想要的人生”这种主题班会的效果，在心与心交流的班会是同学们可以任意提问，让大家共同探讨假如进入社会后，我们遇到这些问题我们该怎么做。</w:t>
      </w:r>
      <w:r>
        <w:rPr>
          <w:lang w:eastAsia="zh-CN"/>
        </w:rPr>
        <w:br/>
      </w:r>
      <w:r>
        <w:rPr>
          <w:lang w:eastAsia="zh-CN"/>
        </w:rPr>
        <w:t>　　4、 创新活动</w:t>
      </w:r>
      <w:r>
        <w:rPr>
          <w:lang w:eastAsia="zh-CN"/>
        </w:rPr>
        <w:br/>
      </w:r>
      <w:r>
        <w:rPr>
          <w:lang w:eastAsia="zh-CN"/>
        </w:rPr>
        <w:t>　　进入21世纪社会需要的不仅是学习成绩好学历高的人，也需要有能力，敢于创新，敢于展现自我的人才。所以在这个科技高速发展的时代，要鼓励学生们多参加系、学院活动来锻炼自己，提高自己的能力，鼓励学生大胆创新，讲出自己的想法。</w:t>
      </w:r>
      <w:r>
        <w:rPr>
          <w:lang w:eastAsia="zh-CN"/>
        </w:rPr>
        <w:br/>
      </w:r>
      <w:r>
        <w:rPr>
          <w:lang w:eastAsia="zh-CN"/>
        </w:rPr>
        <w:t>　　5、 班级例会</w:t>
      </w:r>
      <w:r>
        <w:rPr>
          <w:lang w:eastAsia="zh-CN"/>
        </w:rPr>
        <w:br/>
      </w:r>
      <w:r>
        <w:rPr>
          <w:lang w:eastAsia="zh-CN"/>
        </w:rPr>
        <w:t>　　班委必须每周日晚自习坚持开展班级例会，并且给班委明确分工，提高班委的管理能力，确实起到模范带头作用，带动全班同学认真学好每门功课，搞好班级的各种活动。</w:t>
      </w:r>
      <w:r>
        <w:rPr>
          <w:lang w:eastAsia="zh-CN"/>
        </w:rPr>
        <w:br/>
      </w:r>
      <w:r>
        <w:rPr>
          <w:lang w:eastAsia="zh-CN"/>
        </w:rPr>
        <w:t>　　6、 临时会议</w:t>
      </w:r>
      <w:r>
        <w:rPr>
          <w:lang w:eastAsia="zh-CN"/>
        </w:rPr>
        <w:br/>
      </w:r>
      <w:r>
        <w:rPr>
          <w:lang w:eastAsia="zh-CN"/>
        </w:rPr>
        <w:t>　　临时会议要求做到及时传达与学生学院和系部的工作要求与安排，并且能够准确把各项工作做到位。</w:t>
      </w:r>
      <w:r>
        <w:rPr>
          <w:lang w:eastAsia="zh-CN"/>
        </w:rPr>
        <w:br/>
      </w:r>
      <w:r>
        <w:rPr>
          <w:lang w:eastAsia="zh-CN"/>
        </w:rPr>
        <w:t>　　7、 节日班会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例如清明节、端午节等一些我国的传统节日，是我国文化遗传的一部分，但却受到别过人的争夺，我认为作为一个华夏子孙有必要让学生记住这些节日，开展与其有关的主题班会来培养学生的爱国热情，增进学生对我国历史知识和文化遗产的了解。</w:t>
      </w:r>
      <w:r>
        <w:rPr>
          <w:lang w:eastAsia="zh-CN"/>
        </w:rPr>
        <w:br/>
      </w:r>
      <w:r>
        <w:rPr>
          <w:lang w:eastAsia="zh-CN"/>
        </w:rPr>
        <w:t xml:space="preserve">    班主任提升工作计划 篇14 </w:t>
      </w:r>
      <w:r>
        <w:rPr>
          <w:lang w:eastAsia="zh-CN"/>
        </w:rPr>
        <w:br/>
      </w:r>
      <w:r>
        <w:rPr>
          <w:lang w:eastAsia="zh-CN"/>
        </w:rPr>
        <w:t>　　当教师已经很多年了，当班主任教师也有很多年了。暑假过后我又要迎接新一批的学生了，在暑假之前的毕业班中，我的班级成绩很好，我也大感欣慰，几年的努力一旦换来良好的成果后，我总算长出了一口气！</w:t>
      </w:r>
      <w:r>
        <w:rPr>
          <w:lang w:eastAsia="zh-CN"/>
        </w:rPr>
        <w:br/>
      </w:r>
      <w:r>
        <w:rPr>
          <w:lang w:eastAsia="zh-CN"/>
        </w:rPr>
        <w:t>　　新的学期，学校还是安排我做班主任，这是必然的'，我已经知道了，虽然班主任很普通，但不是每个人都能够担当起班主任这个工作的。所以我特别在学期开始之前，我已经制定好了班主任工作计划：</w:t>
      </w:r>
      <w:r>
        <w:rPr>
          <w:lang w:eastAsia="zh-CN"/>
        </w:rPr>
        <w:br/>
      </w:r>
      <w:r>
        <w:rPr>
          <w:lang w:eastAsia="zh-CN"/>
        </w:rPr>
        <w:t>　　1、班级概况</w:t>
      </w:r>
      <w:r>
        <w:rPr>
          <w:lang w:eastAsia="zh-CN"/>
        </w:rPr>
        <w:br/>
      </w:r>
      <w:r>
        <w:rPr>
          <w:lang w:eastAsia="zh-CN"/>
        </w:rPr>
        <w:t>　　本班共有学生50人，其中男生23人，女生27人。班集体建立之初，培养全班同学集体荣誉感，形成一种“班荣我荣，班辱我辱。我荣班荣，我辱班辱”的思想。促使他们积极参加社会、学校公益劳动。发展学生个人特长，培养一支有较强的活动能力的班干队伍。提倡班级的民主管理，提高学生的自我管理能力，在良好的班风建设中，形成一种浓厚的学习氛围，铭记班训：“学勤虑深 志恒愿臻”，创建快乐学习班集体，争取在全级12个班的各项评比中赢得前四名的好成绩。</w:t>
      </w:r>
      <w:r>
        <w:rPr>
          <w:lang w:eastAsia="zh-CN"/>
        </w:rPr>
        <w:br/>
      </w:r>
      <w:r>
        <w:rPr>
          <w:lang w:eastAsia="zh-CN"/>
        </w:rPr>
        <w:t>　　2、工作指导思想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本学期工作指导思想是以党的教育方针为指导，坚持‘实事求是’的思想路线，积极探索高中班主任工作规律。依据党的‘全面发展’的教育方针、上级教育行政部门和学校关于‘重视学生德育，抓好智力开发’的精神，结合班级实际，根据学生年龄特点，制定本学期的工作目标。</w:t>
      </w:r>
      <w:r>
        <w:rPr>
          <w:lang w:eastAsia="zh-CN"/>
        </w:rPr>
        <w:br/>
      </w:r>
      <w:r>
        <w:rPr>
          <w:lang w:eastAsia="zh-CN"/>
        </w:rPr>
        <w:t>　　3、具体工作措施与安排</w:t>
      </w:r>
      <w:r>
        <w:rPr>
          <w:lang w:eastAsia="zh-CN"/>
        </w:rPr>
        <w:br/>
      </w:r>
      <w:r>
        <w:rPr>
          <w:lang w:eastAsia="zh-CN"/>
        </w:rPr>
        <w:t>　　（一）、一学期主要教育措施与安排：</w:t>
      </w:r>
      <w:r>
        <w:rPr>
          <w:lang w:eastAsia="zh-CN"/>
        </w:rPr>
        <w:br/>
      </w:r>
      <w:r>
        <w:rPr>
          <w:lang w:eastAsia="zh-CN"/>
        </w:rPr>
        <w:t>　　（1）组织活动。如中秋和教师节搞一个灯谜会，给任课教师送上一件小礼物。培养学生的尊师之情和友谊之情。如国庆期间组织一次登白云山活动，增进师生、生生感情。视校运会成绩组织一次表彰大会及知识竞赛。</w:t>
      </w:r>
      <w:r>
        <w:rPr>
          <w:lang w:eastAsia="zh-CN"/>
        </w:rPr>
        <w:br/>
      </w:r>
      <w:r>
        <w:rPr>
          <w:lang w:eastAsia="zh-CN"/>
        </w:rPr>
        <w:t>　　（2）设立思想交流本子：‘我以我手写我口’。有什么要说的话就写到上面，大家传阅。可签名可不。</w:t>
      </w:r>
      <w:r>
        <w:rPr>
          <w:lang w:eastAsia="zh-CN"/>
        </w:rPr>
        <w:br/>
      </w:r>
      <w:r>
        <w:rPr>
          <w:lang w:eastAsia="zh-CN"/>
        </w:rPr>
        <w:t>　　（3）开展一周‘最优秀组’评比活动。每周一次。由纪律委员和评比干部实施。通过对考勤、卫生、午休、课堂纪律、自习、竞赛、课前准备、作业、作弊、考试等项目进行评比，最后得分最高的为本周最优秀的组。由后三名的组提供奖励。</w:t>
      </w:r>
      <w:r>
        <w:rPr>
          <w:lang w:eastAsia="zh-CN"/>
        </w:rPr>
        <w:br/>
      </w:r>
      <w:r>
        <w:rPr>
          <w:lang w:eastAsia="zh-CN"/>
        </w:rPr>
        <w:t>　　（4）家长会时展示学生最好的一面。如我最得意的作业，我最满意的作文，我的专长作品等。出一期家长会专栏报。</w:t>
      </w:r>
      <w:r>
        <w:rPr>
          <w:lang w:eastAsia="zh-CN"/>
        </w:rPr>
        <w:br/>
      </w:r>
      <w:r>
        <w:rPr>
          <w:lang w:eastAsia="zh-CN"/>
        </w:rPr>
        <w:t>　　（5）开一次家长学生联谊会。各小组和家长组成对抗组进行比赛。内容等定：普通话比赛或者知识竞赛等。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（6）举行每天放学后的“三个一”：一道数学题，一次十分钟的英语朗读，一次十分钟的语文朗读，间或加一道物理或化学题。</w:t>
      </w:r>
      <w:r>
        <w:rPr>
          <w:lang w:eastAsia="zh-CN"/>
        </w:rPr>
        <w:br/>
      </w:r>
      <w:r>
        <w:rPr>
          <w:lang w:eastAsia="zh-CN"/>
        </w:rPr>
        <w:t>　　（7）举行一次卡拉ok比赛。</w:t>
      </w:r>
      <w:r>
        <w:rPr>
          <w:lang w:eastAsia="zh-CN"/>
        </w:rPr>
        <w:br/>
      </w:r>
      <w:r>
        <w:rPr>
          <w:lang w:eastAsia="zh-CN"/>
        </w:rPr>
        <w:t>　　（8）参加学校运动会。</w:t>
      </w:r>
      <w:r>
        <w:rPr>
          <w:lang w:eastAsia="zh-CN"/>
        </w:rPr>
        <w:br/>
      </w:r>
      <w:r>
        <w:rPr>
          <w:lang w:eastAsia="zh-CN"/>
        </w:rPr>
        <w:t>　　（9）积极进行宣传建设。至少出五期以上墙报。</w:t>
      </w:r>
      <w:r>
        <w:rPr>
          <w:lang w:eastAsia="zh-CN"/>
        </w:rPr>
        <w:br/>
      </w:r>
      <w:r>
        <w:rPr>
          <w:lang w:eastAsia="zh-CN"/>
        </w:rPr>
        <w:t>　　（二）、一学期整体规划：</w:t>
      </w:r>
      <w:r>
        <w:rPr>
          <w:lang w:eastAsia="zh-CN"/>
        </w:rPr>
        <w:br/>
      </w:r>
      <w:r>
        <w:rPr>
          <w:lang w:eastAsia="zh-CN"/>
        </w:rPr>
        <w:t>　　a、培养一支强干精明的班干部队伍。</w:t>
      </w:r>
      <w:r>
        <w:rPr>
          <w:lang w:eastAsia="zh-CN"/>
        </w:rPr>
        <w:br/>
      </w:r>
      <w:r>
        <w:rPr>
          <w:lang w:eastAsia="zh-CN"/>
        </w:rPr>
        <w:t>　　b、多巡班、听课，了解和掌握本班学生的思想、品德、学习、生活和身体情况，深入细致地对学生进行思想政治教育，使学生在教育、智育、体育几方面都得到发展。</w:t>
      </w:r>
      <w:r>
        <w:rPr>
          <w:lang w:eastAsia="zh-CN"/>
        </w:rPr>
        <w:br/>
      </w:r>
      <w:r>
        <w:rPr>
          <w:lang w:eastAsia="zh-CN"/>
        </w:rPr>
        <w:t>　　c、通过对学生家访、召开学生家长会等形式，与学生家长保持经常联系，互相配合，共同教育学生。</w:t>
      </w:r>
      <w:r>
        <w:rPr>
          <w:lang w:eastAsia="zh-CN"/>
        </w:rPr>
        <w:br/>
      </w:r>
      <w:r>
        <w:rPr>
          <w:lang w:eastAsia="zh-CN"/>
        </w:rPr>
        <w:t>　　d、经常与各科教师勾通情况，采取恰当措施，因材施教，使智力发展强的学生，多学些知识，耐心帮助后进学生补课。</w:t>
      </w:r>
      <w:r>
        <w:rPr>
          <w:lang w:eastAsia="zh-CN"/>
        </w:rPr>
        <w:br/>
      </w:r>
      <w:r>
        <w:rPr>
          <w:lang w:eastAsia="zh-CN"/>
        </w:rPr>
        <w:t>　　e、组织和指导本班学生参加学校的劳动和各项活动。</w:t>
      </w:r>
      <w:r>
        <w:rPr>
          <w:lang w:eastAsia="zh-CN"/>
        </w:rPr>
        <w:br/>
      </w:r>
      <w:r>
        <w:rPr>
          <w:lang w:eastAsia="zh-CN"/>
        </w:rPr>
        <w:t>　　f、指导本班学生自学和开展课外活动。鉴于本班入学成绩全级最后一名，争取在学习上至少进步一名。</w:t>
      </w:r>
      <w:r>
        <w:rPr>
          <w:lang w:eastAsia="zh-CN"/>
        </w:rPr>
        <w:br/>
      </w:r>
      <w:r>
        <w:rPr>
          <w:lang w:eastAsia="zh-CN"/>
        </w:rPr>
        <w:t>　　（1）注册前与学生电话联系，做好学前调查。主要是假期的学习生活状况，并了解学生担任班干的意向，还有学生的身高、视力情况。</w:t>
      </w:r>
      <w:r>
        <w:rPr>
          <w:lang w:eastAsia="zh-CN"/>
        </w:rPr>
        <w:br/>
      </w:r>
      <w:r>
        <w:rPr>
          <w:lang w:eastAsia="zh-CN"/>
        </w:rPr>
        <w:t>　　（2）按成绩与高度，结合视力情况编排座位，让5个大组成绩平均分一致，为开展分组管理做准备。</w:t>
      </w:r>
      <w:r>
        <w:rPr>
          <w:lang w:eastAsia="zh-CN"/>
        </w:rPr>
        <w:br/>
      </w:r>
      <w:r>
        <w:rPr>
          <w:lang w:eastAsia="zh-CN"/>
        </w:rPr>
        <w:t>　　（3）拟制临时和将来的班干名称与名额。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（4）8月8日注册当天，发调查表，召开班会，定好座位，做好动员，注入集体荣誉感。</w:t>
      </w:r>
      <w:r>
        <w:rPr>
          <w:lang w:eastAsia="zh-CN"/>
        </w:rPr>
        <w:br/>
      </w:r>
      <w:r>
        <w:rPr>
          <w:lang w:eastAsia="zh-CN"/>
        </w:rPr>
        <w:t>　　（5）任命临时班干，逐个电话通知，在家长会后，召开临时班干会议，讨论军训工作：管理、学习、娱乐。</w:t>
      </w:r>
      <w:r>
        <w:rPr>
          <w:lang w:eastAsia="zh-CN"/>
        </w:rPr>
        <w:br/>
      </w:r>
      <w:r>
        <w:rPr>
          <w:lang w:eastAsia="zh-CN"/>
        </w:rPr>
        <w:t>　　（6）8月9日家长会。主要讲一下学生的学习生活情况要开始调整，做好迎接艰巨学习任务的准备。会后是临时班干会议。</w:t>
      </w:r>
      <w:r>
        <w:rPr>
          <w:lang w:eastAsia="zh-CN"/>
        </w:rPr>
        <w:br/>
      </w:r>
      <w:r>
        <w:rPr>
          <w:lang w:eastAsia="zh-CN"/>
        </w:rPr>
        <w:t>　　（7）8月14日军训动员会后，召开班会，做好分组情况及提出要求。</w:t>
      </w:r>
      <w:r>
        <w:rPr>
          <w:lang w:eastAsia="zh-CN"/>
        </w:rPr>
        <w:br/>
      </w:r>
      <w:r>
        <w:rPr>
          <w:lang w:eastAsia="zh-CN"/>
        </w:rPr>
        <w:t>　　（8）8月15-19日军训期间，遵守纪律及各项规章，全班保证不出大事，尽量保证出勤率的100%。给教官留下美好的印象。在训练保证吃得苦，耐得艰，在表演中争取好成绩。办好一期班报做为创刊号，宣传在军训中表现突出的人和事。</w:t>
      </w:r>
      <w:r>
        <w:rPr>
          <w:lang w:eastAsia="zh-CN"/>
        </w:rPr>
        <w:br/>
      </w:r>
      <w:r>
        <w:rPr>
          <w:lang w:eastAsia="zh-CN"/>
        </w:rPr>
        <w:t>　　（9）开学一周后，民主选举班干。实行竞争上岗。</w:t>
      </w:r>
      <w:r>
        <w:rPr>
          <w:lang w:eastAsia="zh-CN"/>
        </w:rPr>
        <w:br/>
      </w:r>
      <w:r>
        <w:rPr>
          <w:lang w:eastAsia="zh-CN"/>
        </w:rPr>
        <w:t>　　这个学期的工作队我来说，也是很重要的，因为只是我做教师的十周年，对然别人不知道，我也没说，但是我知道，我一定会交出一份完美的答卷，对自己是种纪念，对学生、家长、学校都是一种回报，我会努力做好的！</w:t>
      </w:r>
      <w:r>
        <w:rPr>
          <w:lang w:eastAsia="zh-CN"/>
        </w:rPr>
        <w:br/>
      </w:r>
      <w:r>
        <w:rPr>
          <w:lang w:eastAsia="zh-CN"/>
        </w:rPr>
        <w:t>　　以后的教师道路还有很漫长，可是我已经想好了，我这一辈子就和教师结下了不解之缘了，我会在我平凡的岗位上做到最好的！</w:t>
      </w:r>
      <w:r>
        <w:rPr>
          <w:lang w:eastAsia="zh-CN"/>
        </w:rPr>
        <w:br/>
      </w:r>
      <w:r>
        <w:rPr>
          <w:lang w:eastAsia="zh-CN"/>
        </w:rPr>
        <w:t xml:space="preserve">    班主任提升工作计划 篇15 </w:t>
      </w:r>
      <w:r>
        <w:rPr>
          <w:lang w:eastAsia="zh-CN"/>
        </w:rPr>
        <w:br/>
      </w:r>
      <w:r>
        <w:rPr>
          <w:lang w:eastAsia="zh-CN"/>
        </w:rPr>
        <w:t>　　一、 指导思想：</w:t>
      </w:r>
      <w:r>
        <w:rPr>
          <w:lang w:eastAsia="zh-CN"/>
        </w:rPr>
        <w:br/>
      </w:r>
    </w:p>
    <w:p w:rsidR="001B1F19" w14:textId="27C3F48A">
      <w:pPr>
        <w:rPr>
          <w:rFonts w:hint="eastAsia"/>
          <w:lang w:eastAsia="zh-CN"/>
        </w:rPr>
      </w:pPr>
      <w:r>
        <w:rPr>
          <w:lang w:eastAsia="zh-CN"/>
        </w:rPr>
        <w:t>　　坚持以德育为核心，以教学为中心，深入开展集体主义和求学奋进的教育，并根据《中学生守则》和《中学生日常行为规范》等来量化教育学生的言行。</w:t>
      </w:r>
      <w:r>
        <w:rPr>
          <w:lang w:eastAsia="zh-CN"/>
        </w:rPr>
        <w:br/>
      </w:r>
      <w:r>
        <w:rPr>
          <w:lang w:eastAsia="zh-CN"/>
        </w:rPr>
        <w:t>　　二、 学生基本情况分析：</w:t>
      </w:r>
      <w:r>
        <w:rPr>
          <w:lang w:eastAsia="zh-CN"/>
        </w:rPr>
        <w:br/>
      </w:r>
      <w:r>
        <w:rPr>
          <w:lang w:eastAsia="zh-CN"/>
        </w:rPr>
        <w:t>　　班共有43名学生。其中男生22名，女生21名，男女比例平衡。男生性格较为活泼好动，这也为班级管理带来了一些麻烦，尤其是初二这个较为敏感的阶段，男女生从心理生理都发生了显著的变化。这就需要班主任敏锐观察力和耐心的教育。其次，学生都是农村家庭，知识认知水平和家庭环境的影响，使得部分学生学习主动性差，个人习惯较差。经过一年的学习，已经出现了“贫富”差距，随着知识广度和深度上的加大，导致一些基础差、自信心不高的学生出现厌学情绪，这就需要教师对他们精神上的鼓励和支持。总体来说，我班学生活泼好动，学习习惯较差，纪律性松散，不过能按时做好卫生值日工作。</w:t>
      </w:r>
      <w:r>
        <w:rPr>
          <w:lang w:eastAsia="zh-CN"/>
        </w:rPr>
        <w:br/>
      </w:r>
      <w:r>
        <w:rPr>
          <w:lang w:eastAsia="zh-CN"/>
        </w:rPr>
        <w:t>　　三、 工作目标：</w:t>
      </w:r>
      <w:r>
        <w:rPr>
          <w:lang w:eastAsia="zh-CN"/>
        </w:rPr>
        <w:br/>
      </w:r>
      <w:r>
        <w:rPr>
          <w:lang w:eastAsia="zh-CN"/>
        </w:rPr>
        <w:t>　　帮助学生逐渐形成民主平等意识，培养学生的自律能力。形成自己的班规，让学生做班级的主人，学会自己管理自己。加强班级文化建设，形成良好、浓厚的班级文化氛围。加强学风建设，使班级内形成良好的学习竞争意识。做好优生优培、后进生转化工作。巩固初一年德育成果，根据初二学生的生理心理特点，开展青春期心理教育与引导，平稳地向青春期过度，实现生理和心理的健康转化，努力缩小差距，减少两极分化;巩固对学生进行“五爱”教育的成果，进行初步的共产主义理想和人生观、世界观教育。</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https://d.book118.com/858053122055006034</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5805312205500603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