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大学生社会实践总结分享（32篇）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大学生社会实践总结分享（精选32篇）</w:t>
      </w:r>
      <w:r>
        <w:rPr>
          <w:lang w:eastAsia="zh-CN"/>
        </w:rPr>
        <w:br/>
      </w:r>
      <w:r>
        <w:rPr>
          <w:lang w:eastAsia="zh-CN"/>
        </w:rPr>
        <w:t xml:space="preserve">    大学生社会实践总结分享 篇1 </w:t>
      </w:r>
      <w:r>
        <w:rPr>
          <w:lang w:eastAsia="zh-CN"/>
        </w:rPr>
        <w:br/>
      </w:r>
      <w:r>
        <w:rPr>
          <w:lang w:eastAsia="zh-CN"/>
        </w:rPr>
        <w:t>　　暑假，大家都期盼着它的到来，期盼去享受一下工厂生活。然而，实践后，我觉得实习生活和以前想象的不一样了，实践不是一件简单的事，并不是我们的假期，不是一件轻松的事，而是一件劳心劳力的事。在这个短暂的2个星期内，我学到许多在课堂里无法学到的东西，并在意志品质上得到了锻炼。岁月如流水一般飞快的流过为期两周的电机实习转眼结束了，但带给我的感受却永远的留在了我的心。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累并快乐着”——用这句话来形容短短2周的电机实习再恰当不过。这次实习带给我们的不仅仅是经验，它还培养了我们吃苦的精神和严谨认真的作风。此次电机实习使我们学到了很多书中无法学到的东西。它使我们懂得观察生活，勇于探究生活，也为我们多方面去认识和了解生活提供了一个契机。它是生活的一种动力，促进我们知、情、意、行的形成和协调的发展，帮助自我完善。有些老师不只教我们电机实习的内容，还教我们如何学习，如何做人，让我们学到了课本上学不到的知识。</w:t>
      </w:r>
      <w:r>
        <w:rPr>
          <w:lang w:eastAsia="zh-CN"/>
        </w:rPr>
        <w:br/>
      </w:r>
      <w:r>
        <w:rPr>
          <w:lang w:eastAsia="zh-CN"/>
        </w:rPr>
        <w:t>　　任何理论和知识只有与实习相结合，才能发挥出作用。而作为思想可塑性大的我们，不能单纯地依靠书本，还必须到实践中检验、锻炼、创新;去培养科学的精神，良好的品德，高尚的情操，文明的行为，健康的心理和解决问题的能力。此时，我还在回忆这次令人难忘的电机实习，它不仅让我们了解到了实际生产中的各种技能，还让我们明白了一个深刻的道理：纸上得来终觉浅，绝知此事要恭行。为期两周的电机实习在金属的回响中落下了大幕，总的来说这次为期两周的实习活动是一次有趣且必将影响我今后的学习工作的重要的经验。我想在将来的岁月里恐怕不会再有这样的机会了!!通过这次虽短而充实的实习我懂得了很多</w:t>
      </w:r>
      <w:r>
        <w:rPr>
          <w:lang w:eastAsia="zh-CN"/>
        </w:rPr>
        <w:br/>
      </w:r>
      <w:r>
        <w:rPr>
          <w:lang w:eastAsia="zh-CN"/>
        </w:rPr>
        <w:t>　　安全第一,在工业生产中，安全要摆在第一位，是至关重要的!!这是每个老师给我们的第一忠告。有了足够的重视，所以我安全的度过了实习的两周!车工不是由数控来完成的，它要求较高的手工操作能力。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首先老工人让我看车床熟悉车床的各个组成部分，车床主要由变速箱、主轴箱、挂轮箱、进给箱、溜板箱、刀架、尾座、床身、丝杠、光杠和操纵杆组成。车床是通过各个手柄来进行操作的，老工人又向我讲解了各个手柄的作用，然后就让我加工一个两边是球形，中间是圆柱的一个工件。老工人先初步示范了一下操作方法，并加工了一部分，然后就让我开始加工。车床加工中一个很重要的方面就是要选择正确的刀，一开始我要把所给圆柱的端面车平，就要用偏车刀来加工，然后就是切槽和加工球面，这时就要换用切槽刀。切槽刀的刀头宽度较小，有一条主切削刀和两条副切削刀，它的刀头较小，容易折断，故应用小切削用量。切槽的时候采用左右借刀法。切完槽，就要加工球面了，这对我这种从来没有使用过车床的人来说，真是个考验。</w:t>
      </w:r>
      <w:r>
        <w:rPr>
          <w:lang w:eastAsia="zh-CN"/>
        </w:rPr>
        <w:br/>
      </w:r>
      <w:r>
        <w:rPr>
          <w:lang w:eastAsia="zh-CN"/>
        </w:rPr>
        <w:t>　　电机实习有苦也有乐.“天将降大任于斯人也，必先苦其心志，劳其筋骨，饿其体肤，方成大任也!”这句古人的话用来形容我们的电机实习是再好不过了!经过了车工，铣工，磨工，刨工等一系列工种的磨练，我们终于完成了这门让人欢喜让人忧的电机实习课程。</w:t>
      </w:r>
      <w:r>
        <w:rPr>
          <w:lang w:eastAsia="zh-CN"/>
        </w:rPr>
        <w:br/>
      </w:r>
      <w:r>
        <w:rPr>
          <w:lang w:eastAsia="zh-CN"/>
        </w:rPr>
        <w:t>　　现在想想过去的这段难忘时光，其中滋味，只有亲身经历的人才能体会得到。通过学习各种工种，我们了解了许多电机操作的原理和过程，大致掌握了一些操作工艺与方法，还有以前的那些陌生的专业名词现在听来都是那么熟悉亲切!电机实习给我们带来的那些经验与感想，却是对我们每一个人的工作学习生活来说都是一笔价值连城的财富。电机实习的作用与影响，就象《美国丽人》里男主人公最后说的话那样“有些东西你可能现在没有感觉到它的价值，但最后还是会的，每个人都有这样一个过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起实习的同学也让我受益非浅。毫无私心的帮助，真诚的相互鼓励加油，一切分担工作的压力，更一起分享成功带来的喜悦，电机实习更象是一个集体活动，拉近我们彼此的距离，填补了曾经存在的距离，集体主义的魅力得到了彻彻底底的展现!大学里连同班同学相处的机会都很少，感谢电机实习给了我们这样一个机会。这样的活动值得教育部门的借鉴。短短的2个星期时间，我们在实习中充实地度过了，我们学习的知识虽然不是很多，但通过这次让我们明白了我们需要实际学习掌握的技能还很多、很多。如果我们不经常参加这方面的实习，我们这些大学生将来恐怕只能是赵括“纸上谈兵”。社会需要人才，社会需要的是有能力的人才。我们新世纪的大学只有多参加实践，才能保证在未来的社会竞争中有自己的位置。真的敢谢电机实习，我还想再有一次!</w:t>
      </w:r>
      <w:r>
        <w:rPr>
          <w:lang w:eastAsia="zh-CN"/>
        </w:rPr>
        <w:br/>
      </w:r>
      <w:r>
        <w:rPr>
          <w:lang w:eastAsia="zh-CN"/>
        </w:rPr>
        <w:t xml:space="preserve">    大学生社会实践总结分享 篇2 </w:t>
      </w:r>
      <w:r>
        <w:rPr>
          <w:lang w:eastAsia="zh-CN"/>
        </w:rPr>
        <w:br/>
      </w:r>
      <w:r>
        <w:rPr>
          <w:lang w:eastAsia="zh-CN"/>
        </w:rPr>
        <w:t>　　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r>
        <w:rPr>
          <w:lang w:eastAsia="zh-CN"/>
        </w:rPr>
        <w:br/>
      </w:r>
      <w:r>
        <w:rPr>
          <w:lang w:eastAsia="zh-CN"/>
        </w:rPr>
        <w:t>　　“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r>
        <w:rPr>
          <w:lang w:eastAsia="zh-CN"/>
        </w:rPr>
        <w:br/>
      </w:r>
      <w:r>
        <w:rPr>
          <w:lang w:eastAsia="zh-CN"/>
        </w:rPr>
        <w:t>　　艰辛知人生，实践长才干</w:t>
      </w:r>
      <w:r>
        <w:rPr>
          <w:lang w:eastAsia="zh-CN"/>
        </w:rPr>
        <w:br/>
      </w:r>
      <w:r>
        <w:rPr>
          <w:lang w:eastAsia="zh-CN"/>
        </w:rPr>
        <w:t>　　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r>
        <w:rPr>
          <w:lang w:eastAsia="zh-CN"/>
        </w:rPr>
        <w:br/>
      </w:r>
      <w:r>
        <w:rPr>
          <w:lang w:eastAsia="zh-CN"/>
        </w:rPr>
        <w:t>　　从群众中来，到群众中去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r>
        <w:rPr>
          <w:lang w:eastAsia="zh-CN"/>
        </w:rPr>
        <w:br/>
      </w:r>
      <w:r>
        <w:rPr>
          <w:lang w:eastAsia="zh-CN"/>
        </w:rPr>
        <w:t>　　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r>
        <w:rPr>
          <w:lang w:eastAsia="zh-CN"/>
        </w:rPr>
        <w:br/>
      </w:r>
      <w:r>
        <w:rPr>
          <w:lang w:eastAsia="zh-CN"/>
        </w:rPr>
        <w:t>　　社会实践是一趟心灵语行动的交互。过程中会遇到不一样的的挫折，包括心灵上的压力。但是我们要学会自己调节，快乐的面对每一天。如果你看到面前的阴影，那是因为你的背后有阳光!</w:t>
      </w:r>
      <w:r>
        <w:rPr>
          <w:lang w:eastAsia="zh-CN"/>
        </w:rPr>
        <w:br/>
      </w:r>
      <w:r>
        <w:rPr>
          <w:lang w:eastAsia="zh-CN"/>
        </w:rPr>
        <w:t>　　小结：</w:t>
      </w:r>
      <w:r>
        <w:rPr>
          <w:lang w:eastAsia="zh-CN"/>
        </w:rPr>
        <w:br/>
      </w:r>
      <w:r>
        <w:rPr>
          <w:lang w:eastAsia="zh-CN"/>
        </w:rPr>
        <w:t>　　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社会实践活动不仅使我的各方面能力得到了提高，也使我增强了扎根实践吃苦耐劳的精神。亲身地服务于群众，服务于社会，真的很有意义，我想以后我还会一如既往地支持大学生的暑期实践。</w:t>
      </w:r>
      <w:r>
        <w:rPr>
          <w:lang w:eastAsia="zh-CN"/>
        </w:rPr>
        <w:br/>
      </w:r>
      <w:r>
        <w:rPr>
          <w:lang w:eastAsia="zh-CN"/>
        </w:rPr>
        <w:t xml:space="preserve">    大学生社会实践总结分享 篇3 </w:t>
      </w:r>
      <w:r>
        <w:rPr>
          <w:lang w:eastAsia="zh-CN"/>
        </w:rPr>
        <w:br/>
      </w:r>
      <w:r>
        <w:rPr>
          <w:lang w:eastAsia="zh-CN"/>
        </w:rPr>
        <w:t>　　自从走进了大学，就业问题就似乎总是围绕在我们的身边，成了说不完的话题，大学生暑期社会实践报告论文。在现今社会，招聘会上的大字报都总写着有经验者优先，可还在校园里面的我们这郡学子社会经验又会拥有多少呢?为了拓展自身的知识面，扩大与社会的接触面，增加个人在社会竞争中的经验，锻炼和提高自己的能力，我开始筹划自己的暑期生活，希望自己能够在暑假的时间里得以锻炼。</w:t>
      </w:r>
      <w:r>
        <w:rPr>
          <w:lang w:eastAsia="zh-CN"/>
        </w:rPr>
        <w:br/>
      </w:r>
      <w:r>
        <w:rPr>
          <w:lang w:eastAsia="zh-CN"/>
        </w:rPr>
        <w:t>　　我所在的地方是一个工业区周围全是厂房，一般买东西的都是一些打工者，带着些许兴奋和盲目，来到了厂里，开始了自己的打工生涯。在进车间之前厂里安排了两天的培训。首先带领我们来到了招募大厅，在那里我们上交了身份证、毕业证、健康证的复印件和两张照片，然后给我们统一配备了厂服。下午和第二天上午我们又参加了培训，老员工和带班组长给我们讲述了建厂历史以及公司生产的各类产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刚进去的时候，感觉很陌生，车间有8条流水线，每条流水线上都有百十号人在那不停地忙碌着，没有人说话，只听到机器转动所发出的哄哄声。我被车间的组长也即是车间的最主要负责人带到了一个工作岗位，在组长的指导下，我很快学会了那项简单的工作。一工作就是十一个小时之后，中间没有空闲时间偷懒，一天下来兴奋劲没了，剩下的只是腰酸背痛了!</w:t>
      </w:r>
      <w:r>
        <w:rPr>
          <w:lang w:eastAsia="zh-CN"/>
        </w:rPr>
        <w:br/>
      </w:r>
      <w:r>
        <w:rPr>
          <w:lang w:eastAsia="zh-CN"/>
        </w:rPr>
        <w:t>　　虽然工作看起来挺简单的，但长达十一个小时的机械工作，对于我们这些过惯了闲散生活的大学生而言，根本就忍受不了，接下来的几天我换了好几个岗位，每换到一个新的岗位，都要学习半天或一天。一般都是坐在老员工旁边看他们如何操作，偶尔那些老员工会给你讲一下。若碰到不给你讲的，一定要勤问、敢问，把自己不懂的都要问清楚，不能模棱两可，不然自己做起工作来就会后悔的。这是我在那工作总结出来的。几天后我稳定到了一个工位，开始了正常的工作。一般进车间的都要先学习几个工序。</w:t>
      </w:r>
      <w:r>
        <w:rPr>
          <w:lang w:eastAsia="zh-CN"/>
        </w:rPr>
        <w:br/>
      </w:r>
      <w:r>
        <w:rPr>
          <w:lang w:eastAsia="zh-CN"/>
        </w:rPr>
        <w:t>　　本想着能够学到与自己专业相关的知识，但没想到来到这里只是机械地做这些手工劳动，完全没有与自己的专业挂钩，在那时才感觉到学习知识的重要性，发誓一定不能再浪费自己的大学光阴了，要努力学好自己的专业知识!留在社会，我要学到更多的东西，带着这些渴望，慢慢地学会了与人交往，慢慢地学会适应厂里面的生活，最后我也是受益匪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一个多月的打工生涯中，发现在实际工作中不一定有太多地方用到专业知识，更多的是我们要耐心、细心一步一个脚印、脚踏实际的去工作，只有基本工作做的够好，才能赢得上级和同事的信赖，才有机会展示更多的才华。单凭专业知识不可能在工作上高枕无忧，更多还是需要脚踏实地做一些细微之事，而判断一个人的工作能力怎样恰恰是从一些小事上反映出来的，正可谓：一屋不扫何以扫天下?很高兴自己能有这次社会实践的机会，通过这样的实践，我真正学习到了社会经验，它为我积累了一笔宝贵的人生财富，它为我今后步入社会打下了牢实的根基。</w:t>
      </w:r>
      <w:r>
        <w:rPr>
          <w:lang w:eastAsia="zh-CN"/>
        </w:rPr>
        <w:br/>
      </w:r>
      <w:r>
        <w:rPr>
          <w:lang w:eastAsia="zh-CN"/>
        </w:rPr>
        <w:t xml:space="preserve">    大学生社会实践总结分享 篇4 </w:t>
      </w:r>
      <w:r>
        <w:rPr>
          <w:lang w:eastAsia="zh-CN"/>
        </w:rPr>
        <w:br/>
      </w:r>
      <w:r>
        <w:rPr>
          <w:lang w:eastAsia="zh-CN"/>
        </w:rPr>
        <w:t>　　社会实践是大学生课外教育的一个重要方面，也是大学生自我能力培养的一个重要方式，因此对于我们在校大学生来说，能在寒假有充足的时间进行实践活动，给了我们一个认识社会、了解社会，提高自我能力的重要的机会。作为大二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r>
        <w:rPr>
          <w:lang w:eastAsia="zh-CN"/>
        </w:rPr>
        <w:br/>
      </w:r>
      <w:r>
        <w:rPr>
          <w:lang w:eastAsia="zh-CN"/>
        </w:rPr>
        <w:t>　　因此，为了更好的了解社会，锻炼自己，感受社会就业的现状，体验一下社会生活和工作的乐趣，这学期的假期我根据时间及自己的实际情况参加了学校社团组织的活动去苏州常熟达富电子厂打工(职位：作业员，多能工，指导员，组长等)。在厂里面我们学生工是从最资本的做起，也就是在流水线上干活，虽然没有直接参与厂里面的管理层，但我觉得受益非浅，基本上达到了自己的目的。虽然仅有20多天时间，但工作让我体会到了就业的压力，自己能力的欠缺及社会的艰辛，同时让我感到工作的无比快乐，一种在学校自由天地无法体会到的残酷竞争的“愉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电子厂工作的时间给我最深的体会是：许多在厂的正式工大多都是未成年，从中反映了我国的教育漏洞，仍存在极大问题。另外，众多的未成年人占据大多数就业岗位，使得我感觉到以后就业的压力，在实践经验上，他们比我们学生占有很大优势，所以在这次实践上我受益匪浅。在工厂里干活，辛苦和劳累也是一个对我们的极大的挑战。但在工厂里我也是深刻体会但，员工心理的麻木以及他们只是服从的生活态度。</w:t>
      </w:r>
      <w:r>
        <w:rPr>
          <w:lang w:eastAsia="zh-CN"/>
        </w:rPr>
        <w:br/>
      </w:r>
      <w:r>
        <w:rPr>
          <w:lang w:eastAsia="zh-CN"/>
        </w:rPr>
        <w:t>　　在工厂的每天：我上的是夜班，在白天我们睡觉，下午六点左右起床，后吃饭，居住区和工厂离得很近，我选择步行。到厂里，在衣服放置区换上厂服和帽子，后进安检门打卡上班，到车间我们会提前20分钟集合上早课，也就是总结昨天计划今天。之后去产线，进行一晚上的工作，在这强调的主要是速度。在下班期间，我们会在工厂的娱乐场所进行玩耍，如唱歌，打球，看电影，偶尔还会参加他们组织的大型活动，如跨年演唱会，猜灯谜活动等。在这里我也认识了很多朋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那里工作的一段时间里，我发现了厂里的许多不合理现象，特别是管理上的缺失。上级下达的指示下级不能很好传达。这就是信息流失。信息流失也是非常可怕的事!再一个就是厂里的管理制度已经不符和当前的制度。不能适应当前的市场经济体制了。他们还是老一套的记时工，也就是工人不管一天干多少或只要够时间就可以，也就是按上班时间长短发工资。而现在，我国大多数大中型企业已经以工作量来计算工资。还有，厂里面的奖罚制度存在很大缺陷，比如，那里的领导人员大多以批判为主，表扬为辅，是典型的高维度低关怀度的工厂。</w:t>
      </w:r>
      <w:r>
        <w:rPr>
          <w:lang w:eastAsia="zh-CN"/>
        </w:rPr>
        <w:br/>
      </w:r>
      <w:r>
        <w:rPr>
          <w:lang w:eastAsia="zh-CN"/>
        </w:rPr>
        <w:t xml:space="preserve">    大学生社会实践总结分享 篇5 </w:t>
      </w:r>
      <w:r>
        <w:rPr>
          <w:lang w:eastAsia="zh-CN"/>
        </w:rPr>
        <w:br/>
      </w:r>
      <w:r>
        <w:rPr>
          <w:lang w:eastAsia="zh-CN"/>
        </w:rPr>
        <w:t>　　20__年__月我第一次真正的踏上社会，开始了两个月的工作实习体验生涯。时间不长，体会甚多。明白了那句读万里书，不如行万里路的深刻体会，也许在此时此刻的我，真实的将实习当做工作了吧。</w:t>
      </w:r>
      <w:r>
        <w:rPr>
          <w:lang w:eastAsia="zh-CN"/>
        </w:rPr>
        <w:br/>
      </w:r>
      <w:r>
        <w:rPr>
          <w:lang w:eastAsia="zh-CN"/>
        </w:rPr>
        <w:t>　　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r>
        <w:rPr>
          <w:lang w:eastAsia="zh-CN"/>
        </w:rPr>
        <w:br/>
      </w:r>
      <w:r>
        <w:rPr>
          <w:lang w:eastAsia="zh-CN"/>
        </w:rPr>
        <w:t>　　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r>
        <w:rPr>
          <w:lang w:eastAsia="zh-CN"/>
        </w:rPr>
        <w:br/>
      </w:r>
      <w:r>
        <w:rPr>
          <w:lang w:eastAsia="zh-CN"/>
        </w:rPr>
        <w:t>　　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r>
        <w:rPr>
          <w:lang w:eastAsia="zh-CN"/>
        </w:rPr>
        <w:br/>
      </w:r>
      <w:r>
        <w:rPr>
          <w:lang w:eastAsia="zh-CN"/>
        </w:rPr>
        <w:t>　　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r>
        <w:rPr>
          <w:lang w:eastAsia="zh-CN"/>
        </w:rPr>
        <w:br/>
      </w:r>
      <w:r>
        <w:rPr>
          <w:lang w:eastAsia="zh-CN"/>
        </w:rPr>
        <w:t>　　回顾这两个月来，自己的工作情况，扪心自问，坦言总结。在诸多方面还存在有不足。因此，更要及时强化自己的工作思想，端正意识，提高销售工作的方法技能与业务水平。</w:t>
      </w:r>
      <w:r>
        <w:rPr>
          <w:lang w:eastAsia="zh-CN"/>
        </w:rPr>
        <w:br/>
      </w:r>
      <w:r>
        <w:rPr>
          <w:lang w:eastAsia="zh-CN"/>
        </w:rPr>
        <w:t>　　首先，在不足点方面，从自身原因总结。我认为自己还一定程度的存在有欠缺强力说服顾客，打动其购买心理的技巧。</w:t>
      </w:r>
      <w:r>
        <w:rPr>
          <w:lang w:eastAsia="zh-CN"/>
        </w:rPr>
        <w:br/>
      </w:r>
      <w:r>
        <w:rPr>
          <w:lang w:eastAsia="zh-CN"/>
        </w:rPr>
        <w:t>　　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r>
        <w:rPr>
          <w:lang w:eastAsia="zh-CN"/>
        </w:rPr>
        <w:br/>
      </w:r>
      <w:r>
        <w:rPr>
          <w:lang w:eastAsia="zh-CN"/>
        </w:rPr>
        <w:t>　　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r>
        <w:rPr>
          <w:lang w:eastAsia="zh-CN"/>
        </w:rPr>
        <w:br/>
      </w:r>
      <w:r>
        <w:rPr>
          <w:lang w:eastAsia="zh-CN"/>
        </w:rPr>
        <w:t>　　再次，要深化自己的工作业务。熟悉每一款化妆品的货号，大小，颜色，价位。做到烂熟于心。学会面对不同的顾客，采用不同的推介技巧。力争让每一位顾客都能买到自己称心如意的商品，更力争增加销售数量，提高销售业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r>
        <w:rPr>
          <w:lang w:eastAsia="zh-CN"/>
        </w:rPr>
        <w:br/>
      </w:r>
      <w:r>
        <w:rPr>
          <w:lang w:eastAsia="zh-CN"/>
        </w:rPr>
        <w:t>　　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r>
        <w:rPr>
          <w:lang w:eastAsia="zh-CN"/>
        </w:rPr>
        <w:br/>
      </w:r>
      <w:r>
        <w:rPr>
          <w:lang w:eastAsia="zh-CN"/>
        </w:rPr>
        <w:t xml:space="preserve">    大学生社会实践总结分享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作为一名春运志愿者，能在铁路春运中为旅客献出一片爱心、贡献一份力量，我感到非常荣幸。或许有时候我们会感觉疲惫，但能为旅客解决一个小问题，我们的内心也是快乐的。我们有责任，也有能力向社会证明：我们是朝气蓬勃的一代，是能够担当时代重任的一代。</w:t>
      </w:r>
      <w:r>
        <w:rPr>
          <w:lang w:eastAsia="zh-CN"/>
        </w:rPr>
        <w:br/>
      </w:r>
      <w:r>
        <w:rPr>
          <w:lang w:eastAsia="zh-CN"/>
        </w:rPr>
        <w:t>　　作为铁路春运青年志愿者，我们要感谢很多人。</w:t>
      </w:r>
      <w:r>
        <w:rPr>
          <w:lang w:eastAsia="zh-CN"/>
        </w:rPr>
        <w:br/>
      </w:r>
      <w:r>
        <w:rPr>
          <w:lang w:eastAsia="zh-CN"/>
        </w:rPr>
        <w:t>　　感谢__市团委、__铁路局团委、__车站能够提供提供这样一个平台，锤炼了我们的人生、丰富了我们的阅历、拓展了我们的视野，谢谢你们!从发布招募启事到现在，你们为组织好此次春运志愿服务，让我们的志愿能够精神饱满地投入到工作中，不知费了多少心，你们时常关心我们的饮食和休息情况，多次在工作繁忙之余深入到火车站看望我们大家。我们真的很感动!感谢火车站的工作人员，是你们教会我们如何更好的为旅客服务，怎样把车站的温暖传递到每一位旅客心中，是你们陪伴着我们走过了这个特殊的春节，渡过了这个很有意义的寒假，感谢你们!你们辛苦了!</w:t>
      </w:r>
      <w:r>
        <w:rPr>
          <w:lang w:eastAsia="zh-CN"/>
        </w:rPr>
        <w:br/>
      </w:r>
      <w:r>
        <w:rPr>
          <w:lang w:eastAsia="zh-CN"/>
        </w:rPr>
        <w:t>　　我还要对所有的志愿者说：我们为了共同的目标走到一起，我很珍惜和你们并肩作战的每一天。我们服务了旅客，奉献了春运，也收获了自我，我们拥有这个寒假同样的精彩。我相信，不管我们以后在哪里，都不会忘记20__年春运在__车站这段难忘的经历，都不会忘记我们的友谊，即将开学了，我衷心祝愿大家学业有成、身体健康、万事如意!</w:t>
      </w:r>
      <w:r>
        <w:rPr>
          <w:lang w:eastAsia="zh-CN"/>
        </w:rPr>
        <w:br/>
      </w:r>
      <w:r>
        <w:rPr>
          <w:lang w:eastAsia="zh-CN"/>
        </w:rPr>
        <w:t>　　伟大的时代激扬青春的风采，宏伟的事业成就青春的理想，我们一定会在中国共青团旗帜指引下，将志愿者精神继续发扬和传承，弘扬新风正气，服务奉献社会，撒播文明之种，用责任心和爱心奏响一曲嘹亮的青春之歌，也为自己在以后的成长道路上留下一行坚实的足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大学生社会实践总结分享 篇7 </w:t>
      </w:r>
      <w:r>
        <w:rPr>
          <w:lang w:eastAsia="zh-CN"/>
        </w:rPr>
        <w:br/>
      </w:r>
      <w:r>
        <w:rPr>
          <w:lang w:eastAsia="zh-CN"/>
        </w:rPr>
        <w:t>　　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r>
        <w:rPr>
          <w:lang w:eastAsia="zh-CN"/>
        </w:rPr>
        <w:br/>
      </w:r>
      <w:r>
        <w:rPr>
          <w:lang w:eastAsia="zh-CN"/>
        </w:rPr>
        <w:t>　　寒假我回到了家乡，为了使自己假期过的充实，自己独立的去找了一份工作是中国移动通信的(专营店)，其实也算是营业员。因为移动网络很多方面用的就是非完全电子商务。在那工作我没有说我是实习生对公司的人来说我是一个走出社会的人了，给我的压力是自己要像有社会经验的人一样。幸运的是，在我努力学习下，很顺利的和同事相处，工作也投入了其中。我的工作主要是办卡，充值和业务咨询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经过一段时间后，自己常常出现错误，粗心大意，马虎了事，心浮气躁。而且也接受了批评，这使我明白了做任何事都一样，需要有恒心、细心和毅力，那才会到达成功的彼岸!社会实践活动带给我们的是欣喜，喜悦。在实践活动中我们感受到自己的微薄，体会到整个社会强大的凝聚力。一方面，我们锻炼了自己的能力，在实践中成长，在实践中学习，充实了自我，增强了口头表述能力，与人交流，真正地走出课堂。如何服务大家，享受自己的成果，使自己陶醉在喜悦之中，有时会很累，但更多的感觉是我在成长，我在有意义地成长，在这之后，我明显地发现自己变开朗了，虽然我自己的力量不足以改变一些东西，但如果再多一些人呢，整个社会共同努力，这才是动力之根本，动力之源泉;另一方面，我意识到了自己的不足，没有经验，没有与人交流的口才。说实话，对于这种实践活动，我并不十分清楚其真正的意义。可是对于一个大学生而言，敢于接受挑战是一种基本的素质。于是，我带着心中的问号，踏上了社会实践的道路,也结束了这个实习阶段。在这次会计实习中，我可谓受益非浅。仅仅的一个月实习，我将受益终生。这一次的实习虽然时间短暂，虽然接触到的工作很浅，但是依然让我学到了许多知识和经验，这些都是书本上无法得来的。通过实习我们能够更好的了解自己的不足，了解这个社会的方方面面，同时给自己在新的学期定下了目标，能够让我更早的为自己做好职业规划，设定人生目标，向成功迈进一大步。</w:t>
      </w:r>
      <w:r>
        <w:rPr>
          <w:lang w:eastAsia="zh-CN"/>
        </w:rPr>
        <w:br/>
      </w:r>
      <w:r>
        <w:rPr>
          <w:lang w:eastAsia="zh-CN"/>
        </w:rPr>
        <w:t>　　我打过工，知道学生打工很不容易。学生是廉价劳动力，有的公司很江湖，我们辛辛苦苦赚来的钱还少给，有的是托着不给，还有的干脆就不给了。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那么现在自然先是得选择好打工的种类。时下大学生打工无非是做家教，搞推销，出卖劳动力。据说现在做家教就等同于骗钱。这可是我们班上十几位做家教的同学一致的心得体会。再说由于这学期就要结束了就算想骗也没有地方骗了，因此做家教显然行不通。搞推销，说句老实话，其实我是很想干这行的。不就是告嘴皮子混饭吃吗，那还不容易?可转念一想，还是不行，只因为自己面目狰狞。加上五短身材，我的哥们一致要求我不要去现丑。说是影响市容，极易让外国游客对广州产生误解。我知道什么叫金玉良言。什么叫忠言逆耳。为了顾全大局，推销也只好作罢——说实话，推销实在太苦了。我怕我受不了。</w:t>
      </w:r>
      <w:r>
        <w:rPr>
          <w:lang w:eastAsia="zh-CN"/>
        </w:rPr>
        <w:br/>
      </w:r>
      <w:r>
        <w:rPr>
          <w:lang w:eastAsia="zh-CN"/>
        </w:rPr>
        <w:t>　　我寒假每天早晨7：00起来，下午6：30下班。听听元老们的工作经验，慢慢的我干了将近一个月，教我一些有关公司的基本知识。我慢慢的开始进入工作状态。每天对象是电脑，一天下来，我的眼睛都成肿的了。打工可真累，我是深有体会呀!但是打工不仅可以增加收入，减轻家里的负担，还可以通过打工锻炼自己，培养各方面的能力。打工是人生历练的过程，是人生很有意义的经历。边学习边打工，收获肯定会比在学校里一味读书多得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两耳不闻窗外事，一心只读圣贤书只是古代读书人的美好意愿，它已经不符合现代大学生的追求，如今的大学生身在校园，心儿却更加开阔，他们希望自己尽可能早地接触社会，更早地融入丰富多彩的生活。时下，打工的大学生一族正逐渐壮大成了一个部落，成为校园里一道亮丽的风景。显然，大学生打工已成为一种势不可挡的社会潮流，大学生的价值取向在这股潮流中正悄悄发生着改变。</w:t>
      </w:r>
      <w:r>
        <w:rPr>
          <w:lang w:eastAsia="zh-CN"/>
        </w:rPr>
        <w:br/>
      </w:r>
      <w:r>
        <w:rPr>
          <w:lang w:eastAsia="zh-CN"/>
        </w:rPr>
        <w:t>　　对于大学生打工，一直是仁者见仁，智者见智，许多人的看法不尽相同。每个人都有自己的人生模式，我们有理由走自己选择的人生路，只要把握住自己，掌握好学习与打工的分寸，肯定能把大学这个人生阶段过得丰富多彩。</w:t>
      </w:r>
      <w:r>
        <w:rPr>
          <w:lang w:eastAsia="zh-CN"/>
        </w:rPr>
        <w:br/>
      </w:r>
      <w:r>
        <w:rPr>
          <w:lang w:eastAsia="zh-CN"/>
        </w:rPr>
        <w:t>　　打工的途径或者形式多种多样，只要是对社会有益，对自己积累人生经历有益，还能够有少量收入，就可以毫不犹豫的参与其中。</w:t>
      </w:r>
      <w:r>
        <w:rPr>
          <w:lang w:eastAsia="zh-CN"/>
        </w:rPr>
        <w:br/>
      </w:r>
      <w:r>
        <w:rPr>
          <w:lang w:eastAsia="zh-CN"/>
        </w:rPr>
        <w:t>　　老板对我很好，对员工们都很好，第一月虽然没有学到多少东西，但是，我对公司的印象还是比较不错。我会更加努力的去做。不会让公司的员工失望的。</w:t>
      </w:r>
      <w:r>
        <w:rPr>
          <w:lang w:eastAsia="zh-CN"/>
        </w:rPr>
        <w:br/>
      </w:r>
      <w:r>
        <w:rPr>
          <w:lang w:eastAsia="zh-CN"/>
        </w:rPr>
        <w:t>　　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r>
        <w:rPr>
          <w:lang w:eastAsia="zh-CN"/>
        </w:rPr>
        <w:br/>
      </w:r>
      <w:r>
        <w:rPr>
          <w:lang w:eastAsia="zh-CN"/>
        </w:rPr>
        <w:t>　　小草用绿色证明自己，鸟儿用歌声证明自己，我们要用行动证明自己。打一份工，为以后的成功奠基吧!</w:t>
      </w:r>
      <w:r>
        <w:rPr>
          <w:lang w:eastAsia="zh-CN"/>
        </w:rPr>
        <w:br/>
      </w:r>
      <w:r>
        <w:rPr>
          <w:lang w:eastAsia="zh-CN"/>
        </w:rPr>
        <w:t>　　不经风雨，怎见彩虹，没有人能轻轻松松成功。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总之，这个寒假的社会实践是丰富而又有意义，一些心得和体会让人感到兴奋，但却决不仅仅用兴奋就能描述的，因为这是一种实实在在收获，是对有经验者优先的感悟。</w:t>
      </w:r>
      <w:r>
        <w:rPr>
          <w:lang w:eastAsia="zh-CN"/>
        </w:rPr>
        <w:br/>
      </w:r>
      <w:r>
        <w:rPr>
          <w:lang w:eastAsia="zh-CN"/>
        </w:rPr>
        <w:t>　　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r>
        <w:rPr>
          <w:lang w:eastAsia="zh-CN"/>
        </w:rPr>
        <w:br/>
      </w:r>
      <w:r>
        <w:rPr>
          <w:lang w:eastAsia="zh-CN"/>
        </w:rPr>
        <w:t>　　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r>
        <w:rPr>
          <w:lang w:eastAsia="zh-CN"/>
        </w:rPr>
        <w:br/>
      </w:r>
      <w:r>
        <w:rPr>
          <w:lang w:eastAsia="zh-CN"/>
        </w:rPr>
        <w:t>　　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r>
        <w:rPr>
          <w:lang w:eastAsia="zh-CN"/>
        </w:rPr>
        <w:br/>
      </w:r>
      <w:r>
        <w:rPr>
          <w:lang w:eastAsia="zh-CN"/>
        </w:rPr>
        <w:t>　　就业环境的不容乐观，竞争形式的日趋激烈，面对忧虑和压力，于是就有了像我一样的在校大学生选择了寒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r>
        <w:rPr>
          <w:lang w:eastAsia="zh-CN"/>
        </w:rPr>
        <w:br/>
      </w:r>
      <w:r>
        <w:rPr>
          <w:lang w:eastAsia="zh-CN"/>
        </w:rPr>
        <w:t>　　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w:t>
      </w:r>
      <w:r>
        <w:rPr>
          <w:lang w:eastAsia="zh-CN"/>
        </w:rPr>
        <w:br/>
      </w:r>
      <w:r>
        <w:rPr>
          <w:lang w:eastAsia="zh-CN"/>
        </w:rPr>
        <w:t>　　面对日益严峻的就业形势和日新月异的社会，我觉得大学生应该转变观念，不要简单地把暑期打工作为挣钱或者是积累社会经验的手段，更重要的是借机培养自己的创业和社会实践能力。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现在的招聘单位越来越看重大学生的实践和动手能力以及与他人的交际能力。作为一名大学生，只要是自己所能承受的，就应该把握所有的机会，正确衡量自己，充分发挥所长，以便进入社会后可以尽快走上轨道。</w:t>
      </w:r>
      <w:r>
        <w:rPr>
          <w:lang w:eastAsia="zh-CN"/>
        </w:rPr>
        <w:br/>
      </w:r>
      <w:r>
        <w:rPr>
          <w:lang w:eastAsia="zh-CN"/>
        </w:rPr>
        <w:t>　　在这次寒期的工作中，我懂得了理论与实践相结合的重要性，获益良多，这对我今后的生活和学习都有很大程度上的启发。这次的打工是一个开始，也是一个起点，我相信这个起点将会促使我逐步走向社会，慢慢走向成熟。</w:t>
      </w:r>
      <w:r>
        <w:rPr>
          <w:lang w:eastAsia="zh-CN"/>
        </w:rPr>
        <w:br/>
      </w:r>
      <w:r>
        <w:rPr>
          <w:lang w:eastAsia="zh-CN"/>
        </w:rPr>
        <w:t xml:space="preserve">    大学生社会实践总结分享 篇8 </w:t>
      </w:r>
      <w:r>
        <w:rPr>
          <w:lang w:eastAsia="zh-CN"/>
        </w:rPr>
        <w:br/>
      </w:r>
      <w:r>
        <w:rPr>
          <w:lang w:eastAsia="zh-CN"/>
        </w:rPr>
        <w:t>　　翠玉清溪小分队：李海琼、李翠芳、李翠琼、普云飞、刘红敏、高宇</w:t>
      </w:r>
      <w:r>
        <w:rPr>
          <w:lang w:eastAsia="zh-CN"/>
        </w:rPr>
        <w:br/>
      </w:r>
      <w:r>
        <w:rPr>
          <w:lang w:eastAsia="zh-CN"/>
        </w:rPr>
        <w:t>　　一、 前言</w:t>
      </w:r>
      <w:r>
        <w:rPr>
          <w:lang w:eastAsia="zh-CN"/>
        </w:rPr>
        <w:br/>
      </w:r>
      <w:r>
        <w:rPr>
          <w:lang w:eastAsia="zh-CN"/>
        </w:rPr>
        <w:t>　　大学生就业困难一直以来都是大家关注的热点话题，诸如北大的学生卖猪肉、做清洁工这样的新闻已经数见不鲜，大家对大学生就业问题的态度也开始有所转变，从开始严肃紧张变为无奈的戏谑，“毕业就是失业”这样的话几乎成为毕业大学生的一句流行语。</w:t>
      </w:r>
      <w:r>
        <w:rPr>
          <w:lang w:eastAsia="zh-CN"/>
        </w:rPr>
        <w:br/>
      </w:r>
      <w:r>
        <w:rPr>
          <w:lang w:eastAsia="zh-CN"/>
        </w:rPr>
        <w:t>　　其实出现大学生就业困难的问题并不仅是跟当前的经济状况有关，因为在实际情况中，一面是大学生找不到工作，一面是许多企业和单位面临着用工荒，所以就业困难这一问题还与大学生的职业价值观等多方面问题有关。就业是民生之本，就业问题关乎到社会的稳定和发展，从招聘方和大学生两者之间解决需求矛盾，是解决这一问题的关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师范生是大学生群体中特殊的组成，他们的就业方向基本固定在教育机构，而教育机构每年提供的岗位数量一定，出了免费师范生之外的其他师范生均面临着激烈的岗位竞争，他们的就业输出方向较为单一，假如教育机构这一人力输出受阻，他们的就业问题将变得十分严峻，所以毕业师范生对用人单位的职位要求以及就业趋势的了解，将有利于帮助师范生解决就业问题。</w:t>
      </w:r>
      <w:r>
        <w:rPr>
          <w:lang w:eastAsia="zh-CN"/>
        </w:rPr>
        <w:br/>
      </w:r>
      <w:r>
        <w:rPr>
          <w:lang w:eastAsia="zh-CN"/>
        </w:rPr>
        <w:t>　　在招生就业处和校团委联合组织开展的第四届 “千名学子闯市场” 暑期社会实践活动中，我们翠玉清溪小分队针对师范生的就业问题对云南省玉溪市民族中学展开了调查，从局部情况和全国情况作了对比，在调查中获取了许多重要信息，希望它能够在师范生的就业问题上起到一定的积极作用。</w:t>
      </w:r>
      <w:r>
        <w:rPr>
          <w:lang w:eastAsia="zh-CN"/>
        </w:rPr>
        <w:br/>
      </w:r>
      <w:r>
        <w:rPr>
          <w:lang w:eastAsia="zh-CN"/>
        </w:rPr>
        <w:t>　　二、 正文</w:t>
      </w:r>
      <w:r>
        <w:rPr>
          <w:lang w:eastAsia="zh-CN"/>
        </w:rPr>
        <w:br/>
      </w:r>
      <w:r>
        <w:rPr>
          <w:lang w:eastAsia="zh-CN"/>
        </w:rPr>
        <w:t>　　20__年7月4日由西南大学云南·玉溪籍学子组成的“翠玉清溪”小分队一行六人走访了玉溪市民族中学。在该校办公室副主任普春文老师的配合下，了解了玉溪市民族中学20__年的教师招聘情况，顺利完成了此次“千名学子闯市场”活动。</w:t>
      </w:r>
      <w:r>
        <w:rPr>
          <w:lang w:eastAsia="zh-CN"/>
        </w:rPr>
        <w:br/>
      </w:r>
      <w:r>
        <w:rPr>
          <w:lang w:eastAsia="zh-CN"/>
        </w:rPr>
        <w:t>　　这次采访活动主要围绕着需求层次、应聘要求以及工作安排三个方面对在免费师范生、师范生和非师范专业三类教师资源的招聘上进行了讨论。其招聘情况如下：</w:t>
      </w:r>
      <w:r>
        <w:rPr>
          <w:lang w:eastAsia="zh-CN"/>
        </w:rPr>
        <w:br/>
      </w:r>
      <w:r>
        <w:rPr>
          <w:lang w:eastAsia="zh-CN"/>
        </w:rPr>
        <w:t>　　玉溪市民族中学20__年计划招聘高中教师9名。其中化学老师3名，生物老师2名，英语老师1名，物理老师1名，通用技术老师1名，舞蹈老师1名。至20__年7月4日，已签约教师3名。其中2名为生物老师，1名为化学老师。已签约的3名教师均属于免费师范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普春文老师告诉我们，目前学校现任教师大部分都毕业于教育部直属的6所师范大学，学校在进行招聘时也更多地青睐于这6所大学的优秀毕业生。“不仅仅是因为免费师范生各方面的能力与素养都高于其他师范类学校的毕业生，而且因为免费师范生政策是国家推进教育发展的一项重要举措，我们必须积极响应国家号召。”</w:t>
      </w:r>
      <w:r>
        <w:rPr>
          <w:lang w:eastAsia="zh-CN"/>
        </w:rPr>
        <w:br/>
      </w:r>
      <w:r>
        <w:rPr>
          <w:lang w:eastAsia="zh-CN"/>
        </w:rPr>
        <w:t>　　据了解，玉溪市民族中学对应聘教师的考核主要通过笔试、面试和试讲来进行。“每个应聘者都要做一套由相应的教学小组出的试题，我们比较重视应聘者的专业素养。”这是玉溪市民族中学招聘教师的传统，而往往也是在这一关，很多师范生落选了。</w:t>
      </w:r>
      <w:r>
        <w:rPr>
          <w:lang w:eastAsia="zh-CN"/>
        </w:rPr>
        <w:br/>
      </w:r>
      <w:r>
        <w:rPr>
          <w:lang w:eastAsia="zh-CN"/>
        </w:rPr>
        <w:t>　　当我们问及应聘者存在的问题时，普老师说：“一方面是他们的专业基础不够扎实。有些师范生在笔试环节，竟然连及格分都考不到。另一方面是缺乏锻炼和创新。有些试讲者在试讲时过分紧张，以至于到后来不知所云。有些试讲者讲课时过于‘冷’，无法调动学生的积极性。”</w:t>
      </w:r>
      <w:r>
        <w:rPr>
          <w:lang w:eastAsia="zh-CN"/>
        </w:rPr>
        <w:br/>
      </w:r>
      <w:r>
        <w:rPr>
          <w:lang w:eastAsia="zh-CN"/>
        </w:rPr>
        <w:t>　　无独有偶，玉溪市民族中学在岗位招聘中的态度和面临的问题是全国许多教育单位所共有的，可以说，玉溪市民族中学的情况是在整个师范生就业大趋势下的具体表现。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从全国范围来看，师范生就业呈现冰火两重天，师范学校分层非常明显。华中师范大学就业指导中心主任曾浩分析，6所国家直属的师范学校（北师大、华东师大、东北师大、华中师大、陕西师大和西南大学）的学生供不应求，西北师范大学、湖南师范大学、南京师范大学、华南师范大学、河南师范大学等几所地方的师范大学就业形势也不错，其他省属、地属的师范院校就业形势较为严峻。从就业地区和求职方向的调查结果上看，一线发达城市仍为学生就业的首选，占58.53%，二线城市占20.6%。</w:t>
      </w:r>
      <w:r>
        <w:rPr>
          <w:lang w:eastAsia="zh-CN"/>
        </w:rPr>
        <w:br/>
      </w:r>
      <w:r>
        <w:rPr>
          <w:lang w:eastAsia="zh-CN"/>
        </w:rPr>
        <w:t>　　中学教师的学缘结构转向师范院校和综合性大学共同培养，非师范专业毕业生和社会人员通过教师资格认证进入教育系统，师资来源多元化。今年来，在全国范围内逐步开始实行教师资格认证制度，面向社会吸纳师资；同时，鼓励综合性高等院校参与培养、培训中小学教师工作，使得师资来源多元化。但由于受社会认同和学校品牌的长期影响，普教系统仍然是师范院校尤其是部属师范院校的优势就业领域。</w:t>
      </w:r>
      <w:r>
        <w:rPr>
          <w:lang w:eastAsia="zh-CN"/>
        </w:rPr>
        <w:br/>
      </w:r>
      <w:r>
        <w:rPr>
          <w:lang w:eastAsia="zh-CN"/>
        </w:rPr>
        <w:t>　　但是，这一优势近年来也不断受到就业市场容量的挑战，我们面临中西部优质师资匮乏，大城市职位日渐饱和，基层教育系统缺少编制的现实情况。一方面，从理论上讲，在中西部</w:t>
      </w:r>
      <w:r>
        <w:rPr>
          <w:lang w:eastAsia="zh-CN"/>
        </w:rPr>
        <w:br/>
      </w:r>
      <w:r>
        <w:rPr>
          <w:lang w:eastAsia="zh-CN"/>
        </w:rPr>
        <w:t>　　地区优秀师资缺口巨大；在经济发达地区，发展教育事业得到了物质保障，适龄学生有条件接受高中教育，不少地方高中升学率接近或达到100%，高中需要扩招，加之近几年民办学校、职业学校大量兴起，这使得师范生就业机会增多，又势必在教育系统内为毕业生拓宽了就业市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另一方面，教育系统编制缺乏，很多现任老师还在体制系统之外等待入编。由于大城市对于毕业生有很大的吸引力，毕业生就业首选北京、上海等大城市，而在这些一线城市，中学教师岗位日渐饱和，又受到户口和编制的限制，不可能再大量接收毕业生，而且北京的中学也主要接收硕士生和博士生。因此，在普教系统就业面临较大的竞争和压力，近两三年来，中西部省会城市及一些经济发达地区的二线甚至三线城市将会成为毕业生的聚集地。</w:t>
      </w:r>
      <w:r>
        <w:rPr>
          <w:lang w:eastAsia="zh-CN"/>
        </w:rPr>
        <w:br/>
      </w:r>
      <w:r>
        <w:rPr>
          <w:lang w:eastAsia="zh-CN"/>
        </w:rPr>
        <w:t>　　三、 讨论</w:t>
      </w:r>
      <w:r>
        <w:rPr>
          <w:lang w:eastAsia="zh-CN"/>
        </w:rPr>
        <w:br/>
      </w:r>
      <w:r>
        <w:rPr>
          <w:lang w:eastAsia="zh-CN"/>
        </w:rPr>
        <w:t>　　近年来国家致力于维护就业公平，逢招必考，教育局和中学通常也要通过面试和试讲确定教师人选，很多比较好的中学在招聘季节内通常要从北到南，在全国范围内选拔优秀毕业生，不夸张地说，最终录用的毕业生真是百里挑一。在教育系统就业，唯一的资本是自身实力，相比其他领域，选拔过程和录用结果更具公平性，因此，毕业生的个人素质和能力尤显重要。</w:t>
      </w:r>
      <w:r>
        <w:rPr>
          <w:lang w:eastAsia="zh-CN"/>
        </w:rPr>
        <w:br/>
      </w:r>
      <w:r>
        <w:rPr>
          <w:lang w:eastAsia="zh-CN"/>
        </w:rPr>
        <w:t>　　在选择教师的标准上，除了要求有教师资格证、普通话等级证、计算机证等硬性条件外，教师岗位还需要应聘毕业生具有较强的沟通能力、语言组织表达能力、外在气质等综合素质和能力，很多用人单位表示录用教师“第一看专业成绩，第二看个人能力”，除了专业知识，学校最看重的是毕业生的组织管理协调能力和沟通能力。</w:t>
      </w:r>
      <w:r>
        <w:rPr>
          <w:lang w:eastAsia="zh-CN"/>
        </w:rPr>
        <w:br/>
      </w:r>
      <w:r>
        <w:rPr>
          <w:lang w:eastAsia="zh-CN"/>
        </w:rPr>
        <w:t>　　中学老师不仅要与同事、学生打交道，还要与学生家长打交道；不仅要传授知识，还要擅长处理学生之间甚至家长之间的矛盾问题，很多毕业生没有实际社会经验，不会与人打交道，只能“独善其身”，不会解决复杂问题。随着用人单位对学生素质要求的不断提高，学生的表达能力、人际交往能力、管理组织能力等越来越受到重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很多想当老师的同学欠缺基本的职业素养和职业技能。这是因为，近年来，我国的师范教育本身存在师范性日益削弱的问题，很多师范院校向综合性、研究型大学靠拢，有的还与综合性大学合并，将工作的重心转向追求专业的学术性和综合性，直接削弱了师范教育特色，</w:t>
      </w:r>
      <w:r>
        <w:rPr>
          <w:lang w:eastAsia="zh-CN"/>
        </w:rPr>
        <w:br/>
      </w:r>
      <w:r>
        <w:rPr>
          <w:lang w:eastAsia="zh-CN"/>
        </w:rPr>
        <w:t>　　从对学生培养目标和方式来看，在研究型和师范的特色之间，实际上更偏重研究型，学校和院系侧重对学生学术研究能力的培养和考查，忽视对学生进行教师职业技能的训练，这样的培养目标使学生基础知识扎实、学习能力强、科研能力强，但其他能力却相对较弱。</w:t>
      </w:r>
      <w:r>
        <w:rPr>
          <w:lang w:eastAsia="zh-CN"/>
        </w:rPr>
        <w:br/>
      </w:r>
      <w:r>
        <w:rPr>
          <w:lang w:eastAsia="zh-CN"/>
        </w:rPr>
        <w:t>　　四、 总结</w:t>
      </w:r>
      <w:r>
        <w:rPr>
          <w:lang w:eastAsia="zh-CN"/>
        </w:rPr>
        <w:br/>
      </w:r>
      <w:r>
        <w:rPr>
          <w:lang w:eastAsia="zh-CN"/>
        </w:rPr>
        <w:t>　　随着国家师范生就业政策的变化和大学生就业市场化的不断深入，师范就业市场本身的资源配置情况发生了较大变化，6所国家直属的师范学校的师范生就业情况良好，地方师范学校的师范生就业情况较为紧张，免费师范生在各地的就业情况良好，具有优先权。</w:t>
      </w:r>
      <w:r>
        <w:rPr>
          <w:lang w:eastAsia="zh-CN"/>
        </w:rPr>
        <w:br/>
      </w:r>
      <w:r>
        <w:rPr>
          <w:lang w:eastAsia="zh-CN"/>
        </w:rPr>
        <w:t>　　在教育系统就业，毕业师范生的能力至关重要，一方面是专业知识，另一方面是教学能力，两者缺一不可。毕业生缺乏教师职业技能训练，是毕业生和高校都必须重视的问题，这个问题非师范院校的毕业生需要自己解决，师范院校的毕业生同样也需要补补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这次暑期社会实践让我们在就业问题上打开了新的窗户，看到了以前不曾注意到的问题，让我们了解到只有站在总体的高度去看待问题才能更全面地了解实际情况，为将来的奋斗目标做好自己的打算。虽然活动区域不是很广泛，收集到的资料也很有限，在整个过程中也有许多疏漏，但我们还是收获了很多课本里没有的知识，为我们踏入社会做了一些必要的铺垫。社会实践为大学生与社会搭建了沟通桥梁，知识与实践相结合，才能贡献出我们大学生应有的价值，实现自己的人生目标。“百无一用是书生”，我相信我们大学生会用自己的行动，在就业方面攻克难关，让这句话永远贴上“谣言”的标签！</w:t>
      </w:r>
      <w:r>
        <w:rPr>
          <w:lang w:eastAsia="zh-CN"/>
        </w:rPr>
        <w:br/>
      </w:r>
      <w:r>
        <w:rPr>
          <w:lang w:eastAsia="zh-CN"/>
        </w:rPr>
        <w:t>　　二〇__年七月十三日</w:t>
      </w:r>
      <w:r>
        <w:rPr>
          <w:lang w:eastAsia="zh-CN"/>
        </w:rPr>
        <w:br/>
      </w:r>
      <w:r>
        <w:rPr>
          <w:lang w:eastAsia="zh-CN"/>
        </w:rPr>
        <w:t xml:space="preserve">    大学生社会实践总结分享 篇9 </w:t>
      </w:r>
      <w:r>
        <w:rPr>
          <w:lang w:eastAsia="zh-CN"/>
        </w:rPr>
        <w:br/>
      </w:r>
      <w:r>
        <w:rPr>
          <w:lang w:eastAsia="zh-CN"/>
        </w:rPr>
        <w:t>　　今天去参加了社团组织的社会实践活动。活动的内容是帮助社区的清洁工、叔叔阿姨检查社区的垃圾。</w:t>
      </w:r>
      <w:r>
        <w:rPr>
          <w:lang w:eastAsia="zh-CN"/>
        </w:rPr>
        <w:br/>
      </w:r>
      <w:r>
        <w:rPr>
          <w:lang w:eastAsia="zh-CN"/>
        </w:rPr>
        <w:t>　　很早就到了居委会门口。我以为自己是最早的，但是到了之后发现好多小学生已经在那里等了很久了。</w:t>
      </w:r>
      <w:r>
        <w:rPr>
          <w:lang w:eastAsia="zh-CN"/>
        </w:rPr>
        <w:br/>
      </w:r>
      <w:r>
        <w:rPr>
          <w:lang w:eastAsia="zh-CN"/>
        </w:rPr>
        <w:t>　　听了大妈关于如何捡垃圾和安全的教育，三点钟，我和那些对祖国未来抱有希望的人分成了几组，被不同的大妈大伯带到不同的地方，准备和那些不自觉消失在路上堆了好几天不肯离开的烟花残骸，和那些被主人抛弃的可怜的瓜子和果皮一起满地战斗到死，为了建设我们的和谐社会，一定要彻底清除地上的垃圾，免得被那些诡计多端的破坏者揭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经过大妈大伯们的动员，我们的斗志完全被激发出来了！我们像冲锋陷阵的士兵一样，像垃圾堆一样奔跑。我们戴着手套和塑料袋。戴手套的同学捡垃圾，塑料袋的同学捡垃圾。我们彼此合作非常默契，工作效率极高。不到两个小时，100平米的`草地上的垃圾几乎被检出。虽然下着雨，学生们脸上都流了一点汗，但他们仍然努力学习。只有在去倒垃圾的路上，他们才会稍微休息一下，聊聊天。</w:t>
      </w:r>
      <w:r>
        <w:rPr>
          <w:lang w:eastAsia="zh-CN"/>
        </w:rPr>
        <w:br/>
      </w:r>
      <w:r>
        <w:rPr>
          <w:lang w:eastAsia="zh-CN"/>
        </w:rPr>
        <w:t>　　据了解，大多数学生来参加社会活动时不吃早餐，空腹。当时是中午，但是同学们虽然忍不住合唱，也没有抱怨。我很震惊有同学为了参加这个活动，每天只放弃了六个小时的睡眠时间。我彻底明白差距是什么了！</w:t>
      </w:r>
      <w:r>
        <w:rPr>
          <w:lang w:eastAsia="zh-CN"/>
        </w:rPr>
        <w:br/>
      </w:r>
      <w:r>
        <w:rPr>
          <w:lang w:eastAsia="zh-CN"/>
        </w:rPr>
        <w:t>　　一个小时后，战斗几乎结束。我们看着绿草没有任何声响，居委会的叔叔阿姨们依旧慈祥地笑着。一种莫名的幸福来了，嘴角掠过一丝微笑。</w:t>
      </w:r>
      <w:r>
        <w:rPr>
          <w:lang w:eastAsia="zh-CN"/>
        </w:rPr>
        <w:br/>
      </w:r>
      <w:r>
        <w:rPr>
          <w:lang w:eastAsia="zh-CN"/>
        </w:rPr>
        <w:t>　　我们的努力是值得的！这种社会实践的经验对我们终身有用！</w:t>
      </w:r>
      <w:r>
        <w:rPr>
          <w:lang w:eastAsia="zh-CN"/>
        </w:rPr>
        <w:br/>
      </w:r>
      <w:r>
        <w:rPr>
          <w:lang w:eastAsia="zh-CN"/>
        </w:rPr>
        <w:t xml:space="preserve">    大学生社会实践总结分享 篇10 </w:t>
      </w:r>
      <w:r>
        <w:rPr>
          <w:lang w:eastAsia="zh-CN"/>
        </w:rPr>
        <w:br/>
      </w:r>
      <w:r>
        <w:rPr>
          <w:lang w:eastAsia="zh-CN"/>
        </w:rPr>
        <w:t>　　20__年寒假期间，在校团委的号召下，为社会建设贡献一份力量，为提高自己各方面的能力，加深自己对社会的了解，我到__市青少年活动中心进行了为期半个月的实习，实习的项目是作为科普试验班的老师给三十几个小学生讲课，讲课期间我感觉学到了很多东西，下面我就介绍一下我这半个月的经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我是十二月十五号去的，到一月六号结束，期间我一共讲了十五节课，讲课的内容是电子积木、物理世界、生物世界、天文世界，共四门课程。而我是个文科生，对这几门课程早已忘的精光，更不用说给别人讲了，为了把握这次难得实践机会，我便一边自学，一边讲课，虽然是累了一些，但是感觉挺充实，尤其是看到那些天真烂漫的小孩子，瞪着眼睛问我问题的时候，我感觉特别的欣慰，毕竟这也是一份体验，一种为人师的体验，也许以后自己并不从事这方面的工作，但回忆起来，也是自己的一笔宝贵的财富。</w:t>
      </w:r>
      <w:r>
        <w:rPr>
          <w:lang w:eastAsia="zh-CN"/>
        </w:rPr>
        <w:br/>
      </w:r>
      <w:r>
        <w:rPr>
          <w:lang w:eastAsia="zh-CN"/>
        </w:rPr>
        <w:t>　　讲课期间，我跟许多孩子的家长交流过，从他们身上，我看到了家长望子成龙的心是多么强烈，更看到了父母对自己的孩子那分无私的爱，想起自己在家辛苦忙碌的父母，不禁油然产生一种敬意，在跟家长交流期间，其中一个孩子的母亲跟我谈了许多，她说把孩子就交给我了，使我很感动，同时也感到了自己责任的重大，自己现在的身份是一名老师，既然为人师，就应该对学生负责，虽然自己现在的身份更确切说还是一名大学生，但早晚也要走向社会，现在学会对自己所做的事勇于负责任，才能对自己几年之后真正踏出校门打下一个良好的基础。</w:t>
      </w:r>
      <w:r>
        <w:rPr>
          <w:lang w:eastAsia="zh-CN"/>
        </w:rPr>
        <w:br/>
      </w:r>
      <w:r>
        <w:rPr>
          <w:lang w:eastAsia="zh-CN"/>
        </w:rPr>
        <w:t>　　十二月十五号下午三点，我第一次蹬上讲台，那天是讲生物世界，刚走上讲台是，望台下扫视一下，那么多眼睛在看着自己，感觉真有点紧张，事前背好的“台词”全都忘了，脑子里一片空白，上家教的时候自己那么有感觉，为什么一上大课，自己竟不知所措了呢?这样跟学生“对峙”了几分钟，心想自己既然走到了这个位置，就临场发挥吧，管不了那么多了，于是我就清了一下嗓门，开始讲课，也不知怎么的，一讲课，仿佛感觉又回到了我身上，也许是没有什么思想包袱的缘故吧，那节课结束后，我得到了同学们和听课老师的热烈掌声，试讲顺利过关，事后我都觉的不可思议，心想自己身上还有不少潜力可以挖掘呢，不禁会心的笑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之后的日子，讲课慢慢步入正规，再没有第一次蹬上讲台的拘谨，也敢于放开讲了，在这短短的十五天里，认识了不少小朋友及他们的家长，建立了比较真诚的友谊。</w:t>
      </w:r>
      <w:r>
        <w:rPr>
          <w:lang w:eastAsia="zh-CN"/>
        </w:rPr>
        <w:br/>
      </w:r>
      <w:r>
        <w:rPr>
          <w:lang w:eastAsia="zh-CN"/>
        </w:rPr>
        <w:t>　　最后一节课，开家长会的时候，看到那些小学生天真的脸庞，及家长们满意的笑容，我感觉我的付出没有白费，因为我得到了别人的认可，没有什么比别人对自己的认可最让人高兴的，我坚信这一点，我也有信心在以后的日子里做的更好。</w:t>
      </w:r>
      <w:r>
        <w:rPr>
          <w:lang w:eastAsia="zh-CN"/>
        </w:rPr>
        <w:br/>
      </w:r>
      <w:r>
        <w:rPr>
          <w:lang w:eastAsia="zh-CN"/>
        </w:rPr>
        <w:t>　　实践结束之后，我感到自己有很大收获：</w:t>
      </w:r>
      <w:r>
        <w:rPr>
          <w:lang w:eastAsia="zh-CN"/>
        </w:rPr>
        <w:br/>
      </w:r>
      <w:r>
        <w:rPr>
          <w:lang w:eastAsia="zh-CN"/>
        </w:rPr>
        <w:t>　　一、待人要真诚</w:t>
      </w:r>
      <w:r>
        <w:rPr>
          <w:lang w:eastAsia="zh-CN"/>
        </w:rPr>
        <w:br/>
      </w:r>
      <w:r>
        <w:rPr>
          <w:lang w:eastAsia="zh-CN"/>
        </w:rPr>
        <w:t>　　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心变成“透明人”的事情根本没有发生。我想，应该是我的真诚，换取了同事的信任。他们把我当朋友，也愿意把工作分配给我。</w:t>
      </w:r>
      <w:r>
        <w:rPr>
          <w:lang w:eastAsia="zh-CN"/>
        </w:rPr>
        <w:br/>
      </w:r>
      <w:r>
        <w:rPr>
          <w:lang w:eastAsia="zh-CN"/>
        </w:rPr>
        <w:t>　　二、要善于沟通</w:t>
      </w:r>
      <w:r>
        <w:rPr>
          <w:lang w:eastAsia="zh-CN"/>
        </w:rPr>
        <w:br/>
      </w:r>
      <w:r>
        <w:rPr>
          <w:lang w:eastAsia="zh-CN"/>
        </w:rPr>
        <w:t>　　沟通是一种重要的技巧和能力，时时都要巧妙运用。认识一个人，首先要记住对方的名字。了解一个人，则需要深入的交流。而这些，都要自己主动去做。</w:t>
      </w:r>
      <w:r>
        <w:rPr>
          <w:lang w:eastAsia="zh-CN"/>
        </w:rPr>
        <w:br/>
      </w:r>
      <w:r>
        <w:rPr>
          <w:lang w:eastAsia="zh-CN"/>
        </w:rPr>
        <w:t>　　三、要有热情和信心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最好。</w:t>
      </w:r>
      <w:r>
        <w:rPr>
          <w:lang w:eastAsia="zh-CN"/>
        </w:rPr>
        <w:br/>
      </w:r>
      <w:r>
        <w:rPr>
          <w:lang w:eastAsia="zh-CN"/>
        </w:rPr>
        <w:t>　　五、要主动出击</w:t>
      </w:r>
      <w:r>
        <w:rPr>
          <w:lang w:eastAsia="zh-CN"/>
        </w:rPr>
        <w:br/>
      </w:r>
      <w:r>
        <w:rPr>
          <w:lang w:eastAsia="zh-CN"/>
        </w:rPr>
        <w:t>　　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r>
        <w:rPr>
          <w:lang w:eastAsia="zh-CN"/>
        </w:rPr>
        <w:br/>
      </w:r>
      <w:r>
        <w:rPr>
          <w:lang w:eastAsia="zh-CN"/>
        </w:rPr>
        <w:t>　　六、要讲究条理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如果你不想让自己在紧急的时候手忙脚乱，就要养成讲究条理性的好习惯。“做什么事情都要有条理，”这是刘经理给我的忠告。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r>
        <w:rPr>
          <w:lang w:eastAsia="zh-CN"/>
        </w:rPr>
        <w:br/>
      </w:r>
      <w:r>
        <w:rPr>
          <w:lang w:eastAsia="zh-CN"/>
        </w:rPr>
        <w:t>　　“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w:t>
      </w:r>
      <w:r>
        <w:rPr>
          <w:lang w:eastAsia="zh-CN"/>
        </w:rPr>
        <w:br/>
      </w:r>
      <w:r>
        <w:rPr>
          <w:lang w:eastAsia="zh-CN"/>
        </w:rPr>
        <w:t>　　短期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r>
        <w:rPr>
          <w:lang w:eastAsia="zh-CN"/>
        </w:rPr>
        <w:br/>
      </w:r>
      <w:r>
        <w:rPr>
          <w:lang w:eastAsia="zh-CN"/>
        </w:rPr>
        <w:t xml:space="preserve">    大学生社会实践总结分享 篇11 </w:t>
      </w:r>
      <w:r>
        <w:rPr>
          <w:lang w:eastAsia="zh-CN"/>
        </w:rPr>
        <w:br/>
      </w:r>
    </w:p>
    <w:p w:rsidR="001B1F19" w14:textId="27C3F48A">
      <w:pPr>
        <w:rPr>
          <w:rFonts w:hint="eastAsia"/>
          <w:lang w:eastAsia="zh-CN"/>
        </w:rPr>
      </w:pPr>
      <w:r>
        <w:rPr>
          <w:lang w:eastAsia="zh-CN"/>
        </w:rPr>
        <w:t>　　社会实习是大学生课外教育的一个重要方面，也是大学生自我能力培养的一个重要方式，因此对于我们在校大学生来说，能在寒假有充足的时间进行实习活动，给了我们一个认识社会、了解社会，提高自我能力的重要的机会。作为大二的学生，社会实习也不能停留在大一时期的那种毫无目的的迷茫状态，社会实习应在结合我们实际情况，能真正从中得到收益，而不是为了实习而实习，为了完成任务而实习。我觉得我们在进行社会实习之前应该有一个明确的目标，为自己制定一个切实可行的计划。应注重实习的过程，从过程中锻炼自己、提高能力。</w:t>
      </w:r>
      <w:r>
        <w:rPr>
          <w:lang w:eastAsia="zh-CN"/>
        </w:rPr>
        <w:br/>
      </w:r>
      <w:r>
        <w:rPr>
          <w:lang w:eastAsia="zh-CN"/>
        </w:rPr>
        <w:t>　　因此，为了更好的了解社会，锻炼自己，感受社会就业的现状，体验一下工作的乐趣，这学期的假期我根据时间及自己的实际情况在假期期间找了一份促销的工作，虽然仅有10多天时间，但我觉得受益非浅，基本上达到了自己的目的。短短的工作让我体会到了就业的力，自己能力的欠缺及社会的艰辛，同时让我感到工作的无比快乐，一种在学校自由天地无法体会到的残酷竞争的“愉悦”。</w:t>
      </w:r>
      <w:r>
        <w:rPr>
          <w:lang w:eastAsia="zh-CN"/>
        </w:rPr>
        <w:br/>
      </w:r>
      <w:r>
        <w:rPr>
          <w:lang w:eastAsia="zh-CN"/>
        </w:rPr>
        <w:t>　　促销是一种很好的工作体验，通过,人与人的沟通，可以了解一些跟我们专业相关的知识，比如不过的人过春节的习惯习俗，春节期间的旅游计划等等。我的促销工作主要是促销电器。</w:t>
      </w:r>
      <w:r>
        <w:rPr>
          <w:lang w:eastAsia="zh-CN"/>
        </w:rPr>
        <w:br/>
      </w:r>
      <w:r>
        <w:rPr>
          <w:lang w:eastAsia="zh-CN"/>
        </w:rPr>
        <w:t>　　促销的一天基本工作安排：</w:t>
      </w:r>
      <w:r>
        <w:rPr>
          <w:lang w:eastAsia="zh-CN"/>
        </w:rPr>
        <w:br/>
      </w:r>
      <w:r>
        <w:rPr>
          <w:lang w:eastAsia="zh-CN"/>
        </w:rPr>
        <w:t>　　促销前的短暂培训，了解电器的，名称、性能、型号、价格行情等方面的知识，面对顾客时的语言组织，仪容仪表等。接下来就是正式的工作。每天早上8：30开始上班，到达指定地点后做好准备工作，摆好宣传资料，礼品赠品，然后调整好心态迎接顾客。每天工作7个小时，在下午工作完后还有个必须的程序——一天的工作总结。经理、主管及促销员一起讨论一天促销工作中的战果及存在的问题。</w:t>
      </w:r>
      <w:r>
        <w:rPr>
          <w:lang w:eastAsia="zh-CN"/>
        </w:rPr>
        <w:br/>
      </w:r>
      <w:r>
        <w:rPr>
          <w:lang w:eastAsia="zh-CN"/>
        </w:rPr>
        <w:t>　　促销过程中的体会及感触：</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https://d.book118.com/865104321110011114</w:t>
        </w:r>
      </w:hyperlink>
    </w:p>
    <w:p w:rsidR="001B1F19">
      <w:pPr>
        <w:rPr>
          <w:rFonts w:hint="eastAsia"/>
          <w:lang w:eastAsia="zh-CN"/>
        </w:rPr>
      </w:pPr>
    </w:p>
    <w:sectPr>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6510432111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