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二年级小布头奇遇记读书心得（32篇）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二年级小布头奇遇记读书心得（通用32篇）</w:t>
      </w:r>
      <w:r>
        <w:rPr>
          <w:lang w:eastAsia="zh-CN"/>
        </w:rPr>
        <w:br/>
      </w:r>
      <w:r>
        <w:rPr>
          <w:lang w:eastAsia="zh-CN"/>
        </w:rPr>
        <w:t xml:space="preserve">    二年级小布头奇遇记读书心得 篇1 </w:t>
      </w:r>
      <w:r>
        <w:rPr>
          <w:lang w:eastAsia="zh-CN"/>
        </w:rPr>
        <w:br/>
      </w:r>
      <w:r>
        <w:rPr>
          <w:lang w:eastAsia="zh-CN"/>
        </w:rPr>
        <w:t>　　今天，我在家看了《小布头奇遇记》这篇童话。故事中的主人公是“小布头”，他是幼儿园的一个小老师用一块快小布精心制作而成的小布娃娃，别看他个儿小，却非常的可爱。新年到了，老师给小朋友们分发礼物。一开始，“小布头”被分给了一个叫豆豆的小男孩，可是豆豆嘟着嘴，他一点也不喜欢“小布头”，他想要的是苹苹手里的大洋娃娃。这可让“小布头”伤心极了。还好，这一切被苹苹发现了，苹苹就把自己的大洋娃娃换给了豆豆，于是“小布头”就跟苹苹回家了。</w:t>
      </w:r>
      <w:r>
        <w:rPr>
          <w:lang w:eastAsia="zh-CN"/>
        </w:rPr>
        <w:br/>
      </w:r>
      <w:r>
        <w:rPr>
          <w:lang w:eastAsia="zh-CN"/>
        </w:rPr>
        <w:t>　　在苹苹家里，“小布头”过得可开心了，苹苹请他坐小火车，让他当火车司机;还让妈妈给他做新外套;她还用自己的小积木给他搭起小床，在这个温暖的家里，“小布头”感到非常的幸福。可是后来，“小布头”为了证明自己的勇敢，从酱油瓶子顶上跳下来，结果摔掉了苹苹的饭碗儿，并把饭粒撒了一地，苹苹气坏了，批评了“小布头”，“小布头”就生气了，他决定离家出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一开始，我对“小布头”的印象不大好，因为他太爱生气了，经受不起别人的批评，但是，故事写到结尾，“小布头”经过了出走的经历，他明白了粮食是宝贵的，是要珍惜的。</w:t>
      </w:r>
      <w:r>
        <w:rPr>
          <w:lang w:eastAsia="zh-CN"/>
        </w:rPr>
        <w:t xml:space="preserve"> “小布头”知道了自己以前是错的，他想要去找苹苹，这种知错就改的精神是值得我们每一个小朋友学习的。</w:t>
      </w:r>
      <w:r>
        <w:rPr>
          <w:lang w:eastAsia="zh-CN"/>
        </w:rPr>
        <w:br/>
      </w:r>
      <w:r>
        <w:rPr>
          <w:lang w:eastAsia="zh-CN"/>
        </w:rPr>
        <w:t>　　我喜欢这个故事，因为苹苹那种乐于助人的行为值得我们学习，我们平时在学校里和同学相处，也要向苹苹那样乐于助人。</w:t>
      </w:r>
      <w:r>
        <w:rPr>
          <w:lang w:eastAsia="zh-CN"/>
        </w:rPr>
        <w:br/>
      </w:r>
      <w:r>
        <w:rPr>
          <w:lang w:eastAsia="zh-CN"/>
        </w:rPr>
        <w:t>　　我觉得“小布头”还是挺可爱的，我渐渐地喜欢上他了。</w:t>
      </w:r>
      <w:r>
        <w:rPr>
          <w:lang w:eastAsia="zh-CN"/>
        </w:rPr>
        <w:br/>
      </w:r>
      <w:r>
        <w:rPr>
          <w:lang w:eastAsia="zh-CN"/>
        </w:rPr>
        <w:t xml:space="preserve">    二年级小布头奇遇记读书心得 篇2 </w:t>
      </w:r>
      <w:r>
        <w:rPr>
          <w:lang w:eastAsia="zh-CN"/>
        </w:rPr>
        <w:br/>
      </w:r>
      <w:r>
        <w:rPr>
          <w:lang w:eastAsia="zh-CN"/>
        </w:rPr>
        <w:t>　　从小到大，我就非常喜欢听妈妈给我读童话故事，我听了不少童话故事，有白雪公主，有灰姑娘，有小红帽，还有许多许多，都非常好听，但是我最喜欢的就是小布头奇遇记。</w:t>
      </w:r>
      <w:r>
        <w:rPr>
          <w:lang w:eastAsia="zh-CN"/>
        </w:rPr>
        <w:br/>
      </w:r>
      <w:r>
        <w:rPr>
          <w:lang w:eastAsia="zh-CN"/>
        </w:rPr>
        <w:t>　　故事是这样讲述的：幼儿园的小老师用碎布头做了一个布偶给小朋友作新年礼物，这个布偶就是小布头，因为小布头是男生，他希望分到一个勇敢的男生手里，但很可惜的是他却分到了一个女生手里，为了寻找勇敢的男生，小布头从女生那儿逃了出来，踏上了寻找勇敢男生的路途。这一路上，遇到了不少的艰难险阻，先是走错了路，来到了一个完全陌生的地方，后来又被几只坏老鼠给抓了，吃了不少的苦，无意中他救了同样有危险的小芦花鸡，在这个过程中，小布头改掉了不少的缺点，终于明白了什么是勇敢，勇敢就是内心坚强，遇事肯动脑筋。他又再次来到了老鼠洞，救出了玩具小黑熊和布猴子。最后勇敢的小布头在朋友们的帮助下回到了女孩的家中，幸福的生活下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我非常喜欢小布头，他从一个什么都不懂的人，在自己的努力下终于成长为一个真正勇敢的人，而且我明白了勇敢原来不是外表，而是内心。我也要做一个勇敢的人，遇事不慌张，多动脑筋。就好象每次做试卷，遇到不会的问题，一定要仔细审题，不要被困难吓住，多动脑筋，一定会解决问题的。</w:t>
      </w:r>
      <w:r>
        <w:rPr>
          <w:lang w:eastAsia="zh-CN"/>
        </w:rPr>
        <w:br/>
      </w:r>
      <w:r>
        <w:rPr>
          <w:lang w:eastAsia="zh-CN"/>
        </w:rPr>
        <w:t xml:space="preserve">    二年级小布头奇遇记读书心得 篇3 </w:t>
      </w:r>
      <w:r>
        <w:rPr>
          <w:lang w:eastAsia="zh-CN"/>
        </w:rPr>
        <w:br/>
      </w:r>
      <w:r>
        <w:rPr>
          <w:lang w:eastAsia="zh-CN"/>
        </w:rPr>
        <w:t>　　二十多年前我还在上小学的时候，有一天我从父亲装书的'纸箱中发现了一本旧书，书名叫《小布头奇遇记》，书已经比较破旧了，显然有不少人看过。我问父亲书是什么时候买的。父亲陷入了回忆，他说这是他上小学四年级时用一把漂亮的弹弓从一个同学手中换的。记得当时看过好几遍。而且全班同学几乎都向他借了看过。</w:t>
      </w:r>
      <w:r>
        <w:rPr>
          <w:lang w:eastAsia="zh-CN"/>
        </w:rPr>
        <w:br/>
      </w:r>
      <w:r>
        <w:rPr>
          <w:lang w:eastAsia="zh-CN"/>
        </w:rPr>
        <w:t>　　我一听非常感兴趣，马上看了起来。很快我就被这本书吸引了，利用一个星期天的时间看完了这本书，以后还反复看过几次。虽然经过了二十多年，书中的一些情节我还能回忆起来。</w:t>
      </w:r>
      <w:r>
        <w:rPr>
          <w:lang w:eastAsia="zh-CN"/>
        </w:rPr>
        <w:br/>
      </w:r>
      <w:r>
        <w:rPr>
          <w:lang w:eastAsia="zh-CN"/>
        </w:rPr>
        <w:t>　　去年，我的女儿也读二年级了，过生日时父亲为他买了一些书作为礼物。其中就有修改、再版过的《小布头奇遇记》。看到这本我和父亲童年都读过的书，我马上向女儿介绍了起来，并且和女儿一块读了这本书，没想到女儿也非常感兴趣，说很受教育。上面那篇文章她在我的帮助下写的读书笔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文学的力量是伟大的，他对一个民族的发展进步产生着非常重要的作用。同样，文学对一个人的进步成长也有着十分重要的影响。且不说《诗经》、《论语》这样的文学巨著对中华民族几千年的文明史产生了多么重大的影响，四大名著几百年来多少人读过。就是《小布头奇遇记》这么一本童话书我家就有三代人读过，在三代人的童年中都留下了深刻的记忆。</w:t>
      </w:r>
      <w:r>
        <w:rPr>
          <w:lang w:eastAsia="zh-CN"/>
        </w:rPr>
        <w:br/>
      </w:r>
      <w:r>
        <w:rPr>
          <w:lang w:eastAsia="zh-CN"/>
        </w:rPr>
        <w:t>　　希望我们的作家们多创作一些好的作品，希望有关部门多开展一些这样的读书活动，让我们的家长多陪孩子好好读书读好书。一个有文化的民族才会是一个有希望的民族。</w:t>
      </w:r>
      <w:r>
        <w:rPr>
          <w:lang w:eastAsia="zh-CN"/>
        </w:rPr>
        <w:br/>
      </w:r>
      <w:r>
        <w:rPr>
          <w:lang w:eastAsia="zh-CN"/>
        </w:rPr>
        <w:t xml:space="preserve">    二年级小布头奇遇记读书心得 篇4 </w:t>
      </w:r>
      <w:r>
        <w:rPr>
          <w:lang w:eastAsia="zh-CN"/>
        </w:rPr>
        <w:br/>
      </w:r>
      <w:r>
        <w:rPr>
          <w:lang w:eastAsia="zh-CN"/>
        </w:rPr>
        <w:t>　　那盏小桔灯(读冰心小桔灯有感)在我的印象中，我这个年龄的孩子应该都没见过小桔灯吧。听这个名字就觉得这样儿小玩意儿定是有哪些心思细腻的小孩们创造的。用吃完的橘子的皮壳儿完整的保存下来，用一根竹将桔灯挑起，四周系上麻绳，里面点上一根小蜡烛，小小的桔子，弱弱的灯光，感受到的是无限的温暖。想象一下，你在夜间的小屋，点上这么一盏桔灯该是多么心满意足充满遐想的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小桔灯这三个字我是通过冰心的这篇同名散文了解到的。也是因此产生了想回到她处在的那个战乱的而又有那批暖人心之人的年代的念头。冰心去看望一个陌生的小女孩儿和小女孩儿那生病的母亲只是出于一时的闲暇与关心，换来了临走时小女孩儿担心冰心看不见夜路而递给她的小桔灯。恩，小女孩儿好似还带着那安慰的语气说：“您放心，我爸爸就快回来的，那时候，我妈妈的病就好了，”我们“都”好“了。”女孩儿在自己面前画了个圈圈又点了点冰心，显然，这个“我们”也包括冰心在内。读第一遍时，我并不是很明白小女孩儿为何要说“我们都会好的”这句话，冰心也会好的，是指什么事儿?我并不明白。文章后面又写道，小女孩当时也被认作为共产党而被抓捕起来。那个年代，“大家”都“不好”，那么，小女孩儿的“我们”都会“好”就是一个时代的希望，是一种充满爱的相信。现在的不好他不在意，也不以之为苦，并且怀着的信任感相信这个世界。理解到这里的时候，我是有点心酸感动的。我心酸她那么纯真可爱，可爱地让我急不可耐地想去拥抱这个女孩儿，我感动她用一颗大爱的新发现生活的真善美。而我，常易看见生活不好的一面，尽管我乐观积极，却总觉着还差那么一股正视的态度，没有将发现真善美作为我的一种习惯。而这满载爱的小桔灯点醒了我，我们真的应该爱一切，我们真的应该善待一切。这是多散发出来的温暖情意是能够使两个敌对的敌人都拉近距离的，这是毋庸置疑的。</w:t>
      </w:r>
      <w:r>
        <w:rPr>
          <w:lang w:eastAsia="zh-CN"/>
        </w:rPr>
        <w:br/>
      </w:r>
      <w:r>
        <w:rPr>
          <w:lang w:eastAsia="zh-CN"/>
        </w:rPr>
        <w:t>　　我们总是容易被温暖的爱所征服。在一个乱世也好，和平盛世也罢，拯救一切的，拯救心灵的，永远都有爱的缩影。</w:t>
      </w:r>
      <w:r>
        <w:rPr>
          <w:lang w:eastAsia="zh-CN"/>
        </w:rPr>
        <w:br/>
      </w:r>
      <w:r>
        <w:rPr>
          <w:lang w:eastAsia="zh-CN"/>
        </w:rPr>
        <w:t>　　我们可不可以也为这个世界点上一盏小桔灯呢?</w:t>
      </w:r>
      <w:r>
        <w:rPr>
          <w:lang w:eastAsia="zh-CN"/>
        </w:rPr>
        <w:br/>
      </w:r>
      <w:r>
        <w:rPr>
          <w:lang w:eastAsia="zh-CN"/>
        </w:rPr>
        <w:t xml:space="preserve">    二年级小布头奇遇记读书心得 篇5 </w:t>
      </w:r>
      <w:r>
        <w:rPr>
          <w:lang w:eastAsia="zh-CN"/>
        </w:rPr>
        <w:br/>
      </w:r>
      <w:r>
        <w:rPr>
          <w:lang w:eastAsia="zh-CN"/>
        </w:rPr>
        <w:t>　　星期一晚上，我读了一篇叫《朋友和熊》的文章，看完以后，我的心情很激动。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故事主要讲述了两位好朋友一起出门探险。他们走到树林里，突然听到了一声怒吼，紧接着一只大棕熊出现在他们的眼前。一个人抢先爬上了树，另外一个人来不及爬上树，马上倒在地上装死。熊走到他跟前嗅了嗅，以为是个死人，就慢慢地走开了。熊走远后，在树上的那个人闪电般地爬下树，对朋友说：“嘿，刚刚它在你耳边说了什么?”朋友委婉地回答：“它对我说：‘朋友之间应该坦诚相对，关键时刻，丢下自己的朋友独自去逃命不是真朋友’。”</w:t>
      </w:r>
      <w:r>
        <w:rPr>
          <w:lang w:eastAsia="zh-CN"/>
        </w:rPr>
        <w:br/>
      </w:r>
      <w:r>
        <w:rPr>
          <w:lang w:eastAsia="zh-CN"/>
        </w:rPr>
        <w:t>　　是啊，朋友本来就是要共患难，讲诚信的，如果丢下自己的朋友还有什么意思呢?想到这里，令我想起了自己和表姐所发生的事情——那是一个寒假，我去表姐家玩。表姐一看到我就开心地对我说：“我有一个好东西，你看——”说完，她拿出了一支笔。我看了，不屑地说：“不就是一支笔嘛，有什么好奇怪的。”表姐继续神秘地说到：“你再认真看一下……”她用这支笔在白纸上写了两个字。哇!写出来的字竟然是闪光的。这些闪着光的字不断地吸引着我，让我好喜欢，很想拥有这支笔。</w:t>
      </w:r>
      <w:r>
        <w:rPr>
          <w:lang w:eastAsia="zh-CN"/>
        </w:rPr>
        <w:br/>
      </w:r>
      <w:r>
        <w:rPr>
          <w:lang w:eastAsia="zh-CN"/>
        </w:rPr>
        <w:t>　　晚上，我趁着表姐不注意，偷偷地拿走了这支笔。</w:t>
      </w:r>
      <w:r>
        <w:rPr>
          <w:lang w:eastAsia="zh-CN"/>
        </w:rPr>
        <w:br/>
      </w:r>
      <w:r>
        <w:rPr>
          <w:lang w:eastAsia="zh-CN"/>
        </w:rPr>
        <w:t>　　两天后，表姐来我家玩，看见了放在笔筒里的闪光笔，然后大叫起来：“你居然拿了我的笔，害我找了好久!”我听了，脸刷得红了。不好意思地对表姐说：“对不起，我不应该不经你同意就拿你的东西……请你原谅我好吗?”表姐看着我难过的样子，急忙安慰我：“没关系没关系，你喜欢就送给你吧!”看着表姐真诚的样子，我更深深地体会到朋友之间就应该是以诚相待，这正是践行社会主义核心价值观中诚信友善的体现。</w:t>
      </w:r>
      <w:r>
        <w:rPr>
          <w:lang w:eastAsia="zh-CN"/>
        </w:rPr>
        <w:br/>
      </w:r>
      <w:r>
        <w:rPr>
          <w:lang w:eastAsia="zh-CN"/>
        </w:rPr>
        <w:t>　　在这里，我号召大家一起践行社会主义核心价值观，做一个诚信友善的好公民!</w:t>
      </w:r>
      <w:r>
        <w:rPr>
          <w:lang w:eastAsia="zh-CN"/>
        </w:rPr>
        <w:br/>
      </w:r>
      <w:r>
        <w:rPr>
          <w:lang w:eastAsia="zh-CN"/>
        </w:rPr>
        <w:t xml:space="preserve">    二年级小布头奇遇记读书心得 篇6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已在夕阳西下之时，乌鸦归来了，在空旷的荒野里发出几声有点儿凄凉的喊叫。阳光从灰娃的身后反射上来，使大坟和他的身影皆变为黑色，孩子们已经看不到灰娃的面孔，但却又分明感觉到了他一双发红的目光……”</w:t>
      </w:r>
      <w:r>
        <w:rPr>
          <w:lang w:eastAsia="zh-CN"/>
        </w:rPr>
        <w:br/>
      </w:r>
      <w:r>
        <w:rPr>
          <w:lang w:eastAsia="zh-CN"/>
        </w:rPr>
        <w:t>　　这段十分凄美的语段摘自作家曹文轩的《灰娃的高地》，里面的小主角灰娃是一个很可怜的小男孩，他们家族原来盛大兴旺，却不知为何，渐渐地开始衰败。因此，灰娃和他的跛脚父亲只好蜗居在一间原来是牲口房的茅屋里。因为灰娃家贫穷，他的衣服又脏又破，所以小镇上的其他孩子都不愿意和他玩，就连一条流浪的小狗也嫌弃他。灰娃受够了冷漠，开始做一些极端的事情吸引别人的注意：他把锅底灰抹在脸上，在大街上乱跑;他爬到了三十米的烟囱上，不愿下来;他还天天走在令平常人感到阴森恐怖的坟场，在那儿与稻草人玩“攻打”游戏、独自坐在坟头上等但他始终还是没有得到关心与尊重，只得到了挥臂而来的“敌人”。但他没有认输，选择了站起来，用自己的勇气与毅力获胜了!维护了自己被践踏的所剩无几的尊严!</w:t>
      </w:r>
      <w:r>
        <w:rPr>
          <w:lang w:eastAsia="zh-CN"/>
        </w:rPr>
        <w:br/>
      </w:r>
      <w:r>
        <w:rPr>
          <w:lang w:eastAsia="zh-CN"/>
        </w:rPr>
        <w:t>　　这个故事应该是作者曹文轩想通过灰娃的例子来控诉当今社会的不平等!灰娃也是人，那些小镇上的其他孩子也是人，但是由于灰娃家境贫穷，就算灰娃一不抢、二不偷、三不骗人，那些大人们宁可听信富人家孩子的谎话也不愿相信灰娃的真言。这就是社会的不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虽然灰娃的例子是编撰出来的，无法知道真实性，但是在我们现在的生活中也都存在着很多的不平等现象。最近美国就有这样一条新闻：《美国警察枪杀黑人》，开枪的白人警察有5年的执法记录。当天，一名叫卡斯蒂尔的黑人和他的妻儿在街道上行驶，所驾汽车因尾灯不亮，被警方要求停车，以便接受盘查。据他的妻子描述，卡斯蒂尔试图向警官说明，自己身上虽然有枪，但有持枪许可证。可那名警官还是朝他的胳膊开了四五枪，导致黑人死亡。这样的事件引发美国民众对白人警察暴力执法、种族歧视的愤怒，这也是社会中一种十分不公平的现象。</w:t>
      </w:r>
      <w:r>
        <w:rPr>
          <w:lang w:eastAsia="zh-CN"/>
        </w:rPr>
        <w:br/>
      </w:r>
      <w:r>
        <w:rPr>
          <w:lang w:eastAsia="zh-CN"/>
        </w:rPr>
        <w:t>　　那么，在生活中，我们要平等对待他人。比如说在大街上遇到残疾人迎面而来时，我们要像见到普通人一样与他擦肩而过，而且不能回头再看，因为回头看会让别人感到自己的特殊，也不能嘲笑或者用怜悯、同情的眼神看他，这样也会让别人感到不自在。在教室里，同学们无论成绩好坏，我们都应该与他们为友，微笑面对每一位同学。这些简简单单的行为习惯就是平等对待身边的每个人，无论他们是残疾或健康、贫穷或富有、聪明或笨拙、漂亮或丑陋。</w:t>
      </w:r>
      <w:r>
        <w:rPr>
          <w:lang w:eastAsia="zh-CN"/>
        </w:rPr>
        <w:br/>
      </w:r>
      <w:r>
        <w:rPr>
          <w:lang w:eastAsia="zh-CN"/>
        </w:rPr>
        <w:t>　　平等对待身边的每个人，让这个势利的社会充满正能量!</w:t>
      </w:r>
      <w:r>
        <w:rPr>
          <w:lang w:eastAsia="zh-CN"/>
        </w:rPr>
        <w:br/>
      </w:r>
      <w:r>
        <w:rPr>
          <w:lang w:eastAsia="zh-CN"/>
        </w:rPr>
        <w:t xml:space="preserve">    二年级小布头奇遇记读书心得 篇7 </w:t>
      </w:r>
      <w:r>
        <w:rPr>
          <w:lang w:eastAsia="zh-CN"/>
        </w:rPr>
        <w:br/>
      </w:r>
      <w:r>
        <w:rPr>
          <w:lang w:eastAsia="zh-CN"/>
        </w:rPr>
        <w:t>　　冰心奶奶非常爱小孩，她把小孩看做“最神圣的人”之一，她的作品中充满了对大自然的热爱，以及对母爱与童真的歌颂。她写的小说《小桔灯》里的短篇小说辑——小桔灯，使我读了之后十分感动，我不仅被冰心奶奶所写的美丽文章所感动，而且被那位拥有勇敢、镇定、乐观的精神的小姑娘所感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小姑娘面对父亲失踪了，母亲因病总总困难，所表现出的不是慌张，而是十分镇定，当我读到作者问：“她吃过东西吗?这锅里是什么?”而她回答说：“红薯稀饭——我们的年夜饭。”时，我的眼眶不禁湿润了。想着过年的我们，面对的是一桌的美味佳肴，饭后还能看见美丽的烟花，即使是平时，也是一桌的饭菜，想着想着我不禁有些惭愧：平时的我遇到了一点困难便退缩了，而小姑娘，面对了那么多困难却那么勇敢，因此，我要以她为榜样：自立自强、不依赖别人，常帮家里做家务活!</w:t>
      </w:r>
      <w:r>
        <w:rPr>
          <w:lang w:eastAsia="zh-CN"/>
        </w:rPr>
        <w:br/>
      </w:r>
      <w:r>
        <w:rPr>
          <w:lang w:eastAsia="zh-CN"/>
        </w:rPr>
        <w:t>　　小姑娘生活在一个战争时期都那么勇敢了，那么生活在新中国的我们又怎能不勇敢呢?</w:t>
      </w:r>
      <w:r>
        <w:rPr>
          <w:lang w:eastAsia="zh-CN"/>
        </w:rPr>
        <w:br/>
      </w:r>
      <w:r>
        <w:rPr>
          <w:lang w:eastAsia="zh-CN"/>
        </w:rPr>
        <w:t xml:space="preserve">    二年级小布头奇遇记读书心得 篇8 </w:t>
      </w:r>
      <w:r>
        <w:rPr>
          <w:lang w:eastAsia="zh-CN"/>
        </w:rPr>
        <w:br/>
      </w:r>
      <w:r>
        <w:rPr>
          <w:lang w:eastAsia="zh-CN"/>
        </w:rPr>
        <w:t>　　自己是大的对手。——题记</w:t>
      </w:r>
      <w:r>
        <w:rPr>
          <w:lang w:eastAsia="zh-CN"/>
        </w:rPr>
        <w:br/>
      </w:r>
      <w:r>
        <w:rPr>
          <w:lang w:eastAsia="zh-CN"/>
        </w:rPr>
        <w:t>　　暑假里我读完了人民文学出版社出版的《西游记》原著，感受十分深刻。和小时候我读注音简单版的感受不同，那时我喜欢打打闹闹神通广大的孙悟空，喜欢故事中他和一个又一个妖怪打斗的精彩场景。现在我却很佩服《西游记》的作者吴承恩，我觉得他能通过一个个想象力丰富的故事，告诉我们很多的道理，尤其是“真假美猴王”这回，表面上是另一个捣乱的假悟空，但是细细想来，背后的寓意真是让人深思回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这个章回主要讲述了六耳猕猴假扮孙悟空，来到凡间到处惹是生非，变作美猴王，甚至还打伤了唐僧。孙悟空得知此事之后，与假美猴王大战了几十回合，不分胜负，其他菩萨对于两猴也是真假难辨。最后他们打去了如来佛祖那里，如来佛祖慧眼一看，假的就被识破了，然后悟空就将六耳猕猴打死了。</w:t>
      </w:r>
      <w:r>
        <w:rPr>
          <w:lang w:eastAsia="zh-CN"/>
        </w:rPr>
        <w:br/>
      </w:r>
      <w:r>
        <w:rPr>
          <w:lang w:eastAsia="zh-CN"/>
        </w:rPr>
        <w:t>　　看过这章的人都知道，六耳猕猴乃是孙悟空的怨气所化，它们连打斗的招式都一摸一样，它们的相似度极其高，所以不用说唐僧师徒了，连观音都对其难分真假。谁说六耳猕猴就不是孙行者的复制品?</w:t>
      </w:r>
      <w:r>
        <w:rPr>
          <w:lang w:eastAsia="zh-CN"/>
        </w:rPr>
        <w:br/>
      </w:r>
      <w:r>
        <w:rPr>
          <w:lang w:eastAsia="zh-CN"/>
        </w:rPr>
        <w:t>　　也许六耳猕猴就是另一个孙悟空!我们是不是可以把六耳猕猴理解为孙悟空内心深处另一个黑暗的自己。人有善恶之分，猴也是如此，作为普通的猴子，或许可以向往绝对的自由，可以偶尔使坏，但是孙悟空保唐僧去西天取经是为了成佛的，所以他需要去掉自己的劣根。在《西游记》的最后一回中，师徒四人取得了真经，最后成了佛，如果六耳猕猴没有被打死，那么孙悟空恐怕是成不了佛的，他依然会有大闹天宫的勇气，依然有去阴曹地府修改生死簿的胆量，他无视规则、挑战底线。所以六耳猕猴在本书中应该是孙悟空完成自我救赎的一个障碍。最后，他在佛祖的指点下，勇敢地战胜了自我，自己亲手打死了六耳猕猴，也打死了内心中另一个可恶的自己，从此他真正实现了自我的统一，也向成佛迈出了实质性地一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我每每想起这章就会回味，生活中我们是不是也该这样呢?虽然没有佛祖的指点，但是我们可以通过阅读大量的书籍来接受前人和高人的指点。家长们通常拿自己的孩子和别的同学比，比上培训班的数量和效果，比投入学习的时间，比取得的学习成绩，但是其实我们不应该总是和别人比较，虽然比较或许会产生一定的动力，但是有时候也会形成一定的压力。我觉得我们更应该拿现在的自己和以前的自己的比，看看今天的自己是不是比昨天更努力，看看今天的自己是不是比昨天有了更多的进步，看看今天的自己怎样才能比昨天的自己更优秀。就像《西游记》中的孙悟空一样，打掉原来的自己，重新找回自己。</w:t>
      </w:r>
      <w:r>
        <w:rPr>
          <w:lang w:eastAsia="zh-CN"/>
        </w:rPr>
        <w:br/>
      </w:r>
      <w:r>
        <w:rPr>
          <w:lang w:eastAsia="zh-CN"/>
        </w:rPr>
        <w:t>　　在生活中，大的对手不是别人，而是我们自己。希望每个人都能勇敢地面对新的自己。</w:t>
      </w:r>
      <w:r>
        <w:rPr>
          <w:lang w:eastAsia="zh-CN"/>
        </w:rPr>
        <w:br/>
      </w:r>
      <w:r>
        <w:rPr>
          <w:lang w:eastAsia="zh-CN"/>
        </w:rPr>
        <w:t xml:space="preserve">    二年级小布头奇遇记读书心得 篇9 </w:t>
      </w:r>
      <w:r>
        <w:rPr>
          <w:lang w:eastAsia="zh-CN"/>
        </w:rPr>
        <w:br/>
      </w:r>
      <w:r>
        <w:rPr>
          <w:lang w:eastAsia="zh-CN"/>
        </w:rPr>
        <w:t>　　“从来如此便对吗?”《狂人日记》中，那个害了疯病的狂人抓着个人便问，“这，对么?”“我不一样你讲这道理，总之，你不该说的，你说便是你错。”那人脸色铁青，一时语塞。</w:t>
      </w:r>
      <w:r>
        <w:rPr>
          <w:lang w:eastAsia="zh-CN"/>
        </w:rPr>
        <w:br/>
      </w:r>
      <w:r>
        <w:rPr>
          <w:lang w:eastAsia="zh-CN"/>
        </w:rPr>
        <w:t>　　土地还是地主家的，衙门换个了名字，堂而皇之的又开张了，里面的老爷们仍就是“青面獠牙的黑鬼”，革命之后，社会似乎是大不一样了可又好像从来也没变过。鲁迅有些绝望了，但他毕竟不是《茶馆》里那位崔久峰先生，他仍想着要在黑暗中斗争，绝不放弃。他明白他无力改变现状，所以他将满腹狂言以日记形式全盘倾出。</w:t>
      </w:r>
      <w:r>
        <w:rPr>
          <w:lang w:eastAsia="zh-CN"/>
        </w:rPr>
        <w:br/>
      </w:r>
      <w:r>
        <w:rPr>
          <w:lang w:eastAsia="zh-CN"/>
        </w:rPr>
        <w:t>　　“从来如此，便对吗?”他翻开中国古代两千年的封建历史大书，在仁义道德的皮囊里，原先是“吃人”的心。“大哥说易牙食子，母亲不反对，孩子恶狠狠的盯着我…”狂人是病了，但正因为这病，他看尽了人性的阴暗面。这正是鲁迅绝望的呐喊。他心中愤慨却无处可宣泄，癫狂之言的背后是默默哭泣的痛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救救孩子!”狂人在日记的最终写下这一句声嘶力竭的呐喊，这四个大字，是他绝望中唯一的期望，他明白他再无力改变几千年的封建传承对人性的侵蚀，仅有着眼未来，去想象，去相信明日世界的光明与完美。可他一人又能如何?所以他向所有牢笼里的先觉者呐喊，救救孩子，远离“吃人”的世界。他把对现实的绝望化作了对未来的期望。</w:t>
      </w:r>
      <w:r>
        <w:rPr>
          <w:lang w:eastAsia="zh-CN"/>
        </w:rPr>
        <w:br/>
      </w:r>
      <w:r>
        <w:rPr>
          <w:lang w:eastAsia="zh-CN"/>
        </w:rPr>
        <w:t>　　鲁迅是伟大的，因为他在茫茫黑暗里找到了期望的火把，他不仅仅照亮了自我心中的迷茫，更呐喊出民族的期望，他的癫狂痴语刺痛人心，在黑暗中点亮了光明的前方。</w:t>
      </w:r>
      <w:r>
        <w:rPr>
          <w:lang w:eastAsia="zh-CN"/>
        </w:rPr>
        <w:br/>
      </w:r>
      <w:r>
        <w:rPr>
          <w:lang w:eastAsia="zh-CN"/>
        </w:rPr>
        <w:t>　　狂人过后，难见狂人。鲁迅之后，可还有鲁迅?</w:t>
      </w:r>
      <w:r>
        <w:rPr>
          <w:lang w:eastAsia="zh-CN"/>
        </w:rPr>
        <w:br/>
      </w:r>
      <w:r>
        <w:rPr>
          <w:lang w:eastAsia="zh-CN"/>
        </w:rPr>
        <w:t xml:space="preserve">    二年级小布头奇遇记读书心得 篇10 </w:t>
      </w:r>
      <w:r>
        <w:rPr>
          <w:lang w:eastAsia="zh-CN"/>
        </w:rPr>
        <w:br/>
      </w:r>
      <w:r>
        <w:rPr>
          <w:lang w:eastAsia="zh-CN"/>
        </w:rPr>
        <w:t>　　初次打开《骆驼祥子》这本书，它那浓郁的古都风情立刻吸引了我，当我读到祥子因买车的梦想屡屡破灭而最终堕落，我不禁扼腕。读到祥子，我仿佛看到了自己的一点影子。</w:t>
      </w:r>
      <w:r>
        <w:rPr>
          <w:lang w:eastAsia="zh-CN"/>
        </w:rPr>
        <w:br/>
      </w:r>
      <w:r>
        <w:rPr>
          <w:lang w:eastAsia="zh-CN"/>
        </w:rPr>
        <w:t>　　曾经，我也像祥子一样，是一个有过奋斗目标的初学者。我渴望在父亲单位一年一度的奥数竞赛中崭露头角。可是，面对父亲带回来的一张张往年的试卷，我傻了眼，与难题的搏斗令我绝望，仿佛要沉没在茫茫题海中。最终我放弃了，把那叠试卷丢在一边儿，自顾自地看电视去了。考试自然是名落孙山。记得父亲一脸阴沉地让我来看成绩，脸上皱纹是那么密集，眉头皱成了一团，我却满不在乎地“哦”了一声，看了一眼就又去玩了。此后，由于种种原因，我再也无缘该竞赛的奖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我曾想：这些题目这么难，本来学习就辛苦，哪里搞得好?直至认识了祥子，才发现自己是多么幼稚。祥子在现代都市白手起家，与人性的冷漠、社会的黑暗、战乱的动荡等斗争，靠着拉车和一颗纯朴的心，两次买到了车。这需要多大的毅力啊!是梦想支撑着祥子前进，梦想的毁灭就是祥子的毁灭，而当时社会环境却绝对不允许祥子这样的梦想成真，他和他的梦都被黑暗的现实击败了。</w:t>
      </w:r>
      <w:r>
        <w:rPr>
          <w:lang w:eastAsia="zh-CN"/>
        </w:rPr>
        <w:br/>
      </w:r>
      <w:r>
        <w:rPr>
          <w:lang w:eastAsia="zh-CN"/>
        </w:rPr>
        <w:t>　　如果祥子的失败是必然的悲剧，那我们呢?我们有着优越的生活、良好的教育，没有战乱，社会光明，我们也像祥子一样有梦想，但是否像他一样倔强奋斗呢?</w:t>
      </w:r>
      <w:r>
        <w:rPr>
          <w:lang w:eastAsia="zh-CN"/>
        </w:rPr>
        <w:br/>
      </w:r>
      <w:r>
        <w:rPr>
          <w:lang w:eastAsia="zh-CN"/>
        </w:rPr>
        <w:t>　　古今中外，与祥子相似的人有很多：王羲之每日练字笔墨染黑池水，终成一代大师;达芬奇训练画技，素描鸡蛋无数，绘画作品世界一流;华罗庚攻克难题，用去一袋稿纸，成功摘取数学明珠……祥子是不幸的特例，受到时代的局限而失败。</w:t>
      </w:r>
      <w:r>
        <w:rPr>
          <w:lang w:eastAsia="zh-CN"/>
        </w:rPr>
        <w:br/>
      </w:r>
      <w:r>
        <w:rPr>
          <w:lang w:eastAsia="zh-CN"/>
        </w:rPr>
        <w:t>　　今后，我会坚定信念，像祥子一样拉着梦想的车驰聘于天地，怀揣梦想，砥砺前行!</w:t>
      </w:r>
      <w:r>
        <w:rPr>
          <w:lang w:eastAsia="zh-CN"/>
        </w:rPr>
        <w:br/>
      </w:r>
      <w:r>
        <w:rPr>
          <w:lang w:eastAsia="zh-CN"/>
        </w:rPr>
        <w:t xml:space="preserve">    二年级小布头奇遇记读书心得 篇11 </w:t>
      </w:r>
      <w:r>
        <w:rPr>
          <w:lang w:eastAsia="zh-CN"/>
        </w:rPr>
        <w:br/>
      </w:r>
      <w:r>
        <w:rPr>
          <w:lang w:eastAsia="zh-CN"/>
        </w:rPr>
        <w:t>　　读完了这本书，我依然记得书中的那些北京城南旧景。古老的树木，破旧的门牌，树下的枯叶……一切都跟随着作者笔下的文字流入了读者的脑海里。</w:t>
      </w:r>
      <w:r>
        <w:rPr>
          <w:lang w:eastAsia="zh-CN"/>
        </w:rPr>
        <w:br/>
      </w:r>
      <w:r>
        <w:rPr>
          <w:lang w:eastAsia="zh-CN"/>
        </w:rPr>
        <w:t>　　这本书讲叙了五个小故事：惠安馆，我们看海去，兰姨娘，驴打滚儿和爸爸的花儿落了。每个故事，都是从一个小孩的角度去看待的。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英子的世界是单纯的，在英子眼里，惠安馆的“疯子”并不像大人们所看待的那样，小偷也不都是坏人，自己的奶妈是一个可怜的人。这本书，就是透过一个孩子稚气的双眼去看待大人们复杂难懂的世界，看到过去的老北京生活的点点滴滴。</w:t>
      </w:r>
      <w:r>
        <w:rPr>
          <w:lang w:eastAsia="zh-CN"/>
        </w:rPr>
        <w:br/>
      </w:r>
      <w:r>
        <w:rPr>
          <w:lang w:eastAsia="zh-CN"/>
        </w:rPr>
        <w:t>　　在这五个小故事中，“惠安馆”是我最喜欢的一章，里面的主人公——秀贞也令我尤为感动。秀贞是个可怜的人，自己的孩子“小桂子”被遗弃之后，她就变得有点不正常，成了别人口中的疯子。只有英子不嫌弃她，还把她当做自己的好朋友。秀贞经常念叨着“小桂子”，体现了她的母爱。其实，她也只不过是个爱着自己的孩子的可怜母亲罢了，却糟人排挤，过着不安定的生活，或许，人世间总有那么些可怜却不被人理解的人吧，让人无可奈何。</w:t>
      </w:r>
      <w:r>
        <w:rPr>
          <w:lang w:eastAsia="zh-CN"/>
        </w:rPr>
        <w:br/>
      </w:r>
      <w:r>
        <w:rPr>
          <w:lang w:eastAsia="zh-CN"/>
        </w:rPr>
        <w:t>　　在这本书里，每个故事的主人公都有着他们背后的故事。作者用着怀旧的文笔，抒发了对童年的怀念以及对温暖的呼唤。每一个故事，都杨溢着温馨的亲情。或许，在每一个故事的最后，其中的主人公都离开了英子，连英子的父亲最后都伴随花的凋零离她而去了。但是，从一个个故事中，英子也懂得了许多，成长了许多。</w:t>
      </w:r>
      <w:r>
        <w:rPr>
          <w:lang w:eastAsia="zh-CN"/>
        </w:rPr>
        <w:br/>
      </w:r>
      <w:r>
        <w:rPr>
          <w:lang w:eastAsia="zh-CN"/>
        </w:rPr>
        <w:t>　　随着时间渐渐的流逝而去，童年也越走越远了。惠安馆里的秀贞，在草堆里的小偷，爱笑的兰姨娘，不爱搭理人的德先叔，和蔼可亲的宋妈……那些人物都随着时光的流逝而越走越远。《城南旧事》把这些人物记录于纸页间，化为笔下的文字，将人们的思绪带进那个老北京的城南，那个令人怀念的童年。</w:t>
      </w:r>
      <w:r>
        <w:rPr>
          <w:lang w:eastAsia="zh-CN"/>
        </w:rPr>
        <w:br/>
      </w:r>
      <w:r>
        <w:rPr>
          <w:lang w:eastAsia="zh-CN"/>
        </w:rPr>
        <w:t xml:space="preserve">    二年级小布头奇遇记读书心得 篇12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读完亚米契斯写的《爱的教育》，我深受感动。这本书讲述了同学之前的友情，老师和学生之前的爱，父母和孩子之间的爱，对祖国的爱。</w:t>
      </w:r>
      <w:r>
        <w:rPr>
          <w:lang w:eastAsia="zh-CN"/>
        </w:rPr>
        <w:br/>
      </w:r>
      <w:r>
        <w:rPr>
          <w:lang w:eastAsia="zh-CN"/>
        </w:rPr>
        <w:t>　　我感动的是老师讲的每月故事中的执着寻母的孩子。这个故事讲了小马尔可的父母负债，母亲不得不出国打工赚钱。一开始，小马尔可的母亲经常给家人回信，和家人保持着联系。可是，后来因为生了重病，家里写的信也常常不能回复。13岁的小马尔可日夜思念自己的母亲。</w:t>
      </w:r>
      <w:r>
        <w:rPr>
          <w:lang w:eastAsia="zh-CN"/>
        </w:rPr>
        <w:br/>
      </w:r>
      <w:r>
        <w:rPr>
          <w:lang w:eastAsia="zh-CN"/>
        </w:rPr>
        <w:t>　　终于有一天，他决定离开家人，去寻找他那奄奄一息的母亲。在旅途中，他不辞辛劳，日夜寻找。经过重重困难，经过他人的帮助，小马尔可终于找到了他的母亲。母亲看到了小马尔可后，就有活下去的动力，接受医生和助手给她做手术。我从这个故事中体会到妈妈为了家庭辛苦付出努力，孩子深深地爱着妈妈，成为他母亲活下去的希望，这就是亲人之间爱的力量。</w:t>
      </w:r>
      <w:r>
        <w:rPr>
          <w:lang w:eastAsia="zh-CN"/>
        </w:rPr>
        <w:br/>
      </w:r>
      <w:r>
        <w:rPr>
          <w:lang w:eastAsia="zh-CN"/>
        </w:rPr>
        <w:t>　　我们生活在和平年代，没有炮火，没有枪林弹雨，不需要我们用生命来换取祖国的独立。现在我们要努力学习，用知识和技术让我们的祖国更加强大，来表达我们对祖国的爱。正如“少年强，则国强，少年富，则国富”，我们是祖国的希望，是未来祖国的栋梁!</w:t>
      </w:r>
      <w:r>
        <w:rPr>
          <w:lang w:eastAsia="zh-CN"/>
        </w:rPr>
        <w:br/>
      </w:r>
      <w:r>
        <w:rPr>
          <w:lang w:eastAsia="zh-CN"/>
        </w:rPr>
        <w:t xml:space="preserve">    二年级小布头奇遇记读书心得 篇13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一艘船越过世界的尽头，驶向未知的大海，船头上悬挂着一面虽然饱经风雨剥蚀却依旧艳丽无比的旗帜，旗帜上，舞动着云龙一般的四个字闪闪发光——超越极限!作者海明威是这样评价他的作品《老人与海》的。</w:t>
      </w:r>
      <w:r>
        <w:rPr>
          <w:lang w:eastAsia="zh-CN"/>
        </w:rPr>
        <w:br/>
      </w:r>
      <w:r>
        <w:rPr>
          <w:lang w:eastAsia="zh-CN"/>
        </w:rPr>
        <w:t>　　《老人与海》塑造了一个经典的硬汉形象。</w:t>
      </w:r>
      <w:r>
        <w:rPr>
          <w:lang w:eastAsia="zh-CN"/>
        </w:rPr>
        <w:br/>
      </w:r>
      <w:r>
        <w:rPr>
          <w:lang w:eastAsia="zh-CN"/>
        </w:rPr>
        <w:t>　　古巴的一个名叫桑地亚哥的老渔夫，独自一个人出海打鱼，在一无所获的48天之后钓到了一条无比巨大的马林鱼。这是老人从来没见过也没听说过的比他的船还长两英尺的一条大鱼。鱼大劲也大，拖着小船漂流了整整三天三夜，终于把大鱼刺死，拴在船头。然而这时却遇上了鲨鱼，老人与鲨鱼进行了殊死搏斗，结果大马林鱼还是被鲨鱼吃光了，老人最后拖回家的只剩下一副光秃秃的鱼骨架。</w:t>
      </w:r>
      <w:r>
        <w:rPr>
          <w:lang w:eastAsia="zh-CN"/>
        </w:rPr>
        <w:br/>
      </w:r>
      <w:r>
        <w:rPr>
          <w:lang w:eastAsia="zh-CN"/>
        </w:rPr>
        <w:t>　　读完以后，我的心情久久不能平静。无论老人最后是捕到一条完整的马林鱼还是一副空骨架，但他敢于挑战自身缺陷及自己勇气和信心，即使圣地亚哥最后失败了，但他没有向大马林鱼更没有向鲨鱼屈服，这种精神是值得我们学习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记得有一次，妈妈给我买了一辆自行车，我当时心里乐开了花，我便开始学了，虽然刚开始不会骑，但是感到很有趣，学了一整天，感觉越来越没意思，而且这么长时间怎么还没学会呢?我的心里有点急了，算了，再练一会吧﹗没想到我竟然一下子就骑了起来，结果，没控制好方向一下子撞到了墙上，哇哟，疼死我了。我忍着疼把车子推回家，对妈妈说：太难了，我不学了。想起这件事我就后悔，不该做的事只有三分钟热度。一想到老人与大海，与大自然抗衡，而我只是面临一些学习、生活上的挫折，和老渔夫比真的是小巫见大巫。他的手已经沾满老茧，皮肤也已经被刺眼的阳光晒出斑点，而我们的手没有老茧，皮肤已没有晒出斑点，夏天在家吹着空调，衣服是父母帮着洗，每天放学回家有热腾腾的饭菜摆在桌上。我们实在没有生活的压力，我们也真的没有那些可以成为挫折的东西，比起老渔夫我真是惭愧不已。</w:t>
      </w:r>
      <w:r>
        <w:rPr>
          <w:lang w:eastAsia="zh-CN"/>
        </w:rPr>
        <w:br/>
      </w:r>
      <w:r>
        <w:rPr>
          <w:lang w:eastAsia="zh-CN"/>
        </w:rPr>
        <w:t>　　人生本来就是一种无止境的追求。它的道路漫长、艰难，而且充满坎坷，但只要自己勇敢顽强地以一颗自信的心去迎接挑战，世界终究会向你敞开光明的大门。</w:t>
      </w:r>
      <w:r>
        <w:rPr>
          <w:lang w:eastAsia="zh-CN"/>
        </w:rPr>
        <w:br/>
      </w:r>
      <w:r>
        <w:rPr>
          <w:lang w:eastAsia="zh-CN"/>
        </w:rPr>
        <w:t xml:space="preserve">    二年级小布头奇遇记读书心得 篇14 </w:t>
      </w:r>
      <w:r>
        <w:rPr>
          <w:lang w:eastAsia="zh-CN"/>
        </w:rPr>
        <w:br/>
      </w:r>
      <w:r>
        <w:rPr>
          <w:lang w:eastAsia="zh-CN"/>
        </w:rPr>
        <w:t>　　我一直很喜欢看了”阳光姐姐“伍美珍姐姐写的的书，因为她用书说出了我们学生的心声，也说出了我们学生的生活。不过最近我看了伍美珍姐姐最新出版的新书我看完之后十分之感动。</w:t>
      </w:r>
      <w:r>
        <w:rPr>
          <w:lang w:eastAsia="zh-CN"/>
        </w:rPr>
        <w:br/>
      </w:r>
      <w:r>
        <w:rPr>
          <w:lang w:eastAsia="zh-CN"/>
        </w:rPr>
        <w:t>　　这部书的大概内容是：性格软弱、心底善良的女生盛欣怡，有着一个幸福快乐的家庭;但是，妈妈突然得了不治之症，如同一场飞来的横祸，使得她的生活乃至性格都发生了很大的改变……在这个过程中，虽然有着老师不断的鼓励，但对亲情和友谊的烦恼依然使她感到孤独和困惑。妈妈最终永远离开了她，而12岁的欣怡，却过早体验到了生命和爱的深刻涵义。</w:t>
      </w:r>
      <w:r>
        <w:rPr>
          <w:lang w:eastAsia="zh-CN"/>
        </w:rPr>
        <w:br/>
      </w:r>
    </w:p>
    <w:p w:rsidR="001B1F19" w14:textId="27C3F48A">
      <w:pPr>
        <w:rPr>
          <w:rFonts w:hint="eastAsia"/>
          <w:lang w:eastAsia="zh-CN"/>
        </w:rPr>
      </w:pPr>
      <w:r>
        <w:rPr>
          <w:lang w:eastAsia="zh-CN"/>
        </w:rPr>
        <w:t>　　我看完这本书有很大的感触。我感觉到生活往往是不如意，正是因为不如意的生活，人才能成熟，长大，性格软弱、心底善良的女生盛欣怡正是因为妈妈的离开，才开始长大……我曾经看过这样一片文章：突然，一呼啸而过的大卡车开过，地上只看到一团黑影留著，不幸发生了……鸟儿的感情也是相当丰富的。尽管这只家燕已经在地上不会动了，但是，另一只彷佛是他的家人，马上飞到他的身旁，不忍相信这个实事……一辆汽车开过来了，飞快的车速，将风起，地上的鸟儿也随着翻了身。看到地上的鸟儿改变了姿势，亲人彷佛受到鼓励一般，赶快的又飞下来到他的身旁……他的身旁守候，大声的呼喊著，为何还不起来呢……无奈何，另一方已经永远听不到了……鸟儿竟尝试着要将地上的鸟儿抓起……当然是无法承受这样沉重的负担……用力的振翅，一次又一次……无奈，纵然地上的鸟儿想回应，却也永远没办法了……一辆汽车经过，鸟儿赶忙飞起，等到汽车一过，却又马上下来……尽管风儿告诉他没有用的……但是，依然不死心的希望看到他再度飞《生命流泪的样子》读后感700字起……另一辆汽车经过，鸟儿的身子又被汽车快速的风吹动……再度受到鼓舞的鸟儿，坚持不同的尝试……尽了全身的力量，却无法得到任何的回应……最后，终于忍不注的大声呼喊着，”你为何还不起来呢“……其实这一片文章所要表达的意思有很多，不过给人们的启发是跟《生命流泪的样子》差不多的。</w:t>
      </w:r>
      <w:r>
        <w:rPr>
          <w:lang w:eastAsia="zh-CN"/>
        </w:rPr>
        <w:br/>
      </w:r>
      <w:r>
        <w:rPr>
          <w:lang w:eastAsia="zh-CN"/>
        </w:rPr>
        <w:t xml:space="preserve">    二年级小布头奇遇记读书心得 篇15 </w:t>
      </w:r>
      <w:r>
        <w:rPr>
          <w:lang w:eastAsia="zh-CN"/>
        </w:rPr>
        <w:br/>
      </w:r>
      <w:r>
        <w:rPr>
          <w:lang w:eastAsia="zh-CN"/>
        </w:rPr>
        <w:t>　　一方水土养一方人。山清水秀名为茶峒的小山城，小溪潺潺，溪边一户人家，一位老人，一个女孩，一只黄狗相依为命。老人与女孩负责过渡人渡船。他们相伴在清晨听鸟鸣犬吠，相靠在黄昏看朝霞余晖，十分悠然自得。后来女孩与掌水码头的两个儿子相识，他们都喜欢上这个女孩，最后大儿子为成全弟弟，伤心外出却遇难，而二儿子因愧疚哥哥便未迎娶女孩，女孩的爷爷也在风雨中离去。女孩执着的等待二儿子归来。</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https://d.book118.com/865121033121011110</w:t>
        </w:r>
      </w:hyperlink>
    </w:p>
    <w:p w:rsidR="001B1F19">
      <w:pPr>
        <w:rPr>
          <w:rFonts w:hint="eastAsia"/>
          <w:lang w:eastAsia="zh-CN"/>
        </w:rPr>
      </w:pPr>
    </w:p>
    <w:sectPr>
      <w:type w:val="nextPage"/>
      <w:pgSz w:w="11906" w:h="16838"/>
      <w:pgMar w:top="1440" w:right="1800" w:bottom="1440" w:left="1800" w:header="851" w:footer="992" w:gutter="0"/>
      <w:pgNumType w:start="1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6512103312101111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