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小学生新学期学习计划模板（33篇）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最新小学生新学期学习计划模板（通用33篇）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篇1 </w:t>
      </w:r>
      <w:r>
        <w:rPr>
          <w:lang w:eastAsia="zh-CN"/>
        </w:rPr>
        <w:br/>
      </w:r>
      <w:r>
        <w:rPr>
          <w:lang w:eastAsia="zh-CN"/>
        </w:rPr>
        <w:t>　　开学第一天，一进学校，看到洁净如新的校园，看到崭新的桌椅，和蔼可亲的老师，我暗暗下定决心，要发奋学习，考上理想的中学。</w:t>
      </w:r>
      <w:r>
        <w:rPr>
          <w:lang w:eastAsia="zh-CN"/>
        </w:rPr>
        <w:br/>
      </w:r>
      <w:r>
        <w:rPr>
          <w:lang w:eastAsia="zh-CN"/>
        </w:rPr>
        <w:t>　　俗话说：“逆水行舟，不进则退。”这句话说得不错。今后，我一定要做到以下几点：</w:t>
      </w:r>
      <w:r>
        <w:rPr>
          <w:lang w:eastAsia="zh-CN"/>
        </w:rPr>
        <w:br/>
      </w:r>
      <w:r>
        <w:rPr>
          <w:lang w:eastAsia="zh-CN"/>
        </w:rPr>
        <w:t>　　一、做好“三定”。一定学习目标，语文97分，数学100分，英语98分以上;二定竞赛对手，树立我要超越对手的信念;三定帮扶对象，做好老师的助手，辅导好下层生，努力提高我们班的整体质量。</w:t>
      </w:r>
      <w:r>
        <w:rPr>
          <w:lang w:eastAsia="zh-CN"/>
        </w:rPr>
        <w:br/>
      </w:r>
      <w:r>
        <w:rPr>
          <w:lang w:eastAsia="zh-CN"/>
        </w:rPr>
        <w:t>　　二、课前做好预习，找出疑难，不能解决的问题在堂上多留意老师的讲解，并能做到“不耻下问。”</w:t>
      </w:r>
      <w:r>
        <w:rPr>
          <w:lang w:eastAsia="zh-CN"/>
        </w:rPr>
        <w:br/>
      </w:r>
      <w:r>
        <w:rPr>
          <w:lang w:eastAsia="zh-CN"/>
        </w:rPr>
        <w:t>　　三、上课专心听讲，认真做好笔记，积极发言，力争堂上知识堂上过关。</w:t>
      </w:r>
      <w:r>
        <w:rPr>
          <w:lang w:eastAsia="zh-CN"/>
        </w:rPr>
        <w:br/>
      </w:r>
      <w:r>
        <w:rPr>
          <w:lang w:eastAsia="zh-CN"/>
        </w:rPr>
        <w:t>　　四、课后认真完成作业，温故知新，睡觉前将老师堂上所讲的内容在脑海中放一次“电影”。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五、虚心学习别人的长处与优点，不妒忌别人，遇到挫折和失败，不灰心、不气馁。</w:t>
      </w:r>
      <w:r>
        <w:rPr>
          <w:lang w:eastAsia="zh-CN"/>
        </w:rPr>
        <w:br/>
      </w:r>
      <w:r>
        <w:rPr>
          <w:lang w:eastAsia="zh-CN"/>
        </w:rPr>
        <w:t>　　六、合理安排好休息时间与娱乐时间，每天完成作业后听听音乐，翻翻课外书，看看电视新闻。星期六、日适当看看少儿频道台电视或参加一些有益的课外活动。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篇2 </w:t>
      </w:r>
      <w:r>
        <w:rPr>
          <w:lang w:eastAsia="zh-CN"/>
        </w:rPr>
        <w:br/>
      </w:r>
      <w:r>
        <w:rPr>
          <w:lang w:eastAsia="zh-CN"/>
        </w:rPr>
        <w:t>　　每天日程安排：</w:t>
      </w:r>
      <w:r>
        <w:rPr>
          <w:lang w:eastAsia="zh-CN"/>
        </w:rPr>
        <w:br/>
      </w:r>
      <w:r>
        <w:rPr>
          <w:lang w:eastAsia="zh-CN"/>
        </w:rPr>
        <w:t>　　8:00~8;30起床(刷牙洗脸吃饭)</w:t>
      </w:r>
      <w:r>
        <w:rPr>
          <w:lang w:eastAsia="zh-CN"/>
        </w:rPr>
        <w:br/>
      </w:r>
      <w:r>
        <w:rPr>
          <w:lang w:eastAsia="zh-CN"/>
        </w:rPr>
        <w:t>　　8:30~9:00做老师布置的作业</w:t>
      </w:r>
      <w:r>
        <w:rPr>
          <w:lang w:eastAsia="zh-CN"/>
        </w:rPr>
        <w:br/>
      </w:r>
      <w:r>
        <w:rPr>
          <w:lang w:eastAsia="zh-CN"/>
        </w:rPr>
        <w:t>　　9:00~10:00做课外作业</w:t>
      </w:r>
      <w:r>
        <w:rPr>
          <w:lang w:eastAsia="zh-CN"/>
        </w:rPr>
        <w:br/>
      </w:r>
      <w:r>
        <w:rPr>
          <w:lang w:eastAsia="zh-CN"/>
        </w:rPr>
        <w:t>　　10:00~13:00玩</w:t>
      </w:r>
      <w:r>
        <w:rPr>
          <w:lang w:eastAsia="zh-CN"/>
        </w:rPr>
        <w:br/>
      </w:r>
      <w:r>
        <w:rPr>
          <w:lang w:eastAsia="zh-CN"/>
        </w:rPr>
        <w:t>　　13:00~14:00做课外作业</w:t>
      </w:r>
      <w:r>
        <w:rPr>
          <w:lang w:eastAsia="zh-CN"/>
        </w:rPr>
        <w:br/>
      </w:r>
      <w:r>
        <w:rPr>
          <w:lang w:eastAsia="zh-CN"/>
        </w:rPr>
        <w:t>　　14:00~15:00玩</w:t>
      </w:r>
      <w:r>
        <w:rPr>
          <w:lang w:eastAsia="zh-CN"/>
        </w:rPr>
        <w:br/>
      </w:r>
      <w:r>
        <w:rPr>
          <w:lang w:eastAsia="zh-CN"/>
        </w:rPr>
        <w:t>　　15:00~16:00做课外作业</w:t>
      </w:r>
      <w:r>
        <w:rPr>
          <w:lang w:eastAsia="zh-CN"/>
        </w:rPr>
        <w:br/>
      </w:r>
      <w:r>
        <w:rPr>
          <w:lang w:eastAsia="zh-CN"/>
        </w:rPr>
        <w:t>　　16:00~21:00玩</w:t>
      </w:r>
      <w:r>
        <w:rPr>
          <w:lang w:eastAsia="zh-CN"/>
        </w:rPr>
        <w:br/>
      </w:r>
      <w:r>
        <w:rPr>
          <w:lang w:eastAsia="zh-CN"/>
        </w:rPr>
        <w:t>　　从另一个角度写的:</w:t>
      </w:r>
      <w:r>
        <w:rPr>
          <w:lang w:eastAsia="zh-CN"/>
        </w:rPr>
        <w:br/>
      </w:r>
      <w:r>
        <w:rPr>
          <w:lang w:eastAsia="zh-CN"/>
        </w:rPr>
        <w:t>　　1.帮妈妈做力所能及的家务劳动....</w:t>
      </w:r>
      <w:r>
        <w:rPr>
          <w:lang w:eastAsia="zh-CN"/>
        </w:rPr>
        <w:br/>
      </w:r>
      <w:r>
        <w:rPr>
          <w:lang w:eastAsia="zh-CN"/>
        </w:rPr>
        <w:t>　　2.做有意义的公益劳动......</w:t>
      </w:r>
      <w:r>
        <w:rPr>
          <w:lang w:eastAsia="zh-CN"/>
        </w:rPr>
        <w:br/>
      </w:r>
      <w:r>
        <w:rPr>
          <w:lang w:eastAsia="zh-CN"/>
        </w:rPr>
        <w:t>　　3.学会一项家务技术或其他的小技术...</w:t>
      </w:r>
      <w:r>
        <w:rPr>
          <w:lang w:eastAsia="zh-CN"/>
        </w:rPr>
        <w:br/>
      </w:r>
      <w:r>
        <w:rPr>
          <w:lang w:eastAsia="zh-CN"/>
        </w:rPr>
        <w:t>　　4.改掉一个坏毛病、缺点..</w:t>
      </w:r>
      <w:r>
        <w:rPr>
          <w:lang w:eastAsia="zh-CN"/>
        </w:rPr>
        <w:br/>
      </w:r>
      <w:r>
        <w:rPr>
          <w:lang w:eastAsia="zh-CN"/>
        </w:rPr>
        <w:t>　　5.读一部好书，写出读后感....</w:t>
      </w:r>
      <w:r>
        <w:rPr>
          <w:lang w:eastAsia="zh-CN"/>
        </w:rPr>
        <w:br/>
      </w:r>
      <w:r>
        <w:rPr>
          <w:lang w:eastAsia="zh-CN"/>
        </w:rPr>
        <w:t>　　6.根据身边的事物写一些文章,并选出一篇自己认为好的文章，锻炼自己的写作能力....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7.看一部好的电影,试着写出观后感...</w:t>
      </w:r>
      <w:r>
        <w:rPr>
          <w:lang w:eastAsia="zh-CN"/>
        </w:rPr>
        <w:br/>
      </w:r>
      <w:r>
        <w:rPr>
          <w:lang w:eastAsia="zh-CN"/>
        </w:rPr>
        <w:t>　　8.学一首好歌....</w:t>
      </w:r>
      <w:r>
        <w:rPr>
          <w:lang w:eastAsia="zh-CN"/>
        </w:rPr>
        <w:br/>
      </w:r>
      <w:r>
        <w:rPr>
          <w:lang w:eastAsia="zh-CN"/>
        </w:rPr>
        <w:t>　　9.试着克服一个自己曾经不敢/会做的(好)事</w:t>
      </w:r>
      <w:r>
        <w:rPr>
          <w:lang w:eastAsia="zh-CN"/>
        </w:rPr>
        <w:br/>
      </w:r>
      <w:r>
        <w:rPr>
          <w:lang w:eastAsia="zh-CN"/>
        </w:rPr>
        <w:t>　　10.完成假期作业,并努力做到最好...</w:t>
      </w:r>
      <w:r>
        <w:rPr>
          <w:lang w:eastAsia="zh-CN"/>
        </w:rPr>
        <w:br/>
      </w:r>
      <w:r>
        <w:rPr>
          <w:lang w:eastAsia="zh-CN"/>
        </w:rPr>
        <w:t>　　11. 要注意完成学校布置的所有作业,不要漏做或偷工减料.字体要工整.</w:t>
      </w:r>
      <w:r>
        <w:rPr>
          <w:lang w:eastAsia="zh-CN"/>
        </w:rPr>
        <w:br/>
      </w:r>
      <w:r>
        <w:rPr>
          <w:lang w:eastAsia="zh-CN"/>
        </w:rPr>
        <w:t>　　12. 一个星期至少一次到图书馆看小学生课外读物,或者自己家里有课外书的把它看完.最好看一些第三, 每天要做适量的运动,不要因为天气寒冷躲在屋子里。</w:t>
      </w:r>
      <w:r>
        <w:rPr>
          <w:lang w:eastAsia="zh-CN"/>
        </w:rPr>
        <w:br/>
      </w:r>
      <w:r>
        <w:rPr>
          <w:lang w:eastAsia="zh-CN"/>
        </w:rPr>
        <w:t>　　13.天天看电视新闻报道,知多点国家大事,知多点交通防范安全,知多点走歪道的后果。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篇3 </w:t>
      </w:r>
      <w:r>
        <w:rPr>
          <w:lang w:eastAsia="zh-CN"/>
        </w:rPr>
        <w:br/>
      </w:r>
      <w:r>
        <w:rPr>
          <w:lang w:eastAsia="zh-CN"/>
        </w:rPr>
        <w:t>　　新的学期开始了,我已经是新学期四年级的学生了.我深知我的学习任务又加重了.在这一学期中我要更加努力的学习了,不能落在其他同学的后面,更要处处严格要求自己,在学习,劳动,体育各个方面争取成为其他同学的榜样.</w:t>
      </w:r>
      <w:r>
        <w:rPr>
          <w:lang w:eastAsia="zh-CN"/>
        </w:rPr>
        <w:br/>
      </w:r>
      <w:r>
        <w:rPr>
          <w:lang w:eastAsia="zh-CN"/>
        </w:rPr>
        <w:t>　　我为自己安排了这样的学习计划:</w:t>
      </w:r>
      <w:r>
        <w:rPr>
          <w:lang w:eastAsia="zh-CN"/>
        </w:rPr>
        <w:br/>
      </w:r>
      <w:r>
        <w:rPr>
          <w:lang w:eastAsia="zh-CN"/>
        </w:rPr>
        <w:t>　　1.上课认真听讲,积极回答老师提出的问题,遵守课堂纪律.</w:t>
      </w:r>
      <w:r>
        <w:rPr>
          <w:lang w:eastAsia="zh-CN"/>
        </w:rPr>
        <w:br/>
      </w:r>
      <w:r>
        <w:rPr>
          <w:lang w:eastAsia="zh-CN"/>
        </w:rPr>
        <w:t>　　2.认真完成作业,做好每节课的预习和复习工作.</w:t>
      </w:r>
      <w:r>
        <w:rPr>
          <w:lang w:eastAsia="zh-CN"/>
        </w:rPr>
        <w:br/>
      </w:r>
      <w:r>
        <w:rPr>
          <w:lang w:eastAsia="zh-CN"/>
        </w:rPr>
        <w:t>　　3.多读一些课外读物,丰富自己的词汇,开阔视野,为写好作文打好基础.</w:t>
      </w:r>
      <w:r>
        <w:rPr>
          <w:lang w:eastAsia="zh-CN"/>
        </w:rPr>
        <w:br/>
      </w:r>
      <w:r>
        <w:rPr>
          <w:lang w:eastAsia="zh-CN"/>
        </w:rPr>
        <w:t>　　4.积极参加体育锻炼,要德智体美劳全面发展.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5.积极参加学校组织的各项活动.</w:t>
      </w:r>
      <w:r>
        <w:rPr>
          <w:lang w:eastAsia="zh-CN"/>
        </w:rPr>
        <w:br/>
      </w:r>
      <w:r>
        <w:rPr>
          <w:lang w:eastAsia="zh-CN"/>
        </w:rPr>
        <w:t>　　6.为班级体多做好事,团结同学.</w:t>
      </w:r>
      <w:r>
        <w:rPr>
          <w:lang w:eastAsia="zh-CN"/>
        </w:rPr>
        <w:br/>
      </w:r>
      <w:r>
        <w:rPr>
          <w:lang w:eastAsia="zh-CN"/>
        </w:rPr>
        <w:t>　　以上是我新学期的打算,请老师和同学们看我的实际行动吧!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篇4 </w:t>
      </w:r>
      <w:r>
        <w:rPr>
          <w:lang w:eastAsia="zh-CN"/>
        </w:rPr>
        <w:br/>
      </w:r>
      <w:r>
        <w:rPr>
          <w:lang w:eastAsia="zh-CN"/>
        </w:rPr>
        <w:t>　　快乐的暑假过完了，开学我就是三年级的学生了，妈妈说三年级是关键的一年，我要加油了!预则立，不预则废。为了更好的让我安排好时间，妈妈让我制定计划，老师也让我们各自根据自己的情况制定一个学习计划。</w:t>
      </w:r>
      <w:r>
        <w:rPr>
          <w:lang w:eastAsia="zh-CN"/>
        </w:rPr>
        <w:br/>
      </w:r>
      <w:r>
        <w:rPr>
          <w:lang w:eastAsia="zh-CN"/>
        </w:rPr>
        <w:t>　　一、每天6：10准时起床。洗漱五分钟，喝水休息5分钟，按计划诵读经典30分钟，读英语十分钟。</w:t>
      </w:r>
      <w:r>
        <w:rPr>
          <w:lang w:eastAsia="zh-CN"/>
        </w:rPr>
        <w:br/>
      </w:r>
      <w:r>
        <w:rPr>
          <w:lang w:eastAsia="zh-CN"/>
        </w:rPr>
        <w:t>　　二、7:00早餐，然后7:30检查书包和所需物品上学。</w:t>
      </w:r>
      <w:r>
        <w:rPr>
          <w:lang w:eastAsia="zh-CN"/>
        </w:rPr>
        <w:br/>
      </w:r>
      <w:r>
        <w:rPr>
          <w:lang w:eastAsia="zh-CN"/>
        </w:rPr>
        <w:t>　　三、上课时要认真听讲，积极发言。</w:t>
      </w:r>
      <w:r>
        <w:rPr>
          <w:lang w:eastAsia="zh-CN"/>
        </w:rPr>
        <w:br/>
      </w:r>
      <w:r>
        <w:rPr>
          <w:lang w:eastAsia="zh-CN"/>
        </w:rPr>
        <w:t>　　四、中午回来吃完饭，先做作业，然后读故事书或听吴姐姐讲历史后睡午觉。</w:t>
      </w:r>
      <w:r>
        <w:rPr>
          <w:lang w:eastAsia="zh-CN"/>
        </w:rPr>
        <w:br/>
      </w:r>
      <w:r>
        <w:rPr>
          <w:lang w:eastAsia="zh-CN"/>
        </w:rPr>
        <w:t>　　五、下午放学休息一会，先做作业，然后要复习当天学习的内容，英才教程跟上老师的进度，并认真预习新课，为第二天做准备。</w:t>
      </w:r>
      <w:r>
        <w:rPr>
          <w:lang w:eastAsia="zh-CN"/>
        </w:rPr>
        <w:br/>
      </w:r>
      <w:r>
        <w:rPr>
          <w:lang w:eastAsia="zh-CN"/>
        </w:rPr>
        <w:t>　　六、每天晚上睡前阅读故事书，9：30&amp;10：00睡觉。</w:t>
      </w:r>
      <w:r>
        <w:rPr>
          <w:lang w:eastAsia="zh-CN"/>
        </w:rPr>
        <w:br/>
      </w:r>
      <w:r>
        <w:rPr>
          <w:lang w:eastAsia="zh-CN"/>
        </w:rPr>
        <w:t>　　七、周末完成老师作业可以自由安排。</w:t>
      </w:r>
      <w:r>
        <w:rPr>
          <w:lang w:eastAsia="zh-CN"/>
        </w:rPr>
        <w:br/>
      </w:r>
      <w:r>
        <w:rPr>
          <w:lang w:eastAsia="zh-CN"/>
        </w:rPr>
        <w:t>　　八、每周写书面日记两篇，口述博文不限。要注重修改!</w:t>
      </w:r>
      <w:r>
        <w:rPr>
          <w:lang w:eastAsia="zh-CN"/>
        </w:rPr>
        <w:br/>
      </w:r>
      <w:r>
        <w:rPr>
          <w:lang w:eastAsia="zh-CN"/>
        </w:rPr>
        <w:t>　　九、做好语文《错字集》，数学《错题集》。</w:t>
      </w:r>
      <w:r>
        <w:rPr>
          <w:lang w:eastAsia="zh-CN"/>
        </w:rPr>
        <w:br/>
      </w:r>
      <w:r>
        <w:rPr>
          <w:lang w:eastAsia="zh-CN"/>
        </w:rPr>
        <w:t>　　十、武术、围棋坚持学习，争取不缺课，不迟到。</w:t>
      </w:r>
      <w:r>
        <w:rPr>
          <w:lang w:eastAsia="zh-CN"/>
        </w:rPr>
        <w:br/>
      </w:r>
      <w:r>
        <w:rPr>
          <w:lang w:eastAsia="zh-CN"/>
        </w:rPr>
        <w:t>　　以上就是我这学期的学习计划，希望大家监督。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最新小学生新学期学习计划模板 篇5 </w:t>
      </w:r>
      <w:r>
        <w:rPr>
          <w:lang w:eastAsia="zh-CN"/>
        </w:rPr>
        <w:br/>
      </w:r>
      <w:r>
        <w:rPr>
          <w:lang w:eastAsia="zh-CN"/>
        </w:rPr>
        <w:t>　　9月1日的钟声刚刚响过，6：00的闹钟还发出“滴答滴答”的响声，我已忍沉不住内心的喜悦，早早地望着窗外泛着红晕的“朝霞妹妹”，脑中不断回想过去……</w:t>
      </w:r>
      <w:r>
        <w:rPr>
          <w:lang w:eastAsia="zh-CN"/>
        </w:rPr>
        <w:br/>
      </w:r>
      <w:r>
        <w:rPr>
          <w:lang w:eastAsia="zh-CN"/>
        </w:rPr>
        <w:t>　　一年级，上学是种好奇；二年级，上学是种体验；三年级，上学是种欣慰；四年级，上学是种快乐；五年级，上学是种希望。而今天，这个进入毕业班的第一天，又是种什么呢？不是好奇，不是体验，不是欣慰，也不是快乐和希望，是那种渴望知识的感觉！</w:t>
      </w:r>
      <w:r>
        <w:rPr>
          <w:lang w:eastAsia="zh-CN"/>
        </w:rPr>
        <w:br/>
      </w:r>
      <w:r>
        <w:rPr>
          <w:lang w:eastAsia="zh-CN"/>
        </w:rPr>
        <w:t>　　是的，六年级，这个对于小学生来说，是个多么可怕的三个字，因为升入六年级，就意味着要离去，离开这个生活了六年的“家”！但是，我们还是来到了，来到了这个冷瑟的“国度”。所以，我们必须努力，努力再离开这儿时还能有一种欣慰的表情：因为我付出了，对于母校哺育我的一切，我可以补偿了！</w:t>
      </w:r>
      <w:r>
        <w:rPr>
          <w:lang w:eastAsia="zh-CN"/>
        </w:rPr>
        <w:br/>
      </w:r>
      <w:r>
        <w:rPr>
          <w:lang w:eastAsia="zh-CN"/>
        </w:rPr>
        <w:t>　　想罢，我伸出双手，看着手中那条短短的生命线，顿然握紧了拳头，心里想着：命运永远掌握在自己手里的，只有自己的努力，才能换来“丰盛的晚餐”，只有对知识的渴求，才能得到明日人们口中的才子，新学期，新的开端，我会拥有新的知识！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篇6 </w:t>
      </w:r>
      <w:r>
        <w:rPr>
          <w:lang w:eastAsia="zh-CN"/>
        </w:rPr>
        <w:br/>
      </w:r>
      <w:r>
        <w:rPr>
          <w:lang w:eastAsia="zh-CN"/>
        </w:rPr>
        <w:t>　　时光飞逝，日月如梭。不知不觉中，我已经是六年级的学生了，很快就要进行小考了。因此，在这里，我想为自己制定一个新的学期计划：</w:t>
      </w:r>
      <w:r>
        <w:rPr>
          <w:lang w:eastAsia="zh-CN"/>
        </w:rPr>
        <w:br/>
      </w:r>
      <w:r>
        <w:rPr>
          <w:lang w:eastAsia="zh-CN"/>
        </w:rPr>
        <w:t>　　1、上课认真听讲，不环顾四周，举手回答问题。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每天至少读两个小时的课外书籍。</w:t>
      </w:r>
      <w:r>
        <w:rPr>
          <w:lang w:eastAsia="zh-CN"/>
        </w:rPr>
        <w:br/>
      </w:r>
      <w:r>
        <w:rPr>
          <w:lang w:eastAsia="zh-CN"/>
        </w:rPr>
        <w:t>　　3、作业错题要及时纠正，不能拖。</w:t>
      </w:r>
      <w:r>
        <w:rPr>
          <w:lang w:eastAsia="zh-CN"/>
        </w:rPr>
        <w:br/>
      </w:r>
      <w:r>
        <w:rPr>
          <w:lang w:eastAsia="zh-CN"/>
        </w:rPr>
        <w:t>　　提前预习新课。</w:t>
      </w:r>
      <w:r>
        <w:rPr>
          <w:lang w:eastAsia="zh-CN"/>
        </w:rPr>
        <w:br/>
      </w:r>
      <w:r>
        <w:rPr>
          <w:lang w:eastAsia="zh-CN"/>
        </w:rPr>
        <w:t>　　5、从周一到周五放学后，完成作业，做一些课</w:t>
      </w:r>
      <w:r>
        <w:rPr>
          <w:lang w:eastAsia="zh-CN"/>
        </w:rPr>
        <w:br/>
      </w:r>
      <w:r>
        <w:rPr>
          <w:lang w:eastAsia="zh-CN"/>
        </w:rPr>
        <w:t>　　提高课外知识。</w:t>
      </w:r>
      <w:r>
        <w:rPr>
          <w:lang w:eastAsia="zh-CN"/>
        </w:rPr>
        <w:br/>
      </w:r>
      <w:r>
        <w:rPr>
          <w:lang w:eastAsia="zh-CN"/>
        </w:rPr>
        <w:t>　　6、周六和周日6：30—7：00坚持早读；周六读语文课文，周日读英语单词。</w:t>
      </w:r>
      <w:r>
        <w:rPr>
          <w:lang w:eastAsia="zh-CN"/>
        </w:rPr>
        <w:br/>
      </w:r>
      <w:r>
        <w:rPr>
          <w:lang w:eastAsia="zh-CN"/>
        </w:rPr>
        <w:t>　　7、周六和周日下午2：00—3：00听英文广播和一些英文歌曲。</w:t>
      </w:r>
      <w:r>
        <w:rPr>
          <w:lang w:eastAsia="zh-CN"/>
        </w:rPr>
        <w:br/>
      </w:r>
      <w:r>
        <w:rPr>
          <w:lang w:eastAsia="zh-CN"/>
        </w:rPr>
        <w:t>　　我相信世界上没有什么困难怕有心的人。只要我不懈努力，我就会克服这些障碍。我坚信成功属于有梦想的.人。放下我的梦想，我相信它正在飞翔，冲向天空……</w:t>
      </w:r>
      <w:r>
        <w:rPr>
          <w:lang w:eastAsia="zh-CN"/>
        </w:rPr>
        <w:br/>
      </w:r>
      <w:r>
        <w:rPr>
          <w:lang w:eastAsia="zh-CN"/>
        </w:rPr>
        <w:t>　　加油，陈玟瑾！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篇7 </w:t>
      </w:r>
      <w:r>
        <w:rPr>
          <w:lang w:eastAsia="zh-CN"/>
        </w:rPr>
        <w:br/>
      </w:r>
      <w:r>
        <w:rPr>
          <w:lang w:eastAsia="zh-CN"/>
        </w:rPr>
        <w:t>　　转眼间，20__年——我的本命年__年就来到了，就因为这样，我决定在本年里加把劲儿，把学习赶上来，因此我制定了一个学习计划。</w:t>
      </w:r>
      <w:r>
        <w:rPr>
          <w:lang w:eastAsia="zh-CN"/>
        </w:rPr>
        <w:br/>
      </w:r>
      <w:r>
        <w:rPr>
          <w:lang w:eastAsia="zh-CN"/>
        </w:rPr>
        <w:t>　　寒假里的安排：</w:t>
      </w:r>
      <w:r>
        <w:rPr>
          <w:lang w:eastAsia="zh-CN"/>
        </w:rPr>
        <w:br/>
      </w:r>
      <w:r>
        <w:rPr>
          <w:lang w:eastAsia="zh-CN"/>
        </w:rPr>
        <w:t>　　1、因为在寒假里出去旅游，作业将在年前争取写完。</w:t>
      </w:r>
      <w:r>
        <w:rPr>
          <w:lang w:eastAsia="zh-CN"/>
        </w:rPr>
        <w:br/>
      </w:r>
      <w:r>
        <w:rPr>
          <w:lang w:eastAsia="zh-CN"/>
        </w:rPr>
        <w:t>　　2、寒假里因时间多，要多帮家长干一些活。</w:t>
      </w:r>
      <w:r>
        <w:rPr>
          <w:lang w:eastAsia="zh-CN"/>
        </w:rPr>
        <w:br/>
      </w:r>
      <w:r>
        <w:rPr>
          <w:lang w:eastAsia="zh-CN"/>
        </w:rPr>
        <w:t>　　3、寒假期间，把自己的房间收拾好。</w:t>
      </w:r>
      <w:r>
        <w:rPr>
          <w:lang w:eastAsia="zh-CN"/>
        </w:rPr>
        <w:br/>
      </w:r>
      <w:r>
        <w:rPr>
          <w:lang w:eastAsia="zh-CN"/>
        </w:rPr>
        <w:t>　　4、年后准备去海南岛。</w:t>
      </w:r>
      <w:r>
        <w:rPr>
          <w:lang w:eastAsia="zh-CN"/>
        </w:rPr>
        <w:br/>
      </w:r>
      <w:r>
        <w:rPr>
          <w:lang w:eastAsia="zh-CN"/>
        </w:rPr>
        <w:t>　　5、把新书都预习一下。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6、在寒假期间按时“上课”，也就是和学校里一样，周一至周五上原课，原时间。</w:t>
      </w:r>
      <w:r>
        <w:rPr>
          <w:lang w:eastAsia="zh-CN"/>
        </w:rPr>
        <w:br/>
      </w:r>
      <w:r>
        <w:rPr>
          <w:lang w:eastAsia="zh-CN"/>
        </w:rPr>
        <w:t>　　本年的安排：</w:t>
      </w:r>
      <w:r>
        <w:rPr>
          <w:lang w:eastAsia="zh-CN"/>
        </w:rPr>
        <w:br/>
      </w:r>
      <w:r>
        <w:rPr>
          <w:lang w:eastAsia="zh-CN"/>
        </w:rPr>
        <w:t>　　1、不偷懒，把学习搞上去。</w:t>
      </w:r>
      <w:r>
        <w:rPr>
          <w:lang w:eastAsia="zh-CN"/>
        </w:rPr>
        <w:br/>
      </w:r>
      <w:r>
        <w:rPr>
          <w:lang w:eastAsia="zh-CN"/>
        </w:rPr>
        <w:t>　　2、周六至周七也和上学一样。</w:t>
      </w:r>
      <w:r>
        <w:rPr>
          <w:lang w:eastAsia="zh-CN"/>
        </w:rPr>
        <w:br/>
      </w:r>
      <w:r>
        <w:rPr>
          <w:lang w:eastAsia="zh-CN"/>
        </w:rPr>
        <w:t>　　3、每天按时完成作业。</w:t>
      </w:r>
      <w:r>
        <w:rPr>
          <w:lang w:eastAsia="zh-CN"/>
        </w:rPr>
        <w:br/>
      </w:r>
      <w:r>
        <w:rPr>
          <w:lang w:eastAsia="zh-CN"/>
        </w:rPr>
        <w:t>　　4、数学作业争取没错题。</w:t>
      </w:r>
      <w:r>
        <w:rPr>
          <w:lang w:eastAsia="zh-CN"/>
        </w:rPr>
        <w:br/>
      </w:r>
      <w:r>
        <w:rPr>
          <w:lang w:eastAsia="zh-CN"/>
        </w:rPr>
        <w:t>　　以上是我的学习计划，我相信，如果我做到了，我一定会在本命年里学习顶呱呱！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篇8 </w:t>
      </w:r>
      <w:r>
        <w:rPr>
          <w:lang w:eastAsia="zh-CN"/>
        </w:rPr>
        <w:br/>
      </w:r>
      <w:r>
        <w:rPr>
          <w:lang w:eastAsia="zh-CN"/>
        </w:rPr>
        <w:t>　　一个暑假，在匆匆忙忙中不知不觉度过了，新的学期，新的年级即将拉开序幕。</w:t>
      </w:r>
      <w:r>
        <w:rPr>
          <w:lang w:eastAsia="zh-CN"/>
        </w:rPr>
        <w:br/>
      </w:r>
      <w:r>
        <w:rPr>
          <w:lang w:eastAsia="zh-CN"/>
        </w:rPr>
        <w:t>　　新学期来了，我的生活又要翻开新一页空白的纸，谱写一个崭新的篇章。不久以后，这页空白的纸就会变得多姿多彩。</w:t>
      </w:r>
      <w:r>
        <w:rPr>
          <w:lang w:eastAsia="zh-CN"/>
        </w:rPr>
        <w:br/>
      </w:r>
      <w:r>
        <w:rPr>
          <w:lang w:eastAsia="zh-CN"/>
        </w:rPr>
        <w:t>　　新学期我要改掉一些坏毛病，一定要和细心交朋友，抛弃粗心这坏习惯;做事心平气和，不随便发脾气，做一个快乐的女孩，不zuo爱哭的小女孩;要在关健时刻拿主意，不退缩，上课积极举手发言，不做胆小如鼠的孩子，作业一定要写得工整，干净。</w:t>
      </w:r>
      <w:r>
        <w:rPr>
          <w:lang w:eastAsia="zh-CN"/>
        </w:rPr>
        <w:br/>
      </w:r>
      <w:r>
        <w:rPr>
          <w:lang w:eastAsia="zh-CN"/>
        </w:rPr>
        <w:t>　　在新学期里，我一定要成为老师得力的小助手，同学们的好伙伴，成为一个人见人爱的小女孩。相信我，我一定在新学期有突出成果的。加油!让我们共同努力!努力学好各门功课!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篇9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学习方面:</w:t>
      </w:r>
      <w:r>
        <w:rPr>
          <w:lang w:eastAsia="zh-CN"/>
        </w:rPr>
        <w:br/>
      </w:r>
      <w:r>
        <w:rPr>
          <w:lang w:eastAsia="zh-CN"/>
        </w:rPr>
        <w:t>　　一、上课认真听讲;</w:t>
      </w:r>
      <w:r>
        <w:rPr>
          <w:lang w:eastAsia="zh-CN"/>
        </w:rPr>
        <w:br/>
      </w:r>
      <w:r>
        <w:rPr>
          <w:lang w:eastAsia="zh-CN"/>
        </w:rPr>
        <w:t>　　二、积极主动发言;</w:t>
      </w:r>
      <w:r>
        <w:rPr>
          <w:lang w:eastAsia="zh-CN"/>
        </w:rPr>
        <w:br/>
      </w:r>
      <w:r>
        <w:rPr>
          <w:lang w:eastAsia="zh-CN"/>
        </w:rPr>
        <w:t>　　三、听老师的话;</w:t>
      </w:r>
      <w:r>
        <w:rPr>
          <w:lang w:eastAsia="zh-CN"/>
        </w:rPr>
        <w:br/>
      </w:r>
      <w:r>
        <w:rPr>
          <w:lang w:eastAsia="zh-CN"/>
        </w:rPr>
        <w:t>　　四、专心又快又好完成作业;</w:t>
      </w:r>
      <w:r>
        <w:rPr>
          <w:lang w:eastAsia="zh-CN"/>
        </w:rPr>
        <w:br/>
      </w:r>
      <w:r>
        <w:rPr>
          <w:lang w:eastAsia="zh-CN"/>
        </w:rPr>
        <w:t>　　五、认真预习和复习功课。</w:t>
      </w:r>
      <w:r>
        <w:rPr>
          <w:lang w:eastAsia="zh-CN"/>
        </w:rPr>
        <w:br/>
      </w:r>
      <w:r>
        <w:rPr>
          <w:lang w:eastAsia="zh-CN"/>
        </w:rPr>
        <w:t>　　经过我的努力，我的语数英三门</w:t>
      </w:r>
      <w:r>
        <w:rPr>
          <w:lang w:eastAsia="zh-CN"/>
        </w:rPr>
        <w:br/>
      </w:r>
      <w:r>
        <w:rPr>
          <w:lang w:eastAsia="zh-CN"/>
        </w:rPr>
        <w:t>　　功课争取都考到95分以上。</w:t>
      </w:r>
      <w:r>
        <w:rPr>
          <w:lang w:eastAsia="zh-CN"/>
        </w:rPr>
        <w:br/>
      </w:r>
      <w:r>
        <w:rPr>
          <w:lang w:eastAsia="zh-CN"/>
        </w:rPr>
        <w:t>　　生活方面:</w:t>
      </w:r>
      <w:r>
        <w:rPr>
          <w:lang w:eastAsia="zh-CN"/>
        </w:rPr>
        <w:br/>
      </w:r>
      <w:r>
        <w:rPr>
          <w:lang w:eastAsia="zh-CN"/>
        </w:rPr>
        <w:t>　　一、早上6时30分准时起床;</w:t>
      </w:r>
      <w:r>
        <w:rPr>
          <w:lang w:eastAsia="zh-CN"/>
        </w:rPr>
        <w:br/>
      </w:r>
      <w:r>
        <w:rPr>
          <w:lang w:eastAsia="zh-CN"/>
        </w:rPr>
        <w:t>　　二、晚上9时准时睡觉;</w:t>
      </w:r>
      <w:r>
        <w:rPr>
          <w:lang w:eastAsia="zh-CN"/>
        </w:rPr>
        <w:br/>
      </w:r>
      <w:r>
        <w:rPr>
          <w:lang w:eastAsia="zh-CN"/>
        </w:rPr>
        <w:t>　　三、自己梳头、洗脸，把牙刷的干干净净;</w:t>
      </w:r>
      <w:r>
        <w:rPr>
          <w:lang w:eastAsia="zh-CN"/>
        </w:rPr>
        <w:br/>
      </w:r>
      <w:r>
        <w:rPr>
          <w:lang w:eastAsia="zh-CN"/>
        </w:rPr>
        <w:t>　　四、帮妈妈做家务;</w:t>
      </w:r>
      <w:r>
        <w:rPr>
          <w:lang w:eastAsia="zh-CN"/>
        </w:rPr>
        <w:br/>
      </w:r>
      <w:r>
        <w:rPr>
          <w:lang w:eastAsia="zh-CN"/>
        </w:rPr>
        <w:t>　　五、要学会宽容大度，不惹妈妈生气。</w:t>
      </w:r>
      <w:r>
        <w:rPr>
          <w:lang w:eastAsia="zh-CN"/>
        </w:rPr>
        <w:br/>
      </w:r>
      <w:r>
        <w:rPr>
          <w:lang w:eastAsia="zh-CN"/>
        </w:rPr>
        <w:t>　　特长班方面:</w:t>
      </w:r>
      <w:r>
        <w:rPr>
          <w:lang w:eastAsia="zh-CN"/>
        </w:rPr>
        <w:br/>
      </w:r>
      <w:r>
        <w:rPr>
          <w:lang w:eastAsia="zh-CN"/>
        </w:rPr>
        <w:t>　　一、专心弹钢琴。要把每节课钢琴老师布置的新作业都弹流畅，保持好手型;</w:t>
      </w:r>
      <w:r>
        <w:rPr>
          <w:lang w:eastAsia="zh-CN"/>
        </w:rPr>
        <w:br/>
      </w:r>
      <w:r>
        <w:rPr>
          <w:lang w:eastAsia="zh-CN"/>
        </w:rPr>
        <w:t>　　二、用心跳舞。按老师要求练好基本功，跳舞时表情、动作要好，让舞蹈老师表扬我。</w:t>
      </w:r>
      <w:r>
        <w:rPr>
          <w:lang w:eastAsia="zh-CN"/>
        </w:rPr>
        <w:br/>
      </w:r>
      <w:r>
        <w:rPr>
          <w:lang w:eastAsia="zh-CN"/>
        </w:rPr>
        <w:t>　　阅读方面:</w:t>
      </w:r>
      <w:r>
        <w:rPr>
          <w:lang w:eastAsia="zh-CN"/>
        </w:rPr>
        <w:br/>
      </w:r>
      <w:r>
        <w:rPr>
          <w:lang w:eastAsia="zh-CN"/>
        </w:rPr>
        <w:t>　　新学期我要坚持每天半个小时的阅读，多读书，让自己的知识更丰富，并尽可能写博客。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新学期我一定要努力，按照计划做，各个方面都进步。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篇10 </w:t>
      </w:r>
      <w:r>
        <w:rPr>
          <w:lang w:eastAsia="zh-CN"/>
        </w:rPr>
        <w:br/>
      </w:r>
      <w:r>
        <w:rPr>
          <w:lang w:eastAsia="zh-CN"/>
        </w:rPr>
        <w:t>　　俗话说：“逆水行舟，不进则退。”开学第一天，一进学校，看到洁净如新的校园，看到崭新的桌椅，和蔼可亲的老师，我们对新的学期又会有怎样的打算呢?</w:t>
      </w:r>
      <w:r>
        <w:rPr>
          <w:lang w:eastAsia="zh-CN"/>
        </w:rPr>
        <w:br/>
      </w:r>
      <w:r>
        <w:rPr>
          <w:lang w:eastAsia="zh-CN"/>
        </w:rPr>
        <w:t>　　不知不觉，我已经踏入了新学期的门槛，开始了新学期的生活。新学期，收收心，要很快投入到紧张的学习中。为此，我决定列出以下的学习计划，时刻提醒我在今后的学习中努力勤奋：</w:t>
      </w:r>
      <w:r>
        <w:rPr>
          <w:lang w:eastAsia="zh-CN"/>
        </w:rPr>
        <w:br/>
      </w:r>
      <w:r>
        <w:rPr>
          <w:lang w:eastAsia="zh-CN"/>
        </w:rPr>
        <w:t>　　1、每天都不能松懈。对于知识不能马虎,有不会的问题,要经过一番思考,如果真的不会再去请教老师或同学。</w:t>
      </w:r>
      <w:r>
        <w:rPr>
          <w:lang w:eastAsia="zh-CN"/>
        </w:rPr>
        <w:br/>
      </w:r>
      <w:r>
        <w:rPr>
          <w:lang w:eastAsia="zh-CN"/>
        </w:rPr>
        <w:t>　　2、每节课都要认真听讲，特别是老师分析题目的时候，更要仔细听，不能心不在焉。</w:t>
      </w:r>
      <w:r>
        <w:rPr>
          <w:lang w:eastAsia="zh-CN"/>
        </w:rPr>
        <w:br/>
      </w:r>
      <w:r>
        <w:rPr>
          <w:lang w:eastAsia="zh-CN"/>
        </w:rPr>
        <w:t>　　3、上课认真听讲、认真记笔记、回家认真做作业。此外，要每天把当天所学了的课程都复习一遍，还要把第二天要学的'课程预习一遍。</w:t>
      </w:r>
      <w:r>
        <w:rPr>
          <w:lang w:eastAsia="zh-CN"/>
        </w:rPr>
        <w:br/>
      </w:r>
      <w:r>
        <w:rPr>
          <w:lang w:eastAsia="zh-CN"/>
        </w:rPr>
        <w:t>　　4、写作业是一个非常重要的环节，认真仔细完成作业能发现不足并且可以巩固知识。语文作业要字迹工整,仔细分析;数学作业,不能马虎,写完后认真检查并验算;英语作业,书写规范,字迹工整。</w:t>
      </w:r>
      <w:r>
        <w:rPr>
          <w:lang w:eastAsia="zh-CN"/>
        </w:rPr>
        <w:br/>
      </w:r>
      <w:r>
        <w:rPr>
          <w:lang w:eastAsia="zh-CN"/>
        </w:rPr>
        <w:t>　　5、作为少先队员，不仅要尊老爱幼，尊敬师长，还要乐于帮助，别人时刻紧记遵守规则。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6、扬文明诚信美德,展三江学子风采。想要做一个合格的学生,就要做到文明诚信美德。一个学期是辛苦的,但我不能怕辛苦,别人能够做到,我相信自己也一定能做到。所谓“苦后甘来”，只要努力去做，肯定会获得回报。在这个学期里，不仅要好好学习，还要做到文明诚信美德。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篇11 </w:t>
      </w:r>
      <w:r>
        <w:rPr>
          <w:lang w:eastAsia="zh-CN"/>
        </w:rPr>
        <w:br/>
      </w:r>
      <w:r>
        <w:rPr>
          <w:lang w:eastAsia="zh-CN"/>
        </w:rPr>
        <w:t>　　一、</w:t>
      </w:r>
      <w:r>
        <w:rPr>
          <w:lang w:eastAsia="zh-CN"/>
        </w:rPr>
        <w:br/>
      </w:r>
      <w:r>
        <w:rPr>
          <w:lang w:eastAsia="zh-CN"/>
        </w:rPr>
        <w:t>　　新学期开始之际,我有了很多新打算。最大的打算是希望在新学期里能继续当副班长，为老师和同学多出一份力。最高的打算是能在学期末当上光荣的“三好学生”，学习上更上一层楼!另外还打算为班级多争光，坚决不为班级抹黑!在做值日的时候要认真，再不把扫帚弄坏，和玩扫帚了。前几天我还光荣的当了班级的“窗户管理员”，管理好窗户是我的责任。</w:t>
      </w:r>
      <w:r>
        <w:rPr>
          <w:lang w:eastAsia="zh-CN"/>
        </w:rPr>
        <w:br/>
      </w:r>
      <w:r>
        <w:rPr>
          <w:lang w:eastAsia="zh-CN"/>
        </w:rPr>
        <w:t>　　同学们你们也有类似的打算吗?让我们来交流交流吧!!!</w:t>
      </w:r>
      <w:r>
        <w:rPr>
          <w:lang w:eastAsia="zh-CN"/>
        </w:rPr>
        <w:br/>
      </w:r>
      <w:r>
        <w:rPr>
          <w:lang w:eastAsia="zh-CN"/>
        </w:rPr>
        <w:t>　　二、</w:t>
      </w:r>
      <w:r>
        <w:rPr>
          <w:lang w:eastAsia="zh-CN"/>
        </w:rPr>
        <w:br/>
      </w:r>
      <w:r>
        <w:rPr>
          <w:lang w:eastAsia="zh-CN"/>
        </w:rPr>
        <w:t>　　真是光阴似箭，一眨眼，一个快乐的寒假又过去了。新的学期就要来了。在这个新学期中，我对学习生活又有了新的打算。知道是什么打算吗?还是听我说说吧!</w:t>
      </w:r>
      <w:r>
        <w:rPr>
          <w:lang w:eastAsia="zh-CN"/>
        </w:rPr>
        <w:br/>
      </w:r>
      <w:r>
        <w:rPr>
          <w:lang w:eastAsia="zh-CN"/>
        </w:rPr>
        <w:t>　　在这个新学期中，我打算在语文课上积极举手发言，认真做好老师布置的每一项作业;在数学课上不做小动作，不懂就问老师，当然也不能装懂;在英语课上认真背诵每一课，每一个单词。这样才能和外国人谈话呀!在美术课上画好每一幅画;在体育课上做好每一项运动;在微机课上学好每一项程序;在科学课上了解每一只动物。</w:t>
      </w:r>
      <w:r>
        <w:rPr>
          <w:lang w:eastAsia="zh-CN"/>
        </w:rPr>
        <w:br/>
      </w:r>
      <w:r>
        <w:rPr>
          <w:lang w:eastAsia="zh-CN"/>
        </w:rPr>
        <w:t>　　我还打算与同学们和睦相处，没有争吵，交到更多的好朋友。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这些就是我的新学期打算。我希望我能做到，我也相信我能做到。</w:t>
      </w:r>
      <w:r>
        <w:rPr>
          <w:lang w:eastAsia="zh-CN"/>
        </w:rPr>
        <w:br/>
      </w:r>
      <w:r>
        <w:rPr>
          <w:lang w:eastAsia="zh-CN"/>
        </w:rPr>
        <w:t>　　三、以下是论坛同学们的新学期希望，你呢?是不是也有这些想法。</w:t>
      </w:r>
      <w:r>
        <w:rPr>
          <w:lang w:eastAsia="zh-CN"/>
        </w:rPr>
        <w:br/>
      </w:r>
      <w:r>
        <w:rPr>
          <w:lang w:eastAsia="zh-CN"/>
        </w:rPr>
        <w:t>　　在新的一年里,我要好好学习,天天向上,在个方面学习上考出优异的成绩,争取当上中队长,争取英语免考.这是我新一年的目标!!!</w:t>
      </w:r>
      <w:r>
        <w:rPr>
          <w:lang w:eastAsia="zh-CN"/>
        </w:rPr>
        <w:br/>
      </w:r>
      <w:r>
        <w:rPr>
          <w:lang w:eastAsia="zh-CN"/>
        </w:rPr>
        <w:t>　　我的打算是:第一，好好学习，天天向上;第二,争取语文考90分,数学英语100分;第三，争取做小队长.这就是我的目标!!!!!</w:t>
      </w:r>
      <w:r>
        <w:rPr>
          <w:lang w:eastAsia="zh-CN"/>
        </w:rPr>
        <w:br/>
      </w:r>
      <w:r>
        <w:rPr>
          <w:lang w:eastAsia="zh-CN"/>
        </w:rPr>
        <w:t>　　在新的一年里,我希望能学会自我管理好时间,俗话说"一寸光阴一寸金,寸金难买寸光阴",我要安排好自己的时间,学习好锻炼好生活好娱乐好,大家有什么好建议呢?</w:t>
      </w:r>
      <w:r>
        <w:rPr>
          <w:lang w:eastAsia="zh-CN"/>
        </w:rPr>
        <w:br/>
      </w:r>
      <w:r>
        <w:rPr>
          <w:lang w:eastAsia="zh-CN"/>
        </w:rPr>
        <w:t>　　我要在新学期里更加努力学习!</w:t>
      </w:r>
      <w:r>
        <w:rPr>
          <w:lang w:eastAsia="zh-CN"/>
        </w:rPr>
        <w:br/>
      </w:r>
      <w:r>
        <w:rPr>
          <w:lang w:eastAsia="zh-CN"/>
        </w:rPr>
        <w:t>　　我要改掉字写得差的毛病!</w:t>
      </w:r>
      <w:r>
        <w:rPr>
          <w:lang w:eastAsia="zh-CN"/>
        </w:rPr>
        <w:br/>
      </w:r>
      <w:r>
        <w:rPr>
          <w:lang w:eastAsia="zh-CN"/>
        </w:rPr>
        <w:t>　　在新的一学期中，我要把自己身上的缺点全部改掉，如：上课不专心听讲、不认真完成作业、跟同学不友好相处等。争取取得好成绩，相信我，我会努力的!</w:t>
      </w:r>
      <w:r>
        <w:rPr>
          <w:lang w:eastAsia="zh-CN"/>
        </w:rPr>
        <w:br/>
      </w:r>
      <w:r>
        <w:rPr>
          <w:lang w:eastAsia="zh-CN"/>
        </w:rPr>
        <w:t>　　我在新学期的打算是:争取英语免考.</w:t>
      </w:r>
      <w:r>
        <w:rPr>
          <w:lang w:eastAsia="zh-CN"/>
        </w:rPr>
        <w:br/>
      </w:r>
      <w:r>
        <w:rPr>
          <w:lang w:eastAsia="zh-CN"/>
        </w:rPr>
        <w:t>　　在新的学期中，我要把所有的缺点都改正;如：上课不专心听讲、不认真完成作业、课间不文明活动、跟同学不友好相处等。争取取得优异的成绩，给大家一个新的面貌。看我的吧!</w:t>
      </w:r>
      <w:r>
        <w:rPr>
          <w:lang w:eastAsia="zh-CN"/>
        </w:rPr>
        <w:br/>
      </w:r>
      <w:r>
        <w:rPr>
          <w:lang w:eastAsia="zh-CN"/>
        </w:rPr>
        <w:t>　　在新学期里我们可以进入新的学校上课了。我要改掉做事拖拉的坏毛病，上课认真听讲，争取好的成绩。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我要改掉做事慢半拍的习惯，养成良好的学习习惯!</w:t>
      </w:r>
      <w:r>
        <w:rPr>
          <w:lang w:eastAsia="zh-CN"/>
        </w:rPr>
        <w:br/>
      </w:r>
      <w:r>
        <w:rPr>
          <w:lang w:eastAsia="zh-CN"/>
        </w:rPr>
        <w:t>　　在新学期里我会让我的作业不在拖拉!</w:t>
      </w:r>
      <w:r>
        <w:rPr>
          <w:lang w:eastAsia="zh-CN"/>
        </w:rPr>
        <w:br/>
      </w:r>
      <w:r>
        <w:rPr>
          <w:lang w:eastAsia="zh-CN"/>
        </w:rPr>
        <w:t>　　在新的学期里，我要好好学习，天天向上，做老师的好帮手！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篇12 </w:t>
      </w:r>
      <w:r>
        <w:rPr>
          <w:lang w:eastAsia="zh-CN"/>
        </w:rPr>
        <w:br/>
      </w:r>
      <w:r>
        <w:rPr>
          <w:lang w:eastAsia="zh-CN"/>
        </w:rPr>
        <w:t>　　新的学期就要到来了，为了使下个学期的学习成绩进步、各科成绩优异、不偏科，我新学期的打算如下：</w:t>
      </w:r>
      <w:r>
        <w:rPr>
          <w:lang w:eastAsia="zh-CN"/>
        </w:rPr>
        <w:br/>
      </w:r>
      <w:r>
        <w:rPr>
          <w:lang w:eastAsia="zh-CN"/>
        </w:rPr>
        <w:t>　　一、做好预习。预习是学好各科的第一个环节，所以预习应做到：</w:t>
      </w:r>
      <w:r>
        <w:rPr>
          <w:lang w:eastAsia="zh-CN"/>
        </w:rPr>
        <w:br/>
      </w:r>
      <w:r>
        <w:rPr>
          <w:lang w:eastAsia="zh-CN"/>
        </w:rPr>
        <w:t>　　1、粗读教材，找出这节与哪些旧知识有联系，并复习这些知识;</w:t>
      </w:r>
      <w:r>
        <w:rPr>
          <w:lang w:eastAsia="zh-CN"/>
        </w:rPr>
        <w:br/>
      </w:r>
      <w:r>
        <w:rPr>
          <w:lang w:eastAsia="zh-CN"/>
        </w:rPr>
        <w:t>　　2、列写出这节的内容提要;</w:t>
      </w:r>
      <w:r>
        <w:rPr>
          <w:lang w:eastAsia="zh-CN"/>
        </w:rPr>
        <w:br/>
      </w:r>
      <w:r>
        <w:rPr>
          <w:lang w:eastAsia="zh-CN"/>
        </w:rPr>
        <w:t>　　3、找出这节的重点与难点;</w:t>
      </w:r>
      <w:r>
        <w:rPr>
          <w:lang w:eastAsia="zh-CN"/>
        </w:rPr>
        <w:br/>
      </w:r>
      <w:r>
        <w:rPr>
          <w:lang w:eastAsia="zh-CN"/>
        </w:rPr>
        <w:t>　　4、找出课堂上应解决的重点问题。</w:t>
      </w:r>
      <w:r>
        <w:rPr>
          <w:lang w:eastAsia="zh-CN"/>
        </w:rPr>
        <w:br/>
      </w:r>
      <w:r>
        <w:rPr>
          <w:lang w:eastAsia="zh-CN"/>
        </w:rPr>
        <w:t>　　二、听课。学习每门功课，一个很重要的环节就是要听好课，听课应做到：</w:t>
      </w:r>
      <w:r>
        <w:rPr>
          <w:lang w:eastAsia="zh-CN"/>
        </w:rPr>
        <w:br/>
      </w:r>
      <w:r>
        <w:rPr>
          <w:lang w:eastAsia="zh-CN"/>
        </w:rPr>
        <w:t>　　1、要有明确的学习目的;</w:t>
      </w:r>
      <w:r>
        <w:rPr>
          <w:lang w:eastAsia="zh-CN"/>
        </w:rPr>
        <w:br/>
      </w:r>
      <w:r>
        <w:rPr>
          <w:lang w:eastAsia="zh-CN"/>
        </w:rPr>
        <w:t>　　2、听课要特别注重理解。</w:t>
      </w:r>
      <w:r>
        <w:rPr>
          <w:lang w:eastAsia="zh-CN"/>
        </w:rPr>
        <w:br/>
      </w:r>
      <w:r>
        <w:rPr>
          <w:lang w:eastAsia="zh-CN"/>
        </w:rPr>
        <w:t>　　三、做课堂笔记。做笔记对复习、作业有好处，做课堂笔记应：</w:t>
      </w:r>
      <w:r>
        <w:rPr>
          <w:lang w:eastAsia="zh-CN"/>
        </w:rPr>
        <w:br/>
      </w:r>
      <w:r>
        <w:rPr>
          <w:lang w:eastAsia="zh-CN"/>
        </w:rPr>
        <w:t>　　1、笔记要简明扼要;</w:t>
      </w:r>
      <w:r>
        <w:rPr>
          <w:lang w:eastAsia="zh-CN"/>
        </w:rPr>
        <w:br/>
      </w:r>
      <w:r>
        <w:rPr>
          <w:lang w:eastAsia="zh-CN"/>
        </w:rPr>
        <w:t>　　2、课堂上做好笔记后，还要学会课后及时整理笔记。</w:t>
      </w:r>
      <w:r>
        <w:rPr>
          <w:lang w:eastAsia="zh-CN"/>
        </w:rPr>
        <w:br/>
      </w:r>
      <w:r>
        <w:rPr>
          <w:lang w:eastAsia="zh-CN"/>
        </w:rPr>
        <w:t>　　四、做作业。</w:t>
      </w:r>
      <w:r>
        <w:rPr>
          <w:lang w:eastAsia="zh-CN"/>
        </w:rPr>
        <w:br/>
      </w:r>
      <w:r>
        <w:rPr>
          <w:lang w:eastAsia="zh-CN"/>
        </w:rPr>
        <w:t>　　1、做作业之前，必须对当天所学的知识认真复习，理解其确切涵义，明确起适用条件，弄清运用其解题的步骤;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2、认真审题，弄清题设条件和做题要求;</w:t>
      </w:r>
      <w:r>
        <w:rPr>
          <w:lang w:eastAsia="zh-CN"/>
        </w:rPr>
        <w:br/>
      </w:r>
      <w:r>
        <w:rPr>
          <w:lang w:eastAsia="zh-CN"/>
        </w:rPr>
        <w:t>　　3、明确解题思路，确定解题方法步骤;</w:t>
      </w:r>
      <w:r>
        <w:rPr>
          <w:lang w:eastAsia="zh-CN"/>
        </w:rPr>
        <w:br/>
      </w:r>
      <w:r>
        <w:rPr>
          <w:lang w:eastAsia="zh-CN"/>
        </w:rPr>
        <w:t>　　4、认真仔细做题，不可马虎从事，做完后还要认真检查;</w:t>
      </w:r>
      <w:r>
        <w:rPr>
          <w:lang w:eastAsia="zh-CN"/>
        </w:rPr>
        <w:br/>
      </w:r>
      <w:r>
        <w:rPr>
          <w:lang w:eastAsia="zh-CN"/>
        </w:rPr>
        <w:t>　　5、及时总结经验教训，积累解题技巧，提高解题能力;</w:t>
      </w:r>
      <w:r>
        <w:rPr>
          <w:lang w:eastAsia="zh-CN"/>
        </w:rPr>
        <w:br/>
      </w:r>
      <w:r>
        <w:rPr>
          <w:lang w:eastAsia="zh-CN"/>
        </w:rPr>
        <w:t>　　6、遇到不会做的题，不要急于问老师，更不能抄袭别人的作业，要在复习功课的基础上，要通过层层分析，步步推理，多方联系，理出头绪，要下决心独立完成作业;</w:t>
      </w:r>
      <w:r>
        <w:rPr>
          <w:lang w:eastAsia="zh-CN"/>
        </w:rPr>
        <w:br/>
      </w:r>
      <w:r>
        <w:rPr>
          <w:lang w:eastAsia="zh-CN"/>
        </w:rPr>
        <w:t>　　7、像历史、地理、生物、政治这些需要背的科目，要先背再做。</w:t>
      </w:r>
      <w:r>
        <w:rPr>
          <w:lang w:eastAsia="zh-CN"/>
        </w:rPr>
        <w:br/>
      </w:r>
      <w:r>
        <w:rPr>
          <w:lang w:eastAsia="zh-CN"/>
        </w:rPr>
        <w:t>　　五、课后复习。</w:t>
      </w:r>
      <w:r>
        <w:rPr>
          <w:lang w:eastAsia="zh-CN"/>
        </w:rPr>
        <w:br/>
      </w:r>
      <w:r>
        <w:rPr>
          <w:lang w:eastAsia="zh-CN"/>
        </w:rPr>
        <w:t>　　1、及时复习;</w:t>
      </w:r>
      <w:r>
        <w:rPr>
          <w:lang w:eastAsia="zh-CN"/>
        </w:rPr>
        <w:br/>
      </w:r>
      <w:r>
        <w:rPr>
          <w:lang w:eastAsia="zh-CN"/>
        </w:rPr>
        <w:t>　　2、计划复习;</w:t>
      </w:r>
      <w:r>
        <w:rPr>
          <w:lang w:eastAsia="zh-CN"/>
        </w:rPr>
        <w:br/>
      </w:r>
      <w:r>
        <w:rPr>
          <w:lang w:eastAsia="zh-CN"/>
        </w:rPr>
        <w:t>　　3、课本、笔记和教辅资料一起运用;</w:t>
      </w:r>
      <w:r>
        <w:rPr>
          <w:lang w:eastAsia="zh-CN"/>
        </w:rPr>
        <w:br/>
      </w:r>
      <w:r>
        <w:rPr>
          <w:lang w:eastAsia="zh-CN"/>
        </w:rPr>
        <w:t>　　4、提高复习质量。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篇13 </w:t>
      </w:r>
      <w:r>
        <w:rPr>
          <w:lang w:eastAsia="zh-CN"/>
        </w:rPr>
        <w:br/>
      </w:r>
      <w:r>
        <w:rPr>
          <w:lang w:eastAsia="zh-CN"/>
        </w:rPr>
        <w:t>　　又是一个新学期，我升入了六年级。是全校最高年级，学校对我们各方面都严格要求，我也想以崭新的精神面貌，投入新学期的学习、生活当中，特定计划如下：</w:t>
      </w:r>
      <w:r>
        <w:rPr>
          <w:lang w:eastAsia="zh-CN"/>
        </w:rPr>
        <w:br/>
      </w:r>
      <w:r>
        <w:rPr>
          <w:lang w:eastAsia="zh-CN"/>
        </w:rPr>
        <w:t>　　1、每天上课专心听讲，认真完成各科作业，做到书写工整、美观；</w:t>
      </w:r>
      <w:r>
        <w:rPr>
          <w:lang w:eastAsia="zh-CN"/>
        </w:rPr>
        <w:br/>
      </w:r>
      <w:r>
        <w:rPr>
          <w:lang w:eastAsia="zh-CN"/>
        </w:rPr>
        <w:t>　　2、每天要有30分钟读书时间，看报纸、课外书籍、坚持摘录好词佳句，丰富语言；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3、针对数学计算马虎的问题，每天保证10分钟的练习时间，提高计算的准确性；</w:t>
      </w:r>
      <w:r>
        <w:rPr>
          <w:lang w:eastAsia="zh-CN"/>
        </w:rPr>
        <w:br/>
      </w:r>
      <w:r>
        <w:rPr>
          <w:lang w:eastAsia="zh-CN"/>
        </w:rPr>
        <w:t>　　4、做到不懂就问，不会就学，对当天出现的问题及时解决，对当天出现的作业的错误及时改正，扎扎实实地学好文化知识。</w:t>
      </w:r>
      <w:r>
        <w:rPr>
          <w:lang w:eastAsia="zh-CN"/>
        </w:rPr>
        <w:br/>
      </w:r>
      <w:r>
        <w:rPr>
          <w:lang w:eastAsia="zh-CN"/>
        </w:rPr>
        <w:t>　　5、写好单元总结，每学一单元后，要对所学的知识进行分类整理，查找漏洞，总结学习方法，提高学习成绩；</w:t>
      </w:r>
      <w:r>
        <w:rPr>
          <w:lang w:eastAsia="zh-CN"/>
        </w:rPr>
        <w:br/>
      </w:r>
      <w:r>
        <w:rPr>
          <w:lang w:eastAsia="zh-CN"/>
        </w:rPr>
        <w:t>　　6、每个星期去一次新华书店，只有博览群书，才能开阔眼界、丰富知识；</w:t>
      </w:r>
      <w:r>
        <w:rPr>
          <w:lang w:eastAsia="zh-CN"/>
        </w:rPr>
        <w:br/>
      </w:r>
      <w:r>
        <w:rPr>
          <w:lang w:eastAsia="zh-CN"/>
        </w:rPr>
        <w:t>　　以上是我新学期的学习计划。我一定按照计划去做，严格要求自己，朝着‘三好学生“的方向努力，做一名合格的小学毕业生。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篇14 </w:t>
      </w:r>
      <w:r>
        <w:rPr>
          <w:lang w:eastAsia="zh-CN"/>
        </w:rPr>
        <w:br/>
      </w:r>
      <w:r>
        <w:rPr>
          <w:lang w:eastAsia="zh-CN"/>
        </w:rPr>
        <w:t>　　转眼间，一个快乐的暑假过去了，我们再次回到了学校，开始了我们的新学期学习学习。上个学期中，我的数学成绩不太好，这个学期我给自己制定了一个新的计划：</w:t>
      </w:r>
      <w:r>
        <w:rPr>
          <w:lang w:eastAsia="zh-CN"/>
        </w:rPr>
        <w:br/>
      </w:r>
      <w:r>
        <w:rPr>
          <w:lang w:eastAsia="zh-CN"/>
        </w:rPr>
        <w:t>　　1、会笔算三位数的加、减法，会进行相应的估算和验算。</w:t>
      </w:r>
      <w:r>
        <w:rPr>
          <w:lang w:eastAsia="zh-CN"/>
        </w:rPr>
        <w:br/>
      </w:r>
      <w:r>
        <w:rPr>
          <w:lang w:eastAsia="zh-CN"/>
        </w:rPr>
        <w:t>　　2、会口算一位数乘整十、整百数；会笔算一位数乘二、三位数，并会进行估算；能熟练地计算除数和商是一位数的.有余数的除法。</w:t>
      </w:r>
      <w:r>
        <w:rPr>
          <w:lang w:eastAsia="zh-CN"/>
        </w:rPr>
        <w:br/>
      </w:r>
      <w:r>
        <w:rPr>
          <w:lang w:eastAsia="zh-CN"/>
        </w:rPr>
        <w:t>　　3、初步认识简单的分数（分母小于10），会读、写分数并知道各部分的名称，初步认识分数的大小，会计算简单的同分母分数的加减法。</w:t>
      </w:r>
      <w:r>
        <w:rPr>
          <w:lang w:eastAsia="zh-CN"/>
        </w:rPr>
        <w:br/>
      </w:r>
      <w:r>
        <w:rPr>
          <w:lang w:eastAsia="zh-CN"/>
        </w:rPr>
        <w:t>　　4、初步认识平行四边形，掌握长方形和正方形的特征，会在方格纸上画长方形、正方形和平行四边形；知道周长的含义，会计算长方形、正方形的周长；能估计一些物体的长度，并会进行测量。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5、认识长度单位千米，初步建立1千米的长度观念，知道1千米=1000米；认识质量单位吨，初步建立1吨的质量观念，知道1吨=1000千克；认识时间单位秒，初步建立分、秒的时间观念，知道1分=60秒，会进行一些有关时间的简单换算和计算。</w:t>
      </w:r>
      <w:r>
        <w:rPr>
          <w:lang w:eastAsia="zh-CN"/>
        </w:rPr>
        <w:br/>
      </w:r>
      <w:r>
        <w:rPr>
          <w:lang w:eastAsia="zh-CN"/>
        </w:rPr>
        <w:t>　　6、体会学习数学的乐趣，提高学习数学的兴趣，建立学好数学的信心。</w:t>
      </w:r>
      <w:r>
        <w:rPr>
          <w:lang w:eastAsia="zh-CN"/>
        </w:rPr>
        <w:br/>
      </w:r>
      <w:r>
        <w:rPr>
          <w:lang w:eastAsia="zh-CN"/>
        </w:rPr>
        <w:t>　　7、养成认真作业、书写整洁的良好习惯。</w:t>
      </w:r>
      <w:r>
        <w:rPr>
          <w:lang w:eastAsia="zh-CN"/>
        </w:rPr>
        <w:br/>
      </w:r>
      <w:r>
        <w:rPr>
          <w:lang w:eastAsia="zh-CN"/>
        </w:rPr>
        <w:t>　　8、体验数学与日常生活的密切联系，初步形成综合运用数学知识解决问题的能力。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篇15 </w:t>
      </w:r>
      <w:r>
        <w:rPr>
          <w:lang w:eastAsia="zh-CN"/>
        </w:rPr>
        <w:br/>
      </w:r>
      <w:r>
        <w:rPr>
          <w:lang w:eastAsia="zh-CN"/>
        </w:rPr>
        <w:t>　　新学期开始了，转眼间我已经升入三年级了，为了在本学期在数学上取得更好优异的成绩，我给自己制定了一个新的计划：</w:t>
      </w:r>
      <w:r>
        <w:rPr>
          <w:lang w:eastAsia="zh-CN"/>
        </w:rPr>
        <w:br/>
      </w:r>
      <w:r>
        <w:rPr>
          <w:lang w:eastAsia="zh-CN"/>
        </w:rPr>
        <w:t>　　一、预习</w:t>
      </w:r>
      <w:r>
        <w:rPr>
          <w:lang w:eastAsia="zh-CN"/>
        </w:rPr>
        <w:br/>
      </w:r>
      <w:r>
        <w:rPr>
          <w:lang w:eastAsia="zh-CN"/>
        </w:rPr>
        <w:t>　　在课前把老师即将教授的单元内容浏览一次，并留意不了解的部分。</w:t>
      </w:r>
      <w:r>
        <w:rPr>
          <w:lang w:eastAsia="zh-CN"/>
        </w:rPr>
        <w:br/>
      </w:r>
      <w:r>
        <w:rPr>
          <w:lang w:eastAsia="zh-CN"/>
        </w:rPr>
        <w:t>　　二、专心听讲</w:t>
      </w:r>
      <w:r>
        <w:rPr>
          <w:lang w:eastAsia="zh-CN"/>
        </w:rPr>
        <w:br/>
      </w:r>
      <w:r>
        <w:rPr>
          <w:lang w:eastAsia="zh-CN"/>
        </w:rPr>
        <w:t>　　1、新的课程开始有很多新的名词定义或新的观念想法，老师的说明讲解绝对比我自己看书更清楚，务必用心听，切勿自作聪明而自误。</w:t>
      </w:r>
      <w:r>
        <w:rPr>
          <w:lang w:eastAsia="zh-CN"/>
        </w:rPr>
        <w:br/>
      </w:r>
      <w:r>
        <w:rPr>
          <w:lang w:eastAsia="zh-CN"/>
        </w:rPr>
        <w:t>　　我过去经常听到老师讲解的内容较简单，便以为自己全会了，然后分心去做别的事，殊不知漏听了最精彩最重要的几句话，那几句话或许便是日后测验时答题的关键所在。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2、上课时一面听讲就要一面把重点背下来。定义、定理、公式等重点，上课时就要用心记忆，如此，当老师举例时才听得懂老师要阐述的要义。待回家后只需花很短的时间，便能将今日所教的课程复习完毕。事半而功倍。</w:t>
      </w:r>
      <w:r>
        <w:rPr>
          <w:lang w:eastAsia="zh-CN"/>
        </w:rPr>
        <w:br/>
      </w:r>
      <w:r>
        <w:rPr>
          <w:lang w:eastAsia="zh-CN"/>
        </w:rPr>
        <w:t>　　三、课后练习</w:t>
      </w:r>
      <w:r>
        <w:rPr>
          <w:lang w:eastAsia="zh-CN"/>
        </w:rPr>
        <w:br/>
      </w:r>
      <w:r>
        <w:rPr>
          <w:lang w:eastAsia="zh-CN"/>
        </w:rPr>
        <w:t>　　1、整理重点</w:t>
      </w:r>
      <w:r>
        <w:rPr>
          <w:lang w:eastAsia="zh-CN"/>
        </w:rPr>
        <w:br/>
      </w:r>
      <w:r>
        <w:rPr>
          <w:lang w:eastAsia="zh-CN"/>
        </w:rPr>
        <w:t>　　有数学课的当天晚上，要把当天教的内容整理完毕，定义、定理、公式该背的一定要背熟，有些同学以为数学注重推理，不必死背，所以什麼都不背，这观念并不正确。</w:t>
      </w:r>
      <w:r>
        <w:rPr>
          <w:lang w:eastAsia="zh-CN"/>
        </w:rPr>
        <w:br/>
      </w:r>
      <w:r>
        <w:rPr>
          <w:lang w:eastAsia="zh-CN"/>
        </w:rPr>
        <w:t>　　2、适当练习</w:t>
      </w:r>
      <w:r>
        <w:rPr>
          <w:lang w:eastAsia="zh-CN"/>
        </w:rPr>
        <w:br/>
      </w:r>
      <w:r>
        <w:rPr>
          <w:lang w:eastAsia="zh-CN"/>
        </w:rPr>
        <w:t>　　重点整理完后，要适当练习。先将老师上课时讲解过的例题做一次，然后做课本习题，学有余力，再做参考书或任课老师所发的补充试题。遇有难题一时解不出，可先略过，以免浪费时间，待闲暇时再作挑战，若仍解不出再与同学或老师讨论。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篇16 </w:t>
      </w:r>
      <w:r>
        <w:rPr>
          <w:lang w:eastAsia="zh-CN"/>
        </w:rPr>
        <w:br/>
      </w:r>
      <w:r>
        <w:rPr>
          <w:lang w:eastAsia="zh-CN"/>
        </w:rPr>
        <w:t>　　转眼间，我已经成为一名_年级的学生了。所以，我要利用这一个学期的时间来充分、努力的学习，我决定制作一份学习计划。</w:t>
      </w:r>
      <w:r>
        <w:rPr>
          <w:lang w:eastAsia="zh-CN"/>
        </w:rPr>
        <w:br/>
      </w:r>
      <w:r>
        <w:rPr>
          <w:lang w:eastAsia="zh-CN"/>
        </w:rPr>
        <w:t>　　1、做好＂三定＂。一定学习目标，语文分，数学分，英语分以上；二定竞赛对手，树立我要超越对手的信念；三定帮扶对象，做好老师的助手，辅导好下层生，努力提高我们班的.整体质量。</w:t>
      </w:r>
      <w:r>
        <w:rPr>
          <w:lang w:eastAsia="zh-CN"/>
        </w:rPr>
        <w:br/>
      </w:r>
      <w:r>
        <w:rPr>
          <w:lang w:eastAsia="zh-CN"/>
        </w:rPr>
        <w:t>　　2、课前做好预习，找出疑难，不能解决的问题在堂上多留意老师的讲解，并能做到＂不耻下问。＂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3、上课专心听讲，认真做好笔记，积极发言，力争堂上知识堂上过关。</w:t>
      </w:r>
      <w:r>
        <w:rPr>
          <w:lang w:eastAsia="zh-CN"/>
        </w:rPr>
        <w:br/>
      </w:r>
      <w:r>
        <w:rPr>
          <w:lang w:eastAsia="zh-CN"/>
        </w:rPr>
        <w:t>　　4、课后认真完成作业，温故知新，睡觉前将老师堂上所讲的内容在脑海中放一次＂电影＂.</w:t>
      </w:r>
      <w:r>
        <w:rPr>
          <w:lang w:eastAsia="zh-CN"/>
        </w:rPr>
        <w:br/>
      </w:r>
      <w:r>
        <w:rPr>
          <w:lang w:eastAsia="zh-CN"/>
        </w:rPr>
        <w:t>　　5、虚心学习别人的长处与优点，不妒忌别人，遇到挫折和失败，不灰心、不气馁。</w:t>
      </w:r>
      <w:r>
        <w:rPr>
          <w:lang w:eastAsia="zh-CN"/>
        </w:rPr>
        <w:br/>
      </w:r>
      <w:r>
        <w:rPr>
          <w:lang w:eastAsia="zh-CN"/>
        </w:rPr>
        <w:t>　　6、合理安排好休息时间与娱乐时间，每天完成作业后听听音乐，翻翻课外书，看看电视新闻。星期六、日适当看看少儿频道台电视或参加一些有益的课外活动。</w:t>
      </w:r>
      <w:r>
        <w:rPr>
          <w:lang w:eastAsia="zh-CN"/>
        </w:rPr>
        <w:br/>
      </w:r>
      <w:r>
        <w:rPr>
          <w:lang w:eastAsia="zh-CN"/>
        </w:rPr>
        <w:t>　　今后，我一定要以＂宝剑锋来磨砺出，梅花香自苦寒来＂为座右铭，超越自我，力争考取好成绩，为班争光，为校争光。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篇17 </w:t>
      </w:r>
      <w:r>
        <w:rPr>
          <w:lang w:eastAsia="zh-CN"/>
        </w:rPr>
        <w:br/>
      </w:r>
      <w:r>
        <w:rPr>
          <w:lang w:eastAsia="zh-CN"/>
        </w:rPr>
        <w:t>　　新学期，新工作计划。新学期，我要做：</w:t>
      </w:r>
      <w:r>
        <w:rPr>
          <w:lang w:eastAsia="zh-CN"/>
        </w:rPr>
        <w:br/>
      </w:r>
      <w:r>
        <w:rPr>
          <w:lang w:eastAsia="zh-CN"/>
        </w:rPr>
        <w:t>　　一、学习</w:t>
      </w:r>
      <w:r>
        <w:rPr>
          <w:lang w:eastAsia="zh-CN"/>
        </w:rPr>
        <w:br/>
      </w:r>
      <w:r>
        <w:rPr>
          <w:lang w:eastAsia="zh-CN"/>
        </w:rPr>
        <w:t>　　1、上课：我应该把椅背放在课堂上，腰靠椅背，认真听讲；</w:t>
      </w:r>
      <w:r>
        <w:rPr>
          <w:lang w:eastAsia="zh-CN"/>
        </w:rPr>
        <w:br/>
      </w:r>
      <w:r>
        <w:rPr>
          <w:lang w:eastAsia="zh-CN"/>
        </w:rPr>
        <w:t>　　2、作业：无论是主、副作业，都要认真完成，完成后要认真检查，不能磨时间，作业要按时完成；</w:t>
      </w:r>
      <w:r>
        <w:rPr>
          <w:lang w:eastAsia="zh-CN"/>
        </w:rPr>
        <w:br/>
      </w:r>
      <w:r>
        <w:rPr>
          <w:lang w:eastAsia="zh-CN"/>
        </w:rPr>
        <w:t>　　3、任何科目的学习成绩都要认真对待，要取得好成绩。</w:t>
      </w:r>
      <w:r>
        <w:rPr>
          <w:lang w:eastAsia="zh-CN"/>
        </w:rPr>
        <w:br/>
      </w:r>
      <w:r>
        <w:rPr>
          <w:lang w:eastAsia="zh-CN"/>
        </w:rPr>
        <w:t>　　二、纪律</w:t>
      </w:r>
      <w:r>
        <w:rPr>
          <w:lang w:eastAsia="zh-CN"/>
        </w:rPr>
        <w:br/>
      </w:r>
      <w:r>
        <w:rPr>
          <w:lang w:eastAsia="zh-CN"/>
        </w:rPr>
        <w:t>　　1、早操：早操前排队要快，静，齐，到那里要站好，做练时要认真，用力；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2、眼保健操：做眼保健操的第一节到第五节要背离椅子，手不靠桌子，每节认真做操；</w:t>
      </w:r>
      <w:r>
        <w:rPr>
          <w:lang w:eastAsia="zh-CN"/>
        </w:rPr>
        <w:br/>
      </w:r>
      <w:r>
        <w:rPr>
          <w:lang w:eastAsia="zh-CN"/>
        </w:rPr>
        <w:t>　　3、科学课：科学课要安静，尽量回到问题上，不要扰乱课堂纪律；</w:t>
      </w:r>
      <w:r>
        <w:rPr>
          <w:lang w:eastAsia="zh-CN"/>
        </w:rPr>
        <w:br/>
      </w:r>
      <w:r>
        <w:rPr>
          <w:lang w:eastAsia="zh-CN"/>
        </w:rPr>
        <w:t>　　4、主科：上语文和英语要和上数学一样好，不要因为班主任是数学老师而上好，其他主科也不好。</w:t>
      </w:r>
      <w:r>
        <w:rPr>
          <w:lang w:eastAsia="zh-CN"/>
        </w:rPr>
        <w:br/>
      </w:r>
      <w:r>
        <w:rPr>
          <w:lang w:eastAsia="zh-CN"/>
        </w:rPr>
        <w:t>　　5、课间活动：课间要遵守纪律，不打闹，做正当游戏。</w:t>
      </w:r>
      <w:r>
        <w:rPr>
          <w:lang w:eastAsia="zh-CN"/>
        </w:rPr>
        <w:br/>
      </w:r>
      <w:r>
        <w:rPr>
          <w:lang w:eastAsia="zh-CN"/>
        </w:rPr>
        <w:t>　　三、爱集体</w:t>
      </w:r>
      <w:r>
        <w:rPr>
          <w:lang w:eastAsia="zh-CN"/>
        </w:rPr>
        <w:br/>
      </w:r>
      <w:r>
        <w:rPr>
          <w:lang w:eastAsia="zh-CN"/>
        </w:rPr>
        <w:t>　　热爱集体，在班级评价和年级，学校活动要表现好，不乱说，乱动，按要求做事不给班级，年级，学校丢脸。</w:t>
      </w:r>
      <w:r>
        <w:rPr>
          <w:lang w:eastAsia="zh-CN"/>
        </w:rPr>
        <w:br/>
      </w:r>
      <w:r>
        <w:rPr>
          <w:lang w:eastAsia="zh-CN"/>
        </w:rPr>
        <w:t>　　四、伙伴相处</w:t>
      </w:r>
      <w:r>
        <w:rPr>
          <w:lang w:eastAsia="zh-CN"/>
        </w:rPr>
        <w:br/>
      </w:r>
      <w:r>
        <w:rPr>
          <w:lang w:eastAsia="zh-CN"/>
        </w:rPr>
        <w:t>　　与伴侣相处融洽，不打架，发生冲突，团结合作，不与同学闹事，犯错的`同学要尽量帮助他。</w:t>
      </w:r>
      <w:r>
        <w:rPr>
          <w:lang w:eastAsia="zh-CN"/>
        </w:rPr>
        <w:br/>
      </w:r>
      <w:r>
        <w:rPr>
          <w:lang w:eastAsia="zh-CN"/>
        </w:rPr>
        <w:t xml:space="preserve">    最新小学生新学期学习计划模板 篇18 </w:t>
      </w:r>
      <w:r>
        <w:rPr>
          <w:lang w:eastAsia="zh-CN"/>
        </w:rPr>
        <w:br/>
      </w:r>
      <w:r>
        <w:rPr>
          <w:lang w:eastAsia="zh-CN"/>
        </w:rPr>
        <w:t>　　光阴似箭，日月如梭。不知不觉，我已是六年级的学生了，马上要进行小考了。所以，在这里，我要给自己制定一个新学期计划：</w:t>
      </w:r>
      <w:r>
        <w:rPr>
          <w:lang w:eastAsia="zh-CN"/>
        </w:rPr>
        <w:br/>
      </w:r>
      <w:r>
        <w:rPr>
          <w:lang w:eastAsia="zh-CN"/>
        </w:rPr>
        <w:t>　　1、上课认真听讲，不东张西望，积极举手回答问题。</w:t>
      </w:r>
      <w:r>
        <w:rPr>
          <w:lang w:eastAsia="zh-CN"/>
        </w:rPr>
        <w:br/>
      </w:r>
      <w:r>
        <w:rPr>
          <w:lang w:eastAsia="zh-CN"/>
        </w:rPr>
        <w:t>　　2、每天至少读课外书两个小时。</w:t>
      </w:r>
      <w:r>
        <w:rPr>
          <w:lang w:eastAsia="zh-CN"/>
        </w:rPr>
        <w:br/>
      </w:r>
      <w:r>
        <w:rPr>
          <w:lang w:eastAsia="zh-CN"/>
        </w:rPr>
        <w:t>　　3、作业的错题要及时改正，不能拖得就拖。</w:t>
      </w:r>
      <w:r>
        <w:rPr>
          <w:lang w:eastAsia="zh-CN"/>
        </w:rPr>
        <w:br/>
      </w:r>
      <w:r>
        <w:rPr>
          <w:lang w:eastAsia="zh-CN"/>
        </w:rPr>
        <w:t>　　4、提前预习新课。</w:t>
      </w:r>
      <w:r>
        <w:rPr>
          <w:lang w:eastAsia="zh-CN"/>
        </w:rPr>
        <w:br/>
      </w:r>
      <w:r>
        <w:rPr>
          <w:lang w:eastAsia="zh-CN"/>
        </w:rPr>
        <w:t>　　5、星期一至星期五放学后，做完作业，做一些课外知识的题目，提高课外知识。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https://d.book118.com/865221031021011112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522103102101111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