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pPr>
      <w:r>
        <w:rPr>
          <w:rFonts w:ascii="黑体" w:hAnsi="黑体"/>
          <w:b/>
          <w:i w:val="0"/>
          <w:sz w:val="36"/>
        </w:rPr>
        <w:t>公用设备工程师之专业案例（暖通空调专业）题库</w:t>
      </w:r>
    </w:p>
    <w:p/>
    <w:p>
      <w:pPr>
        <w:jc w:val="center"/>
      </w:pPr>
      <w:r>
        <w:rPr>
          <w:rFonts w:ascii="黑体" w:hAnsi="黑体"/>
          <w:b/>
          <w:sz w:val="28"/>
        </w:rPr>
        <w:t>第一部分  单选题(300题)</w:t>
      </w:r>
    </w:p>
    <w:p>
      <w:r>
        <w:t>1、某洁净房间空气含尘浓度为0.5μm粒子3600个/m3，其空气洁净等级按国际标准规定的是下列哪一项？并列出判定过程。</w:t>
        <w:br/>
        <w:t>A.4.6级</w:t>
        <w:br/>
        <w:t>B.4.8级</w:t>
        <w:br/>
        <w:t>C.5.0级</w:t>
        <w:br/>
        <w:t>D.5.2级</w:t>
        <w:br/>
        <w:br/>
        <w:t xml:space="preserve">【答案】：C </w:t>
      </w:r>
    </w:p>
    <w:p>
      <w:r>
        <w:t>2、某5层办公楼采用散热器采暖，层高为3.6m，南外墙热负荷为243W，外窗热负荷为490W，窗缝渗入205W，南方向修正为-15%，则该房间散热器耗热量为(  )W。</w:t>
        <w:br/>
        <w:t>A.920～940</w:t>
        <w:br/>
        <w:t>B.890～910</w:t>
        <w:br/>
        <w:t>C.860～880</w:t>
        <w:br/>
        <w:t>D.810～830</w:t>
        <w:br/>
        <w:br/>
        <w:t xml:space="preserve">【答案】：D </w:t>
      </w:r>
    </w:p>
    <w:p>
      <w:pPr>
        <w:sectPr w:rsidSect="00034616">
          <w:pgSz w:w="12240" w:h="15840"/>
          <w:pgMar w:top="1440" w:right="1800" w:bottom="1440" w:left="1800" w:header="720" w:footer="720" w:gutter="0"/>
          <w:cols w:space="720"/>
          <w:docGrid w:linePitch="360"/>
        </w:sectPr>
      </w:pPr>
      <w:r>
        <w:t>3、空气洁净度要求为100000级的医药洁净区洁净服更换室，建筑内尺寸为10m×5m×2.8m，其洁净空气换气量L应为(  )。</w:t>
        <w:br/>
        <w:t>A.</w:t>
        <w:br/>
        <w:t>B.</w:t>
        <w:br/>
        <w:t>C.</w:t>
        <w:br/>
        <w:t>D.</w:t>
        <w:br/>
        <w:br/>
        <w:t xml:space="preserve">【答案】：B </w:t>
      </w:r>
    </w:p>
    <w:p>
      <w:r>
        <w:t>4、某冷水系统有2台同型号的冷水机组，已知机组在100%负荷时的COP为5.7，75%负荷时的COP为6.4，50%负荷时的COP为6.7，当系统的负荷正好等于1.5倍的机组额定负荷时，方案1为2台机组均在75%负荷运行，方案2为1台机组额定负荷和1台机组50%负荷运行，方案1相对于方案2的节能率为(  )。</w:t>
        <w:br/>
        <w:t>A.6%</w:t>
        <w:br/>
        <w:t>B.8%</w:t>
        <w:br/>
        <w:t>C.10%</w:t>
        <w:br/>
        <w:t>D.12%</w:t>
        <w:br/>
        <w:br/>
        <w:t xml:space="preserve">【答案】：A </w:t>
      </w:r>
    </w:p>
    <w:p>
      <w:r>
        <w:t>5、某成品库库房体积为75m3，对室温无特殊要求；其围护结构内表面散湿量与设备等散湿量之和为0.9kg/h，人员散湿量为0.lkg/h，自然渗透换气量为每小时1次。采用风量为600IT13/h的除湿机进行除湿，试问除湿机出口空气的含湿量应为下列何值？已知：室外空气干球温度为32℃，湿球温度为28℃；室内空气温度约28℃，相对湿度不大于70%。</w:t>
        <w:br/>
        <w:t>A.12～12.9g/kg</w:t>
        <w:br/>
        <w:t>B.13～13.9g/kg</w:t>
        <w:br/>
        <w:t>C.14～14.9g/kg</w:t>
        <w:br/>
        <w:t>D.15～15.9g/kg</w:t>
        <w:br/>
        <w:br/>
        <w:t xml:space="preserve">【答案】：C </w:t>
      </w:r>
    </w:p>
    <w:p>
      <w:pPr>
        <w:sectPr w:rsidSect="00034616">
          <w:type w:val="nextPage"/>
          <w:pgSz w:w="12240" w:h="15840"/>
          <w:pgMar w:top="1440" w:right="1800" w:bottom="1440" w:left="1800" w:header="720" w:footer="720" w:gutter="0"/>
          <w:pgNumType w:start="2"/>
          <w:cols w:space="720"/>
          <w:titlePg w:val="0"/>
          <w:docGrid w:linePitch="360"/>
        </w:sectPr>
      </w:pPr>
      <w:r>
        <w:t>6、哈尔滨市某5层居住建筑的外墙由150mm厚加气混凝土、20mm厚抹灰、50mm厚双面铝箔封闭空气间层及聚苯板组成。加气混凝土的导热系数为0.28W/(m·K)，抹灰的导热系数为0.87W/(m·K)，聚苯板的导热系数为0.03W/(m·K)。聚苯板的最小厚度应为(</w:t>
      </w:r>
      <w:r>
        <w:t xml:space="preserve"> </w:t>
      </w:r>
    </w:p>
    <w:p>
      <w:r>
        <w:t xml:space="preserve"> )。</w:t>
        <w:br/>
        <w:t>A.2.0～2.4cm</w:t>
        <w:br/>
        <w:t>B.3.2～3.3cm</w:t>
        <w:br/>
        <w:t>C.3.5～3.9cm</w:t>
        <w:br/>
        <w:t>D.8.0～8.4cm</w:t>
        <w:br/>
        <w:br/>
        <w:t>【答案】：C</w:t>
      </w:r>
      <w:r>
        <w:t xml:space="preserve"> </w:t>
      </w:r>
    </w:p>
    <w:p>
      <w:r>
        <w:t>7、北京地区某冷库底层的冷却间，设计温度为-2℃，一面邻外墙，外墙的热惰性指标为3.50已知：北京地区的夏季空调室外计算温度为33.2℃，夏季空调室外日平均计算温度为28.6℃；夏季空调最热月14：00的平均相对湿度为64%(对应露点温度为21.1℃)，夏季空调最热月的平均相对湿度为78%(对应露点温度为24.4℃)，试问该外墙的最小总热阻是下列哪一项？(  )</w:t>
        <w:br/>
        <w:t>A.0.20～0.23㎡·℃/W</w:t>
        <w:br/>
        <w:t>B.0.30～0.33㎡·℃/W</w:t>
        <w:br/>
        <w:t>C.0.36～0.39㎡·℃/W</w:t>
        <w:br/>
        <w:t>D.0.40～0.43㎡·℃/W</w:t>
        <w:br/>
        <w:br/>
        <w:t xml:space="preserve">【答案】：C </w:t>
      </w:r>
    </w:p>
    <w:p>
      <w:r>
        <w:t>8、设办公楼首层房间的供暖设计温度为16℃，地下室供暖设计温度为8℃，为满足内表面不结露和卫生要求，地下室顶板的最小传热阻为(  )。</w:t>
        <w:br/>
        <w:t>A.0.18㎡·K/W</w:t>
        <w:br/>
        <w:t>B.0.23㎡·K/W</w:t>
        <w:br/>
        <w:t>C.4.34㎡·K/W</w:t>
        <w:br/>
        <w:t>D.无限制</w:t>
        <w:br/>
        <w:br/>
        <w:t xml:space="preserve">【答案】：D </w:t>
      </w:r>
    </w:p>
    <w:p>
      <w:pPr>
        <w:sectPr w:rsidSect="00034616">
          <w:type w:val="nextPage"/>
          <w:pgSz w:w="12240" w:h="15840"/>
          <w:pgMar w:top="1440" w:right="1800" w:bottom="1440" w:left="1800" w:header="720" w:footer="720" w:gutter="0"/>
          <w:pgNumType w:start="3"/>
          <w:cols w:space="720"/>
          <w:titlePg w:val="0"/>
          <w:docGrid w:linePitch="360"/>
        </w:sectPr>
      </w:pPr>
    </w:p>
    <w:p>
      <w:r>
        <w:t>9、某建筑供水系统，1～4层为外网直接供水，5～18层为高位水箱供水，由水泵从水池中抽取向水箱供水，每层住户3人，6个住户，每层有低水箱冲落式大便器、沐浴器、热水器、洗脸盆、洗涤盆、家用洗衣机，小时变化系数和定额均取最小值。问水箱调节水量为多少？</w:t>
        <w:br/>
        <w:t>A.1.0～1.3m3</w:t>
        <w:br/>
        <w:t>B.1.5～1.8m3</w:t>
        <w:br/>
        <w:t>C.2.0～2.3m3</w:t>
        <w:br/>
        <w:t>D.2.4～2.9m3</w:t>
        <w:br/>
        <w:br/>
        <w:t>【答案】：B</w:t>
      </w:r>
      <w:r>
        <w:t xml:space="preserve"> </w:t>
      </w:r>
    </w:p>
    <w:p>
      <w:r>
        <w:t>10、某30万㎡的小区，节能改造，室外供热水管道保温，用玻璃棉管壳[保温层平均使用温度k=60℃时，导热系数为0.034W／(m·K)]代替原来用的150mm厚的水泥膨胀珍珠岩[导热系数为0.16W／(m·K)]，且供回水温由95／70℃变为130/70℃，地沟内温度为40℃，那么改造后的D325×8管道的保温材料厚度应为下列哪一项？</w:t>
        <w:br/>
        <w:t>A.30mm</w:t>
        <w:br/>
        <w:t>B.40mm</w:t>
        <w:br/>
        <w:t>C.50mm</w:t>
        <w:br/>
        <w:t>D.60mm</w:t>
        <w:br/>
        <w:br/>
        <w:t xml:space="preserve">【答案】：C </w:t>
      </w:r>
    </w:p>
    <w:p>
      <w:r>
        <w:t>11、某燃煤链条热水供暖锅炉的额定产热量为2.8MW，额定热效率为78%，炉膛出口处烟气温度为280℃，炉膛出口处的烟气量为(  )。</w:t>
        <w:br/>
        <w:t>A.</w:t>
        <w:br/>
        <w:t>B.</w:t>
        <w:br/>
        <w:t>C.</w:t>
        <w:br/>
        <w:t>D.</w:t>
        <w:br/>
        <w:br/>
        <w:t xml:space="preserve">【答案】：D </w:t>
      </w:r>
    </w:p>
    <w:p>
      <w:r>
        <w:t>12、某商住楼，首层和二层是三班制工</w:t>
        <w:br/>
        <w:t xml:space="preserve">【答案】：B </w:t>
      </w:r>
    </w:p>
    <w:p>
      <w:pPr>
        <w:sectPr w:rsidSect="00034616">
          <w:type w:val="nextPage"/>
          <w:pgSz w:w="12240" w:h="15840"/>
          <w:pgMar w:top="1440" w:right="1800" w:bottom="1440" w:left="1800" w:header="720" w:footer="720" w:gutter="0"/>
          <w:pgNumType w:start="4"/>
          <w:cols w:space="720"/>
          <w:titlePg w:val="0"/>
          <w:docGrid w:linePitch="360"/>
        </w:sectPr>
      </w:pPr>
      <w:r>
        <w:t>13、某空调房间总余热量∑Q=3300W，总余湿量∑W=0.26g/s，室内空气状态为：22℃、55%，当地大气压力为101325Pa，如送风温差△t取8℃，则送风量为(</w:t>
      </w:r>
      <w:r>
        <w:t xml:space="preserve"> </w:t>
      </w:r>
    </w:p>
    <w:p>
      <w:r>
        <w:t xml:space="preserve"> )kg/s。</w:t>
        <w:br/>
        <w:t>A.0.4～0.42</w:t>
        <w:br/>
        <w:t>B.0.3～0.36</w:t>
        <w:br/>
        <w:t>C.400～420</w:t>
        <w:br/>
        <w:t>D.0.22～0.24</w:t>
        <w:br/>
        <w:br/>
        <w:t>【答案】：B</w:t>
      </w:r>
      <w:r>
        <w:t xml:space="preserve"> </w:t>
      </w:r>
    </w:p>
    <w:p>
      <w:r>
        <w:t>14、人防多层建筑地下商店机械排烟系统的排烟风机负担2个防烟分区的排烟，面积分别为100㎡和80㎡，该排烟风机的排烟量可按(  )考虑。</w:t>
        <w:br/>
        <w:t>A.</w:t>
        <w:br/>
        <w:t>B.</w:t>
        <w:br/>
        <w:t>C.</w:t>
        <w:br/>
        <w:t>D.</w:t>
        <w:br/>
        <w:br/>
        <w:t xml:space="preserve">【答案】：C </w:t>
      </w:r>
    </w:p>
    <w:p>
      <w:r>
        <w:t>15、某大型营业性中餐厅的厨房排风系统，在初步设计时其风量和油烟净化设备效率可按(  )计算。</w:t>
        <w:br/>
        <w:t>A.</w:t>
        <w:br/>
        <w:t>B.</w:t>
        <w:br/>
        <w:t>C.</w:t>
        <w:br/>
        <w:t>D.</w:t>
        <w:br/>
        <w:br/>
        <w:t xml:space="preserve">【答案】：D </w:t>
      </w:r>
    </w:p>
    <w:p>
      <w:pPr>
        <w:sectPr w:rsidSect="00034616">
          <w:type w:val="nextPage"/>
          <w:pgSz w:w="12240" w:h="15840"/>
          <w:pgMar w:top="1440" w:right="1800" w:bottom="1440" w:left="1800" w:header="720" w:footer="720" w:gutter="0"/>
          <w:pgNumType w:start="5"/>
          <w:cols w:space="720"/>
          <w:titlePg w:val="0"/>
          <w:docGrid w:linePitch="360"/>
        </w:sectPr>
      </w:pPr>
    </w:p>
    <w:p>
      <w:r>
        <w:t>16、某30万㎡的小区，节能改造，室外供热水管道保温，用玻璃棉管壳[保温层平均使用温度k=60℃时，导热系数为0.034W／(m·K)]代替原来用的150mm厚的水泥膨胀珍珠岩[导热系数为0.16W／(m·K)]，且供回水温由95／70℃变为130/70℃，地沟内温度为40℃，那么改造后的D325×8管道的保温材料厚度应为下列哪一项？</w:t>
        <w:br/>
        <w:t>A.30mm</w:t>
        <w:br/>
        <w:t>B.40mm</w:t>
        <w:br/>
        <w:t>C.50mm</w:t>
        <w:br/>
        <w:t>D.60mm</w:t>
        <w:br/>
        <w:br/>
        <w:t>【答案】：C</w:t>
      </w:r>
      <w:r>
        <w:t xml:space="preserve"> </w:t>
      </w:r>
    </w:p>
    <w:p>
      <w:r>
        <w:t>17、某高层民用建筑地下室内走道长80m，宽2.5m，与走道相通的房间总面积960㎡，其中无窗房间300㎡，设固定窗房间500㎡，设可开启外窗房间160㎡。在设计走道排烟系统时其计算风量的排烟面积为(  )。</w:t>
        <w:br/>
        <w:t>A.200㎡</w:t>
        <w:br/>
        <w:t>B.1000㎡</w:t>
        <w:br/>
        <w:t>C.500㎡</w:t>
        <w:br/>
        <w:t>D.1160㎡</w:t>
        <w:br/>
        <w:br/>
        <w:t xml:space="preserve">【答案】：B </w:t>
      </w:r>
    </w:p>
    <w:p>
      <w:r>
        <w:t>18、某四星级宾馆的宴会厅，设计最大用餐人数为120人，平均用餐人数为50人，用餐时间为2h，宴会厅总排风量为1000m3／h，该宴会厅空调系统的新风量应是下列哪一项？</w:t>
        <w:br/>
        <w:t>A.1000m3/h</w:t>
        <w:br/>
        <w:t>B.1250m3/h</w:t>
        <w:br/>
        <w:t>C.1500m3/h</w:t>
        <w:br/>
        <w:t>D.2500m3/h</w:t>
        <w:br/>
        <w:br/>
        <w:t xml:space="preserve">【答案】：C </w:t>
      </w:r>
    </w:p>
    <w:p>
      <w:pPr>
        <w:sectPr w:rsidSect="00034616">
          <w:type w:val="nextPage"/>
          <w:pgSz w:w="12240" w:h="15840"/>
          <w:pgMar w:top="1440" w:right="1800" w:bottom="1440" w:left="1800" w:header="720" w:footer="720" w:gutter="0"/>
          <w:pgNumType w:start="6"/>
          <w:cols w:space="720"/>
          <w:titlePg w:val="0"/>
          <w:docGrid w:linePitch="360"/>
        </w:sectPr>
      </w:pPr>
    </w:p>
    <w:p>
      <w:r>
        <w:t>19、某低温热水地板辐射采暖系统，设计供回水温度为50/40℃，系统工作压力PO=0.4MPa，某一环路所承担的热负荷为2000W。说法正确的应是下列哪一项？并列出判断过程。</w:t>
        <w:br/>
        <w:t>A.</w:t>
        <w:br/>
        <w:t>B.</w:t>
        <w:br/>
        <w:t>C.</w:t>
        <w:br/>
        <w:t>D.</w:t>
        <w:br/>
        <w:br/>
        <w:t>【答案】：C</w:t>
      </w:r>
      <w:r>
        <w:t xml:space="preserve"> </w:t>
      </w:r>
    </w:p>
    <w:p>
      <w:r>
        <w:t>20、某人防工程为二等掩蔽体，掩蔽人数1000人，清洁区的面积为1000㎡，高3m，防毒通道的净空尺寸为6m×3m×3m，人员的新风为2m3/(h.P)，试问：该工程的滤毒通风量应是下列哪一项？</w:t>
        <w:br/>
        <w:t>A.1900～2100m3/h</w:t>
        <w:br/>
        <w:t>B.2150～2350m3/h</w:t>
        <w:br/>
        <w:t>C.2400～2600m3/h</w:t>
        <w:br/>
        <w:t>D.2650～2850m3/h</w:t>
        <w:br/>
        <w:br/>
        <w:t xml:space="preserve">【答案】：B </w:t>
      </w:r>
    </w:p>
    <w:p>
      <w:r>
        <w:t>21、某蒸气压缩机制冷理论循环的冷凝温度为30℃，蒸发温度为-15℃，热力完善度为0.8，若制冷量为30kW，则冷凝负荷为(  )。</w:t>
        <w:br/>
        <w:t>A.30kW</w:t>
        <w:br/>
        <w:t>B.36.5kW</w:t>
        <w:br/>
        <w:t>C.8.4kW</w:t>
        <w:br/>
        <w:t>D.35.2kW</w:t>
        <w:br/>
        <w:br/>
        <w:t xml:space="preserve">【答案】：B </w:t>
      </w:r>
    </w:p>
    <w:p>
      <w:pPr>
        <w:sectPr w:rsidSect="00034616">
          <w:type w:val="nextPage"/>
          <w:pgSz w:w="12240" w:h="15840"/>
          <w:pgMar w:top="1440" w:right="1800" w:bottom="1440" w:left="1800" w:header="720" w:footer="720" w:gutter="0"/>
          <w:pgNumType w:start="7"/>
          <w:cols w:space="720"/>
          <w:titlePg w:val="0"/>
          <w:docGrid w:linePitch="360"/>
        </w:sectPr>
      </w:pPr>
      <w:r>
        <w:t>22、一座土建式冷库，包括一个存放冻鱼的冻结物冷藏间和一个存放鲜蔬菜的冷藏物冷藏间，库内净面积分别为200㎡(其中设备占用面积为10㎡)和300㎡(其中设备占用面积为15㎡)，净高均为4m。该冷库的公称容积和库容量分别是(</w:t>
      </w:r>
      <w:r>
        <w:t xml:space="preserve"> </w:t>
      </w:r>
    </w:p>
    <w:p>
      <w:r>
        <w:t xml:space="preserve"> )。</w:t>
        <w:br/>
        <w:t>A.</w:t>
        <w:br/>
        <w:t>B.</w:t>
        <w:br/>
        <w:t>C.</w:t>
        <w:br/>
        <w:t>D.</w:t>
        <w:br/>
        <w:br/>
        <w:t>【答案】：A</w:t>
      </w:r>
      <w:r>
        <w:t xml:space="preserve"> </w:t>
      </w:r>
    </w:p>
    <w:p>
      <w:r>
        <w:t>23、空调表冷器的供冷量为800kW，供回水温差为5℃，冷水的比热容为4.18kJ/(kg·K)，在设计状态点，水泵的扬程为27m，效率为70%，则水泵的轴功率为(  )。</w:t>
        <w:br/>
        <w:t>A.8～9kW</w:t>
        <w:br/>
        <w:t>B.11～12kW</w:t>
        <w:br/>
        <w:t>C.12～13kW</w:t>
        <w:br/>
        <w:t>D.14～15kW</w:t>
        <w:br/>
        <w:br/>
        <w:t xml:space="preserve">【答案】：D </w:t>
      </w:r>
    </w:p>
    <w:p>
      <w:r>
        <w:t>24、上海某8层住宅楼长×宽×高=30m×10m×25m，外墙采用厚度为225mm的加气混凝土块，屋面传热系数为0.8W/(㎡·K)，外窗窗墙面积比为0.35，外窗传热系数为3.0W/(㎡·K)，关于该住宅楼的建筑热工设计下列哪个说法是正确的？(  )</w:t>
        <w:br/>
        <w:t>A.外墙传热系数过大，应加保温</w:t>
        <w:br/>
        <w:t>B.体形系数过大，应改变建筑外形尺寸</w:t>
        <w:br/>
        <w:t>C.应进行热工性能的综合判断</w:t>
        <w:br/>
        <w:t>D.热工设计符合节能标准</w:t>
        <w:br/>
        <w:br/>
        <w:t xml:space="preserve">【答案】：D </w:t>
      </w:r>
    </w:p>
    <w:p>
      <w:pPr>
        <w:sectPr w:rsidSect="00034616">
          <w:type w:val="nextPage"/>
          <w:pgSz w:w="12240" w:h="15840"/>
          <w:pgMar w:top="1440" w:right="1800" w:bottom="1440" w:left="1800" w:header="720" w:footer="720" w:gutter="0"/>
          <w:pgNumType w:start="8"/>
          <w:cols w:space="720"/>
          <w:titlePg w:val="0"/>
          <w:docGrid w:linePitch="360"/>
        </w:sectPr>
      </w:pPr>
      <w:r>
        <w:t>25、已知空调系统送风温度为12℃，送风管为矩形风管，采用橡塑海绵保温，其导热系数为0.035W/(m·K)，风管设在吊顶内，风管外表面传热系数按8.1W/(㎡·K)计算，其夏季的环境参数为：干球温度32℃、相对湿度70%，不结露的保温厚度应不小于(</w:t>
      </w:r>
      <w:r>
        <w:t xml:space="preserve"> </w:t>
      </w:r>
    </w:p>
    <w:p>
      <w:r>
        <w:t xml:space="preserve"> )。</w:t>
        <w:br/>
        <w:t>A.10mm</w:t>
        <w:br/>
        <w:t>B.15mm</w:t>
        <w:br/>
        <w:t>C.20mm</w:t>
        <w:br/>
        <w:t>D.25mm</w:t>
        <w:br/>
        <w:br/>
        <w:t>【答案】：A</w:t>
      </w:r>
      <w:r>
        <w:t xml:space="preserve"> </w:t>
      </w:r>
    </w:p>
    <w:p>
      <w:r>
        <w:t>26、某燃煤链条热水供暖锅炉的额定产热量为2.8MW，额定热效率为78%，炉膛出口处烟气温度为280℃，炉膛出口处的烟气量为(  )。</w:t>
        <w:br/>
        <w:t>A.</w:t>
        <w:br/>
        <w:t>B.</w:t>
        <w:br/>
        <w:t>C.</w:t>
        <w:br/>
        <w:t>D.</w:t>
        <w:br/>
        <w:br/>
        <w:t xml:space="preserve">【答案】：D </w:t>
      </w:r>
    </w:p>
    <w:p>
      <w:r>
        <w:t>27、某R22双级蒸气压缩式机组，若已知机组冷凝温度为40℃，冷凝压力为1.534MPa，按制冷性能系数最大原则，确定机组的中间温度为-1℃，中间压力为0.482MPa，则机组的蒸发温度为(  )。</w:t>
        <w:br/>
        <w:t>A.-34～-33℃</w:t>
        <w:br/>
        <w:t>B.-43～-42℃</w:t>
        <w:br/>
        <w:t>C.-32～-31℃</w:t>
        <w:br/>
        <w:t>D.-42～-41℃</w:t>
        <w:br/>
        <w:br/>
        <w:t xml:space="preserve">【答案】：A </w:t>
      </w:r>
    </w:p>
    <w:p>
      <w:r>
        <w:t>28、一建筑物内首层燃气锅炉房长×宽×高为30m×8m×6m，设计正常排风与事故通风的风量不应小于(  )。</w:t>
        <w:br/>
        <w:t>A.</w:t>
        <w:br/>
        <w:t>B.</w:t>
        <w:br/>
        <w:t>C.</w:t>
        <w:br/>
        <w:t>D.</w:t>
        <w:br/>
        <w:br/>
        <w:t xml:space="preserve">【答案】：C </w:t>
      </w:r>
    </w:p>
    <w:p>
      <w:pPr>
        <w:sectPr w:rsidSect="00034616">
          <w:type w:val="nextPage"/>
          <w:pgSz w:w="12240" w:h="15840"/>
          <w:pgMar w:top="1440" w:right="1800" w:bottom="1440" w:left="1800" w:header="720" w:footer="720" w:gutter="0"/>
          <w:pgNumType w:start="9"/>
          <w:cols w:space="720"/>
          <w:titlePg w:val="0"/>
          <w:docGrid w:linePitch="360"/>
        </w:sectPr>
      </w:pPr>
    </w:p>
    <w:p>
      <w:r>
        <w:t>29、某酒店采用太阳能+电辅助加热的中央热水系统。已知，全年日平均用热负荷为2600kW·h，该地可用太阳能的时间为290d，同时，其日辅助电加热量为日平均用热负荷的20%，其余时间均采用电加热器加热。为了节能，拟采用热泵热水机组取代电加热器，满足使用功能的条件下，机组制热COP=4.60。利用太阳能时，若不计循环热水泵耗电量以及热损失，新方案的年节电量应是下列哪一项？(</w:t>
      </w:r>
      <w:r>
        <w:t xml:space="preserve"> </w:t>
      </w:r>
      <w:r>
        <w:t xml:space="preserve"> )</w:t>
        <w:br/>
        <w:t>A.250000～325000kW·h</w:t>
        <w:br/>
        <w:t>B.325500～327500kW·h</w:t>
        <w:br/>
        <w:t>C.328000～330000kW·h</w:t>
        <w:br/>
        <w:t>D.330500～332500kW·h</w:t>
        <w:br/>
        <w:br/>
        <w:t>【答案】：A</w:t>
      </w:r>
      <w:r>
        <w:t xml:space="preserve"> </w:t>
      </w:r>
    </w:p>
    <w:p>
      <w:r>
        <w:t>30、某用户的供暖设计热负荷为150kW，设计供回水温度为85℃/60℃，计算阻力损失为30kPa，其入口外网的实际供回水压差为50kPa，该用户的水力失调度应为(  )。</w:t>
        <w:br/>
        <w:t>A.1.29</w:t>
        <w:br/>
        <w:t>B.1.00</w:t>
        <w:br/>
        <w:t>C.O.78</w:t>
        <w:br/>
        <w:t>D.无法确定</w:t>
        <w:br/>
        <w:br/>
        <w:t xml:space="preserve">【答案】：A </w:t>
      </w:r>
    </w:p>
    <w:p>
      <w:pPr>
        <w:sectPr w:rsidSect="00034616">
          <w:type w:val="nextPage"/>
          <w:pgSz w:w="12240" w:h="15840"/>
          <w:pgMar w:top="1440" w:right="1800" w:bottom="1440" w:left="1800" w:header="720" w:footer="720" w:gutter="0"/>
          <w:pgNumType w:start="10"/>
          <w:cols w:space="720"/>
          <w:titlePg w:val="0"/>
          <w:docGrid w:linePitch="360"/>
        </w:sectPr>
      </w:pPr>
      <w:r>
        <w:t>31、-台理论排气量为0.1m3／s的半封闭式双螺杆压缩机，其压缩过程的指示效率为0.9，摩擦效率为0.95，容积效率为0.8，电机效率为0.85。当吸气比容为0.1m3/kg，单位质量制冷量为150kj/kg，理论耗功率为20kj/kg时，该工况下压缩机的制冷性能系数为下列何值？</w:t>
        <w:br/>
        <w:t>A.5.0～5.1</w:t>
        <w:br/>
        <w:t>B.5.2～5.3</w:t>
        <w:br/>
        <w:t>C.5.4～5.5</w:t>
        <w:br/>
        <w:t>D.5.6～5.7</w:t>
        <w:br/>
        <w:br/>
        <w:t xml:space="preserve">【答案】：C </w:t>
      </w:r>
    </w:p>
    <w:p>
      <w:r>
        <w:t>32、某水果冷藏库的总贮藏量为1300t，带包装的容积利用系数为0.75，该冷藏库的公称容积正确的应是下列何项？(  )。</w:t>
        <w:br/>
        <w:t>A.</w:t>
        <w:br/>
        <w:t>B.</w:t>
        <w:br/>
        <w:t>C.</w:t>
        <w:br/>
        <w:t>D.</w:t>
        <w:br/>
        <w:br/>
        <w:t xml:space="preserve">【答案】：B </w:t>
      </w:r>
    </w:p>
    <w:p>
      <w:r>
        <w:t>33、某北向房间外墙和外窗的基本耗热量为3500W，朝向修正率和风力附加率各为10%，冷风渗透耗热量为2000W，房间高度为5.5m，通过房间的热管道的有效稳定散热量为2000W，其供暖热负荷为(  )。</w:t>
        <w:br/>
        <w:t>A.4326W</w:t>
        <w:br/>
        <w:t>B.4366W</w:t>
        <w:br/>
        <w:t>C.6326W</w:t>
        <w:br/>
        <w:t>D.6366W</w:t>
        <w:br/>
        <w:br/>
        <w:t xml:space="preserve">【答案】：A </w:t>
      </w:r>
    </w:p>
    <w:p>
      <w:r>
        <w:t>34、某四星级宾馆的宴会厅，设计最大用餐人数为120人，平均用餐人数为50人，用餐时间为2h，宴会厅总排风量为1000m3／h，该宴会厅空调系统的新风量应是下列哪一项？</w:t>
        <w:br/>
        <w:t>A.1000m3/h</w:t>
        <w:br/>
        <w:t>B.1250m3/h</w:t>
        <w:br/>
        <w:t>C.1500m3/h</w:t>
        <w:br/>
        <w:t>D.2500m3/h</w:t>
        <w:br/>
        <w:br/>
        <w:t xml:space="preserve">【答案】：C </w:t>
      </w:r>
    </w:p>
    <w:p>
      <w:pPr>
        <w:sectPr w:rsidSect="00034616">
          <w:type w:val="nextPage"/>
          <w:pgSz w:w="12240" w:h="15840"/>
          <w:pgMar w:top="1440" w:right="1800" w:bottom="1440" w:left="1800" w:header="720" w:footer="720" w:gutter="0"/>
          <w:pgNumType w:start="11"/>
          <w:cols w:space="720"/>
          <w:titlePg w:val="0"/>
          <w:docGrid w:linePitch="360"/>
        </w:sectPr>
      </w:pPr>
    </w:p>
    <w:p>
      <w:r>
        <w:t>35、某建筑物建筑面积为1000㎡，采用直接式太阳能集热系统向房间供暖，建筑物耗热量指标为15W/㎡，太阳能保证率为30%，采光面上的平均太阳辐照量为14，18MJ/(㎡·d)，集热器集热效率为80%，热损失率为10%，集热器面积应为(</w:t>
      </w:r>
      <w:r>
        <w:t xml:space="preserve"> </w:t>
      </w:r>
      <w:r>
        <w:t xml:space="preserve"> )。</w:t>
        <w:br/>
        <w:t>A.38～39㎡</w:t>
        <w:br/>
        <w:t>B.39～40㎡</w:t>
        <w:br/>
        <w:t>C.40～41㎡</w:t>
        <w:br/>
        <w:t>D.41～42㎡</w:t>
        <w:br/>
        <w:br/>
        <w:t>【答案】：A</w:t>
      </w:r>
      <w:r>
        <w:t xml:space="preserve"> </w:t>
      </w:r>
    </w:p>
    <w:p>
      <w:r>
        <w:t>36、燃油锅炉房燃油泵房长×宽×高为12m×6m×6m，房间的机械通风量最小为(  )。</w:t>
        <w:br/>
        <w:t>A.</w:t>
        <w:br/>
        <w:t>B.</w:t>
        <w:br/>
        <w:t>C.</w:t>
        <w:br/>
        <w:t>D.</w:t>
        <w:br/>
        <w:br/>
        <w:t xml:space="preserve">【答案】：B </w:t>
      </w:r>
    </w:p>
    <w:p>
      <w:r>
        <w:t>37、某办公楼采用变风量空调系统，空调冷水系统为一级泵变流量系统，空调机组冷水管路上设置电动调节阀，采用1台变频水泵控制供回水总管的压差恒定。假设水泵的流量与频率呈正比关系，当水泵运行频率为40Hz时，水泵效率下降了10%，这时该水泵的能耗比工频时减少(  )。</w:t>
        <w:br/>
        <w:t>A.11%</w:t>
        <w:br/>
        <w:t>B.18%</w:t>
        <w:br/>
        <w:t>C.32%</w:t>
        <w:br/>
        <w:t>D.43%</w:t>
        <w:br/>
        <w:br/>
        <w:t xml:space="preserve">【答案】：A </w:t>
      </w:r>
    </w:p>
    <w:p>
      <w:pPr>
        <w:sectPr w:rsidSect="00034616">
          <w:type w:val="nextPage"/>
          <w:pgSz w:w="12240" w:h="15840"/>
          <w:pgMar w:top="1440" w:right="1800" w:bottom="1440" w:left="1800" w:header="720" w:footer="720" w:gutter="0"/>
          <w:pgNumType w:start="12"/>
          <w:cols w:space="720"/>
          <w:titlePg w:val="0"/>
          <w:docGrid w:linePitch="360"/>
        </w:sectPr>
      </w:pPr>
      <w:r>
        <w:t>38、已知氨水中氨的质量分数为25%，氨的摩尔分数和比摩尔分数分别为(</w:t>
      </w:r>
      <w:r>
        <w:t xml:space="preserve"> </w:t>
      </w:r>
    </w:p>
    <w:p>
      <w:r>
        <w:t xml:space="preserve"> )。</w:t>
        <w:br/>
        <w:t>A.0.352，0.26</w:t>
        <w:br/>
        <w:t>B.O.236，0.32</w:t>
        <w:br/>
        <w:t>C.O.26，0.352</w:t>
        <w:br/>
        <w:t>D.O.32，0.236</w:t>
        <w:br/>
        <w:br/>
        <w:t>【答案】：C</w:t>
      </w:r>
      <w:r>
        <w:t xml:space="preserve"> </w:t>
      </w:r>
    </w:p>
    <w:p>
      <w:r>
        <w:t>39、某空调冷冻水系统，供回水温度为7/12℃，设计流量G=100m3/h，水泵扬程H=32m，水泵效率η=0.73，试问该系统的输送能效比(职)为下列何值？</w:t>
        <w:br/>
        <w:t>A.0.0145～0.0155</w:t>
        <w:br/>
        <w:t>B.0.02～0.021</w:t>
        <w:br/>
        <w:t>C.0.022～0.023</w:t>
        <w:br/>
        <w:t>D.0.024～0.025</w:t>
        <w:br/>
        <w:br/>
        <w:t xml:space="preserve">【答案】：B </w:t>
      </w:r>
    </w:p>
    <w:p>
      <w:r>
        <w:t>40、某建筑空调采用地埋管地源热泵，设计参数为制冷量2000kW。全年空调制冷当量满负荷运行时间为1000h，制热量为2500kW，全年空调供热当量满负荷运行时间为800h，设热泵机组的制冷、制热的能效比全年均为5.0，辅助冷却塔的冷却能力不随负荷变化，不计水泵等的附加散热量。要维持土壤全年自身热平衡(不考虑土壤与外界的换热)，下列哪一项措施是正确的？(  )</w:t>
        <w:br/>
        <w:t>A.设置全年冷却能力为800000kW·h的辅助冷却塔</w:t>
        <w:br/>
        <w:t>B.设置全年冷却能力为400000kW·h的辅助冷却塔</w:t>
        <w:br/>
        <w:t>C.设置全年加热能力为400000kW·h的辅助供热设备</w:t>
        <w:br/>
        <w:t>D.系统已能实现土壤全年热平衡，不需设置任何辅助设备</w:t>
        <w:br/>
        <w:br/>
        <w:t xml:space="preserve">【答案】：A </w:t>
      </w:r>
    </w:p>
    <w:p>
      <w:pPr>
        <w:sectPr w:rsidSect="00034616">
          <w:type w:val="nextPage"/>
          <w:pgSz w:w="12240" w:h="15840"/>
          <w:pgMar w:top="1440" w:right="1800" w:bottom="1440" w:left="1800" w:header="720" w:footer="720" w:gutter="0"/>
          <w:pgNumType w:start="13"/>
          <w:cols w:space="720"/>
          <w:titlePg w:val="0"/>
          <w:docGrid w:linePitch="360"/>
        </w:sectPr>
      </w:pPr>
    </w:p>
    <w:p>
      <w:r>
        <w:t>41、已知一台通风兼排烟双速离心风机，低速时风机铭牌风量为12450m3／h，风压为431Pa。已知当地的大气压力为B=101.3kPa，现要求高温时排风量为17430m3／h，排气温度为270℃，若风机、电机及传动效率在内的风机总效率为0.52，求该配套风机的电机功率至少应为多少？</w:t>
        <w:br/>
        <w:t>A.4kW</w:t>
        <w:br/>
        <w:t>B.5.5kW</w:t>
        <w:br/>
        <w:t>C.11kW</w:t>
        <w:br/>
        <w:t>D.15kW</w:t>
        <w:br/>
        <w:br/>
        <w:t>【答案】：B</w:t>
      </w:r>
      <w:r>
        <w:t xml:space="preserve"> </w:t>
      </w:r>
    </w:p>
    <w:p>
      <w:r>
        <w:t>42、某金属熔化炉，炉内金属温度为650℃，环境温度为30℃，炉口直径为0.65m，散热面为水平面，于炉口上方1.0m处设圆形接受罩，接受罩的直径为下列哪一项？(  )</w:t>
        <w:br/>
        <w:t>A.0.65～1.0m</w:t>
        <w:br/>
        <w:t>B.1.01～1.30m</w:t>
        <w:br/>
        <w:t>C.1.31～1.60m</w:t>
        <w:br/>
        <w:t>D.1.61～1.90m</w:t>
        <w:br/>
        <w:br/>
        <w:t xml:space="preserve">【答案】：D </w:t>
      </w:r>
    </w:p>
    <w:p>
      <w:r>
        <w:t>43、某小区采用低压天然气管道供气，已知：小区住户的低压燃具额定压力为2500Pa，则从调压站到最远燃具的管道允许阻力损失应是(  )Pa。</w:t>
        <w:br/>
        <w:t>A.2500</w:t>
        <w:br/>
        <w:t>B.2025</w:t>
        <w:br/>
        <w:t>C.1875</w:t>
        <w:br/>
        <w:t>D.1500</w:t>
        <w:br/>
        <w:br/>
        <w:t xml:space="preserve">【答案】：B </w:t>
      </w:r>
    </w:p>
    <w:p>
      <w:pPr>
        <w:sectPr w:rsidSect="00034616">
          <w:type w:val="nextPage"/>
          <w:pgSz w:w="12240" w:h="15840"/>
          <w:pgMar w:top="1440" w:right="1800" w:bottom="1440" w:left="1800" w:header="720" w:footer="720" w:gutter="0"/>
          <w:pgNumType w:start="14"/>
          <w:cols w:space="720"/>
          <w:titlePg w:val="0"/>
          <w:docGrid w:linePitch="360"/>
        </w:sectPr>
      </w:pPr>
    </w:p>
    <w:p>
      <w:r>
        <w:t>44、某洁净房间空气含尘浓度为0.5μm粒子3600个/m3，其空气洁净等级按国际标准规定的是下列哪一项？并列出判定过程。</w:t>
        <w:br/>
        <w:t>A.4.6级</w:t>
        <w:br/>
        <w:t>B.4.8级</w:t>
        <w:br/>
        <w:t>C.5.0级</w:t>
        <w:br/>
        <w:t>D.5.2级</w:t>
        <w:br/>
        <w:br/>
        <w:t>【答案】：C</w:t>
      </w:r>
      <w:r>
        <w:t xml:space="preserve"> </w:t>
      </w:r>
    </w:p>
    <w:p>
      <w:r>
        <w:t>45、一空气调节系统的冷水管道，当供回水温度为7℃/12℃，所采用水泵的设计工作点的效率为68%时，符合节能设计标准的水泵设计扬程，最接近的应是下列哪一项？(  )</w:t>
        <w:br/>
        <w:t>A.29m</w:t>
        <w:br/>
        <w:t>B.32m</w:t>
        <w:br/>
        <w:t>C.35m</w:t>
        <w:br/>
        <w:t>D.38m</w:t>
        <w:br/>
        <w:br/>
        <w:t xml:space="preserve">【答案】：C </w:t>
      </w:r>
    </w:p>
    <w:p>
      <w:r>
        <w:t>46、某车间的一个工作平台上装有带法兰边的矩形吸气罩，罩口的净尺寸为320mm×640mm，工作距罩口的距离640mm，要求于工作处形成0.52m/s的吸入速度，排气罩的排风量应为下列何项？</w:t>
        <w:br/>
        <w:t>A.1800～2160m3/s</w:t>
        <w:br/>
        <w:t>B.2200～2500m3/s</w:t>
        <w:br/>
        <w:t>C.2650～2950m3／s</w:t>
        <w:br/>
        <w:t>D.3000～3360m3/s</w:t>
        <w:br/>
        <w:br/>
        <w:t xml:space="preserve">【答案】：B </w:t>
      </w:r>
    </w:p>
    <w:p>
      <w:pPr>
        <w:sectPr w:rsidSect="00034616">
          <w:type w:val="nextPage"/>
          <w:pgSz w:w="12240" w:h="15840"/>
          <w:pgMar w:top="1440" w:right="1800" w:bottom="1440" w:left="1800" w:header="720" w:footer="720" w:gutter="0"/>
          <w:pgNumType w:start="15"/>
          <w:cols w:space="720"/>
          <w:titlePg w:val="0"/>
          <w:docGrid w:linePitch="360"/>
        </w:sectPr>
      </w:pPr>
    </w:p>
    <w:p>
      <w:r>
        <w:t>47、某机房同时运行3台风机，风机的声功率级分别为83dB.85dB和80dB，试问机房内总声功率级约为下列何值？</w:t>
        <w:br/>
        <w:t>A.88d</w:t>
        <w:br/>
        <w:t>B.248dB</w:t>
        <w:br/>
        <w:t>C.89dB</w:t>
        <w:br/>
        <w:t>D.85dB</w:t>
        <w:br/>
        <w:br/>
        <w:t>【答案】：A</w:t>
      </w:r>
      <w:r>
        <w:t xml:space="preserve"> </w:t>
      </w:r>
    </w:p>
    <w:p>
      <w:r>
        <w:t>48、某车间设有局部排风系统，局部排风量为0.56kg/s，冬季室内工作区温度为15℃，冬季通风室外计算温度为-15℃，采暖室外计算温度为-25℃(大气压为标准大气压)，空气定压比热1.01kJ(kg.℃)。围护结构耗热量为8.8kW，室内维持负压，机械进风量为排风量的90%，试求机械通风量和送风温度为下列何项？</w:t>
        <w:br/>
        <w:t>A.0.3～0.53kg/s，29～32℃</w:t>
        <w:br/>
        <w:t>B.0.54～0.65kg/s，29～32℃</w:t>
        <w:br/>
        <w:t>C.0.54～0.65kg/s，33～36.5℃</w:t>
        <w:br/>
        <w:t>D.0.3～0.53kg/s，36.6～38.5℃</w:t>
        <w:br/>
        <w:br/>
        <w:t xml:space="preserve">【答案】：D </w:t>
      </w:r>
    </w:p>
    <w:p>
      <w:r>
        <w:t>49、有一段长度为10m、直径为600mm的金属风管，工作风压为600Pa，在该压力下漏风量的允许值为(  )。</w:t>
        <w:br/>
        <w:t>A.</w:t>
        <w:br/>
        <w:t>B.</w:t>
        <w:br/>
        <w:t>C.</w:t>
        <w:br/>
        <w:t>D.</w:t>
        <w:br/>
        <w:br/>
        <w:t xml:space="preserve">【答案】：C </w:t>
      </w:r>
    </w:p>
    <w:p>
      <w:pPr>
        <w:sectPr w:rsidSect="00034616">
          <w:type w:val="nextPage"/>
          <w:pgSz w:w="12240" w:h="15840"/>
          <w:pgMar w:top="1440" w:right="1800" w:bottom="1440" w:left="1800" w:header="720" w:footer="720" w:gutter="0"/>
          <w:pgNumType w:start="16"/>
          <w:cols w:space="720"/>
          <w:titlePg w:val="0"/>
          <w:docGrid w:linePitch="360"/>
        </w:sectPr>
      </w:pPr>
      <w:r>
        <w:t>50、某住宅采用低温热水地板辐射供暖，供暖系统使用的管材为PB管，公称外径为20mm，使用条件4级，系统工作压力为0.6MPa，则管子最小壁厚应取(</w:t>
      </w:r>
      <w:r>
        <w:t xml:space="preserve"> </w:t>
      </w:r>
    </w:p>
    <w:p>
      <w:r>
        <w:t xml:space="preserve"> )。</w:t>
        <w:br/>
        <w:t>A.1.3mm</w:t>
        <w:br/>
        <w:t>B.1.5mm</w:t>
        <w:br/>
        <w:t>C.1.8mm</w:t>
        <w:br/>
        <w:t>D.2.0mm</w:t>
        <w:br/>
        <w:br/>
        <w:t>【答案】：D</w:t>
      </w:r>
      <w:r>
        <w:t xml:space="preserve"> </w:t>
      </w:r>
    </w:p>
    <w:p>
      <w:r>
        <w:t>51、一空调房间气流组织采用侧送风，风口当量直径为0.2m，单股送风射流所管辖的房间面积为4㎡，则送风口的允许最大出口风速为(  )m/s。</w:t>
        <w:br/>
        <w:t>A.1.9</w:t>
        <w:br/>
        <w:t>B.2.5</w:t>
        <w:br/>
        <w:t>C.4.8</w:t>
        <w:br/>
        <w:t>D.3.6</w:t>
        <w:br/>
        <w:br/>
        <w:t xml:space="preserve">【答案】：D </w:t>
      </w:r>
    </w:p>
    <w:p>
      <w:r>
        <w:t>52、一栋10层办公楼，采用风机盘管+新风的空调方案，每层设置1台新风机组，全楼共有风机盘管360台，在工程验收时，空调设备抽检的台数为(  )。</w:t>
        <w:br/>
        <w:t>A.1台新风机组和5台风机盘管</w:t>
        <w:br/>
        <w:t>B.2台新风机组和36台风机盘管</w:t>
        <w:br/>
        <w:t>C.3台新风机组和54台风机盘管</w:t>
        <w:br/>
        <w:t>D.5台新风机组和72台风机盘管</w:t>
        <w:br/>
        <w:br/>
        <w:t xml:space="preserve">【答案】：B </w:t>
      </w:r>
    </w:p>
    <w:p>
      <w:pPr>
        <w:sectPr w:rsidSect="00034616">
          <w:type w:val="nextPage"/>
          <w:pgSz w:w="12240" w:h="15840"/>
          <w:pgMar w:top="1440" w:right="1800" w:bottom="1440" w:left="1800" w:header="720" w:footer="720" w:gutter="0"/>
          <w:pgNumType w:start="17"/>
          <w:cols w:space="720"/>
          <w:titlePg w:val="0"/>
          <w:docGrid w:linePitch="360"/>
        </w:sectPr>
      </w:pPr>
      <w:r>
        <w:t>53、某集中热水供热系统为3幢建筑供暖，采用设置于1#楼顶的膨胀水箱定压，1#楼系统顶点工作压力为0.15MPa。其中1#楼为10层、2#楼为8层、3#楼为6层，3幢建筑的首层地面绝对标高相同，层高均为3m。3#楼的室内供暖系统如在±0.000m处进行系统水压试验，试验压力应为(</w:t>
      </w:r>
      <w:r>
        <w:t xml:space="preserve"> </w:t>
      </w:r>
    </w:p>
    <w:p>
      <w:r>
        <w:t xml:space="preserve"> )。</w:t>
        <w:br/>
        <w:t>A.0.42～0.43MPa</w:t>
        <w:br/>
        <w:t>B.0.47～0.48MPa</w:t>
        <w:br/>
        <w:t>C.0.54～0.55MPa</w:t>
        <w:br/>
        <w:t>D.0.59～0.60MPa</w:t>
        <w:br/>
        <w:br/>
        <w:t>【答案】：D</w:t>
      </w:r>
      <w:r>
        <w:t xml:space="preserve"> </w:t>
      </w:r>
    </w:p>
    <w:p>
      <w:r>
        <w:t>54、某建筑采用毛细管辐射供暖，采取平顶安装方式，表面抹5mm水泥砂浆，室内设计温度为18℃，供水温度为30℃，回水温度为26℃，毛细管板的供热能力为(  )。</w:t>
        <w:br/>
        <w:t>A.77～79W/㎡</w:t>
        <w:br/>
        <w:t>B.70～72W/㎡</w:t>
        <w:br/>
        <w:t>C.80～82W/㎡</w:t>
        <w:br/>
        <w:t>D.50～52W/㎡</w:t>
        <w:br/>
        <w:br/>
        <w:t xml:space="preserve">【答案】：A </w:t>
      </w:r>
    </w:p>
    <w:p>
      <w:r>
        <w:t>55、某车间的内区室内空气设计计算参数为：干球温度20℃，相对湿度60%，湿负荷为零，交付运行后，发热设备减少了，实际室内空调冷负荷比设计时减少了30%，在送风量和送风状态不变(送风相对湿度为90%)的情况下，室内空气状态应是下列哪一项？(该车间所在地为标准大气压，计算时不考虑围护结构的传热)(  )</w:t>
        <w:br/>
        <w:t>A.16.5～17.5℃，相对湿度60%～70%</w:t>
        <w:br/>
        <w:t>B.18.0～18.9℃，相对湿度65%～68%</w:t>
        <w:br/>
        <w:t>C.37.5～38.5kJ/kg，含湿量为8.9～9.1g/kg</w:t>
        <w:br/>
        <w:t>D.42.9～43.1kJ/kg，含湿量为7.5～8.0g/kg</w:t>
        <w:br/>
        <w:br/>
        <w:t xml:space="preserve">【答案】：B </w:t>
      </w:r>
    </w:p>
    <w:p>
      <w:pPr>
        <w:sectPr w:rsidSect="00034616">
          <w:type w:val="nextPage"/>
          <w:pgSz w:w="12240" w:h="15840"/>
          <w:pgMar w:top="1440" w:right="1800" w:bottom="1440" w:left="1800" w:header="720" w:footer="720" w:gutter="0"/>
          <w:pgNumType w:start="18"/>
          <w:cols w:space="720"/>
          <w:titlePg w:val="0"/>
          <w:docGrid w:linePitch="360"/>
        </w:sectPr>
      </w:pPr>
    </w:p>
    <w:p>
      <w:r>
        <w:t>56、某建筑采暖用低温热水地板辐射采暖系统，设计采暖供回水温度为60/50℃，计算阻力损失为50kPa(其中最不利环路阻力损失为25kPa)。现采暖供回水温度调整为50/42℃，系统和辐射地板加热的管径均不变，但需要调整辐射地板的布管，形成最不利的环路阻力损失为30kPa。热力入口的供回水压差应为下列哪一项？</w:t>
        <w:br/>
        <w:t>A.45～50kPa</w:t>
        <w:br/>
        <w:t>B.51～60kPa</w:t>
        <w:br/>
        <w:t>C.61～70kPa</w:t>
        <w:br/>
        <w:t>D.71～80kPa</w:t>
        <w:br/>
        <w:br/>
        <w:t>【答案】：C</w:t>
      </w:r>
      <w:r>
        <w:t xml:space="preserve"> </w:t>
      </w:r>
    </w:p>
    <w:p>
      <w:r>
        <w:t>57、某车间工艺生产过程散发的主要有害物质包括苯胺、丙烯醇和氯化物，已知将上述三种有害物稀释至国标规定的接触限值所需空气量分别为8.2m3／s、5.6m3/s、2.lm3/s。试问：该车间的全面通风换气量应是下列哪一项值？</w:t>
        <w:br/>
        <w:t>A.8.2m3／s</w:t>
        <w:br/>
        <w:t>B.10.3m3／s</w:t>
        <w:br/>
        <w:t>C.7.7m3／s</w:t>
        <w:br/>
        <w:t>D.15.9m3／s</w:t>
        <w:br/>
        <w:br/>
        <w:t xml:space="preserve">【答案】：D </w:t>
      </w:r>
    </w:p>
    <w:p>
      <w:r>
        <w:t>58、某建筑采用低温地板辐射采暖，按60/50℃热水设计，计算阻力损失为70kPa(其中最不利环路阻力损失为30kPa)，由于热源条件改变，热水温度需要调整为50/43℃，系统和辐射地板加热管的管径不变，但需要增加辐射地板的布管密度，使最不利环路阻力损失增加40kPa，热力人口的供回水压差为下列何值？</w:t>
        <w:br/>
        <w:t>A.应增加为90～110kPa</w:t>
        <w:br/>
        <w:t>B.应增加为120～140kPa</w:t>
        <w:br/>
        <w:t>C.应增加为150～170kPa</w:t>
        <w:br/>
        <w:t>D.应增加为180～200kPa</w:t>
        <w:br/>
        <w:br/>
        <w:t xml:space="preserve">【答案】：C </w:t>
      </w:r>
    </w:p>
    <w:p>
      <w:pPr>
        <w:sectPr w:rsidSect="00034616">
          <w:type w:val="nextPage"/>
          <w:pgSz w:w="12240" w:h="15840"/>
          <w:pgMar w:top="1440" w:right="1800" w:bottom="1440" w:left="1800" w:header="720" w:footer="720" w:gutter="0"/>
          <w:pgNumType w:start="19"/>
          <w:cols w:space="720"/>
          <w:titlePg w:val="0"/>
          <w:docGrid w:linePitch="360"/>
        </w:sectPr>
      </w:pPr>
      <w:r>
        <w:t>59、山西大同某住宅小区热力站供热负荷为2MW，一次热媒为110℃/70℃的热水，为小区内建筑提供80℃/60℃的供暖热水。设置3台容量相同的板式换热器，换热器传热系数为4500W/(㎡·℃)，每台换热器的换热面积为(</w:t>
      </w:r>
      <w:r>
        <w:t xml:space="preserve"> </w:t>
      </w:r>
    </w:p>
    <w:p>
      <w:r>
        <w:t xml:space="preserve"> )。</w:t>
        <w:br/>
        <w:t>A.9.36～10.18㎡</w:t>
        <w:br/>
        <w:t>B.10.17～11.63㎡</w:t>
        <w:br/>
        <w:t>C.10.68～12.21㎡</w:t>
        <w:br/>
        <w:t>D.11.75～13.43㎡</w:t>
        <w:br/>
        <w:br/>
        <w:t>【答案】：C</w:t>
      </w:r>
      <w:r>
        <w:t xml:space="preserve"> </w:t>
      </w:r>
    </w:p>
    <w:p>
      <w:r>
        <w:t>60、某低温热水地板辐射采暖，供回水温度为60/50℃，热用户与热水供热管网采用板式换热器连接，热网供回水温度为110/70℃，该用户采暖热负荷为3000kW，供水温度及供回水温差均采用最高值，换热器传热系数为3100W/(m.℃)，求采用逆流换热时，所需换热器的最小面积。</w:t>
        <w:br/>
        <w:t>A.23～25㎡</w:t>
        <w:br/>
        <w:t>B.30～32㎡</w:t>
        <w:br/>
        <w:t>C.36～38㎡</w:t>
        <w:br/>
        <w:t>D.40～42㎡</w:t>
        <w:br/>
        <w:br/>
        <w:t xml:space="preserve">【答案】：C </w:t>
      </w:r>
    </w:p>
    <w:p>
      <w:r>
        <w:t>61、拟设计一用于“粗颗粒物料的破碎”的局部排风密闭罩。已知：物料下落时带入罩内的诱导空气量为0.35m3/s，从孔口或缝隙出吸入的空气量为0.50m3／s，则连接密闭罩“圆形吸风口”的最小直径最接近下列哪一项？</w:t>
        <w:br/>
        <w:t>A.0.5m</w:t>
        <w:br/>
        <w:t>B.0.6m</w:t>
        <w:br/>
        <w:t>C.0.7m</w:t>
        <w:br/>
        <w:t>D.0.8m</w:t>
        <w:br/>
        <w:br/>
        <w:t xml:space="preserve">【答案】：B </w:t>
      </w:r>
    </w:p>
    <w:p>
      <w:pPr>
        <w:sectPr w:rsidSect="00034616">
          <w:type w:val="nextPage"/>
          <w:pgSz w:w="12240" w:h="15840"/>
          <w:pgMar w:top="1440" w:right="1800" w:bottom="1440" w:left="1800" w:header="720" w:footer="720" w:gutter="0"/>
          <w:pgNumType w:start="20"/>
          <w:cols w:space="720"/>
          <w:titlePg w:val="0"/>
          <w:docGrid w:linePitch="360"/>
        </w:sectPr>
      </w:pPr>
      <w:r>
        <w:t>62、3个除尘器分别具有60%，70%和80%的全效率，当将它们串联使用时，效率为(</w:t>
      </w:r>
      <w:r>
        <w:t xml:space="preserve"> </w:t>
      </w:r>
      <w:r>
        <w:t xml:space="preserve"> )除尘器应放在前级，串联后总效率为(</w:t>
      </w:r>
      <w:r>
        <w:t xml:space="preserve"> </w:t>
      </w:r>
    </w:p>
    <w:p>
      <w:r>
        <w:t xml:space="preserve"> )。</w:t>
        <w:br/>
        <w:t>A.60%，97.6%</w:t>
        <w:br/>
        <w:t>B.60%，95.8%</w:t>
        <w:br/>
        <w:t>C.80%，97.6%</w:t>
        <w:br/>
        <w:t>D.80%，95.8%</w:t>
        <w:br/>
        <w:br/>
        <w:t>【答案】：A</w:t>
      </w:r>
      <w:r>
        <w:t xml:space="preserve"> </w:t>
      </w:r>
    </w:p>
    <w:p>
      <w:r>
        <w:t>63、在一般工业区内(非特定工业区)新建某除尘系统，排气筒的高度为20m，排放的污染物为石英粉尘，排放速度速率均匀，经两小时连续测定，标准工况下，排气量V=80000m3/h，除尘效率η=99%，粉尘收集量为G=633.6kg。试问，以下依次列出排气筒的排放速率值，排放浓度值以及达标排放的结论，正确者应为下列哪一项？</w:t>
        <w:br/>
        <w:t>A.3.Okg/h，60mg/m3，达标排放</w:t>
        <w:br/>
        <w:t>B.3.lkg/h，80mg/m3，排放不达标</w:t>
        <w:br/>
        <w:t>C.3.0kg/h，40mg/m3，达标排放</w:t>
        <w:br/>
        <w:t>D.3.2kg/h，40mg/m3，排放不达标</w:t>
        <w:br/>
        <w:br/>
        <w:t xml:space="preserve">【答案】：D </w:t>
      </w:r>
    </w:p>
    <w:p>
      <w:r>
        <w:t>64、一台单效溴化锂吸收式制冷机，若送往发生器的稀溶液的流量为21.9kg/s，浓度为0.575，若在发生器产生流量为1.65kg/s的水蒸气，则制冷机的循环倍率及放气范围为(  )。</w:t>
        <w:br/>
        <w:t>A.13.0～13.2，0.040～0.045</w:t>
        <w:br/>
        <w:t>B.13.2～13.4，0.040～0.045</w:t>
        <w:br/>
        <w:t>C.13.0～13.2，0.045～0.050</w:t>
        <w:br/>
        <w:t>D.13.2～13.4，0.045～0.050</w:t>
        <w:br/>
        <w:br/>
        <w:t xml:space="preserve">【答案】：D </w:t>
      </w:r>
    </w:p>
    <w:p>
      <w:pPr>
        <w:sectPr w:rsidSect="00034616">
          <w:type w:val="nextPage"/>
          <w:pgSz w:w="12240" w:h="15840"/>
          <w:pgMar w:top="1440" w:right="1800" w:bottom="1440" w:left="1800" w:header="720" w:footer="720" w:gutter="0"/>
          <w:pgNumType w:start="21"/>
          <w:cols w:space="720"/>
          <w:titlePg w:val="0"/>
          <w:docGrid w:linePitch="360"/>
        </w:sectPr>
      </w:pPr>
      <w:r>
        <w:t>65、某洁净室面积80㎡，洁净度测定的测点个数应为(</w:t>
      </w:r>
      <w:r>
        <w:t xml:space="preserve"> </w:t>
      </w:r>
    </w:p>
    <w:p>
      <w:r>
        <w:t xml:space="preserve"> )。</w:t>
        <w:br/>
        <w:t>A.3个</w:t>
        <w:br/>
        <w:t>B.6个</w:t>
        <w:br/>
        <w:t>C.9个</w:t>
        <w:br/>
        <w:t>D.12个</w:t>
        <w:br/>
        <w:br/>
        <w:t>【答案】：C</w:t>
      </w:r>
      <w:r>
        <w:t xml:space="preserve"> </w:t>
      </w:r>
    </w:p>
    <w:p>
      <w:r>
        <w:t>66、某热水供暖系统运行时实测流量为9000kg/h，系统总压力损失为10kPa，现将流量减小为8000kg/h，系统总压力损失为(  )。</w:t>
        <w:br/>
        <w:t>A.0.78～0.80kPa</w:t>
        <w:br/>
        <w:t>B.5.5～5.8kPa</w:t>
        <w:br/>
        <w:t>C.7.8～8.0kPa</w:t>
        <w:br/>
        <w:t>D.8.1～8.3kPa</w:t>
        <w:br/>
        <w:br/>
        <w:t xml:space="preserve">【答案】：C </w:t>
      </w:r>
    </w:p>
    <w:p>
      <w:r>
        <w:t>67、机械排烟系统担负2个防烟分区的面积分别为300㎡和500㎡，计算排烟风机的最小风量为(  )。</w:t>
        <w:br/>
        <w:t>A.</w:t>
        <w:br/>
        <w:t>B.</w:t>
        <w:br/>
        <w:t>C.</w:t>
        <w:br/>
        <w:t>D.</w:t>
        <w:br/>
        <w:br/>
        <w:t xml:space="preserve">【答案】：D </w:t>
      </w:r>
    </w:p>
    <w:p>
      <w:pPr>
        <w:sectPr w:rsidSect="00034616">
          <w:type w:val="nextPage"/>
          <w:pgSz w:w="12240" w:h="15840"/>
          <w:pgMar w:top="1440" w:right="1800" w:bottom="1440" w:left="1800" w:header="720" w:footer="720" w:gutter="0"/>
          <w:pgNumType w:start="22"/>
          <w:cols w:space="720"/>
          <w:titlePg w:val="0"/>
          <w:docGrid w:linePitch="360"/>
        </w:sectPr>
      </w:pPr>
      <w:r>
        <w:t>68、3个热水供暖并联环路，各自的计算阻力为：①环路100kPa；②环路60kPa；③环路40kPa.静态平衡阀全开状态的阻力为30kPa，哪些环路上可以配置平衡阀？(  )</w:t>
        <w:br/>
        <w:t>A.①和②环路</w:t>
        <w:br/>
        <w:t>B.②和③环路</w:t>
        <w:br/>
        <w:t>C.①和③环路</w:t>
        <w:br/>
        <w:t>D.①环路</w:t>
        <w:br/>
        <w:br/>
        <w:t xml:space="preserve">【答案】：B </w:t>
      </w:r>
    </w:p>
    <w:p>
      <w:r>
        <w:t>69、假设制冷机组以逆卡诺循环工作，当外界环境温度为35℃，冷水机组可分别制取7℃和18℃冷水，已知室内冷负荷为20kW，可全部采用7℃冷水处理，也可分别用7℃和18℃冷水处理(各承担10kW)，则全部由7℃冷水处理需要的冷机电耗与分别用7℃和18℃的冷水处理需要冷机电耗的比值为(  )。</w:t>
        <w:br/>
        <w:t>A.＞2.0</w:t>
        <w:br/>
        <w:t>B.1.6～2.0</w:t>
        <w:br/>
        <w:t>C.1.1～1.5</w:t>
        <w:br/>
        <w:t>D.0.6～1.0</w:t>
        <w:br/>
        <w:br/>
        <w:t xml:space="preserve">【答案】：C </w:t>
      </w:r>
    </w:p>
    <w:p>
      <w:r>
        <w:t>70、某洁净室，室外风速v=4.Sm/s，密度为ρ=1.293kg/m3，求满足室内洁净要求的最小压差，</w:t>
        <w:br/>
        <w:t>A.5Pa</w:t>
        <w:br/>
        <w:t>B.10Pa</w:t>
        <w:br/>
        <w:t>C.15Pa</w:t>
        <w:br/>
        <w:t>D.25Pa</w:t>
        <w:br/>
        <w:br/>
        <w:t xml:space="preserve">【答案】：D </w:t>
      </w:r>
    </w:p>
    <w:p>
      <w:pPr>
        <w:sectPr w:rsidSect="00034616">
          <w:type w:val="nextPage"/>
          <w:pgSz w:w="12240" w:h="15840"/>
          <w:pgMar w:top="1440" w:right="1800" w:bottom="1440" w:left="1800" w:header="720" w:footer="720" w:gutter="0"/>
          <w:pgNumType w:start="23"/>
          <w:cols w:space="720"/>
          <w:titlePg w:val="0"/>
          <w:docGrid w:linePitch="360"/>
        </w:sectPr>
      </w:pPr>
      <w:r>
        <w:t>71、假设一台冷水机组在100%，75%，50%和25%负荷时的性能系数分别为4.5，4.8，5.1和5.6，对应的冷却水进水温度分别为30，26，23，19℃。其部分负荷综合性能系数为(  )。</w:t>
        <w:br/>
        <w:t>A.5.01</w:t>
        <w:br/>
        <w:t>B.4.99</w:t>
        <w:br/>
        <w:t>C.5.13</w:t>
        <w:br/>
        <w:t>D.4.87</w:t>
        <w:br/>
        <w:br/>
        <w:t xml:space="preserve">【答案】：A </w:t>
      </w:r>
    </w:p>
    <w:p>
      <w:r>
        <w:t>72、密闭通风柜，工作孔面积F=lm×0.6m，甲苯发生量为0.05m3／s，β=1.2，则通风柜排风量为下列哪一项？</w:t>
        <w:br/>
        <w:t>A.864～980m3/h</w:t>
        <w:br/>
        <w:t>B.1044～1200m3/h</w:t>
        <w:br/>
        <w:t>C.1217～1467m3/h</w:t>
        <w:br/>
        <w:t>D.1520～1735m3/h</w:t>
        <w:br/>
        <w:br/>
        <w:t xml:space="preserve">【答案】：C </w:t>
      </w:r>
    </w:p>
    <w:p>
      <w:r>
        <w:t>73、某5层办公楼采用散热器采暖，层高为3.6m，南外墙热负荷为243W，外窗热负荷为490W，窗缝渗入205W，南方向修正为-15%，则该房间散热器耗热量为(  )W。</w:t>
        <w:br/>
        <w:t>A.920～940</w:t>
        <w:br/>
        <w:t>B.890～910</w:t>
        <w:br/>
        <w:t>C.860～880</w:t>
        <w:br/>
        <w:t>D.810～830</w:t>
        <w:br/>
        <w:br/>
        <w:t xml:space="preserve">【答案】：D </w:t>
      </w:r>
    </w:p>
    <w:p>
      <w:r>
        <w:t>74、某热水供暖系统运行时实测流量为9000kg/h，系统总压力损失为10kPa，现将流量减小为8000kg/h，系统总压力损失为(  )。</w:t>
        <w:br/>
        <w:t>A.0.78～0.80kPa</w:t>
        <w:br/>
        <w:t>B.5.5～5.8kPa</w:t>
        <w:br/>
        <w:t>C.7.8～8.0kPa</w:t>
        <w:br/>
        <w:t>D.8.1～8.3kPa</w:t>
        <w:br/>
        <w:br/>
        <w:t xml:space="preserve">【答案】：C </w:t>
      </w:r>
    </w:p>
    <w:p>
      <w:pPr>
        <w:sectPr w:rsidSect="00034616">
          <w:type w:val="nextPage"/>
          <w:pgSz w:w="12240" w:h="15840"/>
          <w:pgMar w:top="1440" w:right="1800" w:bottom="1440" w:left="1800" w:header="720" w:footer="720" w:gutter="0"/>
          <w:pgNumType w:start="24"/>
          <w:cols w:space="720"/>
          <w:titlePg w:val="0"/>
          <w:docGrid w:linePitch="360"/>
        </w:sectPr>
      </w:pPr>
    </w:p>
    <w:p>
      <w:r>
        <w:t>75、某办公楼普通机械送风系统风机与电机采用直联方式，设计工况下的风机及传动效率为92.8%，风管的长度为124m，通风系统单位长度平均风压损失为5Pa／m(包含摩擦阻力和局部阻力)。问：在通风系统设计时，所选择的风机在设计工况下效率的最小值应接近以下哪项效率值，才能满足节能要求？(</w:t>
      </w:r>
      <w:r>
        <w:t xml:space="preserve"> </w:t>
      </w:r>
      <w:r>
        <w:t xml:space="preserve"> )。</w:t>
        <w:br/>
        <w:t>A.52%</w:t>
        <w:br/>
        <w:t>B.53%</w:t>
        <w:br/>
        <w:t>C.56%</w:t>
        <w:br/>
        <w:t>D.58%</w:t>
        <w:br/>
        <w:br/>
        <w:t>【答案】：D</w:t>
      </w:r>
      <w:r>
        <w:t xml:space="preserve"> </w:t>
      </w:r>
    </w:p>
    <w:p>
      <w:r>
        <w:t>76、某中庭面积为1200㎡，净空高度16m，其设计排烟量应为(  )。</w:t>
        <w:br/>
        <w:t>A.</w:t>
        <w:br/>
        <w:t>B.</w:t>
        <w:br/>
        <w:t>C.</w:t>
        <w:br/>
        <w:t>D.</w:t>
        <w:br/>
        <w:br/>
        <w:t xml:space="preserve">【答案】：B </w:t>
      </w:r>
    </w:p>
    <w:p>
      <w:r>
        <w:t>77、某实验室为空调房间，为节约能耗，采用送风式通风柜，补风取自相邻房间。通风柜柜内进行有毒污染物实验，柜内有毒污染物气体发生量为0.2m3/h，通风柜工作孔面积0.2㎡，则通风柜的最小补风量应是下列哪一项？</w:t>
        <w:br/>
        <w:t>A.500～600m3/h</w:t>
        <w:br/>
        <w:t>B.680～740m3/h</w:t>
        <w:br/>
        <w:t>C.750～850m3/h</w:t>
        <w:br/>
        <w:t>D.1000～1080m3/h</w:t>
        <w:br/>
        <w:br/>
        <w:t xml:space="preserve">【答案】：B </w:t>
      </w:r>
    </w:p>
    <w:p>
      <w:pPr>
        <w:sectPr w:rsidSect="00034616">
          <w:type w:val="nextPage"/>
          <w:pgSz w:w="12240" w:h="15840"/>
          <w:pgMar w:top="1440" w:right="1800" w:bottom="1440" w:left="1800" w:header="720" w:footer="720" w:gutter="0"/>
          <w:pgNumType w:start="25"/>
          <w:cols w:space="720"/>
          <w:titlePg w:val="0"/>
          <w:docGrid w:linePitch="360"/>
        </w:sectPr>
      </w:pPr>
    </w:p>
    <w:p>
      <w:r>
        <w:t>78、某建筑供水系统，1～4层为外网直接供水，5～18层为高位水箱供水，由水泵从水池中抽取向水箱供水，每层住户3人，6个住户，每层有低水箱冲落式大便器、沐浴器、热水器、洗脸盆、洗涤盆、家用洗衣机，小时变化系数和定额均取最小值。问水箱调节水量为多少？</w:t>
        <w:br/>
        <w:t>A.1.0～1.3m3</w:t>
        <w:br/>
        <w:t>B.1.5～1.8m3</w:t>
        <w:br/>
        <w:t>C.2.0～2.3m3</w:t>
        <w:br/>
        <w:t>D.2.4～2.9m3</w:t>
        <w:br/>
        <w:br/>
        <w:t>【答案】：B</w:t>
      </w:r>
      <w:r>
        <w:t xml:space="preserve"> </w:t>
      </w:r>
    </w:p>
    <w:p>
      <w:r>
        <w:t>79、某水源热泵机组系统的冷负荷为356kW，该热泵机组供冷时的EER为6.5，供热时的COP为4.7，试问该机组供热时，从水源中获取的热量应是下列哪一项？(  )</w:t>
        <w:br/>
        <w:t>A.250～260kW</w:t>
        <w:br/>
        <w:t>B.220～230kW</w:t>
        <w:br/>
        <w:t>C.190～210kW</w:t>
        <w:br/>
        <w:t>D.160～180kW</w:t>
        <w:br/>
        <w:br/>
        <w:t xml:space="preserve">【答案】：C </w:t>
      </w:r>
    </w:p>
    <w:p>
      <w:r>
        <w:t>80、6级洁净室建成后进行测试，测试粒径为≥0.5μm，每个采样点每次采样量为(  )。</w:t>
        <w:br/>
        <w:t>A.0.6L</w:t>
        <w:br/>
        <w:t>B.1.0L</w:t>
        <w:br/>
        <w:t>C.1.5L</w:t>
        <w:br/>
        <w:t>D.2.0L</w:t>
        <w:br/>
        <w:br/>
        <w:t xml:space="preserve">【答案】：D </w:t>
      </w:r>
    </w:p>
    <w:p>
      <w:pPr>
        <w:sectPr w:rsidSect="00034616">
          <w:type w:val="nextPage"/>
          <w:pgSz w:w="12240" w:h="15840"/>
          <w:pgMar w:top="1440" w:right="1800" w:bottom="1440" w:left="1800" w:header="720" w:footer="720" w:gutter="0"/>
          <w:pgNumType w:start="26"/>
          <w:cols w:space="720"/>
          <w:titlePg w:val="0"/>
          <w:docGrid w:linePitch="360"/>
        </w:sectPr>
      </w:pPr>
    </w:p>
    <w:p>
      <w:r>
        <w:t>81、将质量浓度为0.02mg/m3的汞蒸气(分子量为200)换算为体积浓度mL/m3(ppm)，下列哪一项浓度值为正确？</w:t>
        <w:br/>
        <w:t>A.0.002～0.003mL/m3</w:t>
        <w:br/>
        <w:t>B.0.08～0.09mL/m3</w:t>
        <w:br/>
        <w:t>C.0.01～0.02mL/m3</w:t>
        <w:br/>
        <w:t>D.890～900mL/m3</w:t>
        <w:br/>
        <w:br/>
        <w:t>【答案】：A</w:t>
      </w:r>
      <w:r>
        <w:t xml:space="preserve"> </w:t>
      </w:r>
    </w:p>
    <w:p>
      <w:r>
        <w:t>82、某车间有毒物质实测的时间加权浓度为：苯(皮)3mg/m3、二甲苯胺(皮)2mg/m3，甲醇(皮)15mg/m3、甲苯(皮)20mg/m3。问此车间有毒物质的容许浓度是否符合卫生要求并说明理由？</w:t>
        <w:br/>
        <w:t>A.符合</w:t>
        <w:br/>
        <w:t>B.不符合</w:t>
        <w:br/>
        <w:t>C.无法确定</w:t>
        <w:br/>
        <w:t>D.基本符合</w:t>
        <w:br/>
        <w:br/>
        <w:t xml:space="preserve">【答案】：B </w:t>
      </w:r>
    </w:p>
    <w:p>
      <w:r>
        <w:t>83、某商住楼，每层建筑面积960㎡，首层和2层是商场，供暖室内计算温度18℃，3层及以上是住宅，每层8户，供暖室内计算温度20℃，每户住宅计算供暖负荷约为5kW。2，3层之间的楼板传热系数为2.0W/(㎡·K)。对“相邻房间传热”的处理，下列哪一种是正确的？(  )</w:t>
        <w:br/>
        <w:t>A.不需要计算2，3层之间的传热量</w:t>
        <w:br/>
        <w:t>B.计算3层向2层的传热量，作为3层房间的供暖负荷</w:t>
        <w:br/>
        <w:t>C.计算3层向2层的传热量，增加3层房间的供暖负荷和减少2层房间的供暖负荷</w:t>
        <w:br/>
        <w:t>D.2，3层之间的楼板增加保温层，降低楼板的传热系数</w:t>
        <w:br/>
        <w:br/>
        <w:t xml:space="preserve">【答案】：A </w:t>
      </w:r>
    </w:p>
    <w:p>
      <w:pPr>
        <w:sectPr w:rsidSect="00034616">
          <w:type w:val="nextPage"/>
          <w:pgSz w:w="12240" w:h="15840"/>
          <w:pgMar w:top="1440" w:right="1800" w:bottom="1440" w:left="1800" w:header="720" w:footer="720" w:gutter="0"/>
          <w:pgNumType w:start="27"/>
          <w:cols w:space="720"/>
          <w:titlePg w:val="0"/>
          <w:docGrid w:linePitch="360"/>
        </w:sectPr>
      </w:pPr>
      <w:r>
        <w:t>84、热水供热系统设计热负荷为2000kW，设计供回水温度为85℃/60℃，主干线总长为900m，循环水泵电动机采用直连方式，水泵在设计工况点的轴功率合理的是(</w:t>
      </w:r>
      <w:r>
        <w:t xml:space="preserve"> </w:t>
      </w:r>
    </w:p>
    <w:p>
      <w:r>
        <w:t xml:space="preserve"> )。</w:t>
        <w:br/>
        <w:t>A.13kW</w:t>
        <w:br/>
        <w:t>B.12kW</w:t>
        <w:br/>
        <w:t>C.11kW</w:t>
        <w:br/>
        <w:t>D.10kW</w:t>
        <w:br/>
        <w:br/>
        <w:t>【答案】：D</w:t>
      </w:r>
      <w:r>
        <w:t xml:space="preserve"> </w:t>
      </w:r>
    </w:p>
    <w:p>
      <w:r>
        <w:t>85、某集中供热系统采暖热负荷为50MW，采暖期天数为100天，室内计算温度为18℃，冬季室外计算温度为-5℃，采暖期室外平均温度1℃，则采暖期耗热量(GJ)约为下列何值？</w:t>
        <w:br/>
        <w:t>A.</w:t>
        <w:br/>
        <w:t>B.</w:t>
        <w:br/>
        <w:t>C.</w:t>
        <w:br/>
        <w:t>D.</w:t>
        <w:br/>
        <w:br/>
        <w:t xml:space="preserve">【答案】：A </w:t>
      </w:r>
    </w:p>
    <w:p>
      <w:r>
        <w:t>86、某住宅采用低温热水地板辐射供暖，供暖系统使用的管材为PB管，公称外径为20mm，使用条件4级，系统工作压力为0.6MPa，则管子最小壁厚应取(  )。</w:t>
        <w:br/>
        <w:t>A.1.3mm</w:t>
        <w:br/>
        <w:t>B.1.5mm</w:t>
        <w:br/>
        <w:t>C.1.8mm</w:t>
        <w:br/>
        <w:t>D.2.0mm</w:t>
        <w:br/>
        <w:br/>
        <w:t xml:space="preserve">【答案】：D </w:t>
      </w:r>
    </w:p>
    <w:p>
      <w:pPr>
        <w:sectPr w:rsidSect="00034616">
          <w:type w:val="nextPage"/>
          <w:pgSz w:w="12240" w:h="15840"/>
          <w:pgMar w:top="1440" w:right="1800" w:bottom="1440" w:left="1800" w:header="720" w:footer="720" w:gutter="0"/>
          <w:pgNumType w:start="28"/>
          <w:cols w:space="720"/>
          <w:titlePg w:val="0"/>
          <w:docGrid w:linePitch="360"/>
        </w:sectPr>
      </w:pPr>
      <w:r>
        <w:t>87、地下汽车停车库的建筑面积为4000㎡，净高度为4m，四个朝向外墙的窗井内可开启的外窗面积各为25㎡，比较合理的防排烟方案是(</w:t>
      </w:r>
      <w:r>
        <w:t xml:space="preserve"> </w:t>
      </w:r>
    </w:p>
    <w:p>
      <w:r>
        <w:t xml:space="preserve"> )。</w:t>
        <w:br/>
        <w:t>A.可以采用自然排烟</w:t>
        <w:br/>
        <w:t>B.</w:t>
        <w:br/>
        <w:t>C.</w:t>
        <w:br/>
        <w:t>D.</w:t>
        <w:br/>
        <w:br/>
        <w:t>【答案】：D</w:t>
      </w:r>
      <w:r>
        <w:t xml:space="preserve"> </w:t>
      </w:r>
    </w:p>
    <w:p>
      <w:r>
        <w:t>88、某办公楼采用冷辐射吊顶+新风空调系统，室温为26℃的会议室湿负荷为3kg/h，新风量为900kg/h，辐射板供水温度20℃，大气压101.3kPa。为了防止结露，新风露点温度应低于(  )。</w:t>
        <w:br/>
        <w:t>A.19℃</w:t>
        <w:br/>
        <w:t>B.16℃</w:t>
        <w:br/>
        <w:t>C.13℃</w:t>
        <w:br/>
        <w:t>D.12℃</w:t>
        <w:br/>
        <w:br/>
        <w:t xml:space="preserve">【答案】：B </w:t>
      </w:r>
    </w:p>
    <w:p>
      <w:r>
        <w:t>89、洁净度等级为5级的洁净室，面积为81㎡，用≥0.5μm粒径粒子检测，测点个数为9，采样点的单次最小采样量应为(  )。</w:t>
        <w:br/>
        <w:t>A.0.5L</w:t>
        <w:br/>
        <w:t>B.1.0L</w:t>
        <w:br/>
        <w:t>C.2.83L</w:t>
        <w:br/>
        <w:t>D.5.68L</w:t>
        <w:br/>
        <w:br/>
        <w:t xml:space="preserve">【答案】：D </w:t>
      </w:r>
    </w:p>
    <w:p>
      <w:pPr>
        <w:sectPr w:rsidSect="00034616">
          <w:type w:val="nextPage"/>
          <w:pgSz w:w="12240" w:h="15840"/>
          <w:pgMar w:top="1440" w:right="1800" w:bottom="1440" w:left="1800" w:header="720" w:footer="720" w:gutter="0"/>
          <w:pgNumType w:start="29"/>
          <w:cols w:space="720"/>
          <w:titlePg w:val="0"/>
          <w:docGrid w:linePitch="360"/>
        </w:sectPr>
      </w:pPr>
    </w:p>
    <w:p>
      <w:r>
        <w:t>90、某酒店采用太阳能十电辅助加热的中央热水系统。已知：全年日平均用热负荷为2600kWh，该地可用太阳能的天数为290天，同时，其日辅助电加热量为日平均用热负荷的20%，其余天数均采用电加热器加热。为了节能，拟采用热泵热水机组取代电加热器，满足使用功能的条件下，机组制热COP=4.60。利用太阳能时，若不计循环热水泵耗电量以及热损失。新方案的年节电量应是下列哪一项？</w:t>
        <w:br/>
        <w:t>A.250000～325000kWh</w:t>
        <w:br/>
        <w:t>B.325500～327500kWh</w:t>
        <w:br/>
        <w:t>C.328000～330000kWh</w:t>
        <w:br/>
        <w:t>D.330500～332500kWh</w:t>
        <w:br/>
        <w:br/>
        <w:t>【答案】：A</w:t>
      </w:r>
      <w:r>
        <w:t xml:space="preserve"> </w:t>
      </w:r>
    </w:p>
    <w:p>
      <w:r>
        <w:t>91、某体育馆有3000人，每人散热量为：显热65W，潜热69W，人员集群系数取0.92，试问该体育馆人员的空调冷负荷约为下列何值？</w:t>
        <w:br/>
        <w:t>A.约400kW</w:t>
        <w:br/>
        <w:t>B.约370kW</w:t>
        <w:br/>
        <w:t>C.约210kW</w:t>
        <w:br/>
        <w:t>D.约200kW</w:t>
        <w:br/>
        <w:br/>
        <w:t xml:space="preserve">【答案】：B </w:t>
      </w:r>
    </w:p>
    <w:p>
      <w:r>
        <w:t>92、最高工作压力ρ=1500Pa的(N)5级净化空调系统中矩形送风管的允许漏风量为(  )。</w:t>
        <w:br/>
        <w:t>A.</w:t>
        <w:br/>
        <w:t>B.</w:t>
        <w:br/>
        <w:t>C.</w:t>
        <w:br/>
        <w:t>D.</w:t>
        <w:br/>
        <w:br/>
        <w:t xml:space="preserve">【答案】：C </w:t>
      </w:r>
    </w:p>
    <w:p>
      <w:pPr>
        <w:sectPr w:rsidSect="00034616">
          <w:type w:val="nextPage"/>
          <w:pgSz w:w="12240" w:h="15840"/>
          <w:pgMar w:top="1440" w:right="1800" w:bottom="1440" w:left="1800" w:header="720" w:footer="720" w:gutter="0"/>
          <w:pgNumType w:start="30"/>
          <w:cols w:space="720"/>
          <w:titlePg w:val="0"/>
          <w:docGrid w:linePitch="360"/>
        </w:sectPr>
      </w:pPr>
      <w:r>
        <w:t>93、某变制冷剂流量(VRV)系统，标准工况及配管情况下系统性能系数COP一2.7，而此系统最远末端超出额定配管长度为120m，吸气管平均阻力相当于0.06℃／m，液管平均阻力相当于0.03℃/m，问该系统满负荷时，系统的实际性能系数应为下列何值？注：蒸发温度增／降1℃，COP约增／降3%；冷凝温度增／降1℃，COP约降／增1.5%。</w:t>
        <w:br/>
        <w:t>A.＜1.9</w:t>
        <w:br/>
        <w:t>B.1.9～2.O</w:t>
        <w:br/>
        <w:t>C.2.1～2.2</w:t>
        <w:br/>
        <w:t>D.＞2.2</w:t>
        <w:br/>
        <w:br/>
        <w:t xml:space="preserve">【答案】：A </w:t>
      </w:r>
    </w:p>
    <w:p>
      <w:r>
        <w:t>94、风机铭牌功率为40kW，用在大气压B=91.17kPa，温度t=20℃的地方，则风机功率变化为(  )。</w:t>
        <w:br/>
        <w:t>A.增加1.6～2.0kW</w:t>
        <w:br/>
        <w:t>B.增加3.8～4.2kW</w:t>
        <w:br/>
        <w:t>C.减少1.6～2.0kW</w:t>
        <w:br/>
        <w:t>D.减少3.8～4.2kW</w:t>
        <w:br/>
        <w:br/>
        <w:t xml:space="preserve">【答案】：D </w:t>
      </w:r>
    </w:p>
    <w:p>
      <w:r>
        <w:t>95、设置于室外的某空气源热泵冷(热)水机组的产品样本标注的噪声值为70dB(A)(距机组Im，距地面1.5m的实测值)，距机组距离10m处的噪声值应是(  )。</w:t>
        <w:br/>
        <w:t>A.49～51dB(A)</w:t>
        <w:br/>
        <w:t>B.52～54dB(A)</w:t>
        <w:br/>
        <w:t>C.55～57dB(A)</w:t>
        <w:br/>
        <w:t>D.58～60dB(A)</w:t>
        <w:br/>
        <w:br/>
        <w:t xml:space="preserve">【答案】：B </w:t>
      </w:r>
    </w:p>
    <w:p>
      <w:r>
        <w:t>96、并排置于屋面的两台机组经测定其声功率级分别为65dB和60dB，则距机组5m处的声压级为(  )dB。</w:t>
        <w:br/>
        <w:t>A.40.3</w:t>
        <w:br/>
        <w:t>B.35</w:t>
        <w:br/>
        <w:t>C.60</w:t>
        <w:br/>
        <w:t>D.44.3</w:t>
        <w:br/>
        <w:br/>
        <w:t xml:space="preserve">【答案】：D </w:t>
      </w:r>
    </w:p>
    <w:p>
      <w:pPr>
        <w:sectPr w:rsidSect="00034616">
          <w:type w:val="nextPage"/>
          <w:pgSz w:w="12240" w:h="15840"/>
          <w:pgMar w:top="1440" w:right="1800" w:bottom="1440" w:left="1800" w:header="720" w:footer="720" w:gutter="0"/>
          <w:pgNumType w:start="31"/>
          <w:cols w:space="720"/>
          <w:titlePg w:val="0"/>
          <w:docGrid w:linePitch="360"/>
        </w:sectPr>
      </w:pPr>
    </w:p>
    <w:p>
      <w:r>
        <w:t>97、已知一台通风兼排烟双速离心风机，低速时风机铭牌风量为12450m3／h，风压为431Pa。已知当地的大气压力为B=101.3kPa，现要求高温时排风量为17430m3／h，排气温度为270℃，若风机、电机及传动效率在内的风机总效率为0.52，求该配套风机的电机功率至少应为多少？</w:t>
        <w:br/>
        <w:t>A.4kW</w:t>
        <w:br/>
        <w:t>B.5.5kW</w:t>
        <w:br/>
        <w:t>C.11kW</w:t>
        <w:br/>
        <w:t>D.15kW</w:t>
        <w:br/>
        <w:br/>
        <w:t>【答案】：B</w:t>
      </w:r>
      <w:r>
        <w:t xml:space="preserve"> </w:t>
      </w:r>
    </w:p>
    <w:p>
      <w:r>
        <w:t>98、某房间冬季空调室内设计参数为：室温20℃，相对湿度35%，空调热负荷Q=lkW，室内冬季余湿为W=O.005kg/s。空调系统为直流式系统，采用湿膜加湿(按等焓加湿计算)方式，要求冬季送风温度为25℃。室外空气状态：干球温度为-6℃，相对湿度为40%。大气压力为101325Pa，计算所要求的加湿器的饱和效率。</w:t>
        <w:br/>
        <w:t>A.23%-32%</w:t>
        <w:br/>
        <w:t>B.33%～42%</w:t>
        <w:br/>
        <w:t>C.43%～52%</w:t>
        <w:br/>
        <w:t>D.53%～62%</w:t>
        <w:br/>
        <w:br/>
        <w:t xml:space="preserve">【答案】：A </w:t>
      </w:r>
    </w:p>
    <w:p>
      <w:r>
        <w:t>99、设计严寒地区A区某正南北朝向的九层办公楼，外轮廓尺寸为54m×15m，南外窗为16个通高竖向条形窗(每个窗宽2.1m)，整个顶层为多功能厅，顶部开设一</w:t>
        <w:br/>
        <w:t xml:space="preserve">【答案】：B </w:t>
      </w:r>
    </w:p>
    <w:p>
      <w:pPr>
        <w:sectPr w:rsidSect="00034616">
          <w:type w:val="nextPage"/>
          <w:pgSz w:w="12240" w:h="15840"/>
          <w:pgMar w:top="1440" w:right="1800" w:bottom="1440" w:left="1800" w:header="720" w:footer="720" w:gutter="0"/>
          <w:pgNumType w:start="32"/>
          <w:cols w:space="720"/>
          <w:titlePg w:val="0"/>
          <w:docGrid w:linePitch="360"/>
        </w:sectPr>
      </w:pPr>
      <w:r>
        <w:t>100、如果有初状态为t=20℃，ψ=35%，大气压力为101325Pa，向其加入5g/kg的水蒸气，则其终状态的空气的相对湿度和温度分别为(</w:t>
      </w:r>
      <w:r>
        <w:t xml:space="preserve"> </w:t>
      </w:r>
    </w:p>
    <w:p>
      <w:r>
        <w:t xml:space="preserve"> )。</w:t>
        <w:br/>
        <w:t>A.80%、25℃</w:t>
        <w:br/>
        <w:t>B.70%、25℃</w:t>
        <w:br/>
        <w:t>C.80%、20℃</w:t>
        <w:br/>
        <w:t>D.70%、20℃</w:t>
        <w:br/>
        <w:br/>
        <w:t>【答案】：D</w:t>
      </w:r>
      <w:r>
        <w:t xml:space="preserve"> </w:t>
      </w:r>
    </w:p>
    <w:p>
      <w:r>
        <w:t>101、某静电除尘器的处理风量为40m3/s，长度为10m，电场风速为0.8m/s，求静电除尘器的体积。</w:t>
        <w:br/>
        <w:t>A.50m3</w:t>
        <w:br/>
        <w:t>B.200m3</w:t>
        <w:br/>
        <w:t>C.500m3</w:t>
        <w:br/>
        <w:t>D.2000m3</w:t>
        <w:br/>
        <w:br/>
        <w:t xml:space="preserve">【答案】：C </w:t>
      </w:r>
    </w:p>
    <w:p>
      <w:r>
        <w:t>102、某房间室内温度为32℃，相对湿度为70%，房间内有明敷无保温的钢质给水管，大气压力为标准大气压，给水管表面不产生结露的给水温度应为(  )℃。(给水管壁的热阻忽略不计)</w:t>
        <w:br/>
        <w:t>A.23</w:t>
        <w:br/>
        <w:t>B.24</w:t>
        <w:br/>
        <w:t>C.25</w:t>
        <w:br/>
        <w:t>D.26</w:t>
        <w:br/>
        <w:br/>
        <w:t xml:space="preserve">【答案】：D </w:t>
      </w:r>
    </w:p>
    <w:p>
      <w:pPr>
        <w:sectPr w:rsidSect="00034616">
          <w:type w:val="nextPage"/>
          <w:pgSz w:w="12240" w:h="15840"/>
          <w:pgMar w:top="1440" w:right="1800" w:bottom="1440" w:left="1800" w:header="720" w:footer="720" w:gutter="0"/>
          <w:pgNumType w:start="33"/>
          <w:cols w:space="720"/>
          <w:titlePg w:val="0"/>
          <w:docGrid w:linePitch="360"/>
        </w:sectPr>
      </w:pPr>
      <w:r>
        <w:t>103、某办公楼采用冷辐射吊顶+新风空调系统，室温为26℃的会议室湿负荷为3kg/h，新风量为900kg/h，辐射板供水温度20℃，大气压101.3kPa。为了防止结露，新风露点温度应低于(  )。</w:t>
        <w:br/>
        <w:t>A.19℃</w:t>
        <w:br/>
        <w:t>B.16℃</w:t>
        <w:br/>
        <w:t>C.13℃</w:t>
        <w:br/>
        <w:t>D.12℃</w:t>
        <w:br/>
        <w:br/>
        <w:t xml:space="preserve">【答案】：B </w:t>
      </w:r>
    </w:p>
    <w:p>
      <w:r>
        <w:t>104、某商场的两管制定风量空调系统，设置粗效和中效过滤器，风管平均比摩阻按0.8Pa/m估算，局部阻力按沿程阻力的50%估算，风机总效率为65%，组合空调器的阻力为400Pa，送风口和回风口的阻力为30Pa，根据相关节能标准，空调风系统的作用半径不应大于(  )。</w:t>
        <w:br/>
        <w:t>A.80m</w:t>
        <w:br/>
        <w:t>B.150m</w:t>
        <w:br/>
        <w:t>C.260m</w:t>
        <w:br/>
        <w:t>D.320m</w:t>
        <w:br/>
        <w:br/>
        <w:t xml:space="preserve">【答案】：D </w:t>
      </w:r>
    </w:p>
    <w:p>
      <w:r>
        <w:t>105、在一般工业区内(非特定工业区)新建某除尘系统，排气筒的高度为20m，排放的污染物为石英粉尘，排放速度速率均匀，经两小时连续测定，标准工况下，排气量V=80000m3/h，除尘效率η=99%，粉尘收集量为G=633.6kg。试问，以下依次列出排气筒的排放速率值，排放浓度值以及达标排放的结论，正确者应为下列哪一项？</w:t>
        <w:br/>
        <w:t>A.3.Okg/h，60mg/m3，达标排放</w:t>
        <w:br/>
        <w:t>B.3.lkg/h，80mg/m3，排放不达标</w:t>
        <w:br/>
        <w:t>C.3.0kg/h，40mg/m3，达标排放</w:t>
        <w:br/>
        <w:t>D.3.2kg/h，40mg/m3，排放不达标</w:t>
        <w:br/>
        <w:br/>
        <w:t xml:space="preserve">【答案】：D </w:t>
      </w:r>
    </w:p>
    <w:p>
      <w:pPr>
        <w:sectPr w:rsidSect="00034616">
          <w:type w:val="nextPage"/>
          <w:pgSz w:w="12240" w:h="15840"/>
          <w:pgMar w:top="1440" w:right="1800" w:bottom="1440" w:left="1800" w:header="720" w:footer="720" w:gutter="0"/>
          <w:pgNumType w:start="34"/>
          <w:cols w:space="720"/>
          <w:titlePg w:val="0"/>
          <w:docGrid w:linePitch="360"/>
        </w:sectPr>
      </w:pPr>
    </w:p>
    <w:p>
      <w:r>
        <w:t>106、某防空地下室为二等人员掩蔽所，掩蔽人数N=415人，清洁新风量为5m3／(p.h)，滤毒新风量为2m3/pH(滤毒设备额定风量1000m3/h)，最小防毒通道有效容积为20m3，清洁区有效容积为1725m3，滤毒通风时的新风量应是下列哪一项？</w:t>
        <w:br/>
        <w:t>A.2000～2100m3/h</w:t>
        <w:br/>
        <w:t>B.950～1050m3/h</w:t>
        <w:br/>
        <w:t>C.850～900m3/h</w:t>
        <w:br/>
        <w:t>D.790～840m3/h</w:t>
        <w:br/>
        <w:br/>
        <w:t>【答案】：C</w:t>
      </w:r>
      <w:r>
        <w:t xml:space="preserve"> </w:t>
      </w:r>
    </w:p>
    <w:p>
      <w:r>
        <w:t>107、某新建化验室排放有害气体苯，其排气筒的高度为12m，其符合国家二级排放标准的最高允许速率应是下列哪一项？(  )</w:t>
        <w:br/>
        <w:t>A.约0.78kg/h</w:t>
        <w:br/>
        <w:t>B.约0.5kg/h</w:t>
        <w:br/>
        <w:t>C.约0.4kg/h</w:t>
        <w:br/>
        <w:t>D.约0.16kg/h</w:t>
        <w:br/>
        <w:br/>
        <w:t xml:space="preserve">【答案】：D </w:t>
      </w:r>
    </w:p>
    <w:p>
      <w:r>
        <w:t>108、6级洁净室建成后进行测试，测试粒径为≥0.5μm，每个采样点每次采样量为(  )。</w:t>
        <w:br/>
        <w:t>A.0.6L</w:t>
        <w:br/>
        <w:t>B.1.0L</w:t>
        <w:br/>
        <w:t>C.1.5L</w:t>
        <w:br/>
        <w:t>D.2.0L</w:t>
        <w:br/>
        <w:br/>
        <w:t xml:space="preserve">【答案】：D </w:t>
      </w:r>
    </w:p>
    <w:p>
      <w:r>
        <w:t>109、第一个过滤器过滤效率为99.8%，第二个过滤器过滤效率为99.9%，问两个过滤器串联的总效率最接近下列哪一项？(  )</w:t>
        <w:br/>
        <w:t>A.99.98%</w:t>
        <w:br/>
        <w:t>B.99.99%</w:t>
        <w:br/>
        <w:t>C.99.998%</w:t>
        <w:br/>
        <w:t>D.99.9998%</w:t>
        <w:br/>
        <w:br/>
        <w:t xml:space="preserve">【答案】：D </w:t>
      </w:r>
    </w:p>
    <w:p>
      <w:pPr>
        <w:sectPr w:rsidSect="00034616">
          <w:type w:val="nextPage"/>
          <w:pgSz w:w="12240" w:h="15840"/>
          <w:pgMar w:top="1440" w:right="1800" w:bottom="1440" w:left="1800" w:header="720" w:footer="720" w:gutter="0"/>
          <w:pgNumType w:start="35"/>
          <w:cols w:space="720"/>
          <w:titlePg w:val="0"/>
          <w:docGrid w:linePitch="360"/>
        </w:sectPr>
      </w:pPr>
    </w:p>
    <w:p>
      <w:r>
        <w:t>110、某成品库库房体积为75m3，对室温无特殊要求；其围护结构内表面散湿量与设备等散湿量之和为0.9kg/h，人员散湿量为0.lkg/h，自然渗透换气量为每小时1次。采用风量为600IT13/h的除湿机进行除湿，试问除湿机出口空气的含湿量应为下列何值？已知：室外空气干球温度为32℃，湿球温度为28℃；室内空气温度约28℃，相对湿度不大于70%。</w:t>
        <w:br/>
        <w:t>A.12～12.9g/kg</w:t>
        <w:br/>
        <w:t>B.13～13.9g/kg</w:t>
        <w:br/>
        <w:t>C.14～14.9g/kg</w:t>
        <w:br/>
        <w:t>D.15～15.9g/kg</w:t>
        <w:br/>
        <w:br/>
        <w:t>【答案】：C</w:t>
      </w:r>
      <w:r>
        <w:t xml:space="preserve"> </w:t>
      </w:r>
    </w:p>
    <w:p>
      <w:r>
        <w:t>111、有一台制冷剂为R717的8缸活塞压缩机，缸径为100mm，活塞行程为80mm，压缩机转速为720r／min，压缩比为6，压缩机的实际输气量是下列何项？(  )。</w:t>
        <w:br/>
        <w:t>A.</w:t>
        <w:br/>
        <w:t>B.</w:t>
        <w:br/>
        <w:t>C.</w:t>
        <w:br/>
        <w:t>D.</w:t>
        <w:br/>
        <w:br/>
        <w:t xml:space="preserve">【答案】：A </w:t>
      </w:r>
    </w:p>
    <w:p>
      <w:r>
        <w:t>112、某厂房设计采用50kPa蒸汽供暖，供汽管道最大长度为600m，选择供汽管径时，平均单位长度摩擦压力损失值以及供汽水平干管的管径，应是下列何项？(  )。</w:t>
        <w:br/>
        <w:t>A.</w:t>
        <w:br/>
        <w:t>B.</w:t>
        <w:br/>
        <w:t>C.</w:t>
        <w:br/>
        <w:t>D.</w:t>
        <w:br/>
        <w:br/>
        <w:t xml:space="preserve">【答案】：B </w:t>
      </w:r>
    </w:p>
    <w:p>
      <w:pPr>
        <w:sectPr w:rsidSect="00034616">
          <w:type w:val="nextPage"/>
          <w:pgSz w:w="12240" w:h="15840"/>
          <w:pgMar w:top="1440" w:right="1800" w:bottom="1440" w:left="1800" w:header="720" w:footer="720" w:gutter="0"/>
          <w:pgNumType w:start="36"/>
          <w:cols w:space="720"/>
          <w:titlePg w:val="0"/>
          <w:docGrid w:linePitch="360"/>
        </w:sectPr>
      </w:pPr>
    </w:p>
    <w:p>
      <w:r>
        <w:t>113、有一工艺需求的净面积为120㎡(12m×10m)混合流洁净室，吊顶高度为3m，在6级环境中心设置18㎡(3m×6m)的5级垂直单向流洁净区，室内工作人员很少，室内热、湿负荷也很小。净化空调送风方案均采用FFU在吊顶布置，6级洁净区双侧沿长边方向布置下侧回风，5级洁净区采用垂吊围帘至工作区上方围挡，洁净室需求的粗效、中效空气过滤和冷、热湿处理由一台净化空调机组负担，温湿度控制元件设置在5级洁净区的工作区域内。该设计方案的净化空调机组总送风量宜选取(</w:t>
      </w:r>
      <w:r>
        <w:t xml:space="preserve"> </w:t>
      </w:r>
      <w:r>
        <w:t xml:space="preserve"> )。</w:t>
        <w:br/>
        <w:t>A.</w:t>
        <w:br/>
        <w:t>B.</w:t>
        <w:br/>
        <w:t>C.</w:t>
        <w:br/>
        <w:t>D.</w:t>
        <w:br/>
        <w:br/>
        <w:t>【答案】：B</w:t>
      </w:r>
      <w:r>
        <w:t xml:space="preserve"> </w:t>
      </w:r>
    </w:p>
    <w:p>
      <w:r>
        <w:t>114、一台带节能器的螺杆压缩机的二次吸气制冷循环，工质为R22，已知：冷凝温度40℃，绝对压力1.5336MPa，蒸发温度4℃，绝对压力0.56605MPa。按理论循环，不考虑制冷剂的吸气过热，节能器中的压力为(  )。</w:t>
        <w:br/>
        <w:t>A.0.50～0.57MPa</w:t>
        <w:br/>
        <w:t>B.0.90～0.95MPa</w:t>
        <w:br/>
        <w:t>C.1.00～1.05MPa</w:t>
        <w:br/>
        <w:t>D.1.40～1.55MPa</w:t>
        <w:br/>
        <w:br/>
        <w:t xml:space="preserve">【答案】：B </w:t>
      </w:r>
    </w:p>
    <w:p>
      <w:pPr>
        <w:sectPr w:rsidSect="00034616">
          <w:type w:val="nextPage"/>
          <w:pgSz w:w="12240" w:h="15840"/>
          <w:pgMar w:top="1440" w:right="1800" w:bottom="1440" w:left="1800" w:header="720" w:footer="720" w:gutter="0"/>
          <w:pgNumType w:start="37"/>
          <w:cols w:space="720"/>
          <w:titlePg w:val="0"/>
          <w:docGrid w:linePitch="360"/>
        </w:sectPr>
      </w:pPr>
      <w:r>
        <w:t>115、某空调房间总余热量∑Q=3300W，总余湿量∑W=0.26g/s，室内空气状态为：22℃、55%，当地大气压力为101325Pa，如送风温差△t取8℃，则送风量为(</w:t>
      </w:r>
      <w:r>
        <w:t xml:space="preserve"> </w:t>
      </w:r>
    </w:p>
    <w:p>
      <w:r>
        <w:t xml:space="preserve"> )kg/s。</w:t>
        <w:br/>
        <w:t>A.0.4～0.42</w:t>
        <w:br/>
        <w:t>B.0.3～0.36</w:t>
        <w:br/>
        <w:t>C.400～420</w:t>
        <w:br/>
        <w:t>D.0.22～0.24</w:t>
        <w:br/>
        <w:br/>
        <w:t>【答案】：B</w:t>
      </w:r>
      <w:r>
        <w:t xml:space="preserve"> </w:t>
      </w:r>
    </w:p>
    <w:p>
      <w:r>
        <w:t>116、某办公楼采用地板辐射间歇供暖，中间层东南角会议室层高为3m，南外墙基本耗热量为200W，东外墙基本耗热量为300W，南外窗基本耗热量为250W，冷风渗透耗热量为350W，南向朝向修正率为-15%，东向朝向修正率为-5%，该房间的供暖设计热负荷应为(  )。</w:t>
        <w:br/>
        <w:t>A.850～950W</w:t>
        <w:br/>
        <w:t>B.1050～1150W</w:t>
        <w:br/>
        <w:t>C.1200～1300W</w:t>
        <w:br/>
        <w:t>D.1400～1500W</w:t>
        <w:br/>
        <w:br/>
        <w:t xml:space="preserve">【答案】：B </w:t>
      </w:r>
    </w:p>
    <w:p>
      <w:r>
        <w:t>117、有一批鲜鱼(486kg/盘)需要在某冷库的冻结间进行冷加工，该冻结间设有吊轨，吊轨有效长度为50m，货物的加工时间为2h，该冻结间每日的冷加工能力应是下列哪一项？(  )</w:t>
        <w:br/>
        <w:t>A.240～250t</w:t>
        <w:br/>
        <w:t>B.285～295t</w:t>
        <w:br/>
        <w:t>C.300～305t</w:t>
        <w:br/>
        <w:t>D.310～315t</w:t>
        <w:br/>
        <w:br/>
        <w:t xml:space="preserve">【答案】：B </w:t>
      </w:r>
    </w:p>
    <w:p>
      <w:pPr>
        <w:sectPr w:rsidSect="00034616">
          <w:type w:val="nextPage"/>
          <w:pgSz w:w="12240" w:h="15840"/>
          <w:pgMar w:top="1440" w:right="1800" w:bottom="1440" w:left="1800" w:header="720" w:footer="720" w:gutter="0"/>
          <w:pgNumType w:start="38"/>
          <w:cols w:space="720"/>
          <w:titlePg w:val="0"/>
          <w:docGrid w:linePitch="360"/>
        </w:sectPr>
      </w:pPr>
      <w:r>
        <w:t>118、北京某8层居住建筑体形系数为0.3，东南角房间的东向和南向各有-PVC塑钢外窗，窗高2m，东向窗墙面积比为0.35，南向窗墙面积比为0.5，玻璃的遮阳系数为0.93，外窗均设置伸出0.5m的水平外遮阳，下列哪个说法是正确的？(</w:t>
      </w:r>
      <w:r>
        <w:t xml:space="preserve"> </w:t>
      </w:r>
    </w:p>
    <w:p>
      <w:r>
        <w:t xml:space="preserve"> )</w:t>
        <w:br/>
        <w:t>A.窗墙面积比超过限值，应进行热工性能的权衡判断</w:t>
        <w:br/>
        <w:t>B.南向外窗不应设置外遮阳</w:t>
        <w:br/>
        <w:t>C.遮阳系数超过限值，应进行热工性能的权衡判断</w:t>
        <w:br/>
        <w:t>D.不必进行热工性能的权衡判断</w:t>
        <w:br/>
        <w:br/>
        <w:t>【答案】：C</w:t>
      </w:r>
      <w:r>
        <w:t xml:space="preserve"> </w:t>
      </w:r>
    </w:p>
    <w:p>
      <w:r>
        <w:t>119、某办公室的集中空调系统采用不带新风的风机盘管系统，负荷计算结果为：夏季冷负荷1000kW，冬季热负荷1200kW。夏季冷水系统的设计供回水温度为7℃/12℃，冬季热水系统的设计供回水温度为60℃/50℃。若夏季工况下用户侧管道的计算水流阻力为0.26MPa。冬季用户侧管道的计算水流阻力等于(或最接近)下列哪一项？(计算时，冷水和热水的比热容视为相同)(  )</w:t>
        <w:br/>
        <w:t>A.0.0936MPa</w:t>
        <w:br/>
        <w:t>B.0.156MPa</w:t>
        <w:br/>
        <w:t>C.0.312MPa</w:t>
        <w:br/>
        <w:t>D.0.374MPa</w:t>
        <w:br/>
        <w:br/>
        <w:t xml:space="preserve">【答案】：A </w:t>
      </w:r>
    </w:p>
    <w:p>
      <w:r>
        <w:t>120、某工厂通风系统，采用矩形薄钢板风管(管壁粗糙度为0.15mm)，尺寸为120mm×190mm，测得管内空气流速为10m/s，温度100℃，该风管的单位长度摩擦压力损失为(  )(当地的大气压为82.5kPa)。</w:t>
        <w:br/>
        <w:t>A.5.7～6.8Pa/m</w:t>
        <w:br/>
        <w:t>B.5.1～5.6Pa/m</w:t>
        <w:br/>
        <w:t>C.4.7～5.0Pa/m</w:t>
        <w:br/>
        <w:t>D.3.7～4.6Pa/m</w:t>
        <w:br/>
        <w:br/>
        <w:t xml:space="preserve">【答案】：A </w:t>
      </w:r>
    </w:p>
    <w:p>
      <w:pPr>
        <w:sectPr w:rsidSect="00034616">
          <w:type w:val="nextPage"/>
          <w:pgSz w:w="12240" w:h="15840"/>
          <w:pgMar w:top="1440" w:right="1800" w:bottom="1440" w:left="1800" w:header="720" w:footer="720" w:gutter="0"/>
          <w:pgNumType w:start="39"/>
          <w:cols w:space="720"/>
          <w:titlePg w:val="0"/>
          <w:docGrid w:linePitch="360"/>
        </w:sectPr>
      </w:pPr>
    </w:p>
    <w:p>
      <w:r>
        <w:t>121、某防空地下室为二等人员掩蔽所(一个防护单元)，掩蔽人数N=415人，清洁新风量为5m3/(P.h)，滤毒新风量为2m3/(P.h)(滤毒风机风量为1000m3/h)，最小防毒通道有效容积为10m3，清洁区有效容积为1725m3，该掩蔽所设计的防毒通道的最小换气次数接近下列哪一项？</w:t>
        <w:br/>
        <w:t>A.200次/h</w:t>
        <w:br/>
        <w:t>B.93次/h</w:t>
        <w:br/>
        <w:t>C.76次/h</w:t>
        <w:br/>
        <w:t>D.40次/h</w:t>
        <w:br/>
        <w:br/>
        <w:t>【答案】：C</w:t>
      </w:r>
      <w:r>
        <w:t xml:space="preserve"> </w:t>
      </w:r>
    </w:p>
    <w:p>
      <w:r>
        <w:t>122、某地源热泵系统，夏季总冷量为900000kW·h，冬季总热量为540000kW·h，热泵机组EER=5.5，制热COP=4.7，如仅计算系统中热泵机组的热量转移，以一年计算，土壤增加热量为(  )。</w:t>
        <w:br/>
        <w:t>A.350000～370000kW·h</w:t>
        <w:br/>
        <w:t>B.460000～480000kW·h</w:t>
        <w:br/>
        <w:t>C.520000～540000kW·h</w:t>
        <w:br/>
        <w:t>D.620000～640000kW·h</w:t>
        <w:br/>
        <w:br/>
        <w:t xml:space="preserve">【答案】：D </w:t>
      </w:r>
    </w:p>
    <w:p>
      <w:r>
        <w:t>123、采用低温热水地板辐射供暖系统的住宅，其中一个卧室使用面积为18㎡，家具覆盖40%的地面，设计室内空气温度为18℃。该卧室地面辐射供暖的最大供热能力是(  )。</w:t>
        <w:br/>
        <w:t>A.1214W</w:t>
        <w:br/>
        <w:t>B.2023W</w:t>
        <w:br/>
        <w:t>C.2614W</w:t>
        <w:br/>
        <w:t>D.4356W</w:t>
        <w:br/>
        <w:br/>
        <w:t xml:space="preserve">【答案】：A </w:t>
      </w:r>
    </w:p>
    <w:p>
      <w:pPr>
        <w:sectPr w:rsidSect="00034616">
          <w:type w:val="nextPage"/>
          <w:pgSz w:w="12240" w:h="15840"/>
          <w:pgMar w:top="1440" w:right="1800" w:bottom="1440" w:left="1800" w:header="720" w:footer="720" w:gutter="0"/>
          <w:pgNumType w:start="40"/>
          <w:cols w:space="720"/>
          <w:titlePg w:val="0"/>
          <w:docGrid w:linePitch="360"/>
        </w:sectPr>
      </w:pPr>
      <w:r>
        <w:t>124、一套水蓄冷系统，24h逐时冷负荷计算的蓄冰装置有效容量为350000kW·h，制冷机白天空调工况的运行时间为8h、夜间蓄冷工况运行的时间为6h。假设蓄冷运行时制冷能力的变化率为0.7，容积率为1.1，蓄冷效率为0.85，蓄冷槽可利用的进出水温差为5℃。则部分负荷蓄冷时，水蓄冷贮槽的容积约为(</w:t>
      </w:r>
      <w:r>
        <w:t xml:space="preserve"> </w:t>
      </w:r>
    </w:p>
    <w:p>
      <w:r>
        <w:t xml:space="preserve"> )。</w:t>
        <w:br/>
        <w:t>A.</w:t>
        <w:br/>
        <w:t>B.</w:t>
        <w:br/>
        <w:t>C.</w:t>
        <w:br/>
        <w:t>D.</w:t>
        <w:br/>
        <w:br/>
        <w:t>【答案】：A</w:t>
      </w:r>
      <w:r>
        <w:t xml:space="preserve"> </w:t>
      </w:r>
    </w:p>
    <w:p>
      <w:r>
        <w:t>125、某热水采暖系统运行时实测流量为9000kg/h，系统总压力损失为10kPa，现将流量减小为8000kg/h，系统总压力损失为多少？</w:t>
        <w:br/>
        <w:t>A.0.78～0.80kPa</w:t>
        <w:br/>
        <w:t>B.5.5～5.8kPa</w:t>
        <w:br/>
        <w:t>C.7.8～8.okPa</w:t>
        <w:br/>
        <w:t>D.8.1～8.3kPa</w:t>
        <w:br/>
        <w:br/>
        <w:t xml:space="preserve">【答案】：C </w:t>
      </w:r>
    </w:p>
    <w:p>
      <w:r>
        <w:t>126、一建筑物内首层燃气锅炉房长×宽×高为30m×8m×6m，设计正常排风与事故通风的风量不应小于(  )。</w:t>
        <w:br/>
        <w:t>A.</w:t>
        <w:br/>
        <w:t>B.</w:t>
        <w:br/>
        <w:t>C.</w:t>
        <w:br/>
        <w:t>D.</w:t>
        <w:br/>
        <w:br/>
        <w:t xml:space="preserve">【答案】：C </w:t>
      </w:r>
    </w:p>
    <w:p>
      <w:pPr>
        <w:sectPr w:rsidSect="00034616">
          <w:type w:val="nextPage"/>
          <w:pgSz w:w="12240" w:h="15840"/>
          <w:pgMar w:top="1440" w:right="1800" w:bottom="1440" w:left="1800" w:header="720" w:footer="720" w:gutter="0"/>
          <w:pgNumType w:start="41"/>
          <w:cols w:space="720"/>
          <w:titlePg w:val="0"/>
          <w:docGrid w:linePitch="360"/>
        </w:sectPr>
      </w:pPr>
      <w:r>
        <w:t>127、对某空调冷却水系统进行改造，采用逆流式玻璃钢冷却塔，冷水机组的冷凝器水阻力为0.1MPa，冷却塔的进水压力要求为0.03MPa，冷却塔水池面至水塔喷头高差为2.5m，利用原有冷却水泵，水泵扬程为25m，试问：该冷却水系统允许的管路最大总阻力应是下列哪一项？(</w:t>
      </w:r>
      <w:r>
        <w:t xml:space="preserve"> </w:t>
      </w:r>
    </w:p>
    <w:p>
      <w:r>
        <w:t xml:space="preserve"> )</w:t>
        <w:br/>
        <w:t>A.O.068～0.078MPa</w:t>
        <w:br/>
        <w:t>B.O.079～0.089MPa</w:t>
        <w:br/>
        <w:t>C.O.09～0.109MPa</w:t>
        <w:br/>
        <w:t>D.20～21m</w:t>
        <w:br/>
        <w:br/>
        <w:t>【答案】：A</w:t>
      </w:r>
      <w:r>
        <w:t xml:space="preserve"> </w:t>
      </w:r>
    </w:p>
    <w:p>
      <w:r>
        <w:t>128、对某负压运行的袋式除尘器测定得数据如下：入口风量L=10000m3/h，入口粉尘浓度为4680mg/m3，出口含尘空气的温度为27.3℃，大气压力为101325Pa，设除尘器全效率为99%、除尘器漏风量为4%。试问，在标准状态下，该除尘器出口的粉尘浓度应为下列哪一项？</w:t>
        <w:br/>
        <w:t>A.40～43mg/m3</w:t>
        <w:br/>
        <w:t>B.44～47mg/m3</w:t>
        <w:br/>
        <w:t>C.48～51mg/m3</w:t>
        <w:br/>
        <w:t>D.52～55mg/m3</w:t>
        <w:br/>
        <w:br/>
        <w:t xml:space="preserve">【答案】：C </w:t>
      </w:r>
    </w:p>
    <w:p>
      <w:r>
        <w:t>129、某设在首层的燃油锅炉房长20m，宽10m，高6m，事故排风量最小可以为(  )。</w:t>
        <w:br/>
        <w:t>A.</w:t>
        <w:br/>
        <w:t>B.</w:t>
        <w:br/>
        <w:t>C.</w:t>
        <w:br/>
        <w:t>D.</w:t>
        <w:br/>
        <w:br/>
        <w:t xml:space="preserve">【答案】：B </w:t>
      </w:r>
    </w:p>
    <w:p>
      <w:pPr>
        <w:sectPr w:rsidSect="00034616">
          <w:type w:val="nextPage"/>
          <w:pgSz w:w="12240" w:h="15840"/>
          <w:pgMar w:top="1440" w:right="1800" w:bottom="1440" w:left="1800" w:header="720" w:footer="720" w:gutter="0"/>
          <w:pgNumType w:start="42"/>
          <w:cols w:space="720"/>
          <w:titlePg w:val="0"/>
          <w:docGrid w:linePitch="360"/>
        </w:sectPr>
      </w:pPr>
      <w:r>
        <w:t>130、一溴化锂吸收式制冷机，发生器的放气范围为0.05，循环倍率为13，若进入发生器的稀溶液流量为6.448kg/s，则该发生器浓溶液浓度及产生的水蒸气流量是(</w:t>
      </w:r>
      <w:r>
        <w:t xml:space="preserve"> </w:t>
      </w:r>
    </w:p>
    <w:p>
      <w:r>
        <w:t xml:space="preserve"> )。</w:t>
        <w:br/>
        <w:t>A.0.70，83.824kg/s</w:t>
        <w:br/>
        <w:t>B.0.70，0.650kg/s</w:t>
        <w:br/>
        <w:t>C.0.70，0.499kg/s</w:t>
        <w:br/>
        <w:t>D.0.65，0.499kg/s</w:t>
        <w:br/>
        <w:br/>
        <w:t>【答案】：D</w:t>
      </w:r>
      <w:r>
        <w:t xml:space="preserve"> </w:t>
      </w:r>
    </w:p>
    <w:p>
      <w:r>
        <w:t>131、一台单效溴化锂吸收式制冷机，若送往发生器的稀溶液的流量为21.9kg/s，浓度为0.575，若在发生器产生流量为1.65kg/s的水蒸气，则制冷机的循环倍率及放气范围为(  )。</w:t>
        <w:br/>
        <w:t>A.13.0～13.2，0.040～0.045</w:t>
        <w:br/>
        <w:t>B.13.2～13.4，0.040～0.045</w:t>
        <w:br/>
        <w:t>C.13.0～13.2，0.045～0.050</w:t>
        <w:br/>
        <w:t>D.13.2～13.4，0.045～0.050</w:t>
        <w:br/>
        <w:br/>
        <w:t xml:space="preserve">【答案】：D </w:t>
      </w:r>
    </w:p>
    <w:p>
      <w:r>
        <w:t>132、某居住小区的热源为燃煤锅炉，小区供暖热负荷为10MW，冬季生活热水的最大小时耗热量为4MW，夏季生活热水的最小小时耗热量为2.5MW，室外供热管网的输送效率为0.92，不计锅炉房的自用热。锅炉房的总设计容量以及最小锅炉容量的设计最大值应为下列何项？(生活热水的同时使用率为0.8)(  )。</w:t>
        <w:br/>
        <w:t>A.总设计容量为11～13MW，最小锅炉容量的设计最大值为5MW</w:t>
        <w:br/>
        <w:t>B.总设计容量为11～13MW，最小锅炉容量的设计最大值为8MW</w:t>
        <w:br/>
        <w:t>C.总设计容量为13.1～14.5MW，最小锅炉容量的设计最大值为5MW</w:t>
        <w:br/>
        <w:t>D.总设计容量为13.1～14.5MW，最小锅炉容量的设计最大值为8MW</w:t>
        <w:br/>
        <w:br/>
        <w:t xml:space="preserve">【答案】：C </w:t>
      </w:r>
    </w:p>
    <w:p>
      <w:pPr>
        <w:sectPr w:rsidSect="00034616">
          <w:type w:val="nextPage"/>
          <w:pgSz w:w="12240" w:h="15840"/>
          <w:pgMar w:top="1440" w:right="1800" w:bottom="1440" w:left="1800" w:header="720" w:footer="720" w:gutter="0"/>
          <w:pgNumType w:start="43"/>
          <w:cols w:space="720"/>
          <w:titlePg w:val="0"/>
          <w:docGrid w:linePitch="360"/>
        </w:sectPr>
      </w:pPr>
    </w:p>
    <w:p>
      <w:r>
        <w:t>133、某公共建筑屋顶的主要构造层做法(自上而下)为：1)30mm厚混凝土板，导热系数1.28W/(m·K)；2)200mm厚通风架空层，封闭空气间层热阻值自上而下为0.20㎡·K/W，自下而上为0.17㎡·K/W；3)最薄30mm厚水泥砂浆找平层和找坡层，导热系数0.93W/(m·K)；4)100mm厚挤塑聚苯板，导热系数0.03W/(m·K)；5)150mm厚钢筋混凝土屋面板，导热系数1.28W/(m·K)。并已知：内表面传热系数8.7W/(㎡·K)，外表面传热系数23W/(㎡·K)，通风空气层内表面传热系数12W/(㎡·K)，保温材料导热系数的修正系数α=1.15。冬季传热系数为(</w:t>
      </w:r>
      <w:r>
        <w:t xml:space="preserve"> </w:t>
      </w:r>
      <w:r>
        <w:t xml:space="preserve"> )。</w:t>
        <w:br/>
        <w:t>A.0.26～0.28W/(㎡·K)</w:t>
        <w:br/>
        <w:t>B.0.29～0.32W/(㎡·K)</w:t>
        <w:br/>
        <w:t>C.0.33～0.35W/(㎡·K)</w:t>
        <w:br/>
        <w:t>D.0.36～0.37W/(㎡·K)</w:t>
        <w:br/>
        <w:br/>
        <w:t>【答案】：B</w:t>
      </w:r>
      <w:r>
        <w:t xml:space="preserve"> </w:t>
      </w:r>
    </w:p>
    <w:p>
      <w:r>
        <w:t>134、含有S02有害气体的流量为3000m3/h，其中S02的浓度为5.25mg/m3，采用固定床活性炭吸附装置净化该有害气体。设平衡吸附量为0.15kg/kg炭，吸附效率为96%。如有效使用时间(穿透时间)为250h，所需装炭量为下列哪一项？</w:t>
        <w:br/>
        <w:t>A.71.5～72.5kg</w:t>
        <w:br/>
        <w:t>B.72.6～73.6kg</w:t>
        <w:br/>
        <w:t>C.73.7～74.7kg</w:t>
        <w:br/>
        <w:t>D.74.8～78.8kg</w:t>
        <w:br/>
        <w:br/>
        <w:t xml:space="preserve">【答案】：A </w:t>
      </w:r>
    </w:p>
    <w:p>
      <w:r>
        <w:t>135、某办公楼采用多联机空调方案，其室外机设置在屋顶，室内外机的高差为40m，单程配管长度为90m，根据产品资料查出性能系数的衰减系数为0.850选用室外机，制冷工况满负荷额定COP不应小于(  )。</w:t>
        <w:br/>
        <w:t>A.2.8</w:t>
        <w:br/>
        <w:t>B.3.0</w:t>
        <w:br/>
        <w:t>C.3.3</w:t>
        <w:br/>
        <w:t>D.4.0</w:t>
        <w:br/>
        <w:br/>
        <w:t xml:space="preserve">【答案】：C </w:t>
      </w:r>
    </w:p>
    <w:p>
      <w:pPr>
        <w:sectPr w:rsidSect="00034616">
          <w:type w:val="nextPage"/>
          <w:pgSz w:w="12240" w:h="15840"/>
          <w:pgMar w:top="1440" w:right="1800" w:bottom="1440" w:left="1800" w:header="720" w:footer="720" w:gutter="0"/>
          <w:pgNumType w:start="44"/>
          <w:cols w:space="720"/>
          <w:titlePg w:val="0"/>
          <w:docGrid w:linePitch="360"/>
        </w:sectPr>
      </w:pPr>
    </w:p>
    <w:p>
      <w:r>
        <w:t>136、小区总建筑面积156000㎡，设计供暖热负荷指标为44.1W/㎡(已含管网损失)，室内设计温度为18℃，该地区的室外设计温度为-7.5℃，供暖期的室外平均温度为-1.6℃，供暖期为122天，该小区供暖的全年耗热量应为下列哪一项？(</w:t>
      </w:r>
      <w:r>
        <w:t xml:space="preserve"> </w:t>
      </w:r>
      <w:r>
        <w:t xml:space="preserve"> )</w:t>
        <w:br/>
        <w:t>A.58500～59000GJ</w:t>
        <w:br/>
        <w:t>B.55500～56000GJ</w:t>
        <w:br/>
        <w:t>C.52700～53200GJ</w:t>
        <w:br/>
        <w:t>D.50000～50500GJ</w:t>
        <w:br/>
        <w:br/>
        <w:t>【答案】：B</w:t>
      </w:r>
      <w:r>
        <w:t xml:space="preserve"> </w:t>
      </w:r>
    </w:p>
    <w:p>
      <w:r>
        <w:t>137、某地冬季室外通风计算温度0℃，供暖室外计算温度-5℃，当地一散发有害气体的车间，冬季工作区供暖计算温度15℃，围护结构耗热量181.8kW。车间屋顶(高12m)设有屋顶风机进行全面通风，排风量8.8kg/s。当采用全新风集中热风供暖系统，送风量为8kg/s，车间屋顶梯度为0.5℃/m时，热风系统的送风温度为下列哪一项？(  )</w:t>
        <w:br/>
        <w:t>A.44.1～44.6℃</w:t>
        <w:br/>
        <w:t>B.44.8～45.2℃</w:t>
        <w:br/>
        <w:t>C.45.8～46.2℃</w:t>
        <w:br/>
        <w:t>D.46.8～47.2℃</w:t>
        <w:br/>
        <w:br/>
        <w:t xml:space="preserve">【答案】：B </w:t>
      </w:r>
    </w:p>
    <w:p>
      <w:r>
        <w:t>138、某低温环境试验室的最低温度为-45℃，其相邻的控制室中有一个观察低温试验情况的观察窗，控制室的设计参数为：干球温度25℃，相对湿度60%，气压按101.3kPa计算，观察窗内、外表面的表面传热系数均按8W/(㎡·K)计算，为了以最低成本保证观察窗的观察效果，其传热系数应为(  )。</w:t>
        <w:br/>
        <w:t>A.2.00W/(㎡·K)</w:t>
        <w:br/>
        <w:t>B.0.95W/(㎡·K)</w:t>
        <w:br/>
        <w:t>C.0.50W/(㎡·K)</w:t>
        <w:br/>
        <w:t>D.0.30W/(㎡·K)</w:t>
        <w:br/>
        <w:br/>
        <w:t xml:space="preserve">【答案】：B </w:t>
      </w:r>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https://d.book118.com/866124225033010102</w:t>
        </w:r>
      </w:hyperlink>
    </w:p>
    <w:p/>
    <w:sectPr w:rsidSect="00034616">
      <w:type w:val="nextPage"/>
      <w:pgSz w:w="12240" w:h="15840"/>
      <w:pgMar w:top="1440" w:right="1800" w:bottom="1440" w:left="1800" w:header="720" w:footer="720" w:gutter="0"/>
      <w:pgNumType w:start="45"/>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866124225033010102"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64</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