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销售没开单的工作总结(21篇)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销售没开单的工作总结（篇1） </w:t>
      </w:r>
      <w:r>
        <w:rPr>
          <w:lang w:eastAsia="zh-CN"/>
        </w:rPr>
        <w:br/>
      </w:r>
      <w:r>
        <w:rPr>
          <w:lang w:eastAsia="zh-CN"/>
        </w:rPr>
        <w:t xml:space="preserve">    自20__年月正式入职以来，在繁忙而充实的工作中，不知不觉迎来了20__年。转眼间来到地产集团这个集体已经近一年了，在这期间，经历了我们公司销售人员专业培训，参加了项目的销售工作，加入到充满热情的销售团队中，品味先进、人性化的公司文化。回顾这段难忘的工作历程，为了在新的一年当中更好的投入到这充满激情的工作当中，对过去的一年做如下总结： </w:t>
      </w:r>
      <w:r>
        <w:rPr>
          <w:lang w:eastAsia="zh-CN"/>
        </w:rPr>
        <w:br/>
      </w:r>
      <w:r>
        <w:rPr>
          <w:lang w:eastAsia="zh-CN"/>
        </w:rPr>
        <w:t xml:space="preserve">    一、工作中还有很多不足，还要不断的向同事们学习和借鉴不足 </w:t>
      </w:r>
      <w:r>
        <w:rPr>
          <w:lang w:eastAsia="zh-CN"/>
        </w:rPr>
        <w:br/>
      </w:r>
      <w:r>
        <w:rPr>
          <w:lang w:eastAsia="zh-CN"/>
        </w:rPr>
        <w:t xml:space="preserve">    首先，作为一名20__年入职的的公司新人，而且对的房地产市场有着诸多的不了解。面对新的环境、新的项目，尤其对项目非常陌生，从入职至今，一年时间里，边学习公司、集体以及同事们的经验，边自己摸索适合自己的销售方案，很多地方还存在或多或少的欠缺和不足，还需要更好的学习与自我完善。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其次，加入这个团结进步的集体时间尚短，很多优秀的企业文化，丰富的企业底蕴，还没有更好的理解和融通，这需要我在今后的团队生活中，更好的体会和把握，丰富自己的知识，武装自己的思想，将这个团队优秀的企业文化更好的.发挥和利用在今后的销售工作当中。</w:t>
      </w:r>
      <w:r>
        <w:rPr>
          <w:lang w:eastAsia="zh-CN"/>
        </w:rPr>
        <w:t xml:space="preserve"> </w:t>
      </w:r>
      <w:r>
        <w:rPr>
          <w:lang w:eastAsia="zh-CN"/>
        </w:rPr>
        <w:br/>
      </w:r>
      <w:r>
        <w:rPr>
          <w:lang w:eastAsia="zh-CN"/>
        </w:rPr>
        <w:t xml:space="preserve">    二、热忱的集体、激情的团队，成就了对于我自己的自我超越 </w:t>
      </w:r>
      <w:r>
        <w:rPr>
          <w:lang w:eastAsia="zh-CN"/>
        </w:rPr>
        <w:br/>
      </w:r>
      <w:r>
        <w:rPr>
          <w:lang w:eastAsia="zh-CN"/>
        </w:rPr>
        <w:t xml:space="preserve">    作为销售部中的一员，从我入职起就深深感到自己身负的重任，作为企业的窗口、公司的形象，自己的一举一动、一言一行也同时代表了一个企业的形象，因此激励我从始至终不断的自我的提高，不断的高标准要求自己，不断的克服自己的缺点发挥自己的长处。并要在高素质的基础上要求自己不断加强专业知识和武装专业技能，做一个专业知识过硬、沟通协调能力强、能够吃苦耐劳、并具有良好团队协作精神的优秀销售工作者。 </w:t>
      </w:r>
      <w:r>
        <w:rPr>
          <w:lang w:eastAsia="zh-CN"/>
        </w:rPr>
        <w:br/>
      </w:r>
      <w:r>
        <w:rPr>
          <w:lang w:eastAsia="zh-CN"/>
        </w:rPr>
        <w:t xml:space="preserve">    从入职到20__年年末，我共销售出住宅套，总销售万元，占总销售套数的%，并取得过其中个月的月度销售冠军。但作为具有年房地产销售工作的老业务人员，虽然进入公司时间较短，这样的一组数字对于我个人而言，还是不够满意，希望在20__年度，会有所进步，有所突破，更好的体现和实现自我价值。 </w:t>
      </w:r>
      <w:r>
        <w:rPr>
          <w:lang w:eastAsia="zh-CN"/>
        </w:rPr>
        <w:br/>
      </w:r>
      <w:r>
        <w:rPr>
          <w:lang w:eastAsia="zh-CN"/>
        </w:rPr>
        <w:t xml:space="preserve">    三、强大的集团企业作为后盾，带给我更多的信心与热情夸公司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新的环境带来新的契机，但新的环境也带来了自我的压力，经历短短的公司专业培训后，在公司领导的关怀下，在同事的细心帮助下，我才能够很快的熟悉我们的项目知识，和了解房地产市场的形式。人性化的管理模式、通畅的部门衔接、热情向上的团队精神……面对这些良好的工作环境，坚定了我作为这个集体一员的信念，给予了我做好一名作为企业窗口的销售工作者的信心，激发了我对于这样一个集团、一个企业、一个集体的热爱。让我在这个良好的空间中奋进，欢畅淋漓的驰骋在销售工作的舞台上。</w:t>
      </w:r>
      <w:r>
        <w:rPr>
          <w:lang w:eastAsia="zh-CN"/>
        </w:rPr>
        <w:t xml:space="preserve"> </w:t>
      </w:r>
      <w:r>
        <w:rPr>
          <w:lang w:eastAsia="zh-CN"/>
        </w:rPr>
        <w:br/>
      </w:r>
      <w:r>
        <w:rPr>
          <w:lang w:eastAsia="zh-CN"/>
        </w:rPr>
        <w:t xml:space="preserve">    强大的企业实力、坚实的资金基础、优秀的管理团队，即使作为一名普通销售工作者的我，也体会到无比的自信，使我在直接面对客户群体的时候，能够用我的这份自信去感染客户，建立客户对我们企业、我们项目的信心，更好的完成一个个销售任务，更好的完成我们的销售工作。 </w:t>
      </w:r>
      <w:r>
        <w:rPr>
          <w:lang w:eastAsia="zh-CN"/>
        </w:rPr>
        <w:br/>
      </w:r>
      <w:r>
        <w:rPr>
          <w:lang w:eastAsia="zh-CN"/>
        </w:rPr>
        <w:t xml:space="preserve">    四、20__年的销售工作情况 </w:t>
      </w:r>
      <w:r>
        <w:rPr>
          <w:lang w:eastAsia="zh-CN"/>
        </w:rPr>
        <w:br/>
      </w:r>
      <w:r>
        <w:rPr>
          <w:lang w:eastAsia="zh-CN"/>
        </w:rPr>
        <w:t xml:space="preserve">    20__年这一年是有意义的、有价值的、有收获的。月的成功开盘，使我们成为众所周知的高档项目，也是我们树立品牌形象的起点。期的项目全部销售，给我们期增加了很多信心，期的成功销售就给我们推向了又一个高峰别墅。 </w:t>
      </w:r>
      <w:r>
        <w:rPr>
          <w:lang w:eastAsia="zh-CN"/>
        </w:rPr>
        <w:br/>
      </w:r>
      <w:r>
        <w:rPr>
          <w:lang w:eastAsia="zh-CN"/>
        </w:rPr>
        <w:t xml:space="preserve">    在近个月的其它项目学习过程中，参观了市内的一些高档项目，这使我们销售团队都有不同程度的提高和新的认识，不但开阔了视野，而且更多的了解到高端项目的市场需求，和在目前的政策大环境下，高端项目的优势，以及它的抗跌性和保值性。通过这些了解，结合高端项目产品越来也多的现状，让我更深刻的认识到土地的特殊性决定了它的不可复制性，以及非凡的潜质。 </w:t>
      </w:r>
      <w:r>
        <w:rPr>
          <w:lang w:eastAsia="zh-CN"/>
        </w:rPr>
        <w:br/>
      </w:r>
      <w:r>
        <w:rPr>
          <w:lang w:eastAsia="zh-CN"/>
        </w:rPr>
        <w:t xml:space="preserve">    五、20__年的挑战 </w:t>
      </w:r>
      <w:r>
        <w:rPr>
          <w:lang w:eastAsia="zh-CN"/>
        </w:rPr>
        <w:br/>
      </w:r>
      <w:r>
        <w:rPr>
          <w:lang w:eastAsia="zh-CN"/>
        </w:rPr>
        <w:t xml:space="preserve">    在20__年我们别墅项目将实现现房实景销售，但结合的整个市场，压力依然很大。 </w:t>
      </w:r>
      <w:r>
        <w:rPr>
          <w:lang w:eastAsia="zh-CN"/>
        </w:rPr>
        <w:br/>
      </w:r>
      <w:r>
        <w:rPr>
          <w:lang w:eastAsia="zh-CN"/>
        </w:rPr>
        <w:t xml:space="preserve">    第一，同比同档别墅项目，我们的价格优势并不明显； </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第二，建材和建料方面与其它项目相比，也有一定的劣势； </w:t>
      </w:r>
      <w:r>
        <w:rPr>
          <w:lang w:eastAsia="zh-CN"/>
        </w:rPr>
        <w:br/>
      </w:r>
      <w:r>
        <w:rPr>
          <w:lang w:eastAsia="zh-CN"/>
        </w:rPr>
        <w:t xml:space="preserve">    第三，而且同地区的别墅项目也很多，势必会给我们别墅项目得销售增加一定的压力。 </w:t>
      </w:r>
      <w:r>
        <w:rPr>
          <w:lang w:eastAsia="zh-CN"/>
        </w:rPr>
        <w:br/>
      </w:r>
      <w:r>
        <w:rPr>
          <w:lang w:eastAsia="zh-CN"/>
        </w:rPr>
        <w:t xml:space="preserve">    虽然压力比较大，但在我们这样优秀团队的努力下，在新的一年中一定会有新的突破，新的气象，一定能够在日益激烈的市场竞争中，占有一席之地。 </w:t>
      </w:r>
      <w:r>
        <w:rPr>
          <w:lang w:eastAsia="zh-CN"/>
        </w:rPr>
        <w:br/>
      </w:r>
      <w:r>
        <w:rPr>
          <w:lang w:eastAsia="zh-CN"/>
        </w:rPr>
        <w:t xml:space="preserve">    销售没开单的工作总结（篇2） </w:t>
      </w:r>
      <w:r>
        <w:rPr>
          <w:lang w:eastAsia="zh-CN"/>
        </w:rPr>
        <w:br/>
      </w:r>
      <w:r>
        <w:rPr>
          <w:lang w:eastAsia="zh-CN"/>
        </w:rPr>
        <w:t xml:space="preserve">    一年来，在公司领导的亲切关怀和其他同事的热情帮助下，自己从一个珠宝销售门外汉到能够独立从事和开展珠宝营销业务，在自己的业务岗位上，做到了无违规行为，和全司员工一起共同努力，较好地完成了领导和上级布置的各项工作任务。以下是本人一年来的工作情况总结。 </w:t>
      </w:r>
      <w:r>
        <w:rPr>
          <w:lang w:eastAsia="zh-CN"/>
        </w:rPr>
        <w:br/>
      </w:r>
      <w:r>
        <w:rPr>
          <w:lang w:eastAsia="zh-CN"/>
        </w:rPr>
        <w:t xml:space="preserve">    一、以良好的精神状态准备迎接顾客的到来 </w:t>
      </w:r>
      <w:r>
        <w:rPr>
          <w:lang w:eastAsia="zh-CN"/>
        </w:rPr>
        <w:br/>
      </w:r>
      <w:r>
        <w:rPr>
          <w:lang w:eastAsia="zh-CN"/>
        </w:rPr>
        <w:t xml:space="preserve">    销售珠宝相对于其他商品人流量较少，珠宝营业员经常在很枯燥的等待。如果是专业店就应给营业员一个好的环境和气氛，如放些轻音乐及一些专业杂志。在顾客未进入店内时，无须长时间地笔直站立。而当顾客进入或准备进入店内时立即礼貌地站起，并用微笑的眼光迎接顾客，亦可给予一定的问候，如“您好”!“欢迎光临”。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如果是综合商场，营业员就应时刻准备接待顾客，当有顾客步行于珠宝工艺部时要尽可能地采取措施引起顾客对你柜台的注意，如做出拿放大镜观察钻石的动作，拿出某件商品试戴等等，这样就可能会使顾客产生对你柜台的兴趣，实际上就是一个小小的广告。</w:t>
      </w:r>
      <w:r>
        <w:rPr>
          <w:lang w:eastAsia="zh-CN"/>
        </w:rPr>
        <w:t xml:space="preserve"> </w:t>
      </w:r>
      <w:r>
        <w:rPr>
          <w:lang w:eastAsia="zh-CN"/>
        </w:rPr>
        <w:br/>
      </w:r>
      <w:r>
        <w:rPr>
          <w:lang w:eastAsia="zh-CN"/>
        </w:rPr>
        <w:t xml:space="preserve">    二、适时地接待顾客 </w:t>
      </w:r>
      <w:r>
        <w:rPr>
          <w:lang w:eastAsia="zh-CN"/>
        </w:rPr>
        <w:br/>
      </w:r>
      <w:r>
        <w:rPr>
          <w:lang w:eastAsia="zh-CN"/>
        </w:rPr>
        <w:t xml:space="preserve">    当顾客走向你的柜台，你就应以微笑的目光看着顾客，亦可问候一下，但不宜过早地逼近顾客，应尽可能的给顾客营造一个轻松购物的环境。当顾客停留在某节柜台并注意去看某件饰品时，你应轻步靠近顾客，建议不要站在顾客的正前方，好的位置是顾客的前侧方，这样既减轻了面对面时可能造成的压力，也便于顾客交谈，因为侧脸讲话要比面对面时顾客抬头给你讲话省力的多，而且也尊重顾客。 </w:t>
      </w:r>
      <w:r>
        <w:rPr>
          <w:lang w:eastAsia="zh-CN"/>
        </w:rPr>
        <w:br/>
      </w:r>
      <w:r>
        <w:rPr>
          <w:lang w:eastAsia="zh-CN"/>
        </w:rPr>
        <w:t xml:space="preserve">    三、充分展示珠宝饰品 </w:t>
      </w:r>
      <w:r>
        <w:rPr>
          <w:lang w:eastAsia="zh-CN"/>
        </w:rPr>
        <w:br/>
      </w:r>
      <w:r>
        <w:rPr>
          <w:lang w:eastAsia="zh-CN"/>
        </w:rPr>
        <w:t xml:space="preserve">    由于多数顾客对于珠宝知识缺乏了解，因此，营业员对珠宝首饰的展示十分重要。许多营业员当顾客提出拿某件首饰时，便机械地打开柜台，拿出后便递交顾客，个别的夸一下款式。其实当你开始拿出钻石首饰时，首先应描述钻石的切工，而且要用手不停地摆动钻饰，手动口也动，把该描述的话基本说完再递给顾客，这样顾客很可能会模仿你的动作去观察钻石，并且会问什么是“比利时切工”，营业员便可进行解答。 </w:t>
      </w:r>
      <w:r>
        <w:rPr>
          <w:lang w:eastAsia="zh-CN"/>
        </w:rPr>
        <w:br/>
      </w:r>
      <w:r>
        <w:rPr>
          <w:lang w:eastAsia="zh-CN"/>
        </w:rPr>
        <w:t xml:space="preserve">    这样的一问一答，是营业员展示珠宝饰品的技巧，不要只是局限在自己的描述中，这样容易产生枯燥五味的感觉。在顾客挑选款式出现挑花眼的情况时，营业员应及时推荐两件款式反差较大，且顾客选择观察时间较长的饰品，应重新描述二者款式所代表的风格。这样容易锁定和缩小顾客选择的风格和范围。 </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四、利用顾客所提出的质疑，尽可能抓机会介绍珠宝知识 </w:t>
      </w:r>
      <w:r>
        <w:rPr>
          <w:lang w:eastAsia="zh-CN"/>
        </w:rPr>
        <w:br/>
      </w:r>
      <w:r>
        <w:rPr>
          <w:lang w:eastAsia="zh-CN"/>
        </w:rPr>
        <w:t xml:space="preserve">    顾客所了解的珠宝知识越多，其买后感受就会得到更多的满足。当一位女士戴上新买的一枚钻戒去上班，总是希望引起同事们的注意。当别人看到这枚钻戒后，她便会把所知道的有关钻石知识滔滔不绝地讲一遍，充分得到拥有一颗钻石的精神享受，同时她也在为你做广告。 </w:t>
      </w:r>
      <w:r>
        <w:rPr>
          <w:lang w:eastAsia="zh-CN"/>
        </w:rPr>
        <w:br/>
      </w:r>
      <w:r>
        <w:rPr>
          <w:lang w:eastAsia="zh-CN"/>
        </w:rPr>
        <w:t xml:space="preserve">    常言道：“满意的顾客是最好的广告”，“影响力最强的广告是其周围的人”。但如果你不管顾客是否愿意听，不分时机的讲解珠宝知识，也会招来顾客的厌烦。因此时机很重要，在销售的整个过程中抓住机会，尤其是当顾客提出质疑时。 </w:t>
      </w:r>
      <w:r>
        <w:rPr>
          <w:lang w:eastAsia="zh-CN"/>
        </w:rPr>
        <w:br/>
      </w:r>
      <w:r>
        <w:rPr>
          <w:lang w:eastAsia="zh-CN"/>
        </w:rPr>
        <w:t xml:space="preserve">    五、总结销售过程和经验 </w:t>
      </w:r>
      <w:r>
        <w:rPr>
          <w:lang w:eastAsia="zh-CN"/>
        </w:rPr>
        <w:br/>
      </w:r>
      <w:r>
        <w:rPr>
          <w:lang w:eastAsia="zh-CN"/>
        </w:rPr>
        <w:t xml:space="preserve">    对于顾客进行分析归类，对于特别问题及时向上反映。与同事进行交流，寻找不足，互相帮助，共同提高。 </w:t>
      </w:r>
      <w:r>
        <w:rPr>
          <w:lang w:eastAsia="zh-CN"/>
        </w:rPr>
        <w:br/>
      </w:r>
      <w:r>
        <w:rPr>
          <w:lang w:eastAsia="zh-CN"/>
        </w:rPr>
        <w:t xml:space="preserve">    最后要谈的是职业道德，那就是要诚信，严禁欺诈、以假充真、以次充好的恶劣行经。要视顾客为亲人，只有这样才能诚心诚意地对待顾客。其次是同行间不搞不正当竞争，相互诋毁，有些营业员靠贬低别人拉生意，殊不知是在贬低自己。首先你可能会同样遭到众多同行的贬低，其次也可能会遭到顾客的贬低。所以讲，诚信有利于别人，更有利于自己。 </w:t>
      </w:r>
      <w:r>
        <w:rPr>
          <w:lang w:eastAsia="zh-CN"/>
        </w:rPr>
        <w:br/>
      </w:r>
      <w:r>
        <w:rPr>
          <w:lang w:eastAsia="zh-CN"/>
        </w:rPr>
        <w:t xml:space="preserve">    销售没开单的工作总结（篇3）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我是销售部门的一名普通员工，刚到房产时，我对房地产方面的知识不是很精通，对于新环境、新事物比拟陌生。在公司领导的帮助下，我很快了解到公司的性质及其房地产市场。作为销售部中的一员，该同志深深觉到自己身肩重任。作为企业的门面，企业的窗口，自己的一言一行也同时代表了一个企业的形象。所以更要提高自身的素质，高标准的要求自己。在高素质的根底上更要加强自己的专业知识和专业技能。此外，还要广泛了解整个房地产市场的动态，走在市场的前沿。经过这段时间的磨练，我已成为一名合格的销售人员，并且努力做好自己的本职工作。</w:t>
      </w:r>
      <w:r>
        <w:rPr>
          <w:lang w:eastAsia="zh-CN"/>
        </w:rPr>
        <w:t xml:space="preserve"> </w:t>
      </w:r>
      <w:r>
        <w:rPr>
          <w:lang w:eastAsia="zh-CN"/>
        </w:rPr>
        <w:br/>
      </w:r>
      <w:r>
        <w:rPr>
          <w:lang w:eastAsia="zh-CN"/>
        </w:rPr>
        <w:t xml:space="preserve">    房地产市场的起伏动乱，公司于年与公司进行合资，共同完成销售工作。在这段时间，我积极配合公司的员工，以销售为目的，在公司领导的指导下，完成经营价格的制定，在春节前筹划完成了广告宣传，为月份的销售高潮奠定了根底。最后以个月完成合同额万元的好成绩而告终。经过这次企业的洗礼，我从中得到了不少专业知识，使自己各方面都所有提高。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下旬公司与公司合作，这又是公司的一次重大变革和质的飞跃。在此期间主要是针对房屋的销售。经过之前销售部对房屋执行内部认购等手段的铺垫制造出火爆场面。在销售部，我担任销售内业及会计两种职务。面对工作量的增加以及销售工作的系统化和正规化，工作显得繁重和其中。在开盘之际，我根本上每天都要加班加点完成工作。经过一个多月时间的熟悉和了解，我立刻进入角色并且娴熟的完成了自己的本职工作。由于房款数额巨大，在收款的过程中该同志做到谨慎认真，现已收取了上千万的房款，每一笔帐目都相得益彰，无一过失。此外在此销售过程中每月的工作总结和每周例会，该同志不断总结自己的工作经验，及时找出弊端并及早改善。销售部在短短的三个月的时间将二期房屋全部清盘，而且一期余房也一并售罄，这其中与我和其他销售部成员的努力是分不开的。</w:t>
      </w:r>
      <w:r>
        <w:rPr>
          <w:lang w:eastAsia="zh-CN"/>
        </w:rPr>
        <w:t xml:space="preserve"> </w:t>
      </w:r>
      <w:r>
        <w:rPr>
          <w:lang w:eastAsia="zh-CN"/>
        </w:rPr>
        <w:br/>
      </w:r>
      <w:r>
        <w:rPr>
          <w:lang w:eastAsia="zh-CN"/>
        </w:rPr>
        <w:t xml:space="preserve">    这四月是有意义的、有价值的、有收获的。公司在每一名员工的努力下，在新的五月中将会有新的突破，新的气象，能够在日益剧烈的市场竞争中，占有一席之地。 </w:t>
      </w:r>
      <w:r>
        <w:rPr>
          <w:lang w:eastAsia="zh-CN"/>
        </w:rPr>
        <w:br/>
      </w:r>
      <w:r>
        <w:rPr>
          <w:lang w:eastAsia="zh-CN"/>
        </w:rPr>
        <w:t xml:space="preserve">    销售没开单的工作总结（篇4） </w:t>
      </w:r>
      <w:r>
        <w:rPr>
          <w:lang w:eastAsia="zh-CN"/>
        </w:rPr>
        <w:br/>
      </w:r>
      <w:r>
        <w:rPr>
          <w:lang w:eastAsia="zh-CN"/>
        </w:rPr>
        <w:t xml:space="preserve">    时光荏苒，20__年很快就要过去了，回首过去的一年，内心不禁感慨万千……回首望望走过的一 年，虽没有轰轰烈烈的战绩，但也算经历了一段不平凡的考验和磨砺。感谢公司给我提供这个成长的平台，令我在工作中不断的学习，不断的进步，慢慢的提升自身的素质与才能，回首过往，公司陪伴我走过人生很重要的一个阶段，使我懂得了很多，领导对我的支持与关爱，令我明白到人间的温情，在此我向公司的领导以及全体同事表示最衷心的感谢，有你们的协助才能使我在工作中更加的得心应手，也因为有你们的帮助，才能令到公司的发展更上一个台阶，在工作上，围绕公司的中心工作，对照相关标准，严以律己，较好的完成各项工作任务。 </w:t>
      </w:r>
      <w:r>
        <w:rPr>
          <w:lang w:eastAsia="zh-CN"/>
        </w:rPr>
        <w:br/>
      </w:r>
      <w:r>
        <w:rPr>
          <w:lang w:eastAsia="zh-CN"/>
        </w:rPr>
        <w:t xml:space="preserve">    在没有进公司之前我是一个没有销售经验缺乏专业知识的人，仅凭对销售的热情，到公司之后，一切以零开始，一边学习产品知识，结合销售学习，通过不断学习和努力，收取同行之间的信息和积累市场经验;转眼即逝，不知不觉中，我在本公司做领班兼外采已经快2年了。 </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这段时间，在公司领导的关心支持下，我认真以岗位职责要求，以饱满的热情投入到工作中去，以谦虚的态度虚心向其他同行学习，开拓创新，扎实工作，转变思想，积极投入到实践中去。非常感谢采购部积极支持和领导的支持与关心，现将这一年是以来的工作总结如下： </w:t>
      </w:r>
      <w:r>
        <w:rPr>
          <w:lang w:eastAsia="zh-CN"/>
        </w:rPr>
        <w:br/>
      </w:r>
      <w:r>
        <w:rPr>
          <w:lang w:eastAsia="zh-CN"/>
        </w:rPr>
        <w:t xml:space="preserve">    一、存在的缺失 </w:t>
      </w:r>
      <w:r>
        <w:rPr>
          <w:lang w:eastAsia="zh-CN"/>
        </w:rPr>
        <w:br/>
      </w:r>
      <w:r>
        <w:rPr>
          <w:lang w:eastAsia="zh-CN"/>
        </w:rPr>
        <w:t xml:space="preserve">    1、对市场了解得不够深入，主要是冬装的备货不及时，没有细心注意天气突变，以至于引起一连串的反应，令业绩位能达到状态。 </w:t>
      </w:r>
      <w:r>
        <w:rPr>
          <w:lang w:eastAsia="zh-CN"/>
        </w:rPr>
        <w:br/>
      </w:r>
      <w:r>
        <w:rPr>
          <w:lang w:eastAsia="zh-CN"/>
        </w:rPr>
        <w:t xml:space="preserve">    2、一年来我做了一定的工作但跟领导的要求还有不少差距，专柜的纪律管理执行力不够，影响整个买场形象。 </w:t>
      </w:r>
      <w:r>
        <w:rPr>
          <w:lang w:eastAsia="zh-CN"/>
        </w:rPr>
        <w:br/>
      </w:r>
      <w:r>
        <w:rPr>
          <w:lang w:eastAsia="zh-CN"/>
        </w:rPr>
        <w:t xml:space="preserve">    3、服装区的没资料的旧商品的处理问题没能够得到合理的处理意见。有时候看问题看得不够通彻，容易把问题理想化，容易导致和实质情况产生一些偏差。 </w:t>
      </w:r>
      <w:r>
        <w:rPr>
          <w:lang w:eastAsia="zh-CN"/>
        </w:rPr>
        <w:br/>
      </w:r>
      <w:r>
        <w:rPr>
          <w:lang w:eastAsia="zh-CN"/>
        </w:rPr>
        <w:t xml:space="preserve">    二、工作总结 </w:t>
      </w:r>
      <w:r>
        <w:rPr>
          <w:lang w:eastAsia="zh-CN"/>
        </w:rPr>
        <w:br/>
      </w:r>
      <w:r>
        <w:rPr>
          <w:lang w:eastAsia="zh-CN"/>
        </w:rPr>
        <w:t xml:space="preserve">    客观上的一些因素虽然存在，在工作中的其他一些做法也有很大问题，主要表现在： </w:t>
      </w:r>
      <w:r>
        <w:rPr>
          <w:lang w:eastAsia="zh-CN"/>
        </w:rPr>
        <w:br/>
      </w:r>
      <w:r>
        <w:rPr>
          <w:lang w:eastAsia="zh-CN"/>
        </w:rPr>
        <w:t xml:space="preserve">    1、销售工作最基本的会员信息维护，信息反馈，一些老会员积分转新卡未转入等等导致很多顾客未能及时得到一些优惠活动信息。门店也常收到顾客投诉旧积分未转新卡。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2、沟通不够深入。销售人员在与客户沟通的过程中，不能够把我们的产品的情况十分清晰的传达给客户，了解客户的真正想发和意图，对客户提出的某个建议不能做出迅速的反应，老员工的流失，新员工的专业知识有待加强。</w:t>
      </w:r>
      <w:r>
        <w:rPr>
          <w:lang w:eastAsia="zh-CN"/>
        </w:rPr>
        <w:t xml:space="preserve"> </w:t>
      </w:r>
      <w:r>
        <w:rPr>
          <w:lang w:eastAsia="zh-CN"/>
        </w:rPr>
        <w:br/>
      </w:r>
      <w:r>
        <w:rPr>
          <w:lang w:eastAsia="zh-CN"/>
        </w:rPr>
        <w:t xml:space="preserve">    三、明年计划 </w:t>
      </w:r>
      <w:r>
        <w:rPr>
          <w:lang w:eastAsia="zh-CN"/>
        </w:rPr>
        <w:br/>
      </w:r>
      <w:r>
        <w:rPr>
          <w:lang w:eastAsia="zh-CN"/>
        </w:rPr>
        <w:t xml:space="preserve">    1、建立一支熟悉产品，而相对稳定的销售团队。人才是企业最宝贵的资源，一切销售业绩都起源与有一个好的销售人员，建立一支具有合作精神的销售团队企业的根本。 </w:t>
      </w:r>
      <w:r>
        <w:rPr>
          <w:lang w:eastAsia="zh-CN"/>
        </w:rPr>
        <w:br/>
      </w:r>
      <w:r>
        <w:rPr>
          <w:lang w:eastAsia="zh-CN"/>
        </w:rPr>
        <w:t xml:space="preserve">    2、完善会员制定，建立一套明确的专人管理办法。 </w:t>
      </w:r>
      <w:r>
        <w:rPr>
          <w:lang w:eastAsia="zh-CN"/>
        </w:rPr>
        <w:br/>
      </w:r>
      <w:r>
        <w:rPr>
          <w:lang w:eastAsia="zh-CN"/>
        </w:rPr>
        <w:t xml:space="preserve">    3、销售目标：以每月区域目标，每日的销售目标分配到个个销售人员身上，完成各个时间段的销售任务。并在完成销售任务的基础上提高销售业绩。 </w:t>
      </w:r>
      <w:r>
        <w:rPr>
          <w:lang w:eastAsia="zh-CN"/>
        </w:rPr>
        <w:br/>
      </w:r>
      <w:r>
        <w:rPr>
          <w:lang w:eastAsia="zh-CN"/>
        </w:rPr>
        <w:t xml:space="preserve">    我认为公司明年的发展与员工综合素质，公司的指导方针，团队的建设是分不开的，提高执行力的标准。 </w:t>
      </w:r>
      <w:r>
        <w:rPr>
          <w:lang w:eastAsia="zh-CN"/>
        </w:rPr>
        <w:br/>
      </w:r>
      <w:r>
        <w:rPr>
          <w:lang w:eastAsia="zh-CN"/>
        </w:rPr>
        <w:t xml:space="preserve">    新的一年里我为自己制定了新的目标，那就是要加紧学习，更好的充实自己，以饱满的精神状态来迎接新时期的挑战。明年会有更多的机会和竞争在等着我，我心里在暗暗的为自己鼓劲。要在竞争中站稳脚步。踏踏实实，目光不能只限于自身周围的小圈子，要着眼于局，着眼于今后的发展。我也会向其它同事学习，取长补短，相互交流好的工作经验，共同进步。 </w:t>
      </w:r>
      <w:r>
        <w:rPr>
          <w:lang w:eastAsia="zh-CN"/>
        </w:rPr>
        <w:br/>
      </w:r>
      <w:r>
        <w:rPr>
          <w:lang w:eastAsia="zh-CN"/>
        </w:rPr>
        <w:t xml:space="preserve">    销售没开单的工作总结（篇5） </w:t>
      </w:r>
      <w:r>
        <w:rPr>
          <w:lang w:eastAsia="zh-CN"/>
        </w:rPr>
        <w:br/>
      </w:r>
      <w:r>
        <w:rPr>
          <w:lang w:eastAsia="zh-CN"/>
        </w:rPr>
        <w:t xml:space="preserve">    尊敬的领导： </w:t>
      </w:r>
      <w:r>
        <w:rPr>
          <w:lang w:eastAsia="zh-CN"/>
        </w:rPr>
        <w:br/>
      </w:r>
      <w:r>
        <w:rPr>
          <w:lang w:eastAsia="zh-CN"/>
        </w:rPr>
        <w:t xml:space="preserve">    您好!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回顾走过的20__年，所有的经历都化作一段美好的回忆，结合自身工作岗位，一年来取得了部分成绩，但也还存在一定的不足。在我行进行网点转型，提升服务质量，加强网点营销。我们支行从人员配置进行了部分调整，安排了低柜销售人员，个人理财业务得到初步的发展，开始尝试向中高端客户提供专业化个人投资理财综合服务。我也从低柜调整到理财室从事个人理财业务。虽然在工作中遇到诸多的困难和问题。但是，在分行个金部理财中心的指导下、支行领导高度重视下，建设队伍、培养人才、抓业务发展、以新产品拓展市场，加大营销工作。以下是20__年度金融销售个人工作述职报告：</w:t>
      </w:r>
      <w:r>
        <w:rPr>
          <w:lang w:eastAsia="zh-CN"/>
        </w:rPr>
        <w:t xml:space="preserve"> </w:t>
      </w:r>
      <w:r>
        <w:rPr>
          <w:lang w:eastAsia="zh-CN"/>
        </w:rPr>
        <w:br/>
      </w:r>
      <w:r>
        <w:rPr>
          <w:lang w:eastAsia="zh-CN"/>
        </w:rPr>
        <w:t xml:space="preserve">    一、具体工作 </w:t>
      </w:r>
      <w:r>
        <w:rPr>
          <w:lang w:eastAsia="zh-CN"/>
        </w:rPr>
        <w:br/>
      </w:r>
      <w:r>
        <w:rPr>
          <w:lang w:eastAsia="zh-CN"/>
        </w:rPr>
        <w:t xml:space="preserve">    客户维系、挖掘、管理、个人产品销售工作： </w:t>
      </w:r>
      <w:r>
        <w:rPr>
          <w:lang w:eastAsia="zh-CN"/>
        </w:rPr>
        <w:br/>
      </w:r>
      <w:r>
        <w:rPr>
          <w:lang w:eastAsia="zh-CN"/>
        </w:rPr>
        <w:t xml:space="preserve">    1.抓基础工作，做好销售工作计划，挖掘理财客户群;通过前台柜台输送，运用银掌柜crm系统，重点发展vip客户，新增vip贵宾客户; </w:t>
      </w:r>
      <w:r>
        <w:rPr>
          <w:lang w:eastAsia="zh-CN"/>
        </w:rPr>
        <w:br/>
      </w:r>
      <w:r>
        <w:rPr>
          <w:lang w:eastAsia="zh-CN"/>
        </w:rPr>
        <w:t xml:space="preserve">    2.进一步收集完善客户基础资料，运用银掌柜crm系统将客户关系管理，资金管理，投资组合管理融合在一起，建立了部分客户信息。在了解客户基本信息对客户进行分类维系的同时。进行各种产品销售，积极营销取得了一些成效; </w:t>
      </w:r>
      <w:r>
        <w:rPr>
          <w:lang w:eastAsia="zh-CN"/>
        </w:rPr>
        <w:br/>
      </w:r>
      <w:r>
        <w:rPr>
          <w:lang w:eastAsia="zh-CN"/>
        </w:rPr>
        <w:t xml:space="preserve">    3.加强了宣传，通过报社、移动短信，展版张贴，led横幅等方式传递信息，起到一些效果; </w:t>
      </w:r>
      <w:r>
        <w:rPr>
          <w:lang w:eastAsia="zh-CN"/>
        </w:rPr>
        <w:br/>
      </w:r>
      <w:r>
        <w:rPr>
          <w:lang w:eastAsia="zh-CN"/>
        </w:rPr>
        <w:t xml:space="preserve">    4.结合市场客户投资理财需求，按照上级行工作部署进一步推进新产品上市，如人民币周末理财、安稳回报系列、中银进取搏弈理财等、以及贵金属的销售。 </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自身培训与学习情况： </w:t>
      </w:r>
      <w:r>
        <w:rPr>
          <w:lang w:eastAsia="zh-CN"/>
        </w:rPr>
        <w:br/>
      </w:r>
      <w:r>
        <w:rPr>
          <w:lang w:eastAsia="zh-CN"/>
        </w:rPr>
        <w:t xml:space="preserve">    在省分行的高度重视下，今年三月份通过全省对个人客户经理经过选拔和内部考核后，脱产参加接受西南财大afp资格正规课程培训。在自身的努力学习下，今年7月通过了全国组织的afp金融理财师资格认证考试，并于10月取得资格证书;通过afp系统规范培训，经过本阶段的学习后，提升了自己素质，在工作中，作为银行的职员，在为客户做投资理财方案时，根据不同的客户，适当地配置各种金融产品，把为客户创造最大的投资回报作为自己的工作目标。能将所学知识转化为服务客户的能力，结合我行实际情况参加it蓝图培训，不断提高自己业务能力 </w:t>
      </w:r>
      <w:r>
        <w:rPr>
          <w:lang w:eastAsia="zh-CN"/>
        </w:rPr>
        <w:br/>
      </w:r>
      <w:r>
        <w:rPr>
          <w:lang w:eastAsia="zh-CN"/>
        </w:rPr>
        <w:t xml:space="preserve">    二、存在的不足 </w:t>
      </w:r>
      <w:r>
        <w:rPr>
          <w:lang w:eastAsia="zh-CN"/>
        </w:rPr>
        <w:br/>
      </w:r>
      <w:r>
        <w:rPr>
          <w:lang w:eastAsia="zh-CN"/>
        </w:rPr>
        <w:t xml:space="preserve">    尽管我行理财业务已得到初步发展，但由于理财业务开展起步较晚，起点较低，使得理财业务发展存在规模较小，与同业比较存在较大差距，存在人员不足、素质不高、管理未配套等问题。目前，我行为扩大中间业务收入，仅仅在发展代理保险，代售基金是远远不够的，产品有待更丰富，理财渠道有待拓展，我行的特色产品：汇聚宝，外汇宝，纸黄金，人民币博弈等许多特色理财品种还没完全推广开(受营销人员，业务素质等方面的制约)缺少专业性理财。 </w:t>
      </w:r>
      <w:r>
        <w:rPr>
          <w:lang w:eastAsia="zh-CN"/>
        </w:rPr>
        <w:br/>
      </w:r>
      <w:r>
        <w:rPr>
          <w:lang w:eastAsia="zh-CN"/>
        </w:rPr>
        <w:t xml:space="preserve">    不足处： </w:t>
      </w:r>
      <w:r>
        <w:rPr>
          <w:lang w:eastAsia="zh-CN"/>
        </w:rPr>
        <w:br/>
      </w:r>
      <w:r>
        <w:rPr>
          <w:lang w:eastAsia="zh-CN"/>
        </w:rPr>
        <w:t xml:space="preserve">    1.基础理财客户群(中、高端客户)较少，对客户信息资料了解不全(地址、号码、兴趣爱好)缺少对客户的维护;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2.营销力度薄弱，需要团队协作加强营销，没有充分发挥个人能力;</w:t>
      </w:r>
      <w:r>
        <w:rPr>
          <w:lang w:eastAsia="zh-CN"/>
        </w:rPr>
        <w:t xml:space="preserve"> </w:t>
      </w:r>
      <w:r>
        <w:rPr>
          <w:lang w:eastAsia="zh-CN"/>
        </w:rPr>
        <w:br/>
      </w:r>
      <w:r>
        <w:rPr>
          <w:lang w:eastAsia="zh-CN"/>
        </w:rPr>
        <w:t xml:space="preserve">    3.业务流程有待梳理整合，优化服务提高服务质量，多渠道从前台向理财室输送客户信息; </w:t>
      </w:r>
      <w:r>
        <w:rPr>
          <w:lang w:eastAsia="zh-CN"/>
        </w:rPr>
        <w:br/>
      </w:r>
      <w:r>
        <w:rPr>
          <w:lang w:eastAsia="zh-CN"/>
        </w:rPr>
        <w:t xml:space="preserve">    三、来年工作打算 </w:t>
      </w:r>
      <w:r>
        <w:rPr>
          <w:lang w:eastAsia="zh-CN"/>
        </w:rPr>
        <w:br/>
      </w:r>
      <w:r>
        <w:rPr>
          <w:lang w:eastAsia="zh-CN"/>
        </w:rPr>
        <w:t xml:space="preserve">    1.在巩固已取得的成绩基础上，了解掌握个人理财业务市场，应对同业竞争，进快迅速发展我行的理财业务， </w:t>
      </w:r>
      <w:r>
        <w:rPr>
          <w:lang w:eastAsia="zh-CN"/>
        </w:rPr>
        <w:br/>
      </w:r>
      <w:r>
        <w:rPr>
          <w:lang w:eastAsia="zh-CN"/>
        </w:rPr>
        <w:t xml:space="preserve">    2.不断加强素质培养，作好自学及参加培训;进一步提高业务水平 </w:t>
      </w:r>
      <w:r>
        <w:rPr>
          <w:lang w:eastAsia="zh-CN"/>
        </w:rPr>
        <w:br/>
      </w:r>
      <w:r>
        <w:rPr>
          <w:lang w:eastAsia="zh-CN"/>
        </w:rPr>
        <w:t xml:space="preserve">    3.加大营销力度推进各项目标工作，有效的重点放在客户量的增长。 </w:t>
      </w:r>
      <w:r>
        <w:rPr>
          <w:lang w:eastAsia="zh-CN"/>
        </w:rPr>
        <w:br/>
      </w:r>
      <w:r>
        <w:rPr>
          <w:lang w:eastAsia="zh-CN"/>
        </w:rPr>
        <w:t xml:space="preserve">    4.结合我行工作实际加强学习，做好it蓝图新系统上线工作，做好20__年个人工作计划。 </w:t>
      </w:r>
      <w:r>
        <w:rPr>
          <w:lang w:eastAsia="zh-CN"/>
        </w:rPr>
        <w:br/>
      </w:r>
      <w:r>
        <w:rPr>
          <w:lang w:eastAsia="zh-CN"/>
        </w:rPr>
        <w:t xml:space="preserve">    此致 </w:t>
      </w:r>
      <w:r>
        <w:rPr>
          <w:lang w:eastAsia="zh-CN"/>
        </w:rPr>
        <w:br/>
      </w:r>
      <w:r>
        <w:rPr>
          <w:lang w:eastAsia="zh-CN"/>
        </w:rPr>
        <w:t xml:space="preserve">    敬礼! </w:t>
      </w:r>
      <w:r>
        <w:rPr>
          <w:lang w:eastAsia="zh-CN"/>
        </w:rPr>
        <w:br/>
      </w:r>
      <w:r>
        <w:rPr>
          <w:lang w:eastAsia="zh-CN"/>
        </w:rPr>
        <w:t xml:space="preserve">    述职人：___ </w:t>
      </w:r>
      <w:r>
        <w:rPr>
          <w:lang w:eastAsia="zh-CN"/>
        </w:rPr>
        <w:br/>
      </w:r>
      <w:r>
        <w:rPr>
          <w:lang w:eastAsia="zh-CN"/>
        </w:rPr>
        <w:t xml:space="preserve">    20__年_月_日 </w:t>
      </w:r>
      <w:r>
        <w:rPr>
          <w:lang w:eastAsia="zh-CN"/>
        </w:rPr>
        <w:br/>
      </w:r>
      <w:r>
        <w:rPr>
          <w:lang w:eastAsia="zh-CN"/>
        </w:rPr>
        <w:t xml:space="preserve">    销售没开单的工作总结（篇6） </w:t>
      </w:r>
      <w:r>
        <w:rPr>
          <w:lang w:eastAsia="zh-CN"/>
        </w:rPr>
        <w:br/>
      </w:r>
      <w:r>
        <w:rPr>
          <w:lang w:eastAsia="zh-CN"/>
        </w:rPr>
        <w:t xml:space="preserve">    亲爱的同仁们： </w:t>
      </w:r>
      <w:r>
        <w:rPr>
          <w:lang w:eastAsia="zh-CN"/>
        </w:rPr>
        <w:br/>
      </w:r>
      <w:r>
        <w:rPr>
          <w:lang w:eastAsia="zh-CN"/>
        </w:rPr>
        <w:t xml:space="preserve">    大家好!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我于20__应聘进入新阳光地下商场，从基层做起，着手开始基层的现场管理及办公文件的整理和收发等事务，随着工作深入担任了运管管理部经理的职务，20__年随着商场规模不断的扩大和企业的发展，我有幸成为经理，我所涉及的业务工作更加广泛。在过去的时间里，从最开始的初来乍到到此刻的初窥门径，我学到了很多我所匮乏的东西，也对这个行业有了深入的了解，在此我将对自己所做的工作进行详细的阐述：</w:t>
      </w:r>
      <w:r>
        <w:rPr>
          <w:lang w:eastAsia="zh-CN"/>
        </w:rPr>
        <w:t xml:space="preserve"> </w:t>
      </w:r>
      <w:r>
        <w:rPr>
          <w:lang w:eastAsia="zh-CN"/>
        </w:rPr>
        <w:br/>
      </w:r>
      <w:r>
        <w:rPr>
          <w:lang w:eastAsia="zh-CN"/>
        </w:rPr>
        <w:t xml:space="preserve">    日常管理工作： </w:t>
      </w:r>
      <w:r>
        <w:rPr>
          <w:lang w:eastAsia="zh-CN"/>
        </w:rPr>
        <w:br/>
      </w:r>
      <w:r>
        <w:rPr>
          <w:lang w:eastAsia="zh-CN"/>
        </w:rPr>
        <w:t xml:space="preserve">    1、人员管理：每一天日常的巡场，检查员工行为规范、员工的业务知识潜力及员工的招商工作状况等，及时指正员工不当的行为。对于不合规范的经营方式的活动展示牌及时发现并整改，监督员工的出勤及在岗率，避免漏失厅内的管理、销售及招商。 </w:t>
      </w:r>
      <w:r>
        <w:rPr>
          <w:lang w:eastAsia="zh-CN"/>
        </w:rPr>
        <w:br/>
      </w:r>
      <w:r>
        <w:rPr>
          <w:lang w:eastAsia="zh-CN"/>
        </w:rPr>
        <w:t xml:space="preserve">    2、针对员工在工作中出现的共性问题，进行整理归纳，利用每周一、三、五开会时间进行着重强调，督促员工有则改之无则加勉。针对处理不合理的事件在会上进行研究，找出解决方案。对于相关业务知识潜力也会抽出有效时间群众进行培训，重点资料透过考试形式进行检验，帮忙员工扩大知识面，提升自身的综合素质，成为一名优秀的管理人员。 </w:t>
      </w:r>
      <w:r>
        <w:rPr>
          <w:lang w:eastAsia="zh-CN"/>
        </w:rPr>
        <w:br/>
      </w:r>
      <w:r>
        <w:rPr>
          <w:lang w:eastAsia="zh-CN"/>
        </w:rPr>
        <w:t xml:space="preserve">    3、妥善管理新进员工及离岗人员，尤其对于提出离职人员及时了解其心理动态，在不违背原则的状况下开导员工留任原岗位或调岗，尽可能减少运营管理部人员流动，保证商场有一个和谐、良性的发展。对于新进员工的要求严格把关，并协助其做好进场的相关手续，随后进行业务知识、规章制度、工作流程等资料的培训及考试，保证新员工的各项基本工作能够顺利完成。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4、商场的最终目的是有一个良性的发展空间，从人员管理到店面管理最终都是为良性发展做准备，只要经营者有利润，才能到达最终目的，根据当地的风俗习惯和重要节令、在中厅有针对性的进行有奖促销活动，以更好的提升销售。</w:t>
      </w:r>
      <w:r>
        <w:rPr>
          <w:lang w:eastAsia="zh-CN"/>
        </w:rPr>
        <w:t xml:space="preserve"> </w:t>
      </w:r>
      <w:r>
        <w:rPr>
          <w:lang w:eastAsia="zh-CN"/>
        </w:rPr>
        <w:br/>
      </w:r>
      <w:r>
        <w:rPr>
          <w:lang w:eastAsia="zh-CN"/>
        </w:rPr>
        <w:t xml:space="preserve">    5、装修管理：协助保卫部、设备部与进场装修人员进行前期沟通，装修时现场监督，发现问题立即指出，并对相关装修要求和注意事项随时给予提示，尽量避免不贴合要求的状况出现，要求装修做到无异味，无噪音，无灰尘。审查其装修图纸，约定装修日期，核定用电流量，审批装修防火材料，对接相关装修工作，帮忙办理装修审批手续。 </w:t>
      </w:r>
      <w:r>
        <w:rPr>
          <w:lang w:eastAsia="zh-CN"/>
        </w:rPr>
        <w:br/>
      </w:r>
      <w:r>
        <w:rPr>
          <w:lang w:eastAsia="zh-CN"/>
        </w:rPr>
        <w:t xml:space="preserve">    6、为打造一个和谐共建的商场，每日从考勤经营者的出勤率开始，规范业户的经营方式，坚决杜绝迟到早退，叫喊叫卖，悬挂自制pop，超摆超放，播放迪曲，办理进退户手续，核算各种费用，延时手续，装修结果的验收，投诉的处理与协调，漏水点的观察和配合维修，配合收取管理费用。 </w:t>
      </w:r>
      <w:r>
        <w:rPr>
          <w:lang w:eastAsia="zh-CN"/>
        </w:rPr>
        <w:br/>
      </w:r>
      <w:r>
        <w:rPr>
          <w:lang w:eastAsia="zh-CN"/>
        </w:rPr>
        <w:t xml:space="preserve">    7、能够营造良好的商场购物环境是作为一名管理人员应尽的职责和义务。未经商场允许商贩在商场内肆意兜售商品的行为本身已经严重影响商场的形象，督促管理人员对待此类事件一经发现，严肃清出场外。同时为保证商场内的环境卫生，散发与商场无关的宣传单如有发现，立即进行制止与清场。 </w:t>
      </w:r>
      <w:r>
        <w:rPr>
          <w:lang w:eastAsia="zh-CN"/>
        </w:rPr>
        <w:br/>
      </w:r>
      <w:r>
        <w:rPr>
          <w:lang w:eastAsia="zh-CN"/>
        </w:rPr>
        <w:t xml:space="preserve">    企划宣传：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在日益激烈的竞争中，打造商场的品牌效益，树立良好的企业形象，商场的企划宣传务必落实到位。有效的营销不仅仅依靠新颖的创意，更需要强有力地执行与规范操作。对商场的企划宣传方面主要采用媒体投放方式。媒体投放主要以配合阶段的活动和节假日商场促销为主，以自有的电视广告，广播为重点，派专人制作精良的ppt、ps广告等。选取当地四家重点报纸(大众信息、四海传媒、供求世界、都市导航)进行活动与促销宣传。</w:t>
      </w:r>
      <w:r>
        <w:rPr>
          <w:lang w:eastAsia="zh-CN"/>
        </w:rPr>
        <w:t xml:space="preserve"> </w:t>
      </w:r>
      <w:r>
        <w:rPr>
          <w:lang w:eastAsia="zh-CN"/>
        </w:rPr>
        <w:br/>
      </w:r>
      <w:r>
        <w:rPr>
          <w:lang w:eastAsia="zh-CN"/>
        </w:rPr>
        <w:t xml:space="preserve">    商场内外氛围包装。相较于商场外部氛围的包装，商场内氛围的营造显得尤为重要。每逢节假日，学生放寒暑假，都是商场客流的高峰期，这就需要迎合当前促销主题。为了更好的诠释和演绎促销主题，严格进行对色彩、图案、造型和材质方面的设计和筛选。商场内各个位置的装饰改造，广告设计样式及悬挂，都指派相关人员实施进行。 </w:t>
      </w:r>
      <w:r>
        <w:rPr>
          <w:lang w:eastAsia="zh-CN"/>
        </w:rPr>
        <w:br/>
      </w:r>
      <w:r>
        <w:rPr>
          <w:lang w:eastAsia="zh-CN"/>
        </w:rPr>
        <w:t xml:space="preserve">    工作中亮点和不足： </w:t>
      </w:r>
      <w:r>
        <w:rPr>
          <w:lang w:eastAsia="zh-CN"/>
        </w:rPr>
        <w:br/>
      </w:r>
      <w:r>
        <w:rPr>
          <w:lang w:eastAsia="zh-CN"/>
        </w:rPr>
        <w:t xml:space="preserve">    亮点： </w:t>
      </w:r>
      <w:r>
        <w:rPr>
          <w:lang w:eastAsia="zh-CN"/>
        </w:rPr>
        <w:br/>
      </w:r>
      <w:r>
        <w:rPr>
          <w:lang w:eastAsia="zh-CN"/>
        </w:rPr>
        <w:t xml:space="preserve">    1、培养专业人才，根据新进人员的特点和拥有的某种技能，安排相应的岗位以贴合岗位需求加以锻炼和培养。同时对现有不同性格和潜力的员工布置任务时，分出重点和细致交待。避免在工作中走型，走样。 </w:t>
      </w:r>
      <w:r>
        <w:rPr>
          <w:lang w:eastAsia="zh-CN"/>
        </w:rPr>
        <w:br/>
      </w:r>
      <w:r>
        <w:rPr>
          <w:lang w:eastAsia="zh-CN"/>
        </w:rPr>
        <w:t xml:space="preserve">    2、细化经营质保金，不需要做到无纸化办公，但要充分发挥现代实用的开发管理软件，将每间店铺都量身订制了一个进退户质保金的小单元，务必录入电脑，做到规范管理。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3、引导业户装修向高档次发展，三期去年第一年开业，业户装修上不敢投入太多，经过优胜劣汰，对新进业户装修时，引导业户向商场内现有装修高档学习，只有这样才有市场。另外，领导给机会到其他商场学习时将自己认为装修、设计及货品摆放较为精典，值得学习的店面，用jpg的方法记录下来，考察后，让业户学习和效仿。以此来提升商场的整体效果。</w:t>
      </w:r>
      <w:r>
        <w:rPr>
          <w:lang w:eastAsia="zh-CN"/>
        </w:rPr>
        <w:t xml:space="preserve"> </w:t>
      </w:r>
      <w:r>
        <w:rPr>
          <w:lang w:eastAsia="zh-CN"/>
        </w:rPr>
        <w:br/>
      </w:r>
      <w:r>
        <w:rPr>
          <w:lang w:eastAsia="zh-CN"/>
        </w:rPr>
        <w:t xml:space="preserve">    不足： </w:t>
      </w:r>
      <w:r>
        <w:rPr>
          <w:lang w:eastAsia="zh-CN"/>
        </w:rPr>
        <w:br/>
      </w:r>
      <w:r>
        <w:rPr>
          <w:lang w:eastAsia="zh-CN"/>
        </w:rPr>
        <w:t xml:space="preserve">    1、跟经营业主的沟通还有待加强，前期主要局限于漏水点、费用的缴纳，租金的沟通，对于人员经营相关的沟通有所欠缺，在沟通技巧上也表现不足。所以，此刻要做的就是多于业主接触，与业主建立共存体系，加强感情联系，让业主了解商场的制度与管理方法，使政策、客诉等能更快更好得到实施和处理。 </w:t>
      </w:r>
      <w:r>
        <w:rPr>
          <w:lang w:eastAsia="zh-CN"/>
        </w:rPr>
        <w:br/>
      </w:r>
      <w:r>
        <w:rPr>
          <w:lang w:eastAsia="zh-CN"/>
        </w:rPr>
        <w:t xml:space="preserve">    2、提升敏锐度，对业主和员工的不规范的经营和不良行为和语言要有敏锐度，将不良因素和思想消除在萌芽。 </w:t>
      </w:r>
      <w:r>
        <w:rPr>
          <w:lang w:eastAsia="zh-CN"/>
        </w:rPr>
        <w:br/>
      </w:r>
      <w:r>
        <w:rPr>
          <w:lang w:eastAsia="zh-CN"/>
        </w:rPr>
        <w:t xml:space="preserve">    今后的工作计划： </w:t>
      </w:r>
      <w:r>
        <w:rPr>
          <w:lang w:eastAsia="zh-CN"/>
        </w:rPr>
        <w:br/>
      </w:r>
      <w:r>
        <w:rPr>
          <w:lang w:eastAsia="zh-CN"/>
        </w:rPr>
        <w:t xml:space="preserve">    1、把自己放在更高层次去要求自己，努力把自己向着全面性人才的方向培养，尽早让自己学会独立处理商场一切事务，为总经理分担些许肩上的重任。 </w:t>
      </w:r>
      <w:r>
        <w:rPr>
          <w:lang w:eastAsia="zh-CN"/>
        </w:rPr>
        <w:br/>
      </w:r>
      <w:r>
        <w:rPr>
          <w:lang w:eastAsia="zh-CN"/>
        </w:rPr>
        <w:t xml:space="preserve">    2、培养员工的汇报意识，每项工作都要有安排，有落实，有汇报，随时掌握厅内的各项工作，以便下一步工作的开展。 </w:t>
      </w:r>
      <w:r>
        <w:rPr>
          <w:lang w:eastAsia="zh-CN"/>
        </w:rPr>
        <w:br/>
      </w:r>
      <w:r>
        <w:rPr>
          <w:lang w:eastAsia="zh-CN"/>
        </w:rPr>
        <w:t xml:space="preserve">    3、向管理要效益，透过管理提升商场的品牌，提高产权价值，让店铺在本年度续租时，在租金上有一个质的提升，让投资者拥有足够的信心将我们商场做为长期持有股来投资。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4、培养整体观念和合作精神，克服本位主义倾向。增加员工之间的互谅互让，培养员工之间的友谊，满足员工的社会需要，使员工提高工作兴趣，改善工作态度。</w:t>
      </w:r>
      <w:r>
        <w:rPr>
          <w:lang w:eastAsia="zh-CN"/>
        </w:rPr>
        <w:t xml:space="preserve"> </w:t>
      </w:r>
      <w:r>
        <w:rPr>
          <w:lang w:eastAsia="zh-CN"/>
        </w:rPr>
        <w:br/>
      </w:r>
      <w:r>
        <w:rPr>
          <w:lang w:eastAsia="zh-CN"/>
        </w:rPr>
        <w:t xml:space="preserve">    在过去的几年时间，曾流过辛勤的汗水，也流过激动的泪水，正因为经历了这点点滴滴的酸甜，才让我不断成长着，进步着。所以，我热爱这份工作，期望自己今后能快乐着工作，同时也能在工作中找到更多的快乐!更多的自信!更多的成功! </w:t>
      </w:r>
      <w:r>
        <w:rPr>
          <w:lang w:eastAsia="zh-CN"/>
        </w:rPr>
        <w:br/>
      </w:r>
      <w:r>
        <w:rPr>
          <w:lang w:eastAsia="zh-CN"/>
        </w:rPr>
        <w:t xml:space="preserve">    述职人：___ </w:t>
      </w:r>
      <w:r>
        <w:rPr>
          <w:lang w:eastAsia="zh-CN"/>
        </w:rPr>
        <w:br/>
      </w:r>
      <w:r>
        <w:rPr>
          <w:lang w:eastAsia="zh-CN"/>
        </w:rPr>
        <w:t xml:space="preserve">    __年_月__日 </w:t>
      </w:r>
      <w:r>
        <w:rPr>
          <w:lang w:eastAsia="zh-CN"/>
        </w:rPr>
        <w:br/>
      </w:r>
      <w:r>
        <w:rPr>
          <w:lang w:eastAsia="zh-CN"/>
        </w:rPr>
        <w:t xml:space="preserve">    销售没开单的工作总结（篇7） </w:t>
      </w:r>
      <w:r>
        <w:rPr>
          <w:lang w:eastAsia="zh-CN"/>
        </w:rPr>
        <w:br/>
      </w:r>
      <w:r>
        <w:rPr>
          <w:lang w:eastAsia="zh-CN"/>
        </w:rPr>
        <w:t xml:space="preserve">    尊敬的酒店领导： </w:t>
      </w:r>
      <w:r>
        <w:rPr>
          <w:lang w:eastAsia="zh-CN"/>
        </w:rPr>
        <w:br/>
      </w:r>
      <w:r>
        <w:rPr>
          <w:lang w:eastAsia="zh-CN"/>
        </w:rPr>
        <w:t xml:space="preserve">    大家好! </w:t>
      </w:r>
      <w:r>
        <w:rPr>
          <w:lang w:eastAsia="zh-CN"/>
        </w:rPr>
        <w:br/>
      </w:r>
      <w:r>
        <w:rPr>
          <w:lang w:eastAsia="zh-CN"/>
        </w:rPr>
        <w:t xml:space="preserve">    从我到___大酒店工作以来，是___大酒店培养了我，我和___大酒店在风雨中一路走来，感谢领导对我的信任和关怀，使我能在___大酒店营销部这个重要的岗位上工作。在营销部工作的这段时间，使我感受很多收获也很多，逐渐成长了起来，特别是___总找我谈话后，使我深刻体会到我还有很多不足之处。因为营销部掌握的是一个企业的经济命脉，他向领导者提供第一手资料，帮助决策者管理和经营企业。 </w:t>
      </w:r>
      <w:r>
        <w:rPr>
          <w:lang w:eastAsia="zh-CN"/>
        </w:rPr>
        <w:br/>
      </w:r>
      <w:r>
        <w:rPr>
          <w:lang w:eastAsia="zh-CN"/>
        </w:rPr>
        <w:t xml:space="preserve">    以下是我对本酒店的市场作出的一些分析：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一、目标顾客定位不太标准，过于狭窄。总的看我们酒店的经营状况不是太好，没有自己的特色，定位偏高，消费者有点接受不了。我们一贯以高中档酒店定位于市场，对本区域的居民不构成消费吸引力。</w:t>
      </w:r>
      <w:r>
        <w:rPr>
          <w:lang w:eastAsia="zh-CN"/>
        </w:rPr>
        <w:t xml:space="preserve"> </w:t>
      </w:r>
      <w:r>
        <w:rPr>
          <w:lang w:eastAsia="zh-CN"/>
        </w:rPr>
        <w:br/>
      </w:r>
      <w:r>
        <w:rPr>
          <w:lang w:eastAsia="zh-CN"/>
        </w:rPr>
        <w:t xml:space="preserve">    二、宣传力度不够，未能在市场上引起较大的轰动。可以在平面媒体上制作一整套的广告宣传计划，它投资小，而且高效灵活。也可以充分利用多种广告形式推荐酒店，宣传酒店，努力提高酒店知名度，争取些公众单位对酒店工作的支持与合作。 </w:t>
      </w:r>
      <w:r>
        <w:rPr>
          <w:lang w:eastAsia="zh-CN"/>
        </w:rPr>
        <w:br/>
      </w:r>
      <w:r>
        <w:rPr>
          <w:lang w:eastAsia="zh-CN"/>
        </w:rPr>
        <w:t xml:space="preserve">    三、服务细节要加强，在回访客人的同时，把征询到的客人的意见和建议及时与各部门领导沟通交流，逐步进行完善提高，根据营销目标，制定本年度的营销计划。 </w:t>
      </w:r>
      <w:r>
        <w:rPr>
          <w:lang w:eastAsia="zh-CN"/>
        </w:rPr>
        <w:br/>
      </w:r>
      <w:r>
        <w:rPr>
          <w:lang w:eastAsia="zh-CN"/>
        </w:rPr>
        <w:t xml:space="preserve">    针对以上情况，我部将在20_年进行以下的工作部署： </w:t>
      </w:r>
      <w:r>
        <w:rPr>
          <w:lang w:eastAsia="zh-CN"/>
        </w:rPr>
        <w:br/>
      </w:r>
      <w:r>
        <w:rPr>
          <w:lang w:eastAsia="zh-CN"/>
        </w:rPr>
        <w:t xml:space="preserve">    1、全面了解掌握我酒店的市场态势，对本酒店及周边进行一系列的调查，了解酒店的经营状况，锁定目标客户，便于对酒店的经营管理提供参考，也为我部更好的开展工作提供了详细的第一手资料; </w:t>
      </w:r>
      <w:r>
        <w:rPr>
          <w:lang w:eastAsia="zh-CN"/>
        </w:rPr>
        <w:br/>
      </w:r>
      <w:r>
        <w:rPr>
          <w:lang w:eastAsia="zh-CN"/>
        </w:rPr>
        <w:t xml:space="preserve">    2、进行客户的友好拜访，结合目前客户来酒店的消费情况，进行调查，分析客户的消费档次，建立abc客户，要做到全程跟踪服务，注意服务形象和仪表，热情周到，进行特殊和针对性的服务，最大限度的满足客户的要求。对以前经常来，现在很少了的客户加强联络，进行回访，建立与客户之间的良好关系，网而与客户成为朋友，达到使其消费的目的。通过各种方式争取团队和散客客户，稳定老客户，发展新客户，并在拜访中及时了解收集宾客意见及建议，反馈给有关部门及总经办;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3、制定节假日个性化营销方案，特别是像中秋节，元旦和春节这样的传统节日;</w:t>
      </w:r>
      <w:r>
        <w:rPr>
          <w:lang w:eastAsia="zh-CN"/>
        </w:rPr>
        <w:t xml:space="preserve"> </w:t>
      </w:r>
      <w:r>
        <w:rPr>
          <w:lang w:eastAsia="zh-CN"/>
        </w:rPr>
        <w:br/>
      </w:r>
      <w:r>
        <w:rPr>
          <w:lang w:eastAsia="zh-CN"/>
        </w:rPr>
        <w:t xml:space="preserve">    4、加强储值卡客户的办理，增加现金流。 </w:t>
      </w:r>
      <w:r>
        <w:rPr>
          <w:lang w:eastAsia="zh-CN"/>
        </w:rPr>
        <w:br/>
      </w:r>
      <w:r>
        <w:rPr>
          <w:lang w:eastAsia="zh-CN"/>
        </w:rPr>
        <w:t xml:space="preserve">    20_年，营销部将在酒店领导的正确领导和我们的努力工作下，逐步解决上年存在的一些问题。根据顾客的需求，主动与酒店其他部门密切联系，相互配合，充分发挥酒店整体营销活力，创造最佳效益，开拓创新，团结拼搏，努力完成全年销售任务。创造营销部的新形象、新境界!迎来我们___大酒店真正的春天! </w:t>
      </w:r>
      <w:r>
        <w:rPr>
          <w:lang w:eastAsia="zh-CN"/>
        </w:rPr>
        <w:br/>
      </w:r>
      <w:r>
        <w:rPr>
          <w:lang w:eastAsia="zh-CN"/>
        </w:rPr>
        <w:t xml:space="preserve">    最后祝愿各位家人在新的一年里工作顺利，心想事成! </w:t>
      </w:r>
      <w:r>
        <w:rPr>
          <w:lang w:eastAsia="zh-CN"/>
        </w:rPr>
        <w:br/>
      </w:r>
      <w:r>
        <w:rPr>
          <w:lang w:eastAsia="zh-CN"/>
        </w:rPr>
        <w:t xml:space="preserve">    谢谢大家! </w:t>
      </w:r>
      <w:r>
        <w:rPr>
          <w:lang w:eastAsia="zh-CN"/>
        </w:rPr>
        <w:br/>
      </w:r>
      <w:r>
        <w:rPr>
          <w:lang w:eastAsia="zh-CN"/>
        </w:rPr>
        <w:t xml:space="preserve">    述职人：__ </w:t>
      </w:r>
      <w:r>
        <w:rPr>
          <w:lang w:eastAsia="zh-CN"/>
        </w:rPr>
        <w:br/>
      </w:r>
      <w:r>
        <w:rPr>
          <w:lang w:eastAsia="zh-CN"/>
        </w:rPr>
        <w:t xml:space="preserve">    20_年_月_日 </w:t>
      </w:r>
      <w:r>
        <w:rPr>
          <w:lang w:eastAsia="zh-CN"/>
        </w:rPr>
        <w:br/>
      </w:r>
      <w:r>
        <w:rPr>
          <w:lang w:eastAsia="zh-CN"/>
        </w:rPr>
        <w:t xml:space="preserve">    销售没开单的工作总结（篇8） </w:t>
      </w:r>
      <w:r>
        <w:rPr>
          <w:lang w:eastAsia="zh-CN"/>
        </w:rPr>
        <w:br/>
      </w:r>
      <w:r>
        <w:rPr>
          <w:lang w:eastAsia="zh-CN"/>
        </w:rPr>
        <w:t xml:space="preserve">    回顾这一年的工作历程，我深深的感到公司的蓬勃发展和全体同事团结、热气、拼搏、向上的精神。我作为食品销售部门的一名普通员工，在公司领导和同事的鼓励和帮助下走过了这一年。 </w:t>
      </w:r>
      <w:r>
        <w:rPr>
          <w:lang w:eastAsia="zh-CN"/>
        </w:rPr>
        <w:br/>
      </w:r>
      <w:r>
        <w:rPr>
          <w:lang w:eastAsia="zh-CN"/>
        </w:rPr>
        <w:t xml:space="preserve">    结合20__年的工作，归结起来主要包含在以下几个方面： </w:t>
      </w:r>
      <w:r>
        <w:rPr>
          <w:lang w:eastAsia="zh-CN"/>
        </w:rPr>
        <w:br/>
      </w:r>
      <w:r>
        <w:rPr>
          <w:lang w:eastAsia="zh-CN"/>
        </w:rPr>
        <w:t xml:space="preserve">    一、20__年渠道工作内容回顾及概述： </w:t>
      </w:r>
      <w:r>
        <w:rPr>
          <w:lang w:eastAsia="zh-CN"/>
        </w:rPr>
        <w:br/>
      </w:r>
      <w:r>
        <w:rPr>
          <w:lang w:eastAsia="zh-CN"/>
        </w:rPr>
        <w:t xml:space="preserve">    从20__年11月底接手两个镇的BC类商场，至20__年六月底。基本上__年的岁末，仅仅在熟悉市场情况、建立初步客情和掌握BC商场的操作方式。真正的做市场，还是从__年开始。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刚刚接手市场时，恰逢公司凉茶商超价格体系的调整，从家庭装28元调整到30.4元供货。由于经销商和邮差商的鼎力支持和配合，加上之前同事市场上的努力。所以价格很快就调整了过来。</w:t>
      </w:r>
      <w:r>
        <w:rPr>
          <w:lang w:eastAsia="zh-CN"/>
        </w:rPr>
        <w:t xml:space="preserve"> </w:t>
      </w:r>
      <w:r>
        <w:rPr>
          <w:lang w:eastAsia="zh-CN"/>
        </w:rPr>
        <w:br/>
      </w:r>
      <w:r>
        <w:rPr>
          <w:lang w:eastAsia="zh-CN"/>
        </w:rPr>
        <w:t xml:space="preserve">    我在熟悉客户整体情况和了解我司产品的家庭消费潜力特性后，便根据市场情况将所负责的35家客户做分级规划。 </w:t>
      </w:r>
      <w:r>
        <w:rPr>
          <w:lang w:eastAsia="zh-CN"/>
        </w:rPr>
        <w:br/>
      </w:r>
      <w:r>
        <w:rPr>
          <w:lang w:eastAsia="zh-CN"/>
        </w:rPr>
        <w:t xml:space="preserve">    一级为重要客户，有12家。二级为高潜力客户，有14家。三级为潜力培养客户，有9家。经过与客户的多次深入沟通，加上公司的支持和客户的多多配合，在这上半年，一级客户的实际销货量同比平均增长了125%，的客户从原月销70件到销190件，增长到原销量的2.7倍。二级和三级客户分别增长了95%和65%.。润喉糖的铺货率也达到了100%。可惜的是，由于我个人能力所限，很多客户还没能发挥出的销售潜力。 </w:t>
      </w:r>
      <w:r>
        <w:rPr>
          <w:lang w:eastAsia="zh-CN"/>
        </w:rPr>
        <w:br/>
      </w:r>
      <w:r>
        <w:rPr>
          <w:lang w:eastAsia="zh-CN"/>
        </w:rPr>
        <w:t xml:space="preserve">    从__年7月，公司将我调入KA负责8个镇的30家KA卖场，其中12家超市，14家百货，和4家跨区KA场。刚接手时，正是我司产品的销售旺季，公司支持的相关费用提报时间是签约时间的一个半月前，由于个人能力和专业知识薄弱，市场洞察力差，和对市场的把握度不准确，使一些费用的利用不太合理，没有运用到刀刃上，使客户的培养方面没有做好，致使销量没有出现明显的增长，使我深深地感到有愧于公司和上司对我的信任和栽培。 </w:t>
      </w:r>
      <w:r>
        <w:rPr>
          <w:lang w:eastAsia="zh-CN"/>
        </w:rPr>
        <w:br/>
      </w:r>
      <w:r>
        <w:rPr>
          <w:lang w:eastAsia="zh-CN"/>
        </w:rPr>
        <w:t xml:space="preserve">    二、学到的经验： </w:t>
      </w:r>
      <w:r>
        <w:rPr>
          <w:lang w:eastAsia="zh-CN"/>
        </w:rPr>
        <w:br/>
      </w:r>
      <w:r>
        <w:rPr>
          <w:lang w:eastAsia="zh-CN"/>
        </w:rPr>
        <w:t xml:space="preserve">    通过从事这一年的商场销售工作，我从中学到了相当多的专业知识，让我深深的感到做销售工作容易，想做好就是一件不容易的事情。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结合公司给我们的多次培训和我自身的感悟，我总结了十条经验：一细二勤三多四强。一细即心细，二勤就是眼勤、手勤，三多是要多与客户深入沟通、多学习专业技能技巧、心态要多调整、要时刻保持乐观和积极，四强是自信心强、洞察力强、分析规划能力强、执行力强(和公司的六强不一样)。</w:t>
      </w:r>
      <w:r>
        <w:rPr>
          <w:lang w:eastAsia="zh-CN"/>
        </w:rPr>
        <w:t xml:space="preserve"> </w:t>
      </w:r>
      <w:r>
        <w:rPr>
          <w:lang w:eastAsia="zh-CN"/>
        </w:rPr>
        <w:br/>
      </w:r>
      <w:r>
        <w:rPr>
          <w:lang w:eastAsia="zh-CN"/>
        </w:rPr>
        <w:t xml:space="preserve">    1、细 </w:t>
      </w:r>
      <w:r>
        <w:rPr>
          <w:lang w:eastAsia="zh-CN"/>
        </w:rPr>
        <w:br/>
      </w:r>
      <w:r>
        <w:rPr>
          <w:lang w:eastAsia="zh-CN"/>
        </w:rPr>
        <w:t xml:space="preserve">    比如，我们跑商场的同事经常要做的事：卖场的库存管理，我经常要去卖场仓库去查库存，由于送每批货的时间不一样，可能有的卖场由于仓库太挤，他将每批货放的位置不一样，如果我们没有仔细的在整个仓库查看，误认为只有一个地方有我们的货。这就会造成日期先进先出没有做好，结果日期混乱，还会造成库存积压，所以一定要细心。 </w:t>
      </w:r>
      <w:r>
        <w:rPr>
          <w:lang w:eastAsia="zh-CN"/>
        </w:rPr>
        <w:br/>
      </w:r>
      <w:r>
        <w:rPr>
          <w:lang w:eastAsia="zh-CN"/>
        </w:rPr>
        <w:t xml:space="preserve">    2、勤 </w:t>
      </w:r>
      <w:r>
        <w:rPr>
          <w:lang w:eastAsia="zh-CN"/>
        </w:rPr>
        <w:br/>
      </w:r>
      <w:r>
        <w:rPr>
          <w:lang w:eastAsia="zh-CN"/>
        </w:rPr>
        <w:t xml:space="preserve">    1)是眼勤，要多观察，俗话说：商场如战场!信息是非常重要的，一个重要的信息就可带来丰厚的利润，所以在日常工作过程中，一定要细心的去观察竞品的相关动态。尤其是价格的调整、陈列、促销政策等等。 </w:t>
      </w:r>
      <w:r>
        <w:rPr>
          <w:lang w:eastAsia="zh-CN"/>
        </w:rPr>
        <w:br/>
      </w:r>
      <w:r>
        <w:rPr>
          <w:lang w:eastAsia="zh-CN"/>
        </w:rPr>
        <w:t xml:space="preserve">    2)是手勤，我们做快消品的，经常要去动手做陈列，占排面，争取陈列到曝光点，吸引消费者的眼球。所以，要多动手，多布置相关的广宣物料。才能使销量出现增长。 </w:t>
      </w:r>
      <w:r>
        <w:rPr>
          <w:lang w:eastAsia="zh-CN"/>
        </w:rPr>
        <w:br/>
      </w:r>
      <w:r>
        <w:rPr>
          <w:lang w:eastAsia="zh-CN"/>
        </w:rPr>
        <w:t xml:space="preserve">    3、多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1)是多与客户深入沟通，让客户配合我的订货、陈列、价格调整、促销策略的执行。只有多与客户沟通，多分析我产品在整个分类品项的优势，和我产品给客户带来的销量和利润增长潜力，客户才会将我们的产品列为重要产品。有了商场客户的支持，陈列才能强势，销量才能提升。</w:t>
      </w:r>
      <w:r>
        <w:rPr>
          <w:lang w:eastAsia="zh-CN"/>
        </w:rPr>
        <w:t xml:space="preserve"> </w:t>
      </w:r>
      <w:r>
        <w:rPr>
          <w:lang w:eastAsia="zh-CN"/>
        </w:rPr>
        <w:br/>
      </w:r>
      <w:r>
        <w:rPr>
          <w:lang w:eastAsia="zh-CN"/>
        </w:rPr>
        <w:t xml:space="preserve">    2)是多学习专业知识，比如谈判技巧，我们面临的客户都是很专业的，要想能成功的和采购商谈而达到我们的目的，就要更专业。公司给了相当多这方面的培训，使我受益非浅，让我学会了如何与别人交流，让我受用一生。 </w:t>
      </w:r>
      <w:r>
        <w:rPr>
          <w:lang w:eastAsia="zh-CN"/>
        </w:rPr>
        <w:br/>
      </w:r>
      <w:r>
        <w:rPr>
          <w:lang w:eastAsia="zh-CN"/>
        </w:rPr>
        <w:t xml:space="preserve">    3)是多调节心态，做销售这行，会经常面对很多方面的压力，客户的挑剔、拒绝、不支持、事情的拖延。有时候，有一个很好的促销方案，自己很有信心，可是去和客户谈时，客户一口就给拒绝了，一句话都不听。 </w:t>
      </w:r>
      <w:r>
        <w:rPr>
          <w:lang w:eastAsia="zh-CN"/>
        </w:rPr>
        <w:br/>
      </w:r>
      <w:r>
        <w:rPr>
          <w:lang w:eastAsia="zh-CN"/>
        </w:rPr>
        <w:t xml:space="preserve">    这时候，就要努力调整心态，多了解客户拒绝的原因，多分析，才能扭转尴尬的局面。我之前经常会遇到这样的事，有时候搞得自己一点信心都没有，还是同事和主管给了我很多的鼓励，给我信心，使我又有了高昂的激情，才得以战胜各种困难。使我学到了不良心态的解决方法。 </w:t>
      </w:r>
      <w:r>
        <w:rPr>
          <w:lang w:eastAsia="zh-CN"/>
        </w:rPr>
        <w:br/>
      </w:r>
      <w:r>
        <w:rPr>
          <w:lang w:eastAsia="zh-CN"/>
        </w:rPr>
        <w:t xml:space="preserve">    4、强 </w:t>
      </w:r>
      <w:r>
        <w:rPr>
          <w:lang w:eastAsia="zh-CN"/>
        </w:rPr>
        <w:br/>
      </w:r>
      <w:r>
        <w:rPr>
          <w:lang w:eastAsia="zh-CN"/>
        </w:rPr>
        <w:t xml:space="preserve">    1)自信心强，做销售，没有信心，什么都做不了，有了自信心，才能在绝望中夺得生机，在痛苦中抓住欢乐，在压力下摆脱烦恼，在失败中找到希望。这里要感谢各位同事和主管对我的鼓励和支持。 </w:t>
      </w:r>
      <w:r>
        <w:rPr>
          <w:lang w:eastAsia="zh-CN"/>
        </w:rPr>
        <w:br/>
      </w:r>
      <w:r>
        <w:rPr>
          <w:lang w:eastAsia="zh-CN"/>
        </w:rPr>
        <w:t xml:space="preserve">  </w:t>
      </w:r>
      <w:r>
        <w:rPr>
          <w:lang w:eastAsia="zh-CN"/>
        </w:rPr>
        <w:t xml:space="preserve"> </w:t>
      </w:r>
    </w:p>
    <w:p w:rsidR="001B1F19" w14:textId="27C3F48A">
      <w:pPr>
        <w:rPr>
          <w:lang w:eastAsia="zh-CN"/>
        </w:rPr>
      </w:pPr>
      <w:r>
        <w:rPr>
          <w:lang w:eastAsia="zh-CN"/>
        </w:rPr>
        <w:t xml:space="preserve"> 2)洞察力强，做快销品，要对市场情况敏感度高，客户对我产品的陈列、价格、促销策略的调整，竞品在市场上的反映，都要随时的掌握。比如，一个好的陈列位，很多厂家都想要，但当时还有陈列其他产品，协议快到期了，这时候，为了得到这个位置，就要多了解情况，如果能够先了解到该产品的协议期限，那么就可以优先得到该位置。</w:t>
      </w:r>
      <w:r>
        <w:rPr>
          <w:lang w:eastAsia="zh-CN"/>
        </w:rPr>
        <w:t xml:space="preserve"> </w:t>
      </w:r>
      <w:r>
        <w:rPr>
          <w:lang w:eastAsia="zh-CN"/>
        </w:rPr>
        <w:br/>
      </w:r>
      <w:r>
        <w:rPr>
          <w:lang w:eastAsia="zh-CN"/>
        </w:rPr>
        <w:t xml:space="preserve">    3)分析规划能力强，我进入KA后，对这方面的了解学到了相当多的知识。对客户、市场了解了，就要多分析，理出一个详细的、可执行性销售计划，然后按部就班去执行，这样就能节约更多的时间和精力，并且达到理想的效果。特别是对数据系统的建立，使我更准确的了解产品在每个客户的销售潜力和我产品的成长状况，非常利于下一步的工作计划。 </w:t>
      </w:r>
      <w:r>
        <w:rPr>
          <w:lang w:eastAsia="zh-CN"/>
        </w:rPr>
        <w:br/>
      </w:r>
      <w:r>
        <w:rPr>
          <w:lang w:eastAsia="zh-CN"/>
        </w:rPr>
        <w:t xml:space="preserve">    4)执行力强，这诗司最倡导的，不但有利于公司及产品的成长，也使我得到了对自身的锻炼。我以前很懒惰，特别不喜欢洗衣服，老是将衣柜里的衣服穿完了，没得穿了，才一起洗。经过工作上的一些缘故，慢慢的这个毛病也改掉了。 </w:t>
      </w:r>
      <w:r>
        <w:rPr>
          <w:lang w:eastAsia="zh-CN"/>
        </w:rPr>
        <w:br/>
      </w:r>
      <w:r>
        <w:rPr>
          <w:lang w:eastAsia="zh-CN"/>
        </w:rPr>
        <w:t xml:space="preserve">    三、自身的不足： </w:t>
      </w:r>
      <w:r>
        <w:rPr>
          <w:lang w:eastAsia="zh-CN"/>
        </w:rPr>
        <w:br/>
      </w:r>
      <w:r>
        <w:rPr>
          <w:lang w:eastAsia="zh-CN"/>
        </w:rPr>
        <w:t xml:space="preserve">    在近一年的工作中，自我感觉也出现了很多问题，主要有以下几个方面 </w:t>
      </w:r>
      <w:r>
        <w:rPr>
          <w:lang w:eastAsia="zh-CN"/>
        </w:rPr>
        <w:br/>
      </w:r>
      <w:r>
        <w:rPr>
          <w:lang w:eastAsia="zh-CN"/>
        </w:rPr>
        <w:t xml:space="preserve">    1、忙忙碌碌 </w:t>
      </w:r>
      <w:r>
        <w:rPr>
          <w:lang w:eastAsia="zh-CN"/>
        </w:rPr>
        <w:br/>
      </w:r>
      <w:r>
        <w:rPr>
          <w:lang w:eastAsia="zh-CN"/>
        </w:rPr>
        <w:t xml:space="preserve">  </w:t>
      </w:r>
      <w:r>
        <w:rPr>
          <w:lang w:eastAsia="zh-CN"/>
        </w:rPr>
        <w:t xml:space="preserve"> </w:t>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https://d.book118.com/867030121061006050</w:t>
        </w:r>
      </w:hyperlink>
    </w:p>
    <w:p w:rsidR="001B1F19">
      <w:pPr>
        <w:rPr>
          <w:lang w:eastAsia="zh-CN"/>
        </w:rPr>
      </w:pPr>
    </w:p>
    <w:sectPr>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6703012106100605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