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就是这样</w:t>
        <w:br/>
        <w:t>WOMAN</w:t>
      </w:r>
      <w:r>
        <w:t xml:space="preserve"> 2:</w:t>
      </w:r>
      <w:r>
        <w:t xml:space="preserve"> That's</w:t>
      </w:r>
      <w:r>
        <w:t xml:space="preserve"> it.</w:t>
        <w:br/>
        <w:t>啊</w:t>
      </w:r>
      <w:r>
        <w:t xml:space="preserve"> 草</w:t>
        <w:br/>
        <w:t>Oh,</w:t>
      </w:r>
      <w:r>
        <w:t xml:space="preserve"> shit!</w:t>
        <w:br/>
        <w:t>谁把他掉地上了</w:t>
        <w:br/>
        <w:t>WOMAN:</w:t>
      </w:r>
      <w:r>
        <w:t xml:space="preserve"> Who</w:t>
      </w:r>
      <w:r>
        <w:t xml:space="preserve"> dropped</w:t>
      </w:r>
      <w:r>
        <w:t xml:space="preserve"> him?</w:t>
        <w:br/>
        <w:t>我们俩吧</w:t>
        <w:br/>
        <w:t>Sort</w:t>
      </w:r>
      <w:r>
        <w:t xml:space="preserve"> of</w:t>
      </w:r>
      <w:r>
        <w:t xml:space="preserve"> both</w:t>
      </w:r>
      <w:r>
        <w:t xml:space="preserve"> of</w:t>
      </w:r>
      <w:r>
        <w:t xml:space="preserve"> us.</w:t>
        <w:br/>
        <w:t>你俩赶紧给孩子捡起来</w:t>
      </w:r>
      <w:r>
        <w:t xml:space="preserve"> </w:t>
      </w:r>
      <w:r>
        <w:t xml:space="preserve"> -是</w:t>
      </w:r>
      <w:r>
        <w:t xml:space="preserve"> 夫人</w:t>
        <w:br/>
        <w:t>Sort</w:t>
      </w:r>
      <w:r>
        <w:t xml:space="preserve"> of</w:t>
      </w:r>
      <w:r>
        <w:t xml:space="preserve"> one</w:t>
      </w:r>
      <w:r>
        <w:t xml:space="preserve"> of</w:t>
      </w:r>
      <w:r>
        <w:t xml:space="preserve"> you</w:t>
      </w:r>
      <w:r>
        <w:t xml:space="preserve"> pick</w:t>
      </w:r>
      <w:r>
        <w:t xml:space="preserve"> him</w:t>
      </w:r>
      <w:r>
        <w:t xml:space="preserve"> up.</w:t>
      </w:r>
      <w:r>
        <w:t xml:space="preserve"> Yes,</w:t>
      </w:r>
      <w:r>
        <w:t xml:space="preserve"> my</w:t>
      </w:r>
      <w:r>
        <w:t xml:space="preserve"> lady.</w:t>
        <w:br/>
        <w:t>哦</w:t>
      </w:r>
      <w:r>
        <w:t xml:space="preserve"> 你好</w:t>
        <w:br/>
        <w:t>Oh.</w:t>
      </w:r>
      <w:r>
        <w:t xml:space="preserve"> Hello.</w:t>
        <w:br/>
        <w:t>你真是个可爱的男孩</w:t>
      </w:r>
      <w:r>
        <w:t xml:space="preserve"> 给</w:t>
        <w:br/>
        <w:t>Aren't</w:t>
      </w:r>
      <w:r>
        <w:t xml:space="preserve"> you</w:t>
      </w:r>
      <w:r>
        <w:t xml:space="preserve"> a</w:t>
      </w:r>
      <w:r>
        <w:t xml:space="preserve"> lovely</w:t>
      </w:r>
      <w:r>
        <w:t xml:space="preserve"> boy?</w:t>
      </w:r>
      <w:r>
        <w:t xml:space="preserve"> There.</w:t>
        <w:br/>
        <w:t>别</w:t>
      </w:r>
      <w:r>
        <w:t xml:space="preserve"> 我来</w:t>
        <w:br/>
        <w:t>No.</w:t>
      </w:r>
      <w:r>
        <w:t xml:space="preserve"> Here.</w:t>
        <w:br/>
        <w:t>在我割断脐带之前</w:t>
      </w:r>
      <w:r>
        <w:t xml:space="preserve"> 我该给你起什么名呢</w:t>
        <w:br/>
        <w:t>Before</w:t>
      </w:r>
      <w:r>
        <w:t xml:space="preserve"> I</w:t>
      </w:r>
      <w:r>
        <w:t xml:space="preserve"> cut</w:t>
      </w:r>
      <w:r>
        <w:t xml:space="preserve"> you</w:t>
      </w:r>
      <w:r>
        <w:t xml:space="preserve"> free...what</w:t>
      </w:r>
      <w:r>
        <w:t xml:space="preserve"> shall</w:t>
      </w:r>
      <w:r>
        <w:t xml:space="preserve"> I</w:t>
      </w:r>
      <w:r>
        <w:t xml:space="preserve"> call</w:t>
      </w:r>
      <w:r>
        <w:t xml:space="preserve"> you?</w:t>
        <w:br/>
        <w:t>或者我就不该操这个心</w:t>
        <w:br/>
        <w:t>Do</w:t>
      </w:r>
      <w:r>
        <w:t xml:space="preserve"> I</w:t>
      </w:r>
      <w:r>
        <w:t xml:space="preserve"> even</w:t>
      </w:r>
      <w:r>
        <w:t xml:space="preserve"> bother?</w:t>
        <w:br/>
        <w:t>也许我该放任你在地板上腐烂</w:t>
        <w:br/>
        <w:t>Perhaps</w:t>
      </w:r>
      <w:r>
        <w:t xml:space="preserve"> I</w:t>
      </w:r>
      <w:r>
        <w:t xml:space="preserve"> should</w:t>
      </w:r>
      <w:r>
        <w:t xml:space="preserve"> have</w:t>
      </w:r>
      <w:r>
        <w:t xml:space="preserve"> left</w:t>
      </w:r>
      <w:r>
        <w:t xml:space="preserve"> you</w:t>
      </w:r>
      <w:r>
        <w:t xml:space="preserve"> on</w:t>
      </w:r>
      <w:r>
        <w:t xml:space="preserve"> the</w:t>
      </w:r>
      <w:r>
        <w:t xml:space="preserve"> floor</w:t>
      </w:r>
      <w:r>
        <w:t xml:space="preserve"> to</w:t>
      </w:r>
      <w:r>
        <w:t xml:space="preserve"> rot.</w:t>
        <w:br/>
        <w:t>你知道为什么吗</w:t>
        <w:br/>
        <w:t>Do</w:t>
      </w:r>
      <w:r>
        <w:t xml:space="preserve"> you</w:t>
      </w:r>
      <w:r>
        <w:t xml:space="preserve"> know</w:t>
      </w:r>
      <w:r>
        <w:t xml:space="preserve"> why?</w:t>
        <w:br/>
        <w:t>你是我的次子</w:t>
        <w:br/>
        <w:t>You</w:t>
      </w:r>
      <w:r>
        <w:t xml:space="preserve"> are</w:t>
      </w:r>
      <w:r>
        <w:t xml:space="preserve"> my</w:t>
      </w:r>
      <w:r>
        <w:t xml:space="preserve"> second</w:t>
      </w:r>
      <w:r>
        <w:t xml:space="preserve"> son.</w:t>
        <w:br/>
        <w:t>你也不会继承任何有人类价值的东西</w:t>
        <w:br/>
        <w:t>And</w:t>
      </w:r>
      <w:r>
        <w:t xml:space="preserve"> you</w:t>
      </w:r>
      <w:r>
        <w:t xml:space="preserve"> will</w:t>
      </w:r>
      <w:r>
        <w:t xml:space="preserve"> inherit</w:t>
      </w:r>
      <w:r>
        <w:t xml:space="preserve"> nothing</w:t>
      </w:r>
      <w:r>
        <w:t xml:space="preserve"> of</w:t>
      </w:r>
      <w:r>
        <w:t xml:space="preserve"> any</w:t>
      </w:r>
      <w:r>
        <w:t xml:space="preserve"> human</w:t>
      </w:r>
      <w:r>
        <w:t xml:space="preserve"> value.</w:t>
        <w:br/>
        <w:t>你对别人有什么用呢</w:t>
        <w:br/>
        <w:t>What</w:t>
      </w:r>
      <w:r>
        <w:t xml:space="preserve"> use</w:t>
      </w:r>
      <w:r>
        <w:t xml:space="preserve"> are</w:t>
      </w:r>
      <w:r>
        <w:t xml:space="preserve"> you</w:t>
      </w:r>
      <w:r>
        <w:t xml:space="preserve"> to</w:t>
      </w:r>
      <w:r>
        <w:t xml:space="preserve"> anybody?</w:t>
        <w:br/>
        <w:t>先别割断脐带</w:t>
        <w:br/>
        <w:t>Leave</w:t>
      </w:r>
      <w:r>
        <w:t xml:space="preserve"> him</w:t>
      </w:r>
      <w:r>
        <w:t xml:space="preserve"> attached</w:t>
      </w:r>
      <w:r>
        <w:t xml:space="preserve"> for</w:t>
      </w:r>
      <w:r>
        <w:t xml:space="preserve"> now.</w:t>
        <w:br/>
        <w:t>快走吧</w:t>
      </w:r>
      <w:r>
        <w:t xml:space="preserve"> 趁我还没报复你们把孩子掉地上</w:t>
        <w:br/>
        <w:t>And</w:t>
      </w:r>
      <w:r>
        <w:t xml:space="preserve"> go,</w:t>
      </w:r>
      <w:r>
        <w:t xml:space="preserve"> before</w:t>
      </w:r>
      <w:r>
        <w:t xml:space="preserve"> I</w:t>
      </w:r>
      <w:r>
        <w:t xml:space="preserve"> avenge</w:t>
      </w:r>
      <w:r>
        <w:t xml:space="preserve"> the</w:t>
      </w:r>
      <w:r>
        <w:t xml:space="preserve"> dropping</w:t>
      </w:r>
      <w:r>
        <w:t xml:space="preserve"> business.</w:t>
        <w:br/>
        <w:t>夫人</w:t>
      </w:r>
      <w:r>
        <w:t xml:space="preserve"> 他叫什么名字</w:t>
        <w:br/>
        <w:t>What</w:t>
      </w:r>
      <w:r>
        <w:t xml:space="preserve"> of</w:t>
      </w:r>
      <w:r>
        <w:t xml:space="preserve"> his</w:t>
      </w:r>
      <w:r>
        <w:t xml:space="preserve"> name,</w:t>
      </w:r>
      <w:r>
        <w:t xml:space="preserve"> my</w:t>
      </w:r>
      <w:r>
        <w:t xml:space="preserve"> lady?</w:t>
        <w:br/>
        <w:t>他是我的乔治</w:t>
        <w:br/>
        <w:t>He</w:t>
      </w:r>
      <w:r>
        <w:t xml:space="preserve"> is</w:t>
      </w:r>
      <w:r>
        <w:t xml:space="preserve"> my</w:t>
      </w:r>
      <w:r>
        <w:t xml:space="preserve"> George.</w:t>
        <w:br/>
        <w:t>次子</w:t>
        <w:br/>
        <w:t>早上好</w:t>
      </w:r>
      <w:r>
        <w:t xml:space="preserve"> 乔治</w:t>
        <w:br/>
        <w:t>Good</w:t>
      </w:r>
      <w:r>
        <w:t xml:space="preserve"> morning,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George.</w:t>
        <w:br/>
        <w:t>也许你可以去给他上药</w:t>
        <w:br/>
        <w:t>Maybe</w:t>
      </w:r>
      <w:r>
        <w:t xml:space="preserve"> you</w:t>
      </w:r>
      <w:r>
        <w:t xml:space="preserve"> apply</w:t>
      </w:r>
      <w:r>
        <w:t xml:space="preserve"> it?</w:t>
        <w:br/>
        <w:t>疼吗</w:t>
      </w:r>
      <w:r>
        <w:t xml:space="preserve"> 哥哥</w:t>
      </w:r>
      <w:r>
        <w:t xml:space="preserve"> 当然疼了</w:t>
        <w:br/>
        <w:t>Is</w:t>
      </w:r>
      <w:r>
        <w:t xml:space="preserve"> it</w:t>
      </w:r>
      <w:r>
        <w:t xml:space="preserve"> sore,</w:t>
      </w:r>
      <w:r>
        <w:t xml:space="preserve"> brother?</w:t>
      </w:r>
      <w:r>
        <w:t xml:space="preserve"> Course</w:t>
      </w:r>
      <w:r>
        <w:t xml:space="preserve"> it's</w:t>
      </w:r>
      <w:r>
        <w:t xml:space="preserve"> fucking</w:t>
      </w:r>
      <w:r>
        <w:t xml:space="preserve"> sore.</w:t>
        <w:br/>
        <w:t>差点就把他的头扯下来了</w:t>
        <w:br/>
        <w:t>Could</w:t>
      </w:r>
      <w:r>
        <w:t xml:space="preserve"> have</w:t>
      </w:r>
      <w:r>
        <w:t xml:space="preserve"> ripped</w:t>
      </w:r>
      <w:r>
        <w:t xml:space="preserve"> his</w:t>
      </w:r>
      <w:r>
        <w:t xml:space="preserve"> head</w:t>
      </w:r>
      <w:r>
        <w:t xml:space="preserve"> off.</w:t>
        <w:br/>
        <w:t>现在他像可怜的爸爸一样躺在病床上</w:t>
        <w:br/>
        <w:t>Now</w:t>
      </w:r>
      <w:r>
        <w:t xml:space="preserve"> he's</w:t>
      </w:r>
      <w:r>
        <w:t xml:space="preserve"> on</w:t>
      </w:r>
      <w:r>
        <w:t xml:space="preserve"> his</w:t>
      </w:r>
      <w:r>
        <w:t xml:space="preserve"> deathbed</w:t>
      </w:r>
      <w:r>
        <w:t xml:space="preserve"> like</w:t>
      </w:r>
      <w:r>
        <w:t xml:space="preserve"> poor</w:t>
      </w:r>
      <w:r>
        <w:t xml:space="preserve"> Daddy.</w:t>
        <w:br/>
        <w:t>基特</w:t>
      </w:r>
      <w:r>
        <w:t xml:space="preserve"> 对</w:t>
      </w:r>
      <w:r>
        <w:t xml:space="preserve"> 基特</w:t>
      </w:r>
      <w:r>
        <w:t xml:space="preserve"> 和你姐姐一起</w:t>
      </w:r>
      <w:r>
        <w:t xml:space="preserve"> 走吧</w:t>
        <w:br/>
        <w:t>Kit!</w:t>
      </w:r>
      <w:r>
        <w:t xml:space="preserve"> Yes,</w:t>
      </w:r>
      <w:r>
        <w:t xml:space="preserve"> Kit.</w:t>
      </w:r>
      <w:r>
        <w:t xml:space="preserve"> You</w:t>
      </w:r>
      <w:r>
        <w:t xml:space="preserve"> and</w:t>
      </w:r>
      <w:r>
        <w:t xml:space="preserve"> your</w:t>
      </w:r>
      <w:r>
        <w:t xml:space="preserve"> sister,</w:t>
      </w:r>
      <w:r>
        <w:t xml:space="preserve"> go.</w:t>
        <w:br/>
        <w:t>但是为什么约翰能留下来呢</w:t>
      </w:r>
      <w:r>
        <w:t xml:space="preserve"> 妈妈</w:t>
      </w:r>
      <w:r>
        <w:t xml:space="preserve"> </w:t>
      </w:r>
      <w:r>
        <w:t xml:space="preserve"> -因为他是老大</w:t>
        <w:br/>
        <w:t>But</w:t>
      </w:r>
      <w:r>
        <w:t xml:space="preserve"> why</w:t>
      </w:r>
      <w:r>
        <w:t xml:space="preserve"> can</w:t>
      </w:r>
      <w:r>
        <w:t xml:space="preserve"> John</w:t>
      </w:r>
      <w:r>
        <w:t xml:space="preserve"> stay,</w:t>
      </w:r>
      <w:r>
        <w:t xml:space="preserve"> Mother?</w:t>
      </w:r>
      <w:r>
        <w:t xml:space="preserve"> Because</w:t>
      </w:r>
      <w:r>
        <w:t xml:space="preserve"> he's</w:t>
      </w:r>
      <w:r>
        <w:t xml:space="preserve"> the</w:t>
      </w:r>
      <w:r>
        <w:t xml:space="preserve"> eldest.</w:t>
        <w:br/>
        <w:t>我更喜欢他</w:t>
      </w:r>
      <w:r>
        <w:t xml:space="preserve"> 不是一点半点</w:t>
        <w:br/>
        <w:t>And</w:t>
      </w:r>
      <w:r>
        <w:t xml:space="preserve"> I</w:t>
      </w:r>
      <w:r>
        <w:t xml:space="preserve"> prefer</w:t>
      </w:r>
      <w:r>
        <w:t xml:space="preserve"> him.</w:t>
      </w:r>
      <w:r>
        <w:t xml:space="preserve"> By</w:t>
      </w:r>
      <w:r>
        <w:t xml:space="preserve"> quite</w:t>
      </w:r>
      <w:r>
        <w:t xml:space="preserve"> the</w:t>
      </w:r>
      <w:r>
        <w:t xml:space="preserve"> margin.</w:t>
        <w:br/>
        <w:t>我想永远留下伤疤</w:t>
        <w:br/>
        <w:t>I</w:t>
      </w:r>
      <w:r>
        <w:t xml:space="preserve"> want</w:t>
      </w:r>
      <w:r>
        <w:t xml:space="preserve"> to</w:t>
      </w:r>
      <w:r>
        <w:t xml:space="preserve"> be</w:t>
      </w:r>
      <w:r>
        <w:t xml:space="preserve"> scarred</w:t>
      </w:r>
      <w:r>
        <w:t xml:space="preserve"> forever.</w:t>
        <w:br/>
        <w:t>要不你走吧</w:t>
      </w:r>
      <w:r>
        <w:t xml:space="preserve"> 阿什博小姐</w:t>
      </w:r>
      <w:r>
        <w:t xml:space="preserve"> 把那个也带走</w:t>
        <w:br/>
        <w:t>Perhaps</w:t>
      </w:r>
      <w:r>
        <w:t xml:space="preserve"> go,</w:t>
      </w:r>
      <w:r>
        <w:t xml:space="preserve"> Miss</w:t>
      </w:r>
      <w:r>
        <w:t xml:space="preserve"> Ashcattle?</w:t>
      </w:r>
      <w:r>
        <w:t xml:space="preserve"> And</w:t>
      </w:r>
      <w:r>
        <w:t xml:space="preserve"> take</w:t>
      </w:r>
      <w:r>
        <w:t xml:space="preserve"> that</w:t>
      </w:r>
      <w:r>
        <w:t xml:space="preserve"> one</w:t>
      </w:r>
      <w:r>
        <w:t xml:space="preserve"> with</w:t>
      </w:r>
      <w:r>
        <w:t xml:space="preserve"> you.</w:t>
        <w:br/>
        <w:t>我叫你淡定点的</w:t>
      </w:r>
      <w:r>
        <w:t xml:space="preserve"> 珍妮</w:t>
        <w:br/>
        <w:t>I</w:t>
      </w:r>
      <w:r>
        <w:t xml:space="preserve"> told</w:t>
      </w:r>
      <w:r>
        <w:t xml:space="preserve"> you</w:t>
      </w:r>
      <w:r>
        <w:t xml:space="preserve"> to</w:t>
      </w:r>
      <w:r>
        <w:t xml:space="preserve"> put</w:t>
      </w:r>
      <w:r>
        <w:t xml:space="preserve"> a</w:t>
      </w:r>
      <w:r>
        <w:t xml:space="preserve"> cork</w:t>
      </w:r>
      <w:r>
        <w:t xml:space="preserve"> up</w:t>
      </w:r>
      <w:r>
        <w:t xml:space="preserve"> it,</w:t>
      </w:r>
      <w:r>
        <w:t xml:space="preserve"> Jenny.</w:t>
        <w:br/>
        <w:t>他就是太</w:t>
      </w:r>
      <w:r>
        <w:t xml:space="preserve"> 帅了</w:t>
        <w:br/>
        <w:t>He's</w:t>
      </w:r>
      <w:r>
        <w:t xml:space="preserve"> just</w:t>
      </w:r>
      <w:r>
        <w:t xml:space="preserve"> so...pretty.</w:t>
        <w:br/>
        <w:t>你干了什么</w:t>
      </w:r>
      <w:r>
        <w:t xml:space="preserve"> </w:t>
      </w:r>
      <w:r>
        <w:t xml:space="preserve"> -我不想走</w:t>
        <w:br/>
        <w:t>What</w:t>
      </w:r>
      <w:r>
        <w:t xml:space="preserve"> did</w:t>
      </w:r>
      <w:r>
        <w:t xml:space="preserve"> you</w:t>
      </w:r>
      <w:r>
        <w:t xml:space="preserve"> do?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go.</w:t>
        <w:br/>
        <w:t>我只想要珍妮</w:t>
        <w:br/>
        <w:t>All</w:t>
      </w:r>
      <w:r>
        <w:t xml:space="preserve"> I</w:t>
      </w:r>
      <w:r>
        <w:t xml:space="preserve"> want</w:t>
      </w:r>
      <w:r>
        <w:t xml:space="preserve"> is</w:t>
      </w:r>
      <w:r>
        <w:t xml:space="preserve"> Jenny.</w:t>
        <w:br/>
        <w:t>我爱她</w:t>
      </w:r>
      <w:r>
        <w:t xml:space="preserve"> </w:t>
      </w:r>
      <w:r>
        <w:t xml:space="preserve"> -她是一个仆人</w:t>
        <w:br/>
        <w:t>I</w:t>
      </w:r>
      <w:r>
        <w:t xml:space="preserve"> love</w:t>
      </w:r>
      <w:r>
        <w:t xml:space="preserve"> her.</w:t>
      </w:r>
      <w:r>
        <w:t xml:space="preserve"> She's</w:t>
      </w:r>
      <w:r>
        <w:t xml:space="preserve"> a</w:t>
      </w:r>
      <w:r>
        <w:t xml:space="preserve"> servant.</w:t>
        <w:br/>
        <w:t>在我心里可不是</w:t>
      </w:r>
      <w:r>
        <w:t xml:space="preserve"> </w:t>
      </w:r>
      <w:r>
        <w:t xml:space="preserve"> -这事儿可由不得你</w:t>
        <w:br/>
        <w:t>Not</w:t>
      </w:r>
      <w:r>
        <w:t xml:space="preserve"> in</w:t>
      </w:r>
      <w:r>
        <w:t xml:space="preserve"> my</w:t>
      </w:r>
      <w:r>
        <w:t xml:space="preserve"> heart.</w:t>
      </w:r>
      <w:r>
        <w:t xml:space="preserve"> That's</w:t>
      </w:r>
      <w:r>
        <w:t xml:space="preserve"> not</w:t>
      </w:r>
      <w:r>
        <w:t xml:space="preserve"> how</w:t>
      </w:r>
      <w:r>
        <w:t xml:space="preserve"> it</w:t>
      </w:r>
      <w:r>
        <w:t xml:space="preserve"> works.</w:t>
        <w:br/>
        <w:t>世间万物没几样由得你乱来</w:t>
      </w:r>
      <w:r>
        <w:t xml:space="preserve"> </w:t>
      </w:r>
      <w:r>
        <w:t xml:space="preserve"> -那它们应该由我来的</w:t>
        <w:br/>
        <w:t>That's</w:t>
      </w:r>
      <w:r>
        <w:t xml:space="preserve"> not</w:t>
      </w:r>
      <w:r>
        <w:t xml:space="preserve"> how</w:t>
      </w:r>
      <w:r>
        <w:t xml:space="preserve"> a</w:t>
      </w:r>
      <w:r>
        <w:t xml:space="preserve"> single</w:t>
      </w:r>
      <w:r>
        <w:t xml:space="preserve"> thing</w:t>
      </w:r>
      <w:r>
        <w:t xml:space="preserve"> fucking</w:t>
      </w:r>
      <w:r>
        <w:t xml:space="preserve"> works.</w:t>
      </w:r>
      <w:r>
        <w:t xml:space="preserve"> Well,</w:t>
      </w:r>
      <w:r>
        <w:t xml:space="preserve"> it</w:t>
      </w:r>
      <w:r>
        <w:t xml:space="preserve"> should</w:t>
      </w:r>
      <w:r>
        <w:t xml:space="preserve"> be.</w:t>
        <w:br/>
        <w:t>你是五岁小屁孩吗</w:t>
      </w:r>
      <w:r>
        <w:t xml:space="preserve"> </w:t>
      </w:r>
      <w:r>
        <w:t xml:space="preserve"> -不是</w:t>
        <w:br/>
        <w:t>Are</w:t>
      </w:r>
      <w:r>
        <w:t xml:space="preserve"> you</w:t>
      </w:r>
      <w:r>
        <w:t xml:space="preserve"> five?</w:t>
      </w:r>
      <w:r>
        <w:t xml:space="preserve"> l</w:t>
      </w:r>
      <w:r>
        <w:t xml:space="preserve"> No.</w:t>
        <w:br/>
        <w:t>你要去法国</w:t>
      </w:r>
      <w:r>
        <w:t xml:space="preserve"> 乔治</w:t>
      </w:r>
      <w:r>
        <w:t xml:space="preserve"> 如果你逼我去</w:t>
        <w:br/>
        <w:t>You</w:t>
      </w:r>
      <w:r>
        <w:t xml:space="preserve"> will</w:t>
      </w:r>
      <w:r>
        <w:t xml:space="preserve"> go</w:t>
      </w:r>
      <w:r>
        <w:t xml:space="preserve"> to</w:t>
      </w:r>
      <w:r>
        <w:t xml:space="preserve"> France,</w:t>
      </w:r>
      <w:r>
        <w:t xml:space="preserve"> George.</w:t>
      </w:r>
      <w:r>
        <w:t xml:space="preserve"> If</w:t>
      </w:r>
      <w:r>
        <w:t xml:space="preserve"> you</w:t>
      </w:r>
      <w:r>
        <w:t xml:space="preserve"> make</w:t>
      </w:r>
      <w:r>
        <w:t xml:space="preserve"> me</w:t>
      </w:r>
      <w:r>
        <w:t xml:space="preserve"> go,</w:t>
        <w:br/>
        <w:t>我就自杀</w:t>
      </w:r>
      <w:r>
        <w:t xml:space="preserve"> 但这次我会保证</w:t>
        <w:br/>
        <w:t>I</w:t>
      </w:r>
      <w:r>
        <w:t xml:space="preserve"> will</w:t>
      </w:r>
      <w:r>
        <w:t xml:space="preserve"> kill</w:t>
      </w:r>
      <w:r>
        <w:t xml:space="preserve"> myself,</w:t>
      </w:r>
      <w:r>
        <w:t xml:space="preserve"> but</w:t>
      </w:r>
      <w:r>
        <w:t xml:space="preserve"> this</w:t>
      </w:r>
      <w:r>
        <w:t xml:space="preserve"> time</w:t>
      </w:r>
      <w:r>
        <w:t xml:space="preserve"> I</w:t>
      </w:r>
      <w:r>
        <w:t xml:space="preserve"> will</w:t>
      </w:r>
      <w:r>
        <w:t xml:space="preserve"> make</w:t>
      </w:r>
      <w:r>
        <w:t xml:space="preserve"> sure-</w:t>
        <w:br/>
        <w:t>你摔下来的时候会摔断脖子吗</w:t>
        <w:br/>
        <w:t>Fall</w:t>
      </w:r>
      <w:r>
        <w:t xml:space="preserve"> in</w:t>
      </w:r>
      <w:r>
        <w:t xml:space="preserve"> a</w:t>
      </w:r>
      <w:r>
        <w:t xml:space="preserve"> way</w:t>
      </w:r>
      <w:r>
        <w:t xml:space="preserve"> that</w:t>
      </w:r>
      <w:r>
        <w:t xml:space="preserve"> breaks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neck?</w:t>
        <w:br/>
        <w:t>所以你才放任我上吊吗</w:t>
        <w:br/>
        <w:t>So</w:t>
      </w:r>
      <w:r>
        <w:t xml:space="preserve"> that's</w:t>
      </w:r>
      <w:r>
        <w:t xml:space="preserve"> why</w:t>
      </w:r>
      <w:r>
        <w:t xml:space="preserve"> you</w:t>
      </w:r>
      <w:r>
        <w:t xml:space="preserve"> left</w:t>
      </w:r>
      <w:r>
        <w:t xml:space="preserve"> me</w:t>
      </w:r>
      <w:r>
        <w:t xml:space="preserve"> to</w:t>
      </w:r>
      <w:r>
        <w:t xml:space="preserve"> hang?</w:t>
        <w:br/>
        <w:t>我放任你上吊是因为这就是一出戏</w:t>
      </w:r>
      <w:r>
        <w:t xml:space="preserve"> 你根本就是在演</w:t>
        <w:br/>
        <w:t>I</w:t>
      </w:r>
      <w:r>
        <w:t xml:space="preserve"> left</w:t>
      </w:r>
      <w:r>
        <w:t xml:space="preserve"> you</w:t>
      </w:r>
      <w:r>
        <w:t xml:space="preserve"> because</w:t>
      </w:r>
      <w:r>
        <w:t xml:space="preserve"> it</w:t>
      </w:r>
      <w:r>
        <w:t xml:space="preserve"> was</w:t>
      </w:r>
      <w:r>
        <w:t xml:space="preserve"> staged,</w:t>
      </w:r>
      <w:r>
        <w:t xml:space="preserve"> you</w:t>
      </w:r>
      <w:r>
        <w:t xml:space="preserve"> were</w:t>
      </w:r>
      <w:r>
        <w:t xml:space="preserve"> play</w:t>
      </w:r>
      <w:r>
        <w:t xml:space="preserve"> acting.</w:t>
        <w:br/>
        <w:t>那是真的</w:t>
      </w:r>
      <w:r>
        <w:t xml:space="preserve"> 我保证</w:t>
        <w:br/>
        <w:t>It</w:t>
      </w:r>
      <w:r>
        <w:t xml:space="preserve"> was</w:t>
      </w:r>
      <w:r>
        <w:t xml:space="preserve"> real,</w:t>
      </w:r>
      <w:r>
        <w:t xml:space="preserve"> I</w:t>
      </w:r>
      <w:r>
        <w:t xml:space="preserve"> promise</w:t>
      </w:r>
      <w:r>
        <w:t xml:space="preserve"> you.</w:t>
        <w:br/>
        <w:t>你只是想把我送到法国</w:t>
        <w:br/>
        <w:t>You</w:t>
      </w:r>
      <w:r>
        <w:t xml:space="preserve"> just</w:t>
      </w:r>
      <w:r>
        <w:t xml:space="preserve"> want</w:t>
      </w:r>
      <w:r>
        <w:t xml:space="preserve"> to</w:t>
      </w:r>
      <w:r>
        <w:t xml:space="preserve"> send</w:t>
      </w:r>
      <w:r>
        <w:t xml:space="preserve"> me</w:t>
      </w:r>
      <w:r>
        <w:t xml:space="preserve"> off</w:t>
      </w:r>
      <w:r>
        <w:t xml:space="preserve"> to</w:t>
      </w:r>
      <w:r>
        <w:t xml:space="preserve"> France</w:t>
        <w:br/>
        <w:t>去学习文雅举止</w:t>
        <w:br/>
        <w:t>to</w:t>
      </w:r>
      <w:r>
        <w:t xml:space="preserve"> learn</w:t>
      </w:r>
      <w:r>
        <w:t xml:space="preserve"> the</w:t>
      </w:r>
      <w:r>
        <w:t xml:space="preserve"> ways</w:t>
      </w:r>
      <w:r>
        <w:t xml:space="preserve"> of</w:t>
      </w:r>
      <w:r>
        <w:t xml:space="preserve"> refinement.</w:t>
        <w:br/>
        <w:t>然后回去娶个有钱得吓人的老婆</w:t>
        <w:br/>
        <w:t>And</w:t>
      </w:r>
      <w:r>
        <w:t xml:space="preserve"> then</w:t>
      </w:r>
      <w:r>
        <w:t xml:space="preserve"> return</w:t>
      </w:r>
      <w:r>
        <w:t xml:space="preserve"> to</w:t>
      </w:r>
      <w:r>
        <w:t xml:space="preserve"> marry</w:t>
      </w:r>
      <w:r>
        <w:t xml:space="preserve"> some</w:t>
      </w:r>
      <w:r>
        <w:t xml:space="preserve"> awful</w:t>
      </w:r>
      <w:r>
        <w:t xml:space="preserve"> rich</w:t>
      </w:r>
      <w:r>
        <w:t xml:space="preserve"> wife</w:t>
        <w:br/>
        <w:t>然后榨干&amp;hearts;她&amp;hearts;的嫁妆</w:t>
      </w:r>
      <w:r>
        <w:t xml:space="preserve"> </w:t>
      </w:r>
      <w:r>
        <w:t xml:space="preserve"> -不仅仅是这样</w:t>
        <w:br/>
        <w:t>and</w:t>
      </w:r>
      <w:r>
        <w:t xml:space="preserve"> milk</w:t>
      </w:r>
      <w:r>
        <w:t xml:space="preserve"> her</w:t>
      </w:r>
      <w:r>
        <w:t xml:space="preserve"> fat</w:t>
      </w:r>
      <w:r>
        <w:t xml:space="preserve"> fucking</w:t>
      </w:r>
      <w:r>
        <w:t xml:space="preserve"> dowry.</w:t>
      </w:r>
      <w:r>
        <w:t xml:space="preserve"> It's</w:t>
      </w:r>
      <w:r>
        <w:t xml:space="preserve"> about</w:t>
      </w:r>
      <w:r>
        <w:t xml:space="preserve"> more</w:t>
      </w:r>
      <w:r>
        <w:t xml:space="preserve"> than</w:t>
      </w:r>
      <w:r>
        <w:t xml:space="preserve"> that.</w:t>
        <w:br/>
        <w:t>不</w:t>
      </w:r>
      <w:r>
        <w:t xml:space="preserve"> 不是的</w:t>
      </w:r>
      <w:r>
        <w:t xml:space="preserve"> </w:t>
      </w:r>
      <w:r>
        <w:t xml:space="preserve"> -我从来没有打过你</w:t>
        <w:br/>
        <w:t>No,</w:t>
      </w:r>
      <w:r>
        <w:t xml:space="preserve"> it's</w:t>
      </w:r>
      <w:r>
        <w:t xml:space="preserve"> not.</w:t>
      </w:r>
      <w:r>
        <w:t xml:space="preserve"> I</w:t>
      </w:r>
      <w:r>
        <w:t xml:space="preserve"> never</w:t>
      </w:r>
      <w:r>
        <w:t xml:space="preserve"> beat</w:t>
      </w:r>
      <w:r>
        <w:t xml:space="preserve"> you.</w:t>
        <w:br/>
        <w:t>也许我应该现在打</w:t>
      </w:r>
      <w:r>
        <w:t xml:space="preserve"> </w:t>
      </w:r>
      <w:r>
        <w:t xml:space="preserve"> -父亲打得够多了</w:t>
      </w:r>
      <w:r>
        <w:t xml:space="preserve"> 那你为什么不打呢</w:t>
        <w:br/>
        <w:t>Perhaps</w:t>
      </w:r>
      <w:r>
        <w:t xml:space="preserve"> I'll</w:t>
      </w:r>
      <w:r>
        <w:t xml:space="preserve"> begin.</w:t>
      </w:r>
      <w:r>
        <w:t xml:space="preserve"> Father</w:t>
      </w:r>
      <w:r>
        <w:t xml:space="preserve"> has</w:t>
      </w:r>
      <w:r>
        <w:t xml:space="preserve"> enough</w:t>
      </w:r>
      <w:r>
        <w:t xml:space="preserve"> times.</w:t>
      </w:r>
      <w:r>
        <w:t xml:space="preserve"> Why</w:t>
      </w:r>
      <w:r>
        <w:t xml:space="preserve"> don't</w:t>
      </w:r>
      <w:r>
        <w:t xml:space="preserve"> you?</w:t>
        <w:br/>
        <w:t>妈妈</w:t>
      </w:r>
      <w:r>
        <w:t xml:space="preserve"> 别伤害他</w:t>
        <w:br/>
        <w:t>Mother,</w:t>
      </w:r>
      <w:r>
        <w:t xml:space="preserve"> don't</w:t>
      </w:r>
      <w:r>
        <w:t xml:space="preserve"> hurt</w:t>
      </w:r>
      <w:r>
        <w:t xml:space="preserve"> him.</w:t>
        <w:br/>
        <w:t>我不会的</w:t>
        <w:br/>
        <w:t>I</w:t>
      </w:r>
      <w:r>
        <w:t xml:space="preserve"> won't.</w:t>
        <w:br/>
        <w:t>想想约翰</w:t>
      </w:r>
      <w:r>
        <w:t xml:space="preserve"> 长子和继承人</w:t>
        <w:br/>
        <w:t>Think</w:t>
      </w:r>
      <w:r>
        <w:t xml:space="preserve"> of</w:t>
      </w:r>
      <w:r>
        <w:t xml:space="preserve"> John.</w:t>
      </w:r>
      <w:r>
        <w:t xml:space="preserve"> Eldest</w:t>
      </w:r>
      <w:r>
        <w:t xml:space="preserve"> and</w:t>
      </w:r>
      <w:r>
        <w:t xml:space="preserve"> heir,</w:t>
        <w:br/>
        <w:t>谁会嫁给他</w:t>
        <w:br/>
        <w:t>who</w:t>
      </w:r>
      <w:r>
        <w:t xml:space="preserve"> will</w:t>
      </w:r>
      <w:r>
        <w:t xml:space="preserve"> marry</w:t>
      </w:r>
      <w:r>
        <w:t xml:space="preserve"> him?</w:t>
        <w:br/>
        <w:t>如果我们不使用你的天赋</w:t>
      </w:r>
      <w:r>
        <w:t xml:space="preserve"> 我们怎么能建立和传承这一切</w:t>
        <w:br/>
        <w:t>How</w:t>
      </w:r>
      <w:r>
        <w:t xml:space="preserve"> can</w:t>
      </w:r>
      <w:r>
        <w:t xml:space="preserve"> we</w:t>
      </w:r>
      <w:r>
        <w:t xml:space="preserve"> build</w:t>
      </w:r>
      <w:r>
        <w:t xml:space="preserve"> and</w:t>
      </w:r>
      <w:r>
        <w:t xml:space="preserve"> pass</w:t>
      </w:r>
      <w:r>
        <w:t xml:space="preserve"> on</w:t>
      </w:r>
      <w:r>
        <w:t xml:space="preserve"> anything</w:t>
      </w:r>
      <w:r>
        <w:t xml:space="preserve"> unless</w:t>
      </w:r>
      <w:r>
        <w:t xml:space="preserve"> we</w:t>
      </w:r>
      <w:r>
        <w:t xml:space="preserve"> use</w:t>
      </w:r>
      <w:r>
        <w:t xml:space="preserve"> your</w:t>
      </w:r>
      <w:r>
        <w:t xml:space="preserve"> gifts.</w:t>
        <w:br/>
        <w:t>什么天赋</w:t>
      </w:r>
      <w:r>
        <w:t xml:space="preserve"> </w:t>
      </w:r>
      <w:r>
        <w:t xml:space="preserve"> -如果我是个</w:t>
        <w:br/>
        <w:t>What</w:t>
      </w:r>
      <w:r>
        <w:t xml:space="preserve"> gifts?</w:t>
      </w:r>
      <w:r>
        <w:t xml:space="preserve"> If</w:t>
      </w:r>
      <w:r>
        <w:t xml:space="preserve"> I</w:t>
      </w:r>
      <w:r>
        <w:t xml:space="preserve"> were</w:t>
      </w:r>
      <w:r>
        <w:t xml:space="preserve"> a</w:t>
      </w:r>
      <w:r>
        <w:t xml:space="preserve"> man</w:t>
        <w:br/>
        <w:t>像你一样的男人</w:t>
      </w:r>
      <w:r>
        <w:t xml:space="preserve"> 我早就统治全球了</w:t>
        <w:br/>
        <w:t>and</w:t>
      </w:r>
      <w:r>
        <w:t xml:space="preserve"> I</w:t>
      </w:r>
      <w:r>
        <w:t xml:space="preserve"> looked</w:t>
      </w:r>
      <w:r>
        <w:t xml:space="preserve"> like</w:t>
      </w:r>
      <w:r>
        <w:t xml:space="preserve"> you,</w:t>
      </w:r>
      <w:r>
        <w:t xml:space="preserve"> I'd</w:t>
      </w:r>
      <w:r>
        <w:t xml:space="preserve"> rule</w:t>
      </w:r>
      <w:r>
        <w:t xml:space="preserve"> the</w:t>
      </w:r>
      <w:r>
        <w:t xml:space="preserve"> fucking</w:t>
      </w:r>
      <w:r>
        <w:t xml:space="preserve"> planet.</w:t>
        <w:br/>
        <w:t>我不想统治全球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rule</w:t>
      </w:r>
      <w:r>
        <w:t xml:space="preserve"> the</w:t>
      </w:r>
      <w:r>
        <w:t xml:space="preserve"> fucking</w:t>
      </w:r>
      <w:r>
        <w:t xml:space="preserve"> planet.</w:t>
        <w:br/>
        <w:t>那你就会被这个世界统治</w:t>
      </w:r>
      <w:r>
        <w:t xml:space="preserve"> 次子什么都没有</w:t>
      </w:r>
      <w:r>
        <w:t xml:space="preserve"> 什么都不能继承</w:t>
        <w:br/>
        <w:t>Then</w:t>
      </w:r>
      <w:r>
        <w:t xml:space="preserve"> it</w:t>
      </w:r>
      <w:r>
        <w:t xml:space="preserve"> will</w:t>
      </w:r>
      <w:r>
        <w:t xml:space="preserve"> rule</w:t>
      </w:r>
      <w:r>
        <w:t xml:space="preserve"> you.</w:t>
      </w:r>
      <w:r>
        <w:t xml:space="preserve"> Second</w:t>
      </w:r>
      <w:r>
        <w:t xml:space="preserve"> sons</w:t>
      </w:r>
      <w:r>
        <w:t xml:space="preserve"> offer</w:t>
      </w:r>
      <w:r>
        <w:t xml:space="preserve"> nothing.</w:t>
      </w:r>
      <w:r>
        <w:t xml:space="preserve"> Inherit</w:t>
      </w:r>
      <w:r>
        <w:t xml:space="preserve"> nothing.</w:t>
        <w:br/>
        <w:t>振作起来</w:t>
      </w:r>
      <w:r>
        <w:t xml:space="preserve"> 否则你什么都不是</w:t>
        <w:br/>
        <w:t>Raise</w:t>
      </w:r>
      <w:r>
        <w:t xml:space="preserve"> yourself,</w:t>
      </w:r>
      <w:r>
        <w:t xml:space="preserve"> or</w:t>
      </w:r>
      <w:r>
        <w:t xml:space="preserve"> you</w:t>
      </w:r>
      <w:r>
        <w:t xml:space="preserve"> will</w:t>
      </w:r>
      <w:r>
        <w:t xml:space="preserve"> be</w:t>
      </w:r>
      <w:r>
        <w:t xml:space="preserve"> nothing.</w:t>
        <w:br/>
        <w:t>如果你逼我去</w:t>
        <w:br/>
        <w:t>If</w:t>
      </w:r>
      <w:r>
        <w:t xml:space="preserve"> you</w:t>
      </w:r>
      <w:r>
        <w:t xml:space="preserve"> make</w:t>
      </w:r>
      <w:r>
        <w:t xml:space="preserve"> me</w:t>
      </w:r>
      <w:r>
        <w:t xml:space="preserve"> go...</w:t>
        <w:br/>
        <w:t>我要割腕自杀</w:t>
      </w:r>
      <w:r>
        <w:t xml:space="preserve"> 这次我保证我会死</w:t>
        <w:br/>
        <w:t>I</w:t>
      </w:r>
      <w:r>
        <w:t xml:space="preserve"> will</w:t>
      </w:r>
      <w:r>
        <w:t xml:space="preserve"> slit</w:t>
      </w:r>
      <w:r>
        <w:t xml:space="preserve"> my</w:t>
      </w:r>
      <w:r>
        <w:t xml:space="preserve"> wrists.</w:t>
      </w:r>
      <w:r>
        <w:t xml:space="preserve"> I</w:t>
      </w:r>
      <w:r>
        <w:t xml:space="preserve"> will</w:t>
      </w:r>
      <w:r>
        <w:t xml:space="preserve"> make</w:t>
      </w:r>
      <w:r>
        <w:t xml:space="preserve"> sure</w:t>
      </w:r>
      <w:r>
        <w:t xml:space="preserve"> this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time-</w:t>
        <w:br/>
        <w:t>亲爱的</w:t>
      </w:r>
      <w:r>
        <w:t xml:space="preserve"> 你没有那种意志力</w:t>
        <w:br/>
        <w:t>Oh,</w:t>
      </w:r>
      <w:r>
        <w:t xml:space="preserve"> darling,</w:t>
      </w:r>
      <w:r>
        <w:t xml:space="preserve"> you</w:t>
      </w:r>
      <w:r>
        <w:t xml:space="preserve"> don't</w:t>
      </w:r>
      <w:r>
        <w:t xml:space="preserve"> have</w:t>
      </w:r>
      <w:r>
        <w:t xml:space="preserve"> the</w:t>
      </w:r>
      <w:r>
        <w:t xml:space="preserve"> will.</w:t>
        <w:br/>
        <w:t>你害怕了吗</w:t>
      </w:r>
      <w:r>
        <w:t xml:space="preserve"> 是因为这个吗</w:t>
        <w:br/>
        <w:t>Are</w:t>
      </w:r>
      <w:r>
        <w:t xml:space="preserve"> you</w:t>
      </w:r>
      <w:r>
        <w:t xml:space="preserve"> scared?</w:t>
      </w:r>
      <w:r>
        <w:t xml:space="preserve"> Is</w:t>
      </w:r>
      <w:r>
        <w:t xml:space="preserve"> that</w:t>
      </w:r>
      <w:r>
        <w:t xml:space="preserve"> it?</w:t>
        <w:br/>
        <w:t>害怕离开我</w:t>
        <w:br/>
        <w:t>To</w:t>
      </w:r>
      <w:r>
        <w:t xml:space="preserve"> leave</w:t>
      </w:r>
      <w:r>
        <w:t xml:space="preserve"> me?</w:t>
        <w:br/>
        <w:t>父亲总是反对我去</w:t>
        <w:br/>
        <w:t>Father</w:t>
      </w:r>
      <w:r>
        <w:t xml:space="preserve"> was</w:t>
      </w:r>
      <w:r>
        <w:t xml:space="preserve"> always</w:t>
      </w:r>
      <w:r>
        <w:t xml:space="preserve"> against</w:t>
      </w:r>
      <w:r>
        <w:t xml:space="preserve"> me</w:t>
      </w:r>
      <w:r>
        <w:t xml:space="preserve"> going.</w:t>
        <w:br/>
        <w:t>只要他还活着</w:t>
      </w:r>
      <w:r>
        <w:t xml:space="preserve"> 他说的话就有意义</w:t>
        <w:br/>
        <w:t>And</w:t>
      </w:r>
      <w:r>
        <w:t xml:space="preserve"> while</w:t>
      </w:r>
      <w:r>
        <w:t xml:space="preserve"> he</w:t>
      </w:r>
      <w:r>
        <w:t xml:space="preserve"> still</w:t>
      </w:r>
      <w:r>
        <w:t xml:space="preserve"> draws</w:t>
      </w:r>
      <w:r>
        <w:t xml:space="preserve"> breath,</w:t>
      </w:r>
      <w:r>
        <w:t xml:space="preserve"> his</w:t>
      </w:r>
      <w:r>
        <w:t xml:space="preserve"> word</w:t>
      </w:r>
      <w:r>
        <w:t xml:space="preserve"> means</w:t>
      </w:r>
      <w:r>
        <w:t xml:space="preserve"> something.</w:t>
        <w:br/>
        <w:t>有</w:t>
      </w:r>
      <w:r>
        <w:t xml:space="preserve"> 有谁要说两句吗</w:t>
        <w:br/>
        <w:t>Any</w:t>
      </w:r>
      <w:r>
        <w:t xml:space="preserve"> final</w:t>
      </w:r>
      <w:r>
        <w:t xml:space="preserve"> words...from</w:t>
      </w:r>
      <w:r>
        <w:t xml:space="preserve"> anyone?</w:t>
        <w:br/>
        <w:t>你最好快点收拾行李</w:t>
      </w:r>
      <w:r>
        <w:t xml:space="preserve"> 混&amp;hearts;蛋&amp;hearts;</w:t>
        <w:br/>
        <w:t>Better</w:t>
      </w:r>
      <w:r>
        <w:t xml:space="preserve"> pack</w:t>
      </w:r>
      <w:r>
        <w:t xml:space="preserve"> quick,</w:t>
      </w:r>
      <w:r>
        <w:t xml:space="preserve"> prick.</w:t>
        <w:br/>
        <w:t>除了这些呢</w:t>
        <w:br/>
        <w:t>Apart</w:t>
      </w:r>
      <w:r>
        <w:t xml:space="preserve"> from</w:t>
      </w:r>
      <w:r>
        <w:t xml:space="preserve"> those?</w:t>
        <w:br/>
        <w:t>至少他不会丢下你走出去</w:t>
        <w:br/>
        <w:t>At</w:t>
      </w:r>
      <w:r>
        <w:t xml:space="preserve"> least</w:t>
      </w:r>
      <w:r>
        <w:t xml:space="preserve"> he</w:t>
      </w:r>
      <w:r>
        <w:t xml:space="preserve"> won't</w:t>
      </w:r>
      <w:r>
        <w:t xml:space="preserve"> walk</w:t>
      </w:r>
      <w:r>
        <w:t xml:space="preserve"> out</w:t>
      </w:r>
      <w:r>
        <w:t xml:space="preserve"> on</w:t>
      </w:r>
      <w:r>
        <w:t xml:space="preserve"> you.</w:t>
        <w:br/>
        <w:t>把他拉走</w:t>
        <w:br/>
        <w:t>Get</w:t>
      </w:r>
      <w:r>
        <w:t xml:space="preserve"> rid</w:t>
      </w:r>
      <w:r>
        <w:t xml:space="preserve"> of</w:t>
      </w:r>
      <w:r>
        <w:t xml:space="preserve"> him.</w:t>
        <w:br/>
        <w:t>他臭气熏天的</w:t>
        <w:br/>
        <w:t>He</w:t>
      </w:r>
      <w:r>
        <w:t xml:space="preserve"> reeks.</w:t>
        <w:br/>
        <w:t>在夏尔骑士乔治·维利尔斯爵士</w:t>
        <w:br/>
        <w:t>SIR</w:t>
      </w:r>
      <w:r>
        <w:t xml:space="preserve"> GEORGE:</w:t>
      </w:r>
      <w:r>
        <w:t xml:space="preserve"> What</w:t>
      </w:r>
      <w:r>
        <w:t xml:space="preserve"> were</w:t>
      </w:r>
      <w:r>
        <w:t xml:space="preserve"> you</w:t>
      </w:r>
      <w:r>
        <w:t xml:space="preserve"> before</w:t>
        <w:br/>
        <w:t>把你从默默无闻中拯救出来之前</w:t>
        <w:br/>
        <w:t>'Sir</w:t>
      </w:r>
      <w:r>
        <w:t xml:space="preserve"> George</w:t>
      </w:r>
      <w:r>
        <w:t xml:space="preserve"> Villiers,</w:t>
      </w:r>
      <w:r>
        <w:t xml:space="preserve"> Knight</w:t>
      </w:r>
      <w:r>
        <w:t xml:space="preserve"> of</w:t>
      </w:r>
      <w:r>
        <w:t xml:space="preserve"> the</w:t>
      </w:r>
      <w:r>
        <w:t xml:space="preserve"> Shire,</w:t>
        <w:br/>
        <w:t>你是谁</w:t>
        <w:br/>
        <w:t>'dragged</w:t>
      </w:r>
      <w:r>
        <w:t xml:space="preserve"> you</w:t>
      </w:r>
      <w:r>
        <w:t xml:space="preserve"> from</w:t>
      </w:r>
      <w:r>
        <w:t xml:space="preserve"> obscurity?</w:t>
        <w:br/>
        <w:t>一个一文不值的侍女</w:t>
        <w:br/>
        <w:t>'A</w:t>
      </w:r>
      <w:r>
        <w:t xml:space="preserve"> serving</w:t>
      </w:r>
      <w:r>
        <w:t xml:space="preserve"> girl</w:t>
      </w:r>
      <w:r>
        <w:t xml:space="preserve"> worth</w:t>
      </w:r>
      <w:r>
        <w:t xml:space="preserve"> nothing.</w:t>
        <w:br/>
        <w:t>我像个傻瓜一样买&amp;hearts;&amp;hearts;通了博蒙特家的人</w:t>
        <w:br/>
        <w:t>And</w:t>
      </w:r>
      <w:r>
        <w:t xml:space="preserve"> like</w:t>
      </w:r>
      <w:r>
        <w:t xml:space="preserve"> a</w:t>
      </w:r>
      <w:r>
        <w:t xml:space="preserve"> fool,</w:t>
      </w:r>
      <w:r>
        <w:t xml:space="preserve"> I</w:t>
      </w:r>
      <w:r>
        <w:t xml:space="preserve"> paid</w:t>
      </w:r>
      <w:r>
        <w:t xml:space="preserve"> off</w:t>
      </w:r>
      <w:r>
        <w:t xml:space="preserve"> the</w:t>
      </w:r>
      <w:r>
        <w:t xml:space="preserve"> Beaumonts</w:t>
      </w:r>
      <w:r>
        <w:t xml:space="preserve"> so</w:t>
      </w:r>
      <w:r>
        <w:t xml:space="preserve"> they</w:t>
      </w:r>
      <w:r>
        <w:t xml:space="preserve"> would</w:t>
      </w:r>
      <w:r>
        <w:t xml:space="preserve"> lie</w:t>
        <w:br/>
        <w:t>让他们撒谎假装你是他们家的人</w:t>
      </w:r>
      <w:r>
        <w:t xml:space="preserve"> 这样我们就可以结婚了</w:t>
        <w:br/>
        <w:t>and</w:t>
      </w:r>
      <w:r>
        <w:t xml:space="preserve"> pretend</w:t>
      </w:r>
      <w:r>
        <w:t xml:space="preserve"> you</w:t>
      </w:r>
      <w:r>
        <w:t xml:space="preserve"> were</w:t>
      </w:r>
      <w:r>
        <w:t xml:space="preserve"> one</w:t>
      </w:r>
      <w:r>
        <w:t xml:space="preserve"> of</w:t>
      </w:r>
      <w:r>
        <w:t xml:space="preserve"> theirs,</w:t>
      </w:r>
      <w:r>
        <w:t xml:space="preserve"> so</w:t>
      </w:r>
      <w:r>
        <w:t xml:space="preserve"> we</w:t>
      </w:r>
      <w:r>
        <w:t xml:space="preserve"> might</w:t>
      </w:r>
      <w:r>
        <w:t xml:space="preserve"> marry.</w:t>
        <w:br/>
        <w:t>我给了你维利尔家族的姓</w:t>
        <w:br/>
        <w:t>I</w:t>
      </w:r>
      <w:r>
        <w:t xml:space="preserve"> gave</w:t>
      </w:r>
      <w:r>
        <w:t xml:space="preserve"> you</w:t>
      </w:r>
      <w:r>
        <w:t xml:space="preserve"> the</w:t>
      </w:r>
      <w:r>
        <w:t xml:space="preserve"> Villiers</w:t>
      </w:r>
      <w:r>
        <w:t xml:space="preserve"> name,</w:t>
        <w:br/>
        <w:t>这姓被大人物们沿用了五百年</w:t>
        <w:br/>
        <w:t>held</w:t>
      </w:r>
      <w:r>
        <w:t xml:space="preserve"> by</w:t>
      </w:r>
      <w:r>
        <w:t xml:space="preserve"> great</w:t>
      </w:r>
      <w:r>
        <w:t xml:space="preserve"> men</w:t>
      </w:r>
      <w:r>
        <w:t xml:space="preserve"> for</w:t>
      </w:r>
      <w:r>
        <w:t xml:space="preserve"> 500</w:t>
      </w:r>
      <w:r>
        <w:t xml:space="preserve"> years.</w:t>
        <w:br/>
        <w:t>最多两百年吧</w:t>
        <w:br/>
        <w:t>Two</w:t>
      </w:r>
      <w:r>
        <w:t xml:space="preserve"> hundred,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most.</w:t>
        <w:br/>
        <w:t>你给了我什么</w:t>
        <w:br/>
        <w:t>And</w:t>
      </w:r>
      <w:r>
        <w:t xml:space="preserve"> what</w:t>
      </w:r>
      <w:r>
        <w:t xml:space="preserve"> did</w:t>
      </w:r>
      <w:r>
        <w:t xml:space="preserve"> you</w:t>
      </w:r>
      <w:r>
        <w:t xml:space="preserve"> give</w:t>
      </w:r>
      <w:r>
        <w:t xml:space="preserve"> me...</w:t>
        <w:br/>
        <w:t>来继承维利尔家族的姓氏呢</w:t>
        <w:br/>
        <w:t>to</w:t>
      </w:r>
      <w:r>
        <w:t xml:space="preserve"> carry</w:t>
      </w:r>
      <w:r>
        <w:t xml:space="preserve"> on</w:t>
      </w:r>
      <w:r>
        <w:t xml:space="preserve"> the</w:t>
      </w:r>
      <w:r>
        <w:t xml:space="preserve"> Villiers</w:t>
      </w:r>
      <w:r>
        <w:t xml:space="preserve"> name?</w:t>
        <w:br/>
        <w:t>一个空洞的男孩</w:t>
      </w:r>
      <w:r>
        <w:t xml:space="preserve"> 你的约翰毁了我毕生心血</w:t>
        <w:br/>
        <w:t>A</w:t>
      </w:r>
      <w:r>
        <w:t xml:space="preserve"> hollow</w:t>
      </w:r>
      <w:r>
        <w:t xml:space="preserve"> boy.</w:t>
      </w:r>
      <w:r>
        <w:t xml:space="preserve"> All</w:t>
      </w:r>
      <w:r>
        <w:t xml:space="preserve"> I</w:t>
      </w:r>
      <w:r>
        <w:t xml:space="preserve"> built</w:t>
      </w:r>
      <w:r>
        <w:t xml:space="preserve"> dies</w:t>
      </w:r>
      <w:r>
        <w:t xml:space="preserve"> with</w:t>
      </w:r>
      <w:r>
        <w:t xml:space="preserve"> your</w:t>
      </w:r>
      <w:r>
        <w:t xml:space="preserve"> John.</w:t>
        <w:br/>
        <w:t>你的毕生心血只有遗憾和梅毒留下的伤疤</w:t>
        <w:br/>
        <w:t>You</w:t>
      </w:r>
      <w:r>
        <w:t xml:space="preserve"> built</w:t>
      </w:r>
      <w:r>
        <w:t xml:space="preserve"> nothing</w:t>
      </w:r>
      <w:r>
        <w:t xml:space="preserve"> but</w:t>
      </w:r>
      <w:r>
        <w:t xml:space="preserve"> regret,</w:t>
      </w:r>
      <w:r>
        <w:t xml:space="preserve"> and</w:t>
      </w:r>
      <w:r>
        <w:t xml:space="preserve"> syphilis</w:t>
      </w:r>
      <w:r>
        <w:t xml:space="preserve"> scars.</w:t>
        <w:br/>
        <w:t>你以为你很有趣吗</w:t>
      </w:r>
      <w:r>
        <w:t xml:space="preserve"> 贱&amp;hearts;人&amp;hearts;</w:t>
      </w:r>
      <w:r>
        <w:t xml:space="preserve"> </w:t>
      </w:r>
      <w:r>
        <w:t xml:space="preserve"> -这一切都很无趣</w:t>
        <w:br/>
        <w:t>You</w:t>
      </w:r>
      <w:r>
        <w:t xml:space="preserve"> think</w:t>
      </w:r>
      <w:r>
        <w:t xml:space="preserve"> you're</w:t>
      </w:r>
      <w:r>
        <w:t xml:space="preserve"> funny,</w:t>
      </w:r>
      <w:r>
        <w:t xml:space="preserve"> bitch?</w:t>
      </w:r>
      <w:r>
        <w:t xml:space="preserve"> None</w:t>
      </w:r>
      <w:r>
        <w:t xml:space="preserve"> of</w:t>
      </w:r>
      <w:r>
        <w:t xml:space="preserve"> this</w:t>
      </w:r>
      <w:r>
        <w:t xml:space="preserve"> is.</w:t>
      </w:r>
      <w:r>
        <w:t xml:space="preserve"> None.</w:t>
        <w:br/>
        <w:t>那第二个男孩呢</w:t>
      </w:r>
      <w:r>
        <w:t xml:space="preserve"> 为什么给他我的名字</w:t>
        <w:br/>
        <w:t>What</w:t>
      </w:r>
      <w:r>
        <w:t xml:space="preserve"> about</w:t>
      </w:r>
      <w:r>
        <w:t xml:space="preserve"> that</w:t>
      </w:r>
      <w:r>
        <w:t xml:space="preserve"> second</w:t>
      </w:r>
      <w:r>
        <w:t xml:space="preserve"> boy,</w:t>
      </w:r>
      <w:r>
        <w:t xml:space="preserve"> why</w:t>
      </w:r>
      <w:r>
        <w:t xml:space="preserve"> give</w:t>
      </w:r>
      <w:r>
        <w:t xml:space="preserve"> him</w:t>
      </w:r>
      <w:r>
        <w:t xml:space="preserve"> my</w:t>
      </w:r>
      <w:r>
        <w:t xml:space="preserve"> name?</w:t>
        <w:br/>
        <w:t>作为警告</w:t>
      </w:r>
      <w:r>
        <w:t xml:space="preserve"> </w:t>
      </w:r>
      <w:r>
        <w:t xml:space="preserve"> -哦</w:t>
      </w:r>
      <w:r>
        <w:t xml:space="preserve"> 警告我什么</w:t>
        <w:br/>
        <w:t>As</w:t>
      </w:r>
      <w:r>
        <w:t xml:space="preserve"> a</w:t>
      </w:r>
      <w:r>
        <w:t xml:space="preserve"> warning.</w:t>
      </w:r>
      <w:r>
        <w:t xml:space="preserve"> Oh.</w:t>
      </w:r>
      <w:r>
        <w:t xml:space="preserve"> Of</w:t>
      </w:r>
      <w:r>
        <w:t xml:space="preserve"> what?</w:t>
        <w:br/>
        <w:t>如果我辜负了他</w:t>
      </w:r>
      <w:r>
        <w:t xml:space="preserve"> 他会变成什么样子</w:t>
        <w:br/>
        <w:t>Of</w:t>
      </w:r>
      <w:r>
        <w:t xml:space="preserve"> what</w:t>
      </w:r>
      <w:r>
        <w:t xml:space="preserve"> he</w:t>
      </w:r>
      <w:r>
        <w:t xml:space="preserve"> might</w:t>
      </w:r>
      <w:r>
        <w:t xml:space="preserve"> become</w:t>
      </w:r>
      <w:r>
        <w:t xml:space="preserve"> if</w:t>
      </w:r>
      <w:r>
        <w:t xml:space="preserve"> I</w:t>
      </w:r>
      <w:r>
        <w:t xml:space="preserve"> fail</w:t>
      </w:r>
      <w:r>
        <w:t xml:space="preserve"> him.</w:t>
        <w:br/>
        <w:t>又耍小聪明</w:t>
        <w:br/>
        <w:t>More</w:t>
      </w:r>
      <w:r>
        <w:t xml:space="preserve"> wit.</w:t>
        <w:br/>
        <w:t>你会用我的钱送那个小骚货去法国吗</w:t>
        <w:br/>
        <w:t>And</w:t>
      </w:r>
      <w:r>
        <w:t xml:space="preserve"> you'd</w:t>
      </w:r>
      <w:r>
        <w:t xml:space="preserve"> use</w:t>
      </w:r>
      <w:r>
        <w:t xml:space="preserve"> my</w:t>
      </w:r>
      <w:r>
        <w:t xml:space="preserve"> money</w:t>
      </w:r>
      <w:r>
        <w:t xml:space="preserve"> to</w:t>
      </w:r>
      <w:r>
        <w:t xml:space="preserve"> send</w:t>
      </w:r>
      <w:r>
        <w:t xml:space="preserve"> that</w:t>
      </w:r>
      <w:r>
        <w:t xml:space="preserve"> little</w:t>
      </w:r>
      <w:r>
        <w:t xml:space="preserve"> tart</w:t>
      </w:r>
      <w:r>
        <w:t xml:space="preserve"> to</w:t>
      </w:r>
      <w:r>
        <w:t xml:space="preserve"> France?</w:t>
        <w:br/>
        <w:t>我会的</w:t>
      </w:r>
      <w:r>
        <w:t xml:space="preserve"> </w:t>
      </w:r>
      <w:r>
        <w:t xml:space="preserve"> -我不会再浪费钱了</w:t>
        <w:br/>
        <w:t>I</w:t>
      </w:r>
      <w:r>
        <w:t xml:space="preserve"> will.</w:t>
      </w:r>
      <w:r>
        <w:t xml:space="preserve"> I</w:t>
      </w:r>
      <w:r>
        <w:t xml:space="preserve"> won't</w:t>
      </w:r>
      <w:r>
        <w:t xml:space="preserve"> throw</w:t>
      </w:r>
      <w:r>
        <w:t xml:space="preserve"> good</w:t>
      </w:r>
      <w:r>
        <w:t xml:space="preserve"> money</w:t>
      </w:r>
      <w:r>
        <w:t xml:space="preserve"> after</w:t>
      </w:r>
      <w:r>
        <w:t xml:space="preserve"> bad.</w:t>
        <w:br/>
        <w:t>我的乔治要去法国学一种</w:t>
        <w:br/>
        <w:t>My</w:t>
      </w:r>
      <w:r>
        <w:t xml:space="preserve"> George,</w:t>
      </w:r>
      <w:r>
        <w:t xml:space="preserve"> will</w:t>
      </w:r>
      <w:r>
        <w:t xml:space="preserve"> go</w:t>
      </w:r>
      <w:r>
        <w:t xml:space="preserve"> to</w:t>
      </w:r>
      <w:r>
        <w:t xml:space="preserve"> France</w:t>
        <w:br/>
        <w:t>比你这样子更好的行为举止</w:t>
        <w:br/>
        <w:t>and</w:t>
      </w:r>
      <w:r>
        <w:t xml:space="preserve"> learn</w:t>
      </w:r>
      <w:r>
        <w:t xml:space="preserve"> a</w:t>
      </w:r>
      <w:r>
        <w:t xml:space="preserve"> better</w:t>
      </w:r>
      <w:r>
        <w:t xml:space="preserve"> way</w:t>
      </w:r>
      <w:r>
        <w:t xml:space="preserve"> than</w:t>
      </w:r>
      <w:r>
        <w:t xml:space="preserve"> yours.</w:t>
        <w:br/>
        <w:t>你们都他妈被烧死吧</w:t>
        <w:br/>
        <w:t>AlI</w:t>
      </w:r>
      <w:r>
        <w:t xml:space="preserve"> of</w:t>
      </w:r>
      <w:r>
        <w:t xml:space="preserve"> you</w:t>
      </w:r>
      <w:r>
        <w:t xml:space="preserve"> can</w:t>
      </w:r>
      <w:r>
        <w:t xml:space="preserve"> fucking</w:t>
      </w:r>
      <w:r>
        <w:t xml:space="preserve"> burn.</w:t>
        <w:br/>
        <w:t>还有什么要说的吗</w:t>
        <w:br/>
        <w:t>Anymore</w:t>
      </w:r>
      <w:r>
        <w:t xml:space="preserve"> to</w:t>
      </w:r>
      <w:r>
        <w:t xml:space="preserve"> share?</w:t>
        <w:br/>
        <w:t>草</w:t>
        <w:br/>
        <w:t>Fuck...</w:t>
        <w:br/>
        <w:t>我也没有</w:t>
        <w:br/>
        <w:t>Nor</w:t>
      </w:r>
      <w:r>
        <w:t xml:space="preserve"> Iw</w:t>
        <w:br/>
        <w:t>我看到你在看那些马夫</w:t>
        <w:br/>
        <w:t>I</w:t>
      </w:r>
      <w:r>
        <w:t xml:space="preserve"> see</w:t>
      </w:r>
      <w:r>
        <w:t xml:space="preserve"> you</w:t>
      </w:r>
      <w:r>
        <w:t xml:space="preserve"> looking</w:t>
      </w:r>
      <w:r>
        <w:t xml:space="preserve"> at</w:t>
      </w:r>
      <w:r>
        <w:t xml:space="preserve"> all</w:t>
      </w:r>
      <w:r>
        <w:t xml:space="preserve"> the</w:t>
      </w:r>
      <w:r>
        <w:t xml:space="preserve"> stable</w:t>
      </w:r>
      <w:r>
        <w:t xml:space="preserve"> lads.</w:t>
        <w:br/>
        <w:t>你也喜欢男孩吗</w:t>
        <w:br/>
        <w:t>Do</w:t>
      </w:r>
      <w:r>
        <w:t xml:space="preserve"> you</w:t>
      </w:r>
      <w:r>
        <w:t xml:space="preserve"> like</w:t>
      </w:r>
      <w:r>
        <w:t xml:space="preserve"> boys</w:t>
      </w:r>
      <w:r>
        <w:t xml:space="preserve"> too,</w:t>
      </w:r>
      <w:r>
        <w:t xml:space="preserve"> or</w:t>
      </w:r>
      <w:r>
        <w:t xml:space="preserve"> what?</w:t>
        <w:br/>
        <w:t>闭嘴</w:t>
      </w:r>
      <w:r>
        <w:t xml:space="preserve"> 珍妮</w:t>
        <w:br/>
        <w:t>Shut</w:t>
      </w:r>
      <w:r>
        <w:t xml:space="preserve"> up,</w:t>
      </w:r>
      <w:r>
        <w:t xml:space="preserve"> Jenny.</w:t>
        <w:br/>
        <w:t>闭嘴</w:t>
      </w:r>
      <w:r>
        <w:t xml:space="preserve"> 珍妮</w:t>
        <w:br/>
        <w:t>Shut</w:t>
      </w:r>
      <w:r>
        <w:t xml:space="preserve"> up,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Jenny.</w:t>
        <w:br/>
        <w:t>我只想要你</w:t>
        <w:br/>
        <w:t>I</w:t>
      </w:r>
      <w:r>
        <w:t xml:space="preserve"> just</w:t>
      </w:r>
      <w:r>
        <w:t xml:space="preserve"> want</w:t>
      </w:r>
      <w:r>
        <w:t xml:space="preserve"> you.</w:t>
        <w:br/>
        <w:t>我对你丈夫的死感到遗憾</w:t>
        <w:br/>
        <w:t>MAN:</w:t>
      </w:r>
      <w:r>
        <w:t xml:space="preserve"> I'm</w:t>
      </w:r>
      <w:r>
        <w:t xml:space="preserve"> sorry</w:t>
      </w:r>
      <w:r>
        <w:t xml:space="preserve"> about</w:t>
      </w:r>
      <w:r>
        <w:t xml:space="preserve"> your</w:t>
      </w:r>
      <w:r>
        <w:t xml:space="preserve"> husband's</w:t>
      </w:r>
      <w:r>
        <w:t xml:space="preserve"> death,</w:t>
        <w:br/>
        <w:t>但恐怕我还有更多的坏消息</w:t>
        <w:br/>
        <w:t>but</w:t>
      </w:r>
      <w:r>
        <w:t xml:space="preserve"> I</w:t>
      </w:r>
      <w:r>
        <w:t xml:space="preserve"> am</w:t>
      </w:r>
      <w:r>
        <w:t xml:space="preserve"> afraid</w:t>
      </w:r>
      <w:r>
        <w:t xml:space="preserve"> I</w:t>
      </w:r>
      <w:r>
        <w:t xml:space="preserve"> have</w:t>
      </w:r>
      <w:r>
        <w:t xml:space="preserve"> more</w:t>
      </w:r>
      <w:r>
        <w:t xml:space="preserve"> bad</w:t>
      </w:r>
      <w:r>
        <w:t xml:space="preserve"> news.</w:t>
        <w:br/>
        <w:t>我知道你没时间听记账员说话</w:t>
      </w:r>
      <w:r>
        <w:t xml:space="preserve"> 甚至</w:t>
        <w:br/>
        <w:t>I</w:t>
      </w:r>
      <w:r>
        <w:t xml:space="preserve"> know</w:t>
      </w:r>
      <w:r>
        <w:t xml:space="preserve"> you</w:t>
      </w:r>
      <w:r>
        <w:t xml:space="preserve"> have</w:t>
      </w:r>
      <w:r>
        <w:t xml:space="preserve"> little</w:t>
      </w:r>
      <w:r>
        <w:t xml:space="preserve"> time</w:t>
      </w:r>
      <w:r>
        <w:t xml:space="preserve"> for</w:t>
      </w:r>
      <w:r>
        <w:t xml:space="preserve"> bookkeepers,</w:t>
      </w:r>
      <w:r>
        <w:t xml:space="preserve"> even-</w:t>
        <w:br/>
        <w:t>假设我的钱还更少</w:t>
      </w:r>
      <w:r>
        <w:t xml:space="preserve"> </w:t>
      </w:r>
      <w:r>
        <w:t xml:space="preserve"> -我想让我的二儿子出国旅行</w:t>
        <w:br/>
        <w:t>Assume</w:t>
      </w:r>
      <w:r>
        <w:t xml:space="preserve"> I</w:t>
      </w:r>
      <w:r>
        <w:t xml:space="preserve"> have</w:t>
      </w:r>
      <w:r>
        <w:t xml:space="preserve"> less.</w:t>
      </w:r>
      <w:r>
        <w:t xml:space="preserve"> I</w:t>
      </w:r>
      <w:r>
        <w:t xml:space="preserve"> want</w:t>
      </w:r>
      <w:r>
        <w:t xml:space="preserve"> my</w:t>
      </w:r>
      <w:r>
        <w:t xml:space="preserve"> second</w:t>
      </w:r>
      <w:r>
        <w:t xml:space="preserve"> boy</w:t>
      </w:r>
      <w:r>
        <w:t xml:space="preserve"> to</w:t>
      </w:r>
      <w:r>
        <w:t xml:space="preserve"> travel</w:t>
      </w:r>
      <w:r>
        <w:t xml:space="preserve"> overseas.</w:t>
        <w:br/>
        <w:t>这个应该是有钱去的吧</w:t>
        <w:br/>
        <w:t>There's</w:t>
      </w:r>
      <w:r>
        <w:t xml:space="preserve"> money</w:t>
      </w:r>
      <w:r>
        <w:t xml:space="preserve"> for</w:t>
      </w:r>
      <w:r>
        <w:t xml:space="preserve"> that,</w:t>
      </w:r>
      <w:r>
        <w:t xml:space="preserve"> surely?</w:t>
        <w:br/>
        <w:t>那么</w:t>
      </w:r>
      <w:r>
        <w:t xml:space="preserve"> 我只有房&amp;hearts;子了吗</w:t>
        <w:br/>
        <w:t>So,</w:t>
      </w:r>
      <w:r>
        <w:t xml:space="preserve"> I</w:t>
      </w:r>
      <w:r>
        <w:t xml:space="preserve"> only</w:t>
      </w:r>
      <w:r>
        <w:t xml:space="preserve"> have</w:t>
      </w:r>
      <w:r>
        <w:t xml:space="preserve"> the</w:t>
      </w:r>
      <w:r>
        <w:t xml:space="preserve"> house?</w:t>
        <w:br/>
        <w:t>你丈夫把你的房&amp;hearts;子转让给了他的一个堂兄弟</w:t>
        <w:br/>
        <w:t>Your</w:t>
      </w:r>
      <w:r>
        <w:t xml:space="preserve"> husband</w:t>
      </w:r>
      <w:r>
        <w:t xml:space="preserve"> signed</w:t>
      </w:r>
      <w:r>
        <w:t xml:space="preserve"> over</w:t>
      </w:r>
      <w:r>
        <w:t xml:space="preserve"> your</w:t>
      </w:r>
      <w:r>
        <w:t xml:space="preserve"> house</w:t>
      </w:r>
      <w:r>
        <w:t xml:space="preserve"> to</w:t>
      </w:r>
      <w:r>
        <w:t xml:space="preserve"> one</w:t>
      </w:r>
      <w:r>
        <w:t xml:space="preserve"> of</w:t>
      </w:r>
      <w:r>
        <w:t xml:space="preserve"> his</w:t>
      </w:r>
      <w:r>
        <w:t xml:space="preserve"> cousins.</w:t>
        <w:br/>
        <w:t>我想是为了把它和他的债务隔离开来</w:t>
        <w:br/>
        <w:t>I</w:t>
      </w:r>
      <w:r>
        <w:t xml:space="preserve"> think</w:t>
      </w:r>
      <w:r>
        <w:t xml:space="preserve"> to</w:t>
      </w:r>
      <w:r>
        <w:t xml:space="preserve"> insulate</w:t>
      </w:r>
      <w:r>
        <w:t xml:space="preserve"> it</w:t>
      </w:r>
      <w:r>
        <w:t xml:space="preserve"> from</w:t>
      </w:r>
      <w:r>
        <w:t xml:space="preserve"> his</w:t>
      </w:r>
      <w:r>
        <w:t xml:space="preserve"> debt.</w:t>
        <w:br/>
        <w:t>草</w:t>
      </w:r>
      <w:r>
        <w:t xml:space="preserve"> 那表兄弟会卖&amp;hearts;&amp;hearts;&amp;hearts;房&amp;hearts;&amp;hearts;子吗</w:t>
        <w:br/>
        <w:t>Fuck.</w:t>
      </w:r>
      <w:r>
        <w:t xml:space="preserve"> Will</w:t>
      </w:r>
      <w:r>
        <w:t xml:space="preserve"> the</w:t>
      </w:r>
      <w:r>
        <w:t xml:space="preserve"> cousin</w:t>
      </w:r>
      <w:r>
        <w:t xml:space="preserve"> sell?</w:t>
        <w:br/>
        <w:t>不会</w:t>
      </w:r>
      <w:r>
        <w:t xml:space="preserve"> 你可以留下</w:t>
      </w:r>
      <w:r>
        <w:t xml:space="preserve"> 租金固定</w:t>
        <w:br/>
        <w:t>No.</w:t>
      </w:r>
      <w:r>
        <w:t xml:space="preserve"> You</w:t>
      </w:r>
      <w:r>
        <w:t xml:space="preserve"> can</w:t>
      </w:r>
      <w:r>
        <w:t xml:space="preserve"> stay,</w:t>
      </w:r>
      <w:r>
        <w:t xml:space="preserve"> for</w:t>
      </w:r>
      <w:r>
        <w:t xml:space="preserve"> a</w:t>
      </w:r>
      <w:r>
        <w:t xml:space="preserve"> fixed</w:t>
      </w:r>
      <w:r>
        <w:t xml:space="preserve"> rent.</w:t>
        <w:br/>
        <w:t>我住自己的房&amp;hearts;子还得花钱吗？</w:t>
        <w:br/>
        <w:t>I</w:t>
      </w:r>
      <w:r>
        <w:t xml:space="preserve"> have</w:t>
      </w:r>
      <w:r>
        <w:t xml:space="preserve"> to</w:t>
      </w:r>
      <w:r>
        <w:t xml:space="preserve"> pay</w:t>
      </w:r>
      <w:r>
        <w:t xml:space="preserve"> to</w:t>
      </w:r>
      <w:r>
        <w:t xml:space="preserve"> live</w:t>
      </w:r>
      <w:r>
        <w:t xml:space="preserve"> in</w:t>
      </w:r>
      <w:r>
        <w:t xml:space="preserve"> my</w:t>
      </w:r>
      <w:r>
        <w:t xml:space="preserve"> own</w:t>
      </w:r>
      <w:r>
        <w:t xml:space="preserve"> house?</w:t>
        <w:br/>
        <w:t>这不是你的</w:t>
      </w:r>
      <w:r>
        <w:t xml:space="preserve"> 这才是关键</w:t>
      </w:r>
      <w:r>
        <w:t xml:space="preserve"> </w:t>
      </w:r>
      <w:r>
        <w:t xml:space="preserve"> -我要用什么来付租金</w:t>
      </w:r>
      <w:r>
        <w:t xml:space="preserve"> 蒸汽吗</w:t>
        <w:br/>
        <w:t>It's</w:t>
      </w:r>
      <w:r>
        <w:t xml:space="preserve"> not</w:t>
      </w:r>
      <w:r>
        <w:t xml:space="preserve"> yours,</w:t>
      </w:r>
      <w:r>
        <w:t xml:space="preserve"> that's</w:t>
      </w:r>
      <w:r>
        <w:t xml:space="preserve"> the</w:t>
      </w:r>
      <w:r>
        <w:t xml:space="preserve"> crux-</w:t>
      </w:r>
      <w:r>
        <w:t xml:space="preserve"> And-</w:t>
      </w:r>
      <w:r>
        <w:t xml:space="preserve"> And</w:t>
      </w:r>
      <w:r>
        <w:t xml:space="preserve"> what</w:t>
      </w:r>
      <w:r>
        <w:t xml:space="preserve"> do</w:t>
      </w:r>
      <w:r>
        <w:t xml:space="preserve"> I</w:t>
      </w:r>
      <w:r>
        <w:t xml:space="preserve"> pay</w:t>
      </w:r>
      <w:r>
        <w:t xml:space="preserve"> with,</w:t>
      </w:r>
      <w:r>
        <w:t xml:space="preserve"> vapour?</w:t>
        <w:br/>
        <w:t>钱</w:t>
        <w:br/>
        <w:t>Money.</w:t>
        <w:br/>
        <w:t>还有这个</w:t>
        <w:br/>
        <w:t>There</w:t>
      </w:r>
      <w:r>
        <w:t xml:space="preserve"> is</w:t>
      </w:r>
      <w:r>
        <w:t xml:space="preserve"> also</w:t>
      </w:r>
      <w:r>
        <w:t xml:space="preserve"> this...</w:t>
        <w:br/>
        <w:t>很久以前以你的名义付过的款</w:t>
        <w:br/>
        <w:t>Payments</w:t>
      </w:r>
      <w:r>
        <w:t xml:space="preserve"> made,</w:t>
      </w:r>
      <w:r>
        <w:t xml:space="preserve"> on</w:t>
      </w:r>
      <w:r>
        <w:t xml:space="preserve"> your</w:t>
      </w:r>
      <w:r>
        <w:t xml:space="preserve"> behalf,</w:t>
      </w:r>
      <w:r>
        <w:t xml:space="preserve"> a</w:t>
      </w:r>
      <w:r>
        <w:t xml:space="preserve"> long</w:t>
      </w:r>
      <w:r>
        <w:t xml:space="preserve"> time</w:t>
      </w:r>
      <w:r>
        <w:t xml:space="preserve"> ago.</w:t>
        <w:br/>
        <w:t>给博蒙特一家的</w:t>
        <w:br/>
        <w:t>To</w:t>
      </w:r>
      <w:r>
        <w:t xml:space="preserve"> the</w:t>
      </w:r>
      <w:r>
        <w:t xml:space="preserve"> Beaumont</w:t>
      </w:r>
      <w:r>
        <w:t xml:space="preserve"> family.</w:t>
        <w:br/>
        <w:t>付款的原因在这里有说明</w:t>
        <w:br/>
        <w:t>The</w:t>
      </w:r>
      <w:r>
        <w:t xml:space="preserve"> reason</w:t>
      </w:r>
      <w:r>
        <w:t xml:space="preserve"> for</w:t>
      </w:r>
      <w:r>
        <w:t xml:space="preserve"> payment</w:t>
      </w:r>
      <w:r>
        <w:t xml:space="preserve"> is</w:t>
      </w:r>
      <w:r>
        <w:t xml:space="preserve"> specified</w:t>
      </w:r>
      <w:r>
        <w:t xml:space="preserve"> there.</w:t>
        <w:br/>
        <w:t>如果这件事被人知道了</w:t>
      </w:r>
      <w:r>
        <w:t xml:space="preserve"> 你在社会上</w:t>
        <w:br/>
        <w:t>If</w:t>
      </w:r>
      <w:r>
        <w:t xml:space="preserve"> this</w:t>
      </w:r>
      <w:r>
        <w:t xml:space="preserve"> became</w:t>
      </w:r>
      <w:r>
        <w:t xml:space="preserve"> known,</w:t>
      </w:r>
      <w:r>
        <w:t xml:space="preserve"> your</w:t>
      </w:r>
      <w:r>
        <w:t xml:space="preserve"> position</w:t>
      </w:r>
      <w:r>
        <w:t xml:space="preserve"> in</w:t>
      </w:r>
      <w:r>
        <w:t xml:space="preserve"> society</w:t>
        <w:br/>
        <w:t>就站不住脚了</w:t>
        <w:br/>
        <w:t>would</w:t>
      </w:r>
      <w:r>
        <w:t xml:space="preserve"> become</w:t>
      </w:r>
      <w:r>
        <w:t xml:space="preserve"> untenable.</w:t>
        <w:br/>
        <w:t>不要告诉任何人这件事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明白吗</w:t>
        <w:br/>
        <w:t>Never</w:t>
      </w:r>
      <w:r>
        <w:t xml:space="preserve"> tell</w:t>
      </w:r>
      <w:r>
        <w:t xml:space="preserve"> anyone</w:t>
      </w:r>
      <w:r>
        <w:t xml:space="preserve"> of</w:t>
      </w:r>
      <w:r>
        <w:t xml:space="preserve"> this.</w:t>
      </w:r>
      <w:r>
        <w:t xml:space="preserve"> Understand?</w:t>
        <w:br/>
        <w:t>但是你告诉我</w:t>
        <w:br/>
        <w:t>But</w:t>
      </w:r>
      <w:r>
        <w:t xml:space="preserve"> tell</w:t>
      </w:r>
      <w:r>
        <w:t xml:space="preserve"> me...</w:t>
        <w:br/>
        <w:t>我该怎么筹集资金</w:t>
        <w:br/>
        <w:t>what</w:t>
      </w:r>
      <w:r>
        <w:t xml:space="preserve"> do</w:t>
      </w:r>
      <w:r>
        <w:t xml:space="preserve"> I</w:t>
      </w:r>
      <w:r>
        <w:t xml:space="preserve"> do</w:t>
      </w:r>
      <w:r>
        <w:t xml:space="preserve"> for</w:t>
      </w:r>
      <w:r>
        <w:t xml:space="preserve"> capital?</w:t>
        <w:br/>
        <w:t>你只有一个选择</w:t>
        <w:br/>
        <w:t>There's</w:t>
      </w:r>
      <w:r>
        <w:t xml:space="preserve"> only</w:t>
      </w:r>
      <w:r>
        <w:t xml:space="preserve"> one</w:t>
      </w:r>
      <w:r>
        <w:t xml:space="preserve"> option.</w:t>
        <w:br/>
        <w:t>再次结婚吗</w:t>
        <w:br/>
        <w:t>Marry</w:t>
      </w:r>
      <w:r>
        <w:t xml:space="preserve"> again?</w:t>
        <w:br/>
        <w:t>还有比女人的地狱更糟糕的地狱吗</w:t>
        <w:br/>
        <w:t>Is</w:t>
      </w:r>
      <w:r>
        <w:t xml:space="preserve"> there</w:t>
      </w:r>
      <w:r>
        <w:t xml:space="preserve"> any</w:t>
      </w:r>
      <w:r>
        <w:t xml:space="preserve"> worse</w:t>
      </w:r>
      <w:r>
        <w:t xml:space="preserve"> Hell</w:t>
      </w:r>
      <w:r>
        <w:t xml:space="preserve"> than</w:t>
      </w:r>
      <w:r>
        <w:t xml:space="preserve"> a</w:t>
      </w:r>
      <w:r>
        <w:t xml:space="preserve"> woman's?</w:t>
        <w:br/>
        <w:t>我可以推荐合适的单身汉</w:t>
        <w:br/>
        <w:t>I</w:t>
      </w:r>
      <w:r>
        <w:t xml:space="preserve"> could</w:t>
      </w:r>
      <w:r>
        <w:t xml:space="preserve"> suggest</w:t>
      </w:r>
      <w:r>
        <w:t xml:space="preserve"> suitable</w:t>
      </w:r>
      <w:r>
        <w:t xml:space="preserve"> bachelors?</w:t>
        <w:br/>
        <w:t>不过你得等一等才不会显得太不得体</w:t>
        <w:br/>
        <w:br/>
        <w:t>Though</w:t>
      </w:r>
      <w:r>
        <w:t xml:space="preserve"> you</w:t>
      </w:r>
      <w:r>
        <w:t xml:space="preserve"> would</w:t>
      </w:r>
      <w:r>
        <w:t xml:space="preserve"> have</w:t>
      </w:r>
      <w:r>
        <w:t xml:space="preserve"> to</w:t>
      </w:r>
      <w:r>
        <w:t xml:space="preserve"> wait</w:t>
      </w:r>
      <w:r>
        <w:t xml:space="preserve"> to</w:t>
      </w:r>
      <w:r>
        <w:t xml:space="preserve"> not</w:t>
      </w:r>
      <w:r>
        <w:t xml:space="preserve"> seem</w:t>
      </w:r>
      <w:r>
        <w:t xml:space="preserve"> too</w:t>
      </w:r>
      <w:r>
        <w:t xml:space="preserve"> unseemly.</w:t>
        <w:br/>
        <w:t>等几个星期</w:t>
      </w:r>
      <w:r>
        <w:t xml:space="preserve"> </w:t>
      </w:r>
      <w:r>
        <w:t xml:space="preserve"> -至少四个星期</w:t>
        <w:br/>
        <w:t>How</w:t>
      </w:r>
      <w:r>
        <w:t xml:space="preserve"> many</w:t>
      </w:r>
      <w:r>
        <w:t xml:space="preserve"> weeks?</w:t>
      </w:r>
      <w:r>
        <w:t xml:space="preserve"> Four</w:t>
      </w:r>
      <w:r>
        <w:t xml:space="preserve"> at</w:t>
      </w:r>
      <w:r>
        <w:t xml:space="preserve"> least.</w:t>
        <w:br/>
        <w:t>六个星期</w:t>
      </w:r>
      <w:r>
        <w:t xml:space="preserve"> 如果你在乎</w:t>
        <w:br/>
        <w:t>Six</w:t>
      </w:r>
      <w:r>
        <w:t xml:space="preserve"> if</w:t>
      </w:r>
      <w:r>
        <w:t xml:space="preserve"> you</w:t>
      </w:r>
      <w:r>
        <w:t xml:space="preserve"> care</w:t>
      </w:r>
      <w:r>
        <w:t xml:space="preserve"> for...</w:t>
        <w:br/>
        <w:t>两个星期后</w:t>
        <w:br/>
        <w:t>托马斯·康普顿爵士</w:t>
      </w:r>
      <w:r>
        <w:t xml:space="preserve"> </w:t>
      </w:r>
      <w:r>
        <w:t xml:space="preserve"> -恐怕我是</w:t>
      </w:r>
      <w:r>
        <w:t xml:space="preserve"> 你是</w:t>
        <w:br/>
        <w:t>Sir</w:t>
      </w:r>
      <w:r>
        <w:t xml:space="preserve"> Thomas</w:t>
      </w:r>
      <w:r>
        <w:t xml:space="preserve"> Compton?</w:t>
      </w:r>
      <w:r>
        <w:t xml:space="preserve"> Afraid</w:t>
      </w:r>
      <w:r>
        <w:t xml:space="preserve"> so.</w:t>
      </w:r>
      <w:r>
        <w:t xml:space="preserve"> You?</w:t>
        <w:br/>
        <w:t>你的下一任妻子</w:t>
        <w:br/>
        <w:t>Your</w:t>
      </w:r>
      <w:r>
        <w:t xml:space="preserve"> next</w:t>
      </w:r>
      <w:r>
        <w:t xml:space="preserve"> wife.</w:t>
        <w:br/>
        <w:t>抱歉</w:t>
      </w:r>
      <w:r>
        <w:t xml:space="preserve"> 你说什么亲爱的</w:t>
      </w:r>
      <w:r>
        <w:t xml:space="preserve"> </w:t>
      </w:r>
      <w:r>
        <w:t xml:space="preserve"> -不用抱歉</w:t>
        <w:br/>
        <w:t>Sorry,</w:t>
      </w:r>
      <w:r>
        <w:t xml:space="preserve"> love?</w:t>
      </w:r>
      <w:r>
        <w:t xml:space="preserve"> Don't</w:t>
      </w:r>
      <w:r>
        <w:t xml:space="preserve"> be.</w:t>
        <w:br/>
        <w:t>这是干什么</w:t>
      </w:r>
      <w:r>
        <w:t xml:space="preserve"> 认真的吗</w:t>
        <w:br/>
        <w:t>What</w:t>
      </w:r>
      <w:r>
        <w:t xml:space="preserve"> is</w:t>
      </w:r>
      <w:r>
        <w:t xml:space="preserve"> this?</w:t>
      </w:r>
      <w:r>
        <w:t xml:space="preserve"> Really?</w:t>
        <w:br/>
        <w:t>一个提议</w:t>
      </w:r>
      <w:r>
        <w:t xml:space="preserve"> 认真的</w:t>
        <w:br/>
        <w:t>A</w:t>
      </w:r>
      <w:r>
        <w:t xml:space="preserve"> proposal.</w:t>
      </w:r>
      <w:r>
        <w:t xml:space="preserve"> Really.</w:t>
        <w:br/>
        <w:t>什么提议</w:t>
      </w:r>
      <w:r>
        <w:t xml:space="preserve"> 娶你吗</w:t>
        <w:br/>
        <w:t>To</w:t>
      </w:r>
      <w:r>
        <w:t xml:space="preserve"> what,</w:t>
      </w:r>
      <w:r>
        <w:t xml:space="preserve"> marry</w:t>
      </w:r>
      <w:r>
        <w:t xml:space="preserve"> you?</w:t>
        <w:br/>
        <w:t>我已经受够那些狗屁和噪音了</w:t>
        <w:br/>
        <w:t>I'm</w:t>
      </w:r>
      <w:r>
        <w:t xml:space="preserve"> way</w:t>
      </w:r>
      <w:r>
        <w:t xml:space="preserve"> past</w:t>
      </w:r>
      <w:r>
        <w:t xml:space="preserve"> all</w:t>
      </w:r>
      <w:r>
        <w:t xml:space="preserve"> that</w:t>
      </w:r>
      <w:r>
        <w:t xml:space="preserve"> shit</w:t>
      </w:r>
      <w:r>
        <w:t xml:space="preserve"> and</w:t>
      </w:r>
      <w:r>
        <w:t xml:space="preserve"> noise.</w:t>
        <w:br/>
        <w:t>是吗</w:t>
      </w:r>
      <w:r>
        <w:t xml:space="preserve"> 你老婆够多了吗</w:t>
        <w:br/>
        <w:t>Are</w:t>
      </w:r>
      <w:r>
        <w:t xml:space="preserve"> you?</w:t>
      </w:r>
      <w:r>
        <w:t xml:space="preserve"> You've</w:t>
      </w:r>
      <w:r>
        <w:t xml:space="preserve"> had</w:t>
      </w:r>
      <w:r>
        <w:t xml:space="preserve"> enough</w:t>
      </w:r>
      <w:r>
        <w:t xml:space="preserve"> wives?</w:t>
        <w:br/>
        <w:t>都够两辈子了</w:t>
      </w:r>
      <w:r>
        <w:t xml:space="preserve"> 三辈子</w:t>
        <w:br/>
        <w:t>For</w:t>
      </w:r>
      <w:r>
        <w:t xml:space="preserve"> two</w:t>
      </w:r>
      <w:r>
        <w:t xml:space="preserve"> lifetimes.</w:t>
      </w:r>
      <w:r>
        <w:t xml:space="preserve"> Three.</w:t>
        <w:br/>
        <w:t>为什么不再活一次呢</w:t>
        <w:br/>
        <w:t>Why</w:t>
      </w:r>
      <w:r>
        <w:t xml:space="preserve"> not</w:t>
      </w:r>
      <w:r>
        <w:t xml:space="preserve"> live</w:t>
      </w:r>
      <w:r>
        <w:t xml:space="preserve"> one</w:t>
      </w:r>
      <w:r>
        <w:t xml:space="preserve"> more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time?</w:t>
        <w:br/>
        <w:t>首先是成本</w:t>
      </w:r>
      <w:r>
        <w:t xml:space="preserve"> </w:t>
      </w:r>
      <w:r>
        <w:t xml:space="preserve"> -所有的生活费用</w:t>
      </w:r>
      <w:r>
        <w:t xml:space="preserve"> 直到我们自&amp;hearts;由&amp;hearts;</w:t>
        <w:br/>
        <w:t>Well,</w:t>
      </w:r>
      <w:r>
        <w:t xml:space="preserve"> the</w:t>
      </w:r>
      <w:r>
        <w:t xml:space="preserve"> cost,</w:t>
      </w:r>
      <w:r>
        <w:t xml:space="preserve"> for</w:t>
      </w:r>
      <w:r>
        <w:t xml:space="preserve"> a</w:t>
      </w:r>
      <w:r>
        <w:t xml:space="preserve"> start.</w:t>
      </w:r>
      <w:r>
        <w:t xml:space="preserve"> AlI</w:t>
      </w:r>
      <w:r>
        <w:t xml:space="preserve"> living</w:t>
      </w:r>
      <w:r>
        <w:t xml:space="preserve"> costs</w:t>
      </w:r>
      <w:r>
        <w:t xml:space="preserve"> until</w:t>
      </w:r>
      <w:r>
        <w:t xml:space="preserve"> we're</w:t>
      </w:r>
      <w:r>
        <w:t xml:space="preserve"> free.</w:t>
        <w:br/>
        <w:t>在那一天到来之前</w:t>
      </w:r>
      <w:r>
        <w:t xml:space="preserve"> 为什么要鼓励更多的花费</w:t>
        <w:br/>
        <w:t>Mm.</w:t>
      </w:r>
      <w:r>
        <w:t xml:space="preserve"> Well,</w:t>
      </w:r>
      <w:r>
        <w:t xml:space="preserve"> until</w:t>
      </w:r>
      <w:r>
        <w:t xml:space="preserve"> that</w:t>
      </w:r>
      <w:r>
        <w:t xml:space="preserve"> day,</w:t>
      </w:r>
      <w:r>
        <w:t xml:space="preserve"> why</w:t>
      </w:r>
      <w:r>
        <w:t xml:space="preserve"> encourage</w:t>
      </w:r>
      <w:r>
        <w:t xml:space="preserve"> more</w:t>
      </w:r>
      <w:r>
        <w:t xml:space="preserve"> expense</w:t>
        <w:br/>
        <w:t>和更多的痛苦呢</w:t>
      </w:r>
      <w:r>
        <w:t xml:space="preserve"> </w:t>
      </w:r>
      <w:r>
        <w:t xml:space="preserve"> -友谊</w:t>
      </w:r>
      <w:r>
        <w:t xml:space="preserve"> 不是吗</w:t>
      </w:r>
      <w:r>
        <w:t xml:space="preserve"> 亲密关系</w:t>
        <w:br/>
        <w:t>and</w:t>
      </w:r>
      <w:r>
        <w:t xml:space="preserve"> more</w:t>
      </w:r>
      <w:r>
        <w:t xml:space="preserve"> pain?</w:t>
      </w:r>
      <w:r>
        <w:t xml:space="preserve"> Companionship,</w:t>
      </w:r>
      <w:r>
        <w:t xml:space="preserve"> no?</w:t>
      </w:r>
      <w:r>
        <w:t xml:space="preserve"> Closeness?</w:t>
        <w:br/>
        <w:t>我倒是很想念这个</w:t>
        <w:br/>
        <w:t>Well,</w:t>
      </w:r>
      <w:r>
        <w:t xml:space="preserve"> that's</w:t>
      </w:r>
      <w:r>
        <w:t xml:space="preserve"> something</w:t>
      </w:r>
      <w:r>
        <w:t xml:space="preserve"> I've</w:t>
      </w:r>
      <w:r>
        <w:t xml:space="preserve"> missed.</w:t>
        <w:br/>
        <w:t>我也是</w:t>
      </w:r>
      <w:r>
        <w:t xml:space="preserve"> 不</w:t>
      </w:r>
      <w:r>
        <w:t xml:space="preserve"> 我知道你是白手起家的</w:t>
        <w:br/>
        <w:t>As</w:t>
      </w:r>
      <w:r>
        <w:t xml:space="preserve"> have</w:t>
      </w:r>
      <w:r>
        <w:t xml:space="preserve"> I.</w:t>
      </w:r>
      <w:r>
        <w:t xml:space="preserve"> And</w:t>
      </w:r>
      <w:r>
        <w:t xml:space="preserve"> no,</w:t>
      </w:r>
      <w:r>
        <w:t xml:space="preserve"> I</w:t>
      </w:r>
      <w:r>
        <w:t xml:space="preserve"> know</w:t>
      </w:r>
      <w:r>
        <w:t xml:space="preserve"> you</w:t>
      </w:r>
      <w:r>
        <w:t xml:space="preserve"> are</w:t>
      </w:r>
      <w:r>
        <w:t xml:space="preserve"> self-</w:t>
      </w:r>
      <w:r>
        <w:t xml:space="preserve"> made.</w:t>
        <w:br/>
        <w:t>我不要你的财产</w:t>
      </w:r>
      <w:r>
        <w:t xml:space="preserve"> 不需要购置物</w:t>
        <w:br/>
        <w:t>I</w:t>
      </w:r>
      <w:r>
        <w:t xml:space="preserve"> want</w:t>
      </w:r>
      <w:r>
        <w:t xml:space="preserve"> none</w:t>
      </w:r>
      <w:r>
        <w:t xml:space="preserve"> of</w:t>
      </w:r>
      <w:r>
        <w:t xml:space="preserve"> your</w:t>
      </w:r>
      <w:r>
        <w:t xml:space="preserve"> fortune.</w:t>
      </w:r>
      <w:r>
        <w:t xml:space="preserve"> No</w:t>
      </w:r>
      <w:r>
        <w:t xml:space="preserve"> rights</w:t>
      </w:r>
      <w:r>
        <w:t xml:space="preserve"> of</w:t>
      </w:r>
      <w:r>
        <w:t xml:space="preserve"> acquisition,</w:t>
        <w:br/>
        <w:t>或继承权</w:t>
      </w:r>
      <w:r>
        <w:t xml:space="preserve"> 什么都不要</w:t>
      </w:r>
      <w:r>
        <w:t xml:space="preserve"> 除了</w:t>
      </w:r>
      <w:r>
        <w:t xml:space="preserve"> </w:t>
      </w:r>
      <w:r>
        <w:t xml:space="preserve"> -除了什么</w:t>
        <w:br/>
        <w:t>or</w:t>
      </w:r>
      <w:r>
        <w:t xml:space="preserve"> inheritance.</w:t>
      </w:r>
      <w:r>
        <w:t xml:space="preserve"> Nothing,</w:t>
      </w:r>
      <w:r>
        <w:t xml:space="preserve"> except...Except...?</w:t>
        <w:br/>
        <w:t>除了在我们结婚之前</w:t>
      </w:r>
      <w:r>
        <w:t xml:space="preserve"> 我需要一小笔津贴用于我儿子的教育</w:t>
        <w:br/>
        <w:t>Except</w:t>
      </w:r>
      <w:r>
        <w:t xml:space="preserve"> before</w:t>
      </w:r>
      <w:r>
        <w:t xml:space="preserve"> we</w:t>
      </w:r>
      <w:r>
        <w:t xml:space="preserve"> are</w:t>
      </w:r>
      <w:r>
        <w:t xml:space="preserve"> wed:</w:t>
      </w:r>
      <w:r>
        <w:t xml:space="preserve"> a</w:t>
      </w:r>
      <w:r>
        <w:t xml:space="preserve"> small</w:t>
      </w:r>
      <w:r>
        <w:t xml:space="preserve"> stipend</w:t>
      </w:r>
      <w:r>
        <w:t xml:space="preserve"> to</w:t>
      </w:r>
      <w:r>
        <w:t xml:space="preserve"> cover</w:t>
      </w:r>
      <w:r>
        <w:t xml:space="preserve"> my</w:t>
      </w:r>
      <w:r>
        <w:t xml:space="preserve"> son's</w:t>
      </w:r>
      <w:r>
        <w:t xml:space="preserve"> education.</w:t>
        <w:br/>
        <w:t>一开始</w:t>
      </w:r>
      <w:r>
        <w:t xml:space="preserve"> 你说话像个交际花</w:t>
        <w:br/>
        <w:t>Ah-</w:t>
      </w:r>
      <w:r>
        <w:t xml:space="preserve"> ha!</w:t>
      </w:r>
      <w:r>
        <w:t xml:space="preserve"> First,</w:t>
      </w:r>
      <w:r>
        <w:t xml:space="preserve"> you</w:t>
      </w:r>
      <w:r>
        <w:t xml:space="preserve"> talk</w:t>
      </w:r>
      <w:r>
        <w:t xml:space="preserve"> like</w:t>
      </w:r>
      <w:r>
        <w:t xml:space="preserve"> a</w:t>
      </w:r>
      <w:r>
        <w:t xml:space="preserve"> courtesan</w:t>
        <w:br/>
        <w:t>现在</w:t>
      </w:r>
      <w:r>
        <w:t xml:space="preserve"> 又像个记账员了</w:t>
      </w:r>
      <w:r>
        <w:t xml:space="preserve"> </w:t>
      </w:r>
      <w:r>
        <w:t xml:space="preserve"> -同一人的两种身份罢了</w:t>
        <w:br/>
        <w:t>and</w:t>
      </w:r>
      <w:r>
        <w:t xml:space="preserve"> now,</w:t>
      </w:r>
      <w:r>
        <w:t xml:space="preserve"> just</w:t>
      </w:r>
      <w:r>
        <w:t xml:space="preserve"> like</w:t>
      </w:r>
      <w:r>
        <w:t xml:space="preserve"> a</w:t>
      </w:r>
      <w:r>
        <w:t xml:space="preserve"> bookkeeper?</w:t>
      </w:r>
      <w:r>
        <w:t xml:space="preserve"> Front</w:t>
      </w:r>
      <w:r>
        <w:t xml:space="preserve"> and</w:t>
      </w:r>
      <w:r>
        <w:t xml:space="preserve"> back</w:t>
      </w:r>
      <w:r>
        <w:t xml:space="preserve"> of</w:t>
      </w:r>
      <w:r>
        <w:t xml:space="preserve"> the</w:t>
      </w:r>
      <w:r>
        <w:t xml:space="preserve"> same</w:t>
      </w:r>
      <w:r>
        <w:t xml:space="preserve"> shop.</w:t>
        <w:br/>
        <w:t>好家伙</w:t>
        <w:br/>
        <w:t>Fuck</w:t>
      </w:r>
      <w:r>
        <w:t xml:space="preserve"> me</w:t>
      </w:r>
      <w:r>
        <w:t xml:space="preserve"> down.</w:t>
        <w:br/>
        <w:t>你很激进</w:t>
      </w:r>
      <w:r>
        <w:t xml:space="preserve"> </w:t>
      </w:r>
      <w:r>
        <w:t xml:space="preserve"> -我被压抑太久了</w:t>
        <w:br/>
        <w:t>You</w:t>
      </w:r>
      <w:r>
        <w:t xml:space="preserve"> are</w:t>
      </w:r>
      <w:r>
        <w:t xml:space="preserve"> forward.</w:t>
      </w:r>
      <w:r>
        <w:t xml:space="preserve"> I</w:t>
      </w:r>
      <w:r>
        <w:t xml:space="preserve"> have</w:t>
      </w:r>
      <w:r>
        <w:t xml:space="preserve"> been</w:t>
      </w:r>
      <w:r>
        <w:t xml:space="preserve"> held</w:t>
      </w:r>
      <w:r>
        <w:t xml:space="preserve"> back</w:t>
      </w:r>
      <w:r>
        <w:t xml:space="preserve"> far</w:t>
      </w:r>
      <w:r>
        <w:t xml:space="preserve"> too</w:t>
      </w:r>
      <w:r>
        <w:t xml:space="preserve"> long.</w:t>
        <w:br/>
        <w:t>在我看来</w:t>
      </w:r>
      <w:r>
        <w:t xml:space="preserve"> 似乎没有什么能阻止你</w:t>
      </w:r>
      <w:r>
        <w:t xml:space="preserve"> 就像你习惯了</w:t>
        <w:br/>
        <w:t>Seems</w:t>
      </w:r>
      <w:r>
        <w:t xml:space="preserve"> to</w:t>
      </w:r>
      <w:r>
        <w:t xml:space="preserve"> me</w:t>
      </w:r>
      <w:r>
        <w:t xml:space="preserve"> like</w:t>
      </w:r>
      <w:r>
        <w:t xml:space="preserve"> nothing</w:t>
      </w:r>
      <w:r>
        <w:t xml:space="preserve"> holds</w:t>
      </w:r>
      <w:r>
        <w:t xml:space="preserve"> you</w:t>
      </w:r>
      <w:r>
        <w:t xml:space="preserve"> back,</w:t>
      </w:r>
      <w:r>
        <w:t xml:space="preserve"> like</w:t>
      </w:r>
      <w:r>
        <w:t xml:space="preserve"> you're</w:t>
      </w:r>
      <w:r>
        <w:t xml:space="preserve"> used</w:t>
        <w:br/>
        <w:t>总是得到你想要的东西一样</w:t>
      </w:r>
      <w:r>
        <w:t xml:space="preserve"> </w:t>
      </w:r>
      <w:r>
        <w:t xml:space="preserve"> -哦</w:t>
      </w:r>
      <w:r>
        <w:t xml:space="preserve"> 恰恰相反</w:t>
        <w:br/>
        <w:t>to</w:t>
      </w:r>
      <w:r>
        <w:t xml:space="preserve"> getting</w:t>
      </w:r>
      <w:r>
        <w:t xml:space="preserve"> what</w:t>
      </w:r>
      <w:r>
        <w:t xml:space="preserve"> you</w:t>
      </w:r>
      <w:r>
        <w:t xml:space="preserve"> want?</w:t>
      </w:r>
      <w:r>
        <w:t xml:space="preserve"> Oh,</w:t>
      </w:r>
      <w:r>
        <w:t xml:space="preserve"> quite</w:t>
      </w:r>
      <w:r>
        <w:t xml:space="preserve"> the</w:t>
      </w:r>
      <w:r>
        <w:t xml:space="preserve"> opposite.</w:t>
        <w:br/>
        <w:t>不然为什么我要提出这么优&amp;hearts;惠&amp;hearts;的条件</w:t>
        <w:br/>
        <w:t>Why</w:t>
      </w:r>
      <w:r>
        <w:t xml:space="preserve"> I'm</w:t>
      </w:r>
      <w:r>
        <w:t xml:space="preserve"> presenting</w:t>
      </w:r>
      <w:r>
        <w:t xml:space="preserve"> such</w:t>
      </w:r>
      <w:r>
        <w:t xml:space="preserve"> favourable</w:t>
      </w:r>
      <w:r>
        <w:t xml:space="preserve"> terms.</w:t>
        <w:br/>
        <w:t>来吧</w:t>
      </w:r>
      <w:r>
        <w:t xml:space="preserve"> 让我们好好活一把</w:t>
        <w:br/>
        <w:t>Come.</w:t>
      </w:r>
      <w:r>
        <w:t xml:space="preserve"> Let</w:t>
      </w:r>
      <w:r>
        <w:t xml:space="preserve"> us</w:t>
      </w:r>
      <w:r>
        <w:t xml:space="preserve"> live.</w:t>
        <w:br/>
        <w:t>你真的重视你儿子的教育到愿意忍&amp;hearts;受我吗</w:t>
        <w:br/>
        <w:t>You</w:t>
      </w:r>
      <w:r>
        <w:t xml:space="preserve"> really</w:t>
      </w:r>
      <w:r>
        <w:t xml:space="preserve"> value</w:t>
      </w:r>
      <w:r>
        <w:t xml:space="preserve"> your</w:t>
      </w:r>
      <w:r>
        <w:t xml:space="preserve"> son's</w:t>
      </w:r>
      <w:r>
        <w:t xml:space="preserve"> education</w:t>
      </w:r>
      <w:r>
        <w:t xml:space="preserve"> enough</w:t>
      </w:r>
      <w:r>
        <w:t xml:space="preserve"> to</w:t>
      </w:r>
      <w:r>
        <w:t xml:space="preserve"> endure</w:t>
      </w:r>
      <w:r>
        <w:t xml:space="preserve"> me?</w:t>
        <w:br/>
        <w:t>你看起来我完全忍&amp;hearts;得了</w:t>
      </w:r>
      <w:r>
        <w:t xml:space="preserve"> 托马斯爵士</w:t>
        <w:br/>
        <w:t>You</w:t>
      </w:r>
      <w:r>
        <w:t xml:space="preserve"> seem</w:t>
      </w:r>
      <w:r>
        <w:t xml:space="preserve"> entirely</w:t>
      </w:r>
      <w:r>
        <w:t xml:space="preserve"> endurable,</w:t>
      </w:r>
      <w:r>
        <w:t xml:space="preserve"> Sir</w:t>
      </w:r>
      <w:r>
        <w:t xml:space="preserve"> Thomas.</w:t>
        <w:br/>
        <w:t>而且</w:t>
      </w:r>
      <w:r>
        <w:t xml:space="preserve"> 你应该知道</w:t>
      </w:r>
      <w:r>
        <w:t xml:space="preserve"> 我是玛丽</w:t>
        <w:br/>
        <w:t>And,</w:t>
      </w:r>
      <w:r>
        <w:t xml:space="preserve"> you</w:t>
      </w:r>
      <w:r>
        <w:t xml:space="preserve"> should</w:t>
      </w:r>
      <w:r>
        <w:t xml:space="preserve"> know...I</w:t>
      </w:r>
      <w:r>
        <w:t xml:space="preserve"> am</w:t>
      </w:r>
      <w:r>
        <w:t xml:space="preserve"> Mary.</w:t>
        <w:br/>
        <w:t>你只是往里面吐口水而已</w:t>
        <w:br/>
        <w:t>You're</w:t>
      </w:r>
      <w:r>
        <w:t xml:space="preserve"> just</w:t>
      </w:r>
      <w:r>
        <w:t xml:space="preserve"> spitting</w:t>
      </w:r>
      <w:r>
        <w:t xml:space="preserve"> in</w:t>
      </w:r>
      <w:r>
        <w:t xml:space="preserve"> it.</w:t>
        <w:br/>
        <w:t>慢慢来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就像我教你的那样</w:t>
        <w:br/>
        <w:t>Just</w:t>
      </w:r>
      <w:r>
        <w:t xml:space="preserve"> take</w:t>
      </w:r>
      <w:r>
        <w:t xml:space="preserve"> your</w:t>
      </w:r>
      <w:r>
        <w:t xml:space="preserve"> time.</w:t>
      </w:r>
      <w:r>
        <w:t xml:space="preserve"> Like</w:t>
      </w:r>
      <w:r>
        <w:t xml:space="preserve"> I</w:t>
      </w:r>
      <w:r>
        <w:t xml:space="preserve"> showed</w:t>
      </w:r>
      <w:r>
        <w:t xml:space="preserve"> you.</w:t>
        <w:br/>
        <w:t>我又要结婚了</w:t>
        <w:br/>
        <w:t>I</w:t>
      </w:r>
      <w:r>
        <w:t xml:space="preserve"> am</w:t>
      </w:r>
      <w:r>
        <w:t xml:space="preserve"> to</w:t>
      </w:r>
      <w:r>
        <w:t xml:space="preserve"> marry</w:t>
      </w:r>
      <w:r>
        <w:t xml:space="preserve"> again.</w:t>
        <w:br/>
        <w:t>谁</w:t>
      </w:r>
      <w:r>
        <w:t xml:space="preserve"> 父亲入土还没多久呢</w:t>
        <w:br/>
        <w:t>Who?</w:t>
      </w:r>
      <w:r>
        <w:t xml:space="preserve"> Father's</w:t>
      </w:r>
      <w:r>
        <w:t xml:space="preserve"> barely</w:t>
      </w:r>
      <w:r>
        <w:t xml:space="preserve"> in</w:t>
      </w:r>
      <w:r>
        <w:t xml:space="preserve"> the</w:t>
      </w:r>
      <w:r>
        <w:t xml:space="preserve"> ground.</w:t>
        <w:br/>
        <w:t>不会影响到你的</w:t>
      </w:r>
      <w:r>
        <w:t xml:space="preserve"> 你会在法国</w:t>
        <w:br/>
        <w:t>It</w:t>
      </w:r>
      <w:r>
        <w:t xml:space="preserve"> won't</w:t>
      </w:r>
      <w:r>
        <w:t xml:space="preserve"> affect</w:t>
      </w:r>
      <w:r>
        <w:t xml:space="preserve"> you,</w:t>
      </w:r>
      <w:r>
        <w:t xml:space="preserve"> you'll</w:t>
      </w:r>
      <w:r>
        <w:t xml:space="preserve"> be</w:t>
      </w:r>
      <w:r>
        <w:t xml:space="preserve"> in</w:t>
      </w:r>
      <w:r>
        <w:t xml:space="preserve"> France.</w:t>
        <w:br/>
        <w:t>你过几天就要走了</w:t>
      </w:r>
      <w:r>
        <w:t xml:space="preserve"> 都安排好了</w:t>
        <w:br/>
        <w:t>You</w:t>
      </w:r>
      <w:r>
        <w:t xml:space="preserve"> leave</w:t>
      </w:r>
      <w:r>
        <w:t xml:space="preserve"> in</w:t>
      </w:r>
      <w:r>
        <w:t xml:space="preserve"> a</w:t>
      </w:r>
      <w:r>
        <w:t xml:space="preserve"> few</w:t>
      </w:r>
      <w:r>
        <w:t xml:space="preserve"> days.</w:t>
      </w:r>
      <w:r>
        <w:t xml:space="preserve"> It's</w:t>
      </w:r>
      <w:r>
        <w:t xml:space="preserve"> all</w:t>
      </w:r>
      <w:r>
        <w:t xml:space="preserve"> arranged.</w:t>
        <w:br/>
        <w:t>我不想去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go.</w:t>
        <w:br/>
        <w:t>你想不想无关紧要</w:t>
      </w:r>
      <w:r>
        <w:t xml:space="preserve"> </w:t>
      </w:r>
      <w:r>
        <w:t xml:space="preserve"> -能吹点曲子吗</w:t>
        <w:br/>
        <w:t>Your</w:t>
      </w:r>
      <w:r>
        <w:t xml:space="preserve"> want</w:t>
      </w:r>
      <w:r>
        <w:t xml:space="preserve"> is</w:t>
      </w:r>
      <w:r>
        <w:t xml:space="preserve"> irrelevant.</w:t>
      </w:r>
      <w:r>
        <w:t xml:space="preserve"> JOHN:</w:t>
      </w:r>
      <w:r>
        <w:t xml:space="preserve"> Can</w:t>
      </w:r>
      <w:r>
        <w:t xml:space="preserve"> the</w:t>
      </w:r>
      <w:r>
        <w:t xml:space="preserve"> music</w:t>
      </w:r>
      <w:r>
        <w:t xml:space="preserve"> play?</w:t>
        <w:br/>
        <w:t>我想听曲子</w:t>
      </w:r>
      <w:r>
        <w:t xml:space="preserve"> </w:t>
      </w:r>
      <w:r>
        <w:t xml:space="preserve"> -我只想要</w:t>
      </w:r>
      <w:r>
        <w:t xml:space="preserve"> 珍妮</w:t>
        <w:br/>
        <w:t>I</w:t>
      </w:r>
      <w:r>
        <w:t xml:space="preserve"> miss</w:t>
      </w:r>
      <w:r>
        <w:t xml:space="preserve"> the</w:t>
      </w:r>
      <w:r>
        <w:t xml:space="preserve"> music.</w:t>
      </w:r>
      <w:r>
        <w:t xml:space="preserve"> All</w:t>
      </w:r>
      <w:r>
        <w:t xml:space="preserve"> I</w:t>
      </w:r>
      <w:r>
        <w:t xml:space="preserve"> want...is</w:t>
      </w:r>
      <w:r>
        <w:t xml:space="preserve"> Jenny.</w:t>
        <w:br/>
        <w:t>你认识珍妮的家人吗</w:t>
        <w:br/>
        <w:t>Do</w:t>
      </w:r>
      <w:r>
        <w:t xml:space="preserve"> you</w:t>
      </w:r>
      <w:r>
        <w:t xml:space="preserve"> know</w:t>
      </w:r>
      <w:r>
        <w:t xml:space="preserve"> of</w:t>
      </w:r>
      <w:r>
        <w:t xml:space="preserve"> Jenny's</w:t>
      </w:r>
      <w:r>
        <w:t xml:space="preserve"> family?</w:t>
        <w:br/>
        <w:t>她的父亲</w:t>
      </w:r>
      <w:r>
        <w:t xml:space="preserve"> 她的兄弟们认识吗</w:t>
      </w:r>
      <w:r>
        <w:t xml:space="preserve"> 全都是畜生</w:t>
        <w:br/>
        <w:t>Her</w:t>
      </w:r>
      <w:r>
        <w:t xml:space="preserve"> father?</w:t>
      </w:r>
      <w:r>
        <w:t xml:space="preserve"> Her</w:t>
      </w:r>
      <w:r>
        <w:t xml:space="preserve"> brothers?</w:t>
      </w:r>
      <w:r>
        <w:t xml:space="preserve"> Brutes,</w:t>
      </w:r>
      <w:r>
        <w:t xml:space="preserve"> all.</w:t>
        <w:br/>
        <w:t>如果你留在英国</w:t>
      </w:r>
      <w:r>
        <w:t xml:space="preserve"> 我别无选择</w:t>
      </w:r>
      <w:r>
        <w:t xml:space="preserve"> 只能送她回家</w:t>
        <w:br/>
        <w:t>And</w:t>
      </w:r>
      <w:r>
        <w:t xml:space="preserve"> if</w:t>
      </w:r>
      <w:r>
        <w:t xml:space="preserve"> you</w:t>
      </w:r>
      <w:r>
        <w:t xml:space="preserve"> stay</w:t>
      </w:r>
      <w:r>
        <w:t xml:space="preserve"> in</w:t>
      </w:r>
      <w:r>
        <w:t xml:space="preserve"> England,</w:t>
      </w:r>
      <w:r>
        <w:t xml:space="preserve"> I'll</w:t>
      </w:r>
      <w:r>
        <w:t xml:space="preserve"> have</w:t>
      </w:r>
      <w:r>
        <w:t xml:space="preserve"> no</w:t>
      </w:r>
      <w:r>
        <w:t xml:space="preserve"> choice</w:t>
      </w:r>
      <w:r>
        <w:t xml:space="preserve"> but</w:t>
      </w:r>
      <w:r>
        <w:t xml:space="preserve"> to</w:t>
      </w:r>
      <w:r>
        <w:t xml:space="preserve"> send</w:t>
      </w:r>
      <w:r>
        <w:t xml:space="preserve"> her</w:t>
      </w:r>
      <w:r>
        <w:t xml:space="preserve"> home.</w:t>
        <w:br/>
        <w:t>她很怕他们</w:t>
      </w:r>
      <w:r>
        <w:t xml:space="preserve"> </w:t>
      </w:r>
      <w:r>
        <w:t xml:space="preserve"> -我知道</w:t>
      </w:r>
      <w:r>
        <w:t xml:space="preserve"> 是不是很糟糕啊</w:t>
        <w:br/>
        <w:t>She's</w:t>
      </w:r>
      <w:r>
        <w:t xml:space="preserve"> terrified</w:t>
      </w:r>
      <w:r>
        <w:t xml:space="preserve"> of</w:t>
      </w:r>
      <w:r>
        <w:t xml:space="preserve"> them.</w:t>
      </w:r>
      <w:r>
        <w:t xml:space="preserve"> I</w:t>
      </w:r>
      <w:r>
        <w:t xml:space="preserve"> know,</w:t>
      </w:r>
      <w:r>
        <w:t xml:space="preserve"> isn't</w:t>
      </w:r>
      <w:r>
        <w:t xml:space="preserve"> it</w:t>
      </w:r>
      <w:r>
        <w:t xml:space="preserve"> awful?</w:t>
        <w:br/>
        <w:t>你不会的</w:t>
        <w:br/>
        <w:t>You</w:t>
      </w:r>
      <w:r>
        <w:t xml:space="preserve"> wouldn't.</w:t>
        <w:br/>
        <w:t>你不会把她牺牲给他们的</w:t>
      </w:r>
      <w:r>
        <w:t xml:space="preserve"> 得了吧</w:t>
        <w:br/>
        <w:t>You</w:t>
      </w:r>
      <w:r>
        <w:t xml:space="preserve"> cannot</w:t>
      </w:r>
      <w:r>
        <w:t xml:space="preserve"> sacrifice</w:t>
      </w:r>
      <w:r>
        <w:t xml:space="preserve"> her</w:t>
      </w:r>
      <w:r>
        <w:t xml:space="preserve"> to</w:t>
      </w:r>
      <w:r>
        <w:t xml:space="preserve"> them.</w:t>
      </w:r>
      <w:r>
        <w:t xml:space="preserve"> Please.</w:t>
        <w:br/>
        <w:t>我恨你</w:t>
        <w:br/>
        <w:t>I</w:t>
      </w:r>
      <w:r>
        <w:t xml:space="preserve"> hate</w:t>
      </w:r>
      <w:r>
        <w:t xml:space="preserve"> you.</w:t>
        <w:br/>
        <w:t>那是因为你知道我是对的</w:t>
        <w:br/>
        <w:t>Only</w:t>
      </w:r>
      <w:r>
        <w:t xml:space="preserve"> because</w:t>
      </w:r>
      <w:r>
        <w:t xml:space="preserve"> you</w:t>
      </w:r>
      <w:r>
        <w:t xml:space="preserve"> know</w:t>
      </w:r>
      <w:r>
        <w:t xml:space="preserve"> I'm</w:t>
      </w:r>
      <w:r>
        <w:t xml:space="preserve"> right.</w:t>
        <w:br/>
        <w:t>哦</w:t>
      </w:r>
      <w:r>
        <w:t xml:space="preserve"> 他晕过去了吗</w:t>
        <w:br/>
        <w:t>Oh,</w:t>
      </w:r>
      <w:r>
        <w:t xml:space="preserve"> he's</w:t>
      </w:r>
      <w:r>
        <w:t xml:space="preserve"> fainted?</w:t>
        <w:br/>
        <w:t>还是窒息了</w:t>
        <w:br/>
        <w:t>Or</w:t>
      </w:r>
      <w:r>
        <w:t xml:space="preserve"> he's</w:t>
      </w:r>
      <w:r>
        <w:t xml:space="preserve"> choking?</w:t>
        <w:br/>
        <w:t>我以前从未离开过英国</w:t>
      </w:r>
      <w:r>
        <w:t xml:space="preserve"> 我从来没有出过海</w:t>
        <w:br/>
        <w:t>I've</w:t>
      </w:r>
      <w:r>
        <w:t xml:space="preserve"> never</w:t>
      </w:r>
      <w:r>
        <w:t xml:space="preserve"> left</w:t>
      </w:r>
      <w:r>
        <w:t xml:space="preserve"> England</w:t>
      </w:r>
      <w:r>
        <w:t xml:space="preserve"> before.</w:t>
      </w:r>
      <w:r>
        <w:t xml:space="preserve"> I've</w:t>
      </w:r>
      <w:r>
        <w:t xml:space="preserve"> never</w:t>
      </w:r>
      <w:r>
        <w:t xml:space="preserve"> been</w:t>
      </w:r>
      <w:r>
        <w:t xml:space="preserve"> out</w:t>
      </w:r>
      <w:r>
        <w:t xml:space="preserve"> to</w:t>
      </w:r>
      <w:r>
        <w:t xml:space="preserve"> sea.</w:t>
        <w:br/>
        <w:t>我的法语</w:t>
        <w:br/>
        <w:t>My</w:t>
      </w:r>
      <w:r>
        <w:t xml:space="preserve"> French...</w:t>
        <w:br/>
        <w:t>很”不存在”我永远不会</w:t>
      </w:r>
      <w:r>
        <w:t xml:space="preserve"> </w:t>
      </w:r>
      <w:r>
        <w:t xml:space="preserve"> -在法国你没什么好害怕的</w:t>
        <w:br/>
        <w:t>is</w:t>
      </w:r>
      <w:r>
        <w:t xml:space="preserve"> so'sans',</w:t>
      </w:r>
      <w:r>
        <w:t xml:space="preserve"> I'll-</w:t>
      </w:r>
      <w:r>
        <w:t xml:space="preserve"> I'll</w:t>
      </w:r>
      <w:r>
        <w:t xml:space="preserve"> never-</w:t>
      </w:r>
      <w:r>
        <w:t xml:space="preserve"> You</w:t>
      </w:r>
      <w:r>
        <w:t xml:space="preserve"> have</w:t>
      </w:r>
      <w:r>
        <w:t xml:space="preserve"> nothing</w:t>
      </w:r>
      <w:r>
        <w:t xml:space="preserve"> to</w:t>
      </w:r>
      <w:r>
        <w:t xml:space="preserve"> fear</w:t>
      </w:r>
      <w:r>
        <w:t xml:space="preserve"> in</w:t>
      </w:r>
    </w:p>
    <w:p>
      <w:r>
        <w:t xml:space="preserve"> France.</w:t>
        <w:br/>
        <w:t>如果我晚点去呢</w:t>
      </w:r>
      <w:r>
        <w:t xml:space="preserve"> 等我长大了再去</w:t>
        <w:br/>
        <w:t>What</w:t>
      </w:r>
      <w:r>
        <w:t xml:space="preserve"> if</w:t>
      </w:r>
      <w:r>
        <w:t xml:space="preserve"> I</w:t>
      </w:r>
      <w:r>
        <w:t xml:space="preserve"> go</w:t>
      </w:r>
      <w:r>
        <w:t xml:space="preserve"> later?</w:t>
      </w:r>
      <w:r>
        <w:t xml:space="preserve"> When</w:t>
      </w:r>
      <w:r>
        <w:t xml:space="preserve"> I'm</w:t>
      </w:r>
      <w:r>
        <w:t xml:space="preserve"> older?</w:t>
        <w:br/>
        <w:t>确实可以</w:t>
        <w:br/>
        <w:t>You</w:t>
      </w:r>
      <w:r>
        <w:t xml:space="preserve"> could.</w:t>
        <w:br/>
        <w:t>但如果你错过了这次机会</w:t>
      </w:r>
      <w:r>
        <w:t xml:space="preserve"> 你会让我们失望的</w:t>
        <w:br/>
        <w:t>But</w:t>
      </w:r>
      <w:r>
        <w:t xml:space="preserve"> if</w:t>
      </w:r>
      <w:r>
        <w:t xml:space="preserve"> you</w:t>
      </w:r>
      <w:r>
        <w:t xml:space="preserve"> miss</w:t>
      </w:r>
      <w:r>
        <w:t xml:space="preserve"> this</w:t>
      </w:r>
      <w:r>
        <w:t xml:space="preserve"> chance,</w:t>
      </w:r>
      <w:r>
        <w:t xml:space="preserve"> you</w:t>
      </w:r>
      <w:r>
        <w:t xml:space="preserve"> will</w:t>
      </w:r>
      <w:r>
        <w:t xml:space="preserve"> fail</w:t>
      </w:r>
      <w:r>
        <w:t xml:space="preserve"> us</w:t>
      </w:r>
      <w:r>
        <w:t xml:space="preserve"> all.</w:t>
        <w:br/>
        <w:t>然后像你父亲一样</w:t>
      </w:r>
      <w:r>
        <w:t xml:space="preserve"> 活在永远无法洗净的</w:t>
        <w:br/>
        <w:t>And</w:t>
      </w:r>
      <w:r>
        <w:t xml:space="preserve"> live,</w:t>
      </w:r>
      <w:r>
        <w:t xml:space="preserve"> like</w:t>
      </w:r>
      <w:r>
        <w:t xml:space="preserve"> your</w:t>
      </w:r>
      <w:r>
        <w:t xml:space="preserve"> father,</w:t>
      </w:r>
      <w:r>
        <w:t xml:space="preserve"> smeared</w:t>
      </w:r>
      <w:r>
        <w:t xml:space="preserve"> in</w:t>
      </w:r>
      <w:r>
        <w:t xml:space="preserve"> the</w:t>
      </w:r>
      <w:r>
        <w:t xml:space="preserve"> unwashable</w:t>
      </w:r>
      <w:r>
        <w:t xml:space="preserve"> excrement</w:t>
        <w:br/>
        <w:t>耻辱中</w:t>
        <w:br/>
        <w:t>of</w:t>
      </w:r>
      <w:r>
        <w:t xml:space="preserve"> eternal</w:t>
      </w:r>
      <w:r>
        <w:t xml:space="preserve"> shame.</w:t>
        <w:br/>
        <w:t>一路顺风</w:t>
        <w:br/>
        <w:t>Bon</w:t>
      </w:r>
      <w:r>
        <w:t xml:space="preserve"> voyage.</w:t>
        <w:br/>
        <w:t>先生</w:t>
      </w:r>
      <w:r>
        <w:t xml:space="preserve"> 我是让</w:t>
      </w:r>
      <w:r>
        <w:t xml:space="preserve"> 你的旅途怎么样</w:t>
        <w:br/>
        <w:t>Monsieur.</w:t>
      </w:r>
      <w:r>
        <w:t xml:space="preserve"> I</w:t>
      </w:r>
      <w:r>
        <w:t xml:space="preserve"> am</w:t>
      </w:r>
      <w:r>
        <w:t xml:space="preserve"> Jean.</w:t>
      </w:r>
      <w:r>
        <w:t xml:space="preserve"> How</w:t>
      </w:r>
      <w:r>
        <w:t xml:space="preserve"> was</w:t>
      </w:r>
      <w:r>
        <w:t xml:space="preserve"> your</w:t>
      </w:r>
      <w:r>
        <w:t xml:space="preserve"> journey?</w:t>
        <w:br/>
        <w:t>嗯</w:t>
        <w:br/>
        <w:t>Right.</w:t>
        <w:br/>
        <w:t>这么顺利啊</w:t>
        <w:br/>
        <w:t>That</w:t>
      </w:r>
      <w:r>
        <w:t xml:space="preserve"> good?</w:t>
        <w:br/>
        <w:t>来吧</w:t>
        <w:br/>
        <w:t>Come.</w:t>
        <w:br/>
        <w:t>你是怎么受伤的</w:t>
      </w:r>
      <w:r>
        <w:t xml:space="preserve"> 朋友</w:t>
        <w:br/>
        <w:t>How</w:t>
      </w:r>
      <w:r>
        <w:t xml:space="preserve"> were</w:t>
      </w:r>
      <w:r>
        <w:t xml:space="preserve"> you</w:t>
      </w:r>
      <w:r>
        <w:t xml:space="preserve"> hurt,</w:t>
      </w:r>
      <w:r>
        <w:t xml:space="preserve"> friend?</w:t>
        <w:br/>
        <w:t>我摔了一跤</w:t>
      </w:r>
      <w:r>
        <w:t xml:space="preserve"> </w:t>
      </w:r>
      <w:r>
        <w:t xml:space="preserve"> -这么说</w:t>
      </w:r>
      <w:r>
        <w:t xml:space="preserve"> 你不是想上吊自杀吗</w:t>
        <w:br/>
        <w:t>Oh,</w:t>
      </w:r>
      <w:r>
        <w:t xml:space="preserve"> uh...I</w:t>
      </w:r>
      <w:r>
        <w:t xml:space="preserve"> took</w:t>
      </w:r>
      <w:r>
        <w:t xml:space="preserve"> a</w:t>
      </w:r>
      <w:r>
        <w:t xml:space="preserve"> tumble.</w:t>
      </w:r>
      <w:r>
        <w:t xml:space="preserve"> So,</w:t>
      </w:r>
      <w:r>
        <w:t xml:space="preserve"> you</w:t>
      </w:r>
      <w:r>
        <w:t xml:space="preserve"> didn't</w:t>
      </w:r>
      <w:r>
        <w:t xml:space="preserve"> try</w:t>
      </w:r>
      <w:r>
        <w:t xml:space="preserve"> to</w:t>
      </w:r>
      <w:r>
        <w:t xml:space="preserve"> hang</w:t>
      </w:r>
      <w:r>
        <w:t xml:space="preserve"> yourself?</w:t>
        <w:br/>
        <w:t>没有</w:t>
        <w:br/>
        <w:t>No.</w:t>
        <w:br/>
        <w:t>你从哪儿听来的</w:t>
      </w:r>
      <w:r>
        <w:t xml:space="preserve"> </w:t>
      </w:r>
      <w:r>
        <w:t xml:space="preserve"> -你的母亲</w:t>
        <w:br/>
        <w:t>Where</w:t>
      </w:r>
      <w:r>
        <w:t xml:space="preserve"> did</w:t>
      </w:r>
      <w:r>
        <w:t xml:space="preserve"> you</w:t>
      </w:r>
      <w:r>
        <w:t xml:space="preserve"> hear</w:t>
      </w:r>
      <w:r>
        <w:t xml:space="preserve"> that?</w:t>
      </w:r>
      <w:r>
        <w:t xml:space="preserve"> Your</w:t>
      </w:r>
      <w:r>
        <w:t xml:space="preserve"> mother.</w:t>
        <w:br/>
        <w:t>她在信里告诉我的</w:t>
        <w:br/>
        <w:t>Told</w:t>
      </w:r>
      <w:r>
        <w:t xml:space="preserve"> me</w:t>
      </w:r>
      <w:r>
        <w:t xml:space="preserve"> in</w:t>
      </w:r>
      <w:r>
        <w:t xml:space="preserve"> her</w:t>
      </w:r>
      <w:r>
        <w:t xml:space="preserve"> letters.</w:t>
        <w:br/>
        <w:t>这是私事</w:t>
      </w:r>
      <w:r>
        <w:t xml:space="preserve"> </w:t>
      </w:r>
      <w:r>
        <w:t xml:space="preserve"> -她付钱让我帮你</w:t>
        <w:br/>
        <w:t>It's</w:t>
      </w:r>
      <w:r>
        <w:t xml:space="preserve"> private.</w:t>
      </w:r>
      <w:r>
        <w:t xml:space="preserve"> She's</w:t>
      </w:r>
      <w:r>
        <w:t xml:space="preserve"> paying</w:t>
      </w:r>
      <w:r>
        <w:t xml:space="preserve"> me</w:t>
      </w:r>
      <w:r>
        <w:t xml:space="preserve"> to</w:t>
      </w:r>
      <w:r>
        <w:t xml:space="preserve"> help</w:t>
      </w:r>
      <w:r>
        <w:t xml:space="preserve"> you.</w:t>
        <w:br/>
        <w:t>就像我帮助所有来到这里的英国男孩一样</w:t>
        <w:br/>
        <w:t>Like</w:t>
      </w:r>
      <w:r>
        <w:t xml:space="preserve"> I</w:t>
      </w:r>
      <w:r>
        <w:t xml:space="preserve"> help</w:t>
      </w:r>
      <w:r>
        <w:t xml:space="preserve"> all</w:t>
      </w:r>
      <w:r>
        <w:t xml:space="preserve"> the</w:t>
      </w:r>
      <w:r>
        <w:t xml:space="preserve"> English</w:t>
      </w:r>
      <w:r>
        <w:t xml:space="preserve"> boys</w:t>
      </w:r>
      <w:r>
        <w:t xml:space="preserve"> who</w:t>
      </w:r>
      <w:r>
        <w:t xml:space="preserve"> come</w:t>
      </w:r>
      <w:r>
        <w:t xml:space="preserve"> here.</w:t>
        <w:br/>
        <w:t>如果我不知道你是谁</w:t>
      </w:r>
      <w:r>
        <w:t xml:space="preserve"> 我怎么帮你</w:t>
        <w:br/>
        <w:t>And</w:t>
      </w:r>
      <w:r>
        <w:t xml:space="preserve"> how</w:t>
      </w:r>
      <w:r>
        <w:t xml:space="preserve"> can</w:t>
      </w:r>
      <w:r>
        <w:t xml:space="preserve"> I</w:t>
      </w:r>
      <w:r>
        <w:t xml:space="preserve"> help</w:t>
      </w:r>
      <w:r>
        <w:t xml:space="preserve"> you</w:t>
      </w:r>
      <w:r>
        <w:t xml:space="preserve"> if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who</w:t>
      </w:r>
      <w:r>
        <w:t xml:space="preserve"> you</w:t>
      </w:r>
      <w:r>
        <w:t xml:space="preserve"> are?</w:t>
        <w:br/>
        <w:t>所以求你了</w:t>
      </w:r>
      <w:r>
        <w:t xml:space="preserve"> 别再骗我了</w:t>
        <w:br/>
        <w:t>So</w:t>
      </w:r>
      <w:r>
        <w:t xml:space="preserve"> please,</w:t>
      </w:r>
      <w:r>
        <w:t xml:space="preserve"> do</w:t>
      </w:r>
      <w:r>
        <w:t xml:space="preserve"> not</w:t>
      </w:r>
      <w:r>
        <w:t xml:space="preserve"> lie</w:t>
      </w:r>
      <w:r>
        <w:t xml:space="preserve"> to</w:t>
      </w:r>
      <w:r>
        <w:t xml:space="preserve"> me</w:t>
      </w:r>
      <w:r>
        <w:t xml:space="preserve"> again.</w:t>
        <w:br/>
        <w:t>不然你怎么能成为一个绅士呢</w:t>
        <w:br/>
        <w:t>Or</w:t>
      </w:r>
      <w:r>
        <w:t xml:space="preserve"> how</w:t>
      </w:r>
      <w:r>
        <w:t xml:space="preserve"> will</w:t>
      </w:r>
      <w:r>
        <w:t xml:space="preserve"> you</w:t>
      </w:r>
      <w:r>
        <w:t xml:space="preserve"> become</w:t>
      </w:r>
      <w:r>
        <w:t xml:space="preserve"> a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https://d.book118.com/875012012323011121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75012012323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