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2024年青春的演讲稿（35篇）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2024年青春的演讲稿（通用35篇）</w:t>
      </w:r>
      <w:r>
        <w:rPr>
          <w:lang w:eastAsia="zh-CN"/>
        </w:rPr>
        <w:br/>
      </w:r>
      <w:r>
        <w:rPr>
          <w:lang w:eastAsia="zh-CN"/>
        </w:rPr>
        <w:t xml:space="preserve">    2024年青春的演讲稿 篇1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我是来自某某班的某某，我今天要给大家演讲的题目是《校园青春颂》。</w:t>
      </w:r>
      <w:r>
        <w:rPr>
          <w:lang w:eastAsia="zh-CN"/>
        </w:rPr>
        <w:br/>
      </w:r>
      <w:r>
        <w:rPr>
          <w:lang w:eastAsia="zh-CN"/>
        </w:rPr>
        <w:t>　　青春，是活力的代表，是年轻的象征;青春，为世界进文明，为人类造幸福。以青春之我，创造青春之校园，青春之国家，青春之人类。时光飞逝如流水，充实的校园生活伴我走过了十一个春夏秋冬，它让我学到了很多知识，懂得了许多道理，更主要的是，在时光的匆匆流逝中，我对校园的感情更深了，更浓了。</w:t>
      </w:r>
      <w:r>
        <w:rPr>
          <w:lang w:eastAsia="zh-CN"/>
        </w:rPr>
        <w:br/>
      </w:r>
      <w:r>
        <w:rPr>
          <w:lang w:eastAsia="zh-CN"/>
        </w:rPr>
        <w:t>　　我的校园，你是美丽的、和谐的。当清晨第一缕阳光悄悄撒落大地，降临校园时，我伴随着耳边轻轻吹过的阵阵微风，尽情地享受难于形容的惬意，舒心地背诵英文单词，快乐的吟诵诗词美文。在这优美的环境中，一切都显得那么明快，被阳光照得闪亮的窗里，传来琅琅的读书声，那是用青春和热血铸造的音符，那是用理想和信念谱写的乐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的校园，你是一个欢乐、幸福的大家庭。在这个和谐的家庭中，老师就像爱抚自己的孩子一样，对我们淳淳教导。在我们的交流中，语言是一座美丽的彩虹，它架起了雨过天晴的桥梁，沟通了我们原本陌生的心，使我们变得和谐，变得融洽，欢乐更在无言中。</w:t>
      </w:r>
      <w:r>
        <w:rPr>
          <w:lang w:eastAsia="zh-CN"/>
        </w:rPr>
        <w:br/>
      </w:r>
      <w:r>
        <w:rPr>
          <w:lang w:eastAsia="zh-CN"/>
        </w:rPr>
        <w:t>　　我爱我的校园，我爱那明亮的教室，宽阔的操场，碧绿的草坪，我更爱我的老师和同学。在校园里，我们放声高歌，我们激情奔跑，我们在欢度一个五彩斑斓的青春时代。同学们，希望之光已在地平线上冉冉升起，让我们刻苦勤奋，开拓进取，让我们携手共创美好人生最美丽的际遇，让我们一起让我们的校园永葆青春的辉煌!</w:t>
      </w:r>
      <w:r>
        <w:rPr>
          <w:lang w:eastAsia="zh-CN"/>
        </w:rPr>
        <w:br/>
      </w:r>
      <w:r>
        <w:rPr>
          <w:lang w:eastAsia="zh-CN"/>
        </w:rPr>
        <w:t>　　谢谢大家!</w:t>
      </w:r>
      <w:r>
        <w:rPr>
          <w:lang w:eastAsia="zh-CN"/>
        </w:rPr>
        <w:br/>
      </w:r>
      <w:r>
        <w:rPr>
          <w:lang w:eastAsia="zh-CN"/>
        </w:rPr>
        <w:t xml:space="preserve">    2024年青春的演讲稿 篇2 </w:t>
      </w:r>
      <w:r>
        <w:rPr>
          <w:lang w:eastAsia="zh-CN"/>
        </w:rPr>
        <w:br/>
      </w:r>
      <w:r>
        <w:rPr>
          <w:lang w:eastAsia="zh-CN"/>
        </w:rPr>
        <w:t>　　有人说，青春是一首歌，流淌着激情、活力的乐章；有人说青春是一首诗，盈满了浪漫、感性的韵律；有人说青春是一幅画，镌刻着瑰丽、感人的色彩；有人说青春是一团火，焕发着炽热、耀眼的光芒。</w:t>
      </w:r>
      <w:r>
        <w:rPr>
          <w:lang w:eastAsia="zh-CN"/>
        </w:rPr>
        <w:br/>
      </w:r>
      <w:r>
        <w:rPr>
          <w:lang w:eastAsia="zh-CN"/>
        </w:rPr>
        <w:t>　　九十年前，为了驱逐黑暗、争取光明，为了祖国的独立和富强，一群意气风发的青年用热血和生命谱写了一曲最壮丽的青春之歌、一幅最宏伟的青春画卷。五四精神——爱国、科学、民主、自由、独立，也成为中国青年的精神塔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九十年后，我们新时代的青年不但没有忘记“五四精神”，而且还烙上了新时代的烙印。在汶川的抗震救灾活动中，无数的青年志愿者奔赴灾区，奉献着爱心；在北京奥运火炬在全球传递的过程中，海外青年组成的火炬护卫队，捍卫着祖国的尊严；在法国巴黎，26岁的西安留学生李恒用慷网慨激昂的演讲，向全世界展示了中国新时代青年的风采……</w:t>
      </w:r>
      <w:r>
        <w:rPr>
          <w:lang w:eastAsia="zh-CN"/>
        </w:rPr>
        <w:br/>
      </w:r>
      <w:r>
        <w:rPr>
          <w:lang w:eastAsia="zh-CN"/>
        </w:rPr>
        <w:t>　　在我们，也同样有许多优秀的青年，用他们的青春谱写着绚丽的篇章。项目经理周游，在北京桥普花园、在首钢迁安、在河北曹妃甸，凭借他出色的工作能力，受到了业主、监理和公司项目部的高度评价；在湛江龙腾的郑健聪、在宝钢热镀锌的岳琨……他们在自己的岗位上默默奉献，为推网动的发展贡献着自己的力量，成为了身边年轻人学习的榜样。</w:t>
      </w:r>
      <w:r>
        <w:rPr>
          <w:lang w:eastAsia="zh-CN"/>
        </w:rPr>
        <w:br/>
      </w:r>
      <w:r>
        <w:rPr>
          <w:lang w:eastAsia="zh-CN"/>
        </w:rPr>
        <w:t>　　我们新时代的青年，用自己的青春和热情忠于祖国、忠于企业、忠于岗位。新时代赋予了我们新的要求，我们会以更加昂扬的斗志，更加坚定信心，让青春的旗帜在时代的浪尖上飘扬。</w:t>
      </w:r>
      <w:r>
        <w:rPr>
          <w:lang w:eastAsia="zh-CN"/>
        </w:rPr>
        <w:br/>
      </w:r>
      <w:r>
        <w:rPr>
          <w:lang w:eastAsia="zh-CN"/>
        </w:rPr>
        <w:t xml:space="preserve">    2024年青春的演讲稿 篇3 </w:t>
      </w:r>
      <w:r>
        <w:rPr>
          <w:lang w:eastAsia="zh-CN"/>
        </w:rPr>
        <w:br/>
      </w:r>
      <w:r>
        <w:rPr>
          <w:lang w:eastAsia="zh-CN"/>
        </w:rPr>
        <w:t>　　各位老师，同学：</w:t>
      </w:r>
      <w:r>
        <w:rPr>
          <w:lang w:eastAsia="zh-CN"/>
        </w:rPr>
        <w:br/>
      </w:r>
      <w:r>
        <w:rPr>
          <w:lang w:eastAsia="zh-CN"/>
        </w:rPr>
        <w:t>　　大家好！</w:t>
      </w:r>
      <w:r>
        <w:rPr>
          <w:lang w:eastAsia="zh-CN"/>
        </w:rPr>
        <w:br/>
      </w:r>
      <w:r>
        <w:rPr>
          <w:lang w:eastAsia="zh-CN"/>
        </w:rPr>
        <w:t>　　岁月如梭，一转眼我已经大三了，没有了大一初到的欣喜与迷茫，没有了大一处事的青涩与紧张，多出了淡定，多出了从容。</w:t>
      </w:r>
      <w:r>
        <w:rPr>
          <w:lang w:eastAsia="zh-CN"/>
        </w:rPr>
        <w:br/>
      </w:r>
      <w:r>
        <w:rPr>
          <w:lang w:eastAsia="zh-CN"/>
        </w:rPr>
        <w:t>　　青春的大学里，我们都在努力奋斗着，多彩的舞台上，我们都在奋力的拼搏着。我，来自一个偏远的山村，也许是因为生在贫苦长在贫苦，所以我更能体会到父母的艰辛与不易，更能理解到付出时太阳下的汗水，收获时果实面前的笑容。我的名字就寄予了父母的期望，他们希望我长大后能扎上飞翔的翅膀，翔骋在属于自己的海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确实，困难磨砺人生，上天对每个人都是公平的。他给我苦难的同时又给了我解决苦难的力量。在一此次的跌倒中我学会了乐观，学会了自信，锻造出坚韧的意志，不拔的信念，而一直支持着我的是一份责任，我不只是我自己，我还是父母的儿子。所以，我必须努力！一年前，抹下悔恨的泪，抚平高考的痛，踏上北上的列车，我来到这里，来到这么一个大家庭。我当时告诉自己，当命运折断希望的风帆，不能绝望，彼岸还在！当命运凋零了美丽的花瓣，不要沉沦，绿叶还在。</w:t>
      </w:r>
      <w:r>
        <w:rPr>
          <w:lang w:eastAsia="zh-CN"/>
        </w:rPr>
        <w:br/>
      </w:r>
      <w:r>
        <w:rPr>
          <w:lang w:eastAsia="zh-CN"/>
        </w:rPr>
        <w:t>　　没有一个季节能把青春阻挡！这里是我人生的一个转折，又一个起点，在这里我更加懂的得了集体的荣誉，团度的协作。付出了很多，也学会了很多。有酸、有甜、有苦、有涩。七彩的味道充斥着我的大学生活，也许多年以后回想起来，这里就是我人生记忆中一颗闪烁的明星。</w:t>
      </w:r>
      <w:r>
        <w:rPr>
          <w:lang w:eastAsia="zh-CN"/>
        </w:rPr>
        <w:br/>
      </w:r>
      <w:r>
        <w:rPr>
          <w:lang w:eastAsia="zh-CN"/>
        </w:rPr>
        <w:t>　　老师们，同学们，朋友们，彩虹总在风雨后，秋实总在春花后，含泪播种的人一定会含笑收获，在未来风雨兼程的路上，走过荒芜，走过阑珊，走在青春里，我不去想是否能够成功，既然选择了远方，便只顾风雨兼程，我不去想身后会不会袭来寒风雨冷，既然目标是地平线，留给世界的只能是背影！</w:t>
      </w:r>
      <w:r>
        <w:rPr>
          <w:lang w:eastAsia="zh-CN"/>
        </w:rPr>
        <w:br/>
      </w:r>
      <w:r>
        <w:rPr>
          <w:lang w:eastAsia="zh-CN"/>
        </w:rPr>
        <w:t>　　我的演讲结束，谢谢！</w:t>
      </w:r>
      <w:r>
        <w:rPr>
          <w:lang w:eastAsia="zh-CN"/>
        </w:rPr>
        <w:br/>
      </w:r>
      <w:r>
        <w:rPr>
          <w:lang w:eastAsia="zh-CN"/>
        </w:rPr>
        <w:t xml:space="preserve">    2024年青春的演讲稿 篇4 </w:t>
      </w:r>
      <w:r>
        <w:rPr>
          <w:lang w:eastAsia="zh-CN"/>
        </w:rPr>
        <w:br/>
      </w:r>
      <w:r>
        <w:rPr>
          <w:lang w:eastAsia="zh-CN"/>
        </w:rPr>
        <w:t>　　亲爱的老师、同学们：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青春的美好岁月，令我魂牵梦萦的梦幻年华，因为有了你，它充满魔力。</w:t>
      </w:r>
      <w:r>
        <w:rPr>
          <w:lang w:eastAsia="zh-CN"/>
        </w:rPr>
        <w:br/>
      </w:r>
      <w:r>
        <w:rPr>
          <w:lang w:eastAsia="zh-CN"/>
        </w:rPr>
        <w:t>　　三年前，你悄悄地走进我的青春，带着浅浅的微笑，我不禁想赞美你，脑海里浮现这样一句话：看春风不喜、看夏蝉不烦、看秋风不悲、看冬雪不叹。你成为了月色与血色之间最美的第三种绝色。</w:t>
      </w:r>
      <w:r>
        <w:rPr>
          <w:lang w:eastAsia="zh-CN"/>
        </w:rPr>
        <w:br/>
      </w:r>
      <w:r>
        <w:rPr>
          <w:lang w:eastAsia="zh-CN"/>
        </w:rPr>
        <w:t>　　我感谢班主任无意间的调换座位，成就了我俩友谊的小船。夏天闷热的教室不时飘进清凉的风，枯燥乏味的数学课，你总眯着眼神游，没办法啊!我只能拍醒你，周末再拉着你去补习。我很高兴我俩连周末的安排都一模一样。</w:t>
      </w:r>
      <w:r>
        <w:rPr>
          <w:lang w:eastAsia="zh-CN"/>
        </w:rPr>
        <w:br/>
      </w:r>
      <w:r>
        <w:rPr>
          <w:lang w:eastAsia="zh-CN"/>
        </w:rPr>
        <w:t>　　我佩服你有满腹的文采，也不满你对理科的怠慢。不过没关系，我可以帮你，面对数理化练习题你叫苦连天，我知道你恨不得撕了它、也活剥了我，嘻，可惜你不能。这就是我认为的青春啊，约上好友沉迷于书海，又怕你失足淹在海里出不来，青春就是充满挑战，就是学无止境，不辜负青春，不辜负自己。</w:t>
      </w:r>
      <w:r>
        <w:rPr>
          <w:lang w:eastAsia="zh-CN"/>
        </w:rPr>
        <w:br/>
      </w:r>
      <w:r>
        <w:rPr>
          <w:lang w:eastAsia="zh-CN"/>
        </w:rPr>
        <w:t>　　进入中学的第三年，也是最后一年，转眼间熟识了这么久，转眼间我们面临分别。数不清多少次，在我灰心丧气、失去斗志时你鼓励的话语，数不清多少次我们畅谈天地、分享趣事与心中的小秘密。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傍晚夕阳的余晖映照在你的侧颜，你当真不是天间的仙?夜晚的月光洒在你的脚边，你好似花间的精灵。感谢这次的作文，让我梳理思绪，更加珍惜与你的友谊。或许当初我没有来到这座城市，或许当时我答错了毕业试题无缘进入我校许多原因我可能都无法与你相识，多奇妙的缘分。</w:t>
      </w:r>
      <w:r>
        <w:rPr>
          <w:lang w:eastAsia="zh-CN"/>
        </w:rPr>
        <w:br/>
      </w:r>
      <w:r>
        <w:rPr>
          <w:lang w:eastAsia="zh-CN"/>
        </w:rPr>
        <w:t>　　还有最后的几十天，我的青春就要再次开启一道大门，我留恋现在的事物，因为你在，它们变得生动。</w:t>
      </w:r>
      <w:r>
        <w:rPr>
          <w:lang w:eastAsia="zh-CN"/>
        </w:rPr>
        <w:br/>
      </w:r>
      <w:r>
        <w:rPr>
          <w:lang w:eastAsia="zh-CN"/>
        </w:rPr>
        <w:t>　　多希望能与你进入同一所高中，让友谊的小船进化为巨轮，你成为我青春的一个独特的印记，它代表着我最真挚的三年友谊。</w:t>
      </w:r>
      <w:r>
        <w:rPr>
          <w:lang w:eastAsia="zh-CN"/>
        </w:rPr>
        <w:br/>
      </w:r>
      <w:r>
        <w:rPr>
          <w:lang w:eastAsia="zh-CN"/>
        </w:rPr>
        <w:t>　　我的青春有拼搏、有沮丧、有挑战、有成长，有一个独一无二的你，我又想你了，清爽的马尾辫、甜甜浅浅的笑颜</w:t>
      </w:r>
      <w:r>
        <w:rPr>
          <w:lang w:eastAsia="zh-CN"/>
        </w:rPr>
        <w:br/>
      </w:r>
      <w:r>
        <w:rPr>
          <w:lang w:eastAsia="zh-CN"/>
        </w:rPr>
        <w:t xml:space="preserve">    2024年青春的演讲稿 篇5 </w:t>
      </w:r>
      <w:r>
        <w:rPr>
          <w:lang w:eastAsia="zh-CN"/>
        </w:rPr>
        <w:br/>
      </w:r>
      <w:r>
        <w:rPr>
          <w:lang w:eastAsia="zh-CN"/>
        </w:rPr>
        <w:t>　　尊敬的老师，亲爱的同学们：</w:t>
      </w:r>
      <w:r>
        <w:rPr>
          <w:lang w:eastAsia="zh-CN"/>
        </w:rPr>
        <w:br/>
      </w:r>
      <w:r>
        <w:rPr>
          <w:lang w:eastAsia="zh-CN"/>
        </w:rPr>
        <w:t>　　你们好！</w:t>
      </w:r>
      <w:r>
        <w:rPr>
          <w:lang w:eastAsia="zh-CN"/>
        </w:rPr>
        <w:br/>
      </w:r>
      <w:r>
        <w:rPr>
          <w:lang w:eastAsia="zh-CN"/>
        </w:rPr>
        <w:t>　　有人把青春比作一辆五彩的车，风雨我们都会照坐不误，也有人把青春比作一杯美酒，不管什么滋味我们都照单全收，也在这杯酒里，我们品到了辣与香的完美结合。</w:t>
      </w:r>
      <w:r>
        <w:rPr>
          <w:lang w:eastAsia="zh-CN"/>
        </w:rPr>
        <w:br/>
      </w:r>
      <w:r>
        <w:rPr>
          <w:lang w:eastAsia="zh-CN"/>
        </w:rPr>
        <w:t>　　青春是我们人生的一段别样体验，是一枚夹杂着甘甜与苦涩的青果，是我们人生岁月里的一段美丽而充实的旅行。青春的生活，在匆忙中孕育着早春的生机，在坚持中展现着盛夏的热烈，在拼搏中蕴藏着金秋的丰硕，在竞争中昭示着寒冬的希望。她是诗意的，却不乏拼搏的激情；她是时尚的，而又饱含奋斗的艰辛。等到再回首这段峥嵘岁月时，我们会发现，她会在我们一生的历练中，折射出耀眼的光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青春如梦，岁月如歌，时不消逝，何能复得？青春是人生中一段难以磨灭的插曲，它注定是“不平凡”的。它需要我们用心灵和智慧去诠译，它更需要我们用勇气和自信去充实。当我们背起行囊，来到了保定，来到了河软，青春就该由我们来抒写和添彩了！</w:t>
      </w:r>
      <w:r>
        <w:rPr>
          <w:lang w:eastAsia="zh-CN"/>
        </w:rPr>
        <w:br/>
      </w:r>
      <w:r>
        <w:rPr>
          <w:lang w:eastAsia="zh-CN"/>
        </w:rPr>
        <w:t>　　也许有人会说：校园束缚了我们的手和脚，截断了我们飞行的翅膀，这简直是浪费青春！假如你也这样想，请你尽早收心吧。因为青春需要我们独立自主的品质，更需要我们以苦为乐的豪情！学会用左手温暖右手，学会把学习当做快乐，并且享受这种快乐。生命本身就是一片广袤的沙漠，只要你努力在自己的沙漠上打一眼深井，使思想之水源源不断地涌出，就可以把沙漠变成绿洲！</w:t>
      </w:r>
      <w:r>
        <w:rPr>
          <w:lang w:eastAsia="zh-CN"/>
        </w:rPr>
        <w:br/>
      </w:r>
      <w:r>
        <w:rPr>
          <w:lang w:eastAsia="zh-CN"/>
        </w:rPr>
        <w:t>　　同学们，行动起来吧！不要等到光阴荏苒，年华渐逝，才独自叹息；不要等到花季不再，雨季已过，才内心凄凉。与其说，在人生的黄昏，无奈地擦拭过去的岁月，不如恰在这蓬勃的季节，无悔地锃亮青春的容颜。行动起来吧，给我们的青春做主！</w:t>
      </w:r>
      <w:r>
        <w:rPr>
          <w:lang w:eastAsia="zh-CN"/>
        </w:rPr>
        <w:br/>
      </w:r>
      <w:r>
        <w:rPr>
          <w:lang w:eastAsia="zh-CN"/>
        </w:rPr>
        <w:t>　　让我们来主宰自己的青春，主宰自己的人生。画一条青春的弧线，镶一片七彩的阳光，携一串欢悦的音符，愿生活多姿多彩而又美好真诚！</w:t>
      </w:r>
      <w:r>
        <w:rPr>
          <w:lang w:eastAsia="zh-CN"/>
        </w:rPr>
        <w:br/>
      </w:r>
      <w:r>
        <w:rPr>
          <w:lang w:eastAsia="zh-CN"/>
        </w:rPr>
        <w:t>　　让青春的烈火燃烧永恒，让生命的闪电划过天空；</w:t>
      </w:r>
      <w:r>
        <w:rPr>
          <w:lang w:eastAsia="zh-CN"/>
        </w:rPr>
        <w:br/>
      </w:r>
      <w:r>
        <w:rPr>
          <w:lang w:eastAsia="zh-CN"/>
        </w:rPr>
        <w:t>　　向浩瀚星空许下诺言，让年轻的心永不改变；</w:t>
      </w:r>
      <w:r>
        <w:rPr>
          <w:lang w:eastAsia="zh-CN"/>
        </w:rPr>
        <w:br/>
      </w:r>
      <w:r>
        <w:rPr>
          <w:lang w:eastAsia="zh-CN"/>
        </w:rPr>
        <w:t>　　用所有的热情换取时间，让年轻的梦想永无终点。</w:t>
      </w:r>
      <w:r>
        <w:rPr>
          <w:lang w:eastAsia="zh-CN"/>
        </w:rPr>
        <w:br/>
      </w:r>
      <w:r>
        <w:rPr>
          <w:lang w:eastAsia="zh-CN"/>
        </w:rPr>
        <w:t>　　请相信，</w:t>
      </w:r>
      <w:r>
        <w:rPr>
          <w:lang w:eastAsia="zh-CN"/>
        </w:rPr>
        <w:br/>
      </w:r>
      <w:r>
        <w:rPr>
          <w:lang w:eastAsia="zh-CN"/>
        </w:rPr>
        <w:t>　　我的青春我做主，</w:t>
      </w:r>
      <w:r>
        <w:rPr>
          <w:lang w:eastAsia="zh-CN"/>
        </w:rPr>
        <w:br/>
      </w:r>
      <w:r>
        <w:rPr>
          <w:lang w:eastAsia="zh-CN"/>
        </w:rPr>
        <w:t>　　我的未来不是梦！</w:t>
      </w:r>
      <w:r>
        <w:rPr>
          <w:lang w:eastAsia="zh-CN"/>
        </w:rPr>
        <w:br/>
      </w:r>
      <w:r>
        <w:rPr>
          <w:lang w:eastAsia="zh-CN"/>
        </w:rPr>
        <w:t>　　我青春我做主的演讲稿5：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敬爱的老师，亲爱的同学：</w:t>
      </w:r>
      <w:r>
        <w:rPr>
          <w:lang w:eastAsia="zh-CN"/>
        </w:rPr>
        <w:br/>
      </w:r>
      <w:r>
        <w:rPr>
          <w:lang w:eastAsia="zh-CN"/>
        </w:rPr>
        <w:t>　　青春是美妙的，青春是梦想，是活力，是幸福，拥有青春的我们是那么的可爱……</w:t>
      </w:r>
      <w:r>
        <w:rPr>
          <w:lang w:eastAsia="zh-CN"/>
        </w:rPr>
        <w:br/>
      </w:r>
      <w:r>
        <w:rPr>
          <w:lang w:eastAsia="zh-CN"/>
        </w:rPr>
        <w:t>　　拥有青春，我们每一天都站在新的起跑线上。不管昨日如何，不管是甜还是苦，我只在乎今日，昨日已经逝去了，再也回不来了，世上没有后悔药，今日我要过得很开心！试卷发下来了，尽管很差，可是我相信，吸取这一次的教训，下次我必须能够考得更好！</w:t>
      </w:r>
      <w:r>
        <w:rPr>
          <w:lang w:eastAsia="zh-CN"/>
        </w:rPr>
        <w:br/>
      </w:r>
      <w:r>
        <w:rPr>
          <w:lang w:eastAsia="zh-CN"/>
        </w:rPr>
        <w:t>　　拥有青春，我们能够尽情的放飞自我的梦想。不管你怎样说，我就是爱音乐，我就是爱唱歌，无论你如何说，无论你如何反对，我就是要大声的唱，我就是要坚持我的梦想，神马都是浮云，什么都阻挡不了我前进的步伐！</w:t>
      </w:r>
      <w:r>
        <w:rPr>
          <w:lang w:eastAsia="zh-CN"/>
        </w:rPr>
        <w:br/>
      </w:r>
      <w:r>
        <w:rPr>
          <w:lang w:eastAsia="zh-CN"/>
        </w:rPr>
        <w:t>　　拥有青春，我们不怕失败，相信一切能够重头再来。失败了有怎样样，跌倒了又如何？爬起来，继续向前跑，我有我的坚持，不到终点誓不罢休。你说我唱歌难听如何，尽管我唱歌没有获得名次又如何，但我不会放弃，而是勇敢地站起来，我就比你强！我相信只要我努力拼搏，没有什么是不可能的，一切问题都将迎刃而解，我相信，我终会找到属于自我的闪耀的舞台，我要证明给你们看，我是强者！！</w:t>
      </w:r>
      <w:r>
        <w:rPr>
          <w:lang w:eastAsia="zh-CN"/>
        </w:rPr>
        <w:br/>
      </w:r>
      <w:r>
        <w:rPr>
          <w:lang w:eastAsia="zh-CN"/>
        </w:rPr>
        <w:t>　　青春的我们就是这么的叛逆。长青春痘如何，那是我们青春的象征，酸甜苦辣我照样吃！你说我长得矮如何，浓缩就是精华你懂不懂？你说我声音难听如何，我唱起歌儿来照样比你雄！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青春是完美的，同时也是短暂的，所以我们要好好的珍惜，让青春散发光彩。</w:t>
      </w:r>
      <w:r>
        <w:rPr>
          <w:lang w:eastAsia="zh-CN"/>
        </w:rPr>
        <w:br/>
      </w:r>
      <w:r>
        <w:rPr>
          <w:lang w:eastAsia="zh-CN"/>
        </w:rPr>
        <w:t>　　我的青春我做主！</w:t>
      </w:r>
      <w:r>
        <w:rPr>
          <w:lang w:eastAsia="zh-CN"/>
        </w:rPr>
        <w:br/>
      </w:r>
      <w:r>
        <w:rPr>
          <w:lang w:eastAsia="zh-CN"/>
        </w:rPr>
        <w:t xml:space="preserve">    2024年青春的演讲稿 篇6 </w:t>
      </w:r>
      <w:r>
        <w:rPr>
          <w:lang w:eastAsia="zh-CN"/>
        </w:rPr>
        <w:br/>
      </w:r>
      <w:r>
        <w:rPr>
          <w:lang w:eastAsia="zh-CN"/>
        </w:rPr>
        <w:t>　　朋友，你有信仰吗？我问过很多同学。大一学生不置可否，笑笑；二年级学生傲慢而铿锵：“当然！”到了初三，你会满头大汗：“不知道！”我匆匆离开，t恤背面写着“别理我，我无聊！”有人问过我，我只能做出高深莫测的样子告诉他：“不好说！”</w:t>
      </w:r>
      <w:r>
        <w:rPr>
          <w:lang w:eastAsia="zh-CN"/>
        </w:rPr>
        <w:br/>
      </w:r>
      <w:r>
        <w:rPr>
          <w:lang w:eastAsia="zh-CN"/>
        </w:rPr>
        <w:t>　　虽然我们没有什么特别的经历，但是象牙塔里特殊的氛围把我们塑造成了一个不一样的群体：冲动，充满幻想，野心勃勃，热爱生活，却又脱离现实，逃避社会，有点清高，有点孤傲。在校，渴望走向社会；走出校门的时候，茫然会笼罩每一颗年轻的心。有时我们对社会的看法太好，有时我们对社会的看法太差。身边所有的不和谐一度让我不知所措，于是我决定出去看看。无论我去哪里，我都应该寻找一些东西。</w:t>
      </w:r>
      <w:r>
        <w:rPr>
          <w:lang w:eastAsia="zh-CN"/>
        </w:rPr>
        <w:br/>
      </w:r>
      <w:r>
        <w:rPr>
          <w:lang w:eastAsia="zh-CN"/>
        </w:rPr>
        <w:t>　　直到我收拾好行李离开校门的那一天，我还在想：我们到底怎么了？社会怎么了？</w:t>
      </w:r>
      <w:r>
        <w:rPr>
          <w:lang w:eastAsia="zh-CN"/>
        </w:rPr>
        <w:br/>
      </w:r>
      <w:r>
        <w:rPr>
          <w:lang w:eastAsia="zh-CN"/>
        </w:rPr>
        <w:t>　　我在革命老区左权县一个叫杨娇的小村庄度过了几十个难忘的日日夜夜。然而今天，我不想说“中午锄草，把草汗流浃背”的劳动场景，不想说村民在生活中给予我的无私帮助和温暖，不想说我在村民家吃馅饼时的大方笑容。在我内心激荡的那些日子里，这样的事情太多了，几乎每一件小事都让我热泪盈眶。我不想谈这个，只想谈谈冉冉在我心中日益高涨的信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这是一个只有十几户人家的小村庄。没有电，没有水，没有煤，山洞就是避难所。每年三分之二的口粮都是玉米炒面。这里虽然穷，但抗战时期，家家户户都参加了八路军，走上了抗日前线；这里虽然穷，但抗战胜利后，除牺牲者外，所有的人都放弃了在县城的工作，回到这片土地上；这里虽然穷，但是很多年了，这里没有人出去逃荒乞讨食物；虽然这里很穷，但他们每年在这片土地上种植500棵树。</w:t>
      </w:r>
      <w:r>
        <w:rPr>
          <w:lang w:eastAsia="zh-CN"/>
        </w:rPr>
        <w:br/>
      </w:r>
      <w:r>
        <w:rPr>
          <w:lang w:eastAsia="zh-CN"/>
        </w:rPr>
        <w:t>　　是的，这里很穷，但是他们没有放弃这片土地，因为这是他们祖先留下的土地，这是最神圣和高贵的世袭，他们有责任把这片土地当成生命一样宝贵！</w:t>
      </w:r>
      <w:r>
        <w:rPr>
          <w:lang w:eastAsia="zh-CN"/>
        </w:rPr>
        <w:br/>
      </w:r>
      <w:r>
        <w:rPr>
          <w:lang w:eastAsia="zh-CN"/>
        </w:rPr>
        <w:t>　　徘徊在贫瘠的土地上，我想到了自己。我们总以为自己永远不会成功，永远被压抑，我们伟大的灵感永远被扼杀。企业家、工程师甚至百万富翁的作风都会在某一天早上彻底抹黑，于是悲痛和愤慨难以抑制，于是眼泪和鲜血流了出来，于是我们喊出感情和绝望，于是我们在自己的心墙上挣扎，写一些散文和诗歌，然后死去，然后，然后，超脱。我们不忍心发现这个秘密：我们什么也没做。我们平凡、卑微、无知。我们对生活没有透彻的了解，却总是被世俗的世界灼伤。冲动和狂热之后的懒散和怠惰，削弱甚至抹杀了我们头上的光环，信仰的陨落让我们难以永远站在永恒的蓝天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也知道中国不是所有的土地都是爪，但是我们在校园里看不到爪。当我们喊高标准、高消费的时候，就能知道中国有多少地方像杨娇村一样在温饱线上挣扎；当我们闭上眼睛高喊民主自由的时候，我们有没有记住普及九年义务教育的比例是多少？我在校园里一直充满激情和激情，我仍然理解社会过程是多么的艰难和痛苦。没有清醒的头脑，所谓的信仰只是一个传说，在我们矛盾的性格中延伸。</w:t>
      </w:r>
      <w:r>
        <w:rPr>
          <w:lang w:eastAsia="zh-CN"/>
        </w:rPr>
        <w:br/>
      </w:r>
      <w:r>
        <w:rPr>
          <w:lang w:eastAsia="zh-CN"/>
        </w:rPr>
        <w:t>　　我也想再谈谈他们的贫穷。他们衣衫褴褛，面色淡黄色，没有书，没有报纸，也没有学校。所以我对他们的无知和旧思想感到惊讶。的确，他们穷而坚韧，但如果他们无知，他们永远是穷而坚韧，一无所有！</w:t>
      </w:r>
      <w:r>
        <w:rPr>
          <w:lang w:eastAsia="zh-CN"/>
        </w:rPr>
        <w:br/>
      </w:r>
      <w:r>
        <w:rPr>
          <w:lang w:eastAsia="zh-CN"/>
        </w:rPr>
        <w:t>　　几十天过去了，我怀着沉重的心情离开了杨娇。站在山脚下，我犹豫了一下，于是踏上了回家的路？在社会上应该有什么地位？我在阳光下应该有怎样的形象？突然，在烈日下，在一个狭窄的斜坡上，一个背影让我颤抖：草帽，破旧的运动衫，熟悉的除草动作；是天地之大让他如此渺小，是岩石和杂草的数量让他如此缓慢。然而他就是这么执着认真，低着头一步一步往前走。于是我想到了一幅油画，一幅关于我父亲的油画：满脸皱纹，汗流浃背，嘴唇干裂，手指被棉线捆着，指甲血迹斑斑，粗壮的黑手捧着一大碗水。一阵辛酸涌上心头。</w:t>
      </w:r>
      <w:r>
        <w:rPr>
          <w:lang w:eastAsia="zh-CN"/>
        </w:rPr>
        <w:br/>
      </w:r>
      <w:r>
        <w:rPr>
          <w:lang w:eastAsia="zh-CN"/>
        </w:rPr>
        <w:t>　　但与此同时，我听到了信仰的呼唤和发自内心的呼喊：</w:t>
      </w:r>
      <w:r>
        <w:rPr>
          <w:lang w:eastAsia="zh-CN"/>
        </w:rPr>
        <w:br/>
      </w:r>
      <w:r>
        <w:rPr>
          <w:lang w:eastAsia="zh-CN"/>
        </w:rPr>
        <w:t>　　走吧，为了脚下这片古老的土地；走，脚踏实地，一步一步来，哪怕摸摸头；走吧，带着历史的重量和责任的重量；我们走吧，即使我的脚磨破了，我也永远不会停下来，永远不会跪下呻吟！</w:t>
      </w:r>
      <w:r>
        <w:rPr>
          <w:lang w:eastAsia="zh-CN"/>
        </w:rPr>
        <w:br/>
      </w:r>
      <w:r>
        <w:rPr>
          <w:lang w:eastAsia="zh-CN"/>
        </w:rPr>
        <w:t xml:space="preserve">    2024年青春的演讲稿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偶然间，发现咱们已步入了那道令老年人羡慕、中年人留恋、少年人向往的青春风景线。澎湃着青春的热血，洋溢着青春的热情。然而朋友，你是否探求、思索过，青春是什么呢？</w:t>
      </w:r>
      <w:r>
        <w:rPr>
          <w:lang w:eastAsia="zh-CN"/>
        </w:rPr>
        <w:br/>
      </w:r>
      <w:r>
        <w:rPr>
          <w:lang w:eastAsia="zh-CN"/>
        </w:rPr>
        <w:t>　　青春是一团火，笑容与彩霞飞映，汗水伴露珠潇洒，脉搏跳动着奔腾的节奏，智慧弹奏着优美的旋律！青春用它火一样的热忱，全身心地投入，获得动人的笑颜。</w:t>
      </w:r>
      <w:r>
        <w:rPr>
          <w:lang w:eastAsia="zh-CN"/>
        </w:rPr>
        <w:br/>
      </w:r>
      <w:r>
        <w:rPr>
          <w:lang w:eastAsia="zh-CN"/>
        </w:rPr>
        <w:t>　　青春是一条河，平静时，泉水叮咚响，绵绵诉说着青春的故事；激荡时，汹涌澎湃，激情放射出绚烂的光芒。</w:t>
      </w:r>
      <w:r>
        <w:rPr>
          <w:lang w:eastAsia="zh-CN"/>
        </w:rPr>
        <w:br/>
      </w:r>
      <w:r>
        <w:rPr>
          <w:lang w:eastAsia="zh-CN"/>
        </w:rPr>
        <w:t>　　青春是璀璨的夜空，犹如月色般美丽的抱负，也有数不清的幻想之星。只是青春的月亮比夜空的月亮更圆，青春的月亮比夜空的月亮更耀眼，青春的星星比夜空的星星更繁，青春的星星比夜空的星星更亮。</w:t>
      </w:r>
      <w:r>
        <w:rPr>
          <w:lang w:eastAsia="zh-CN"/>
        </w:rPr>
        <w:br/>
      </w:r>
      <w:r>
        <w:rPr>
          <w:lang w:eastAsia="zh-CN"/>
        </w:rPr>
        <w:t>　　青春是一条山路，它时而展现青春盎然的图景，时而滋长浸满血泪的毒草，它会为你指引一个光明的前景，也会设下陷阱使你堕落。但是，是水手何惧惊涛骇浪，是樵夫何怕荆棘深涧，只要咱们把准前进的目标，头顶的阳光一定是灿烂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然而，曾几何时，咱们这些带着彩色的梦走进大学校园的莘莘学子们却拥着青春，在被赋予本科大学生之称的壮丽岁月里，高喊着：平平淡淡才是真。旦有人认为与世无争，恬淡一生便可无忧无虑的生存，颇有要把老庄的无为思想发扬光大之势。是什么使咱们充满青春活力的校园生活减退了缤纷的色彩呢？又是什么使咱们真实的熔浆凝固，不再有来自内心深处的热血沸腾？是因为咱们没有走进梦想中的象牙塔？是因为咱们未走出自我困惑的地带？还是因为咱们的心真的不再年轻，确实把一切都看的平淡了呢？然而我要说不！都不是！主宰世界的是咱们，放弃世界的仍然是咱们。</w:t>
      </w:r>
      <w:r>
        <w:rPr>
          <w:lang w:eastAsia="zh-CN"/>
        </w:rPr>
        <w:br/>
      </w:r>
      <w:r>
        <w:rPr>
          <w:lang w:eastAsia="zh-CN"/>
        </w:rPr>
        <w:t>　　不再回头的不只是那古老的辰光，也不只是那些个夜晚的星群和月亮，还有咱们流逝着的青春。所以请拒绝平淡，告别无为，让咱们的青春在阳光下真正的飞扬起来，激荡起来！</w:t>
      </w:r>
      <w:r>
        <w:rPr>
          <w:lang w:eastAsia="zh-CN"/>
        </w:rPr>
        <w:br/>
      </w:r>
      <w:r>
        <w:rPr>
          <w:lang w:eastAsia="zh-CN"/>
        </w:rPr>
        <w:t>　　让咱们在阳光明媚的日子，愉快地歌唱；在花开的日子里，遨游知识海洋，一起编织梦想；在飘雨的季节里，用心情的音符，谱写青春悦耳的篇章！任前方荆棘丛生咱们将持之以恒。茫茫学海中，咱们要做勇敢的水手，乘风破浪，共赴前程。青春的脚步如行云流水，青春的岁月需要知识的滋养。让咱们把握生命中的每一天，向着成功的彼岸前行。</w:t>
      </w:r>
      <w:r>
        <w:rPr>
          <w:lang w:eastAsia="zh-CN"/>
        </w:rPr>
        <w:br/>
      </w:r>
      <w:r>
        <w:rPr>
          <w:lang w:eastAsia="zh-CN"/>
        </w:rPr>
        <w:t>　　不再为落叶伤感，为春雨掉泪；也不再满不在乎于地挥退夏日的艳阳，让残冬的雪来装饰自己的面纱；岁月可使皮肤起皱，而失去热情，就也可以使灵魂起皱，让生命失去激情。所以，咱们要用智慧和勇气扬起理想的风帆，用青春和生命奏响时代的强音。当咱们抛弃了迷茫，掌握了航向，当咱们共同努力，不懈的摇桨，青春的激扬乐章终将奏响！</w:t>
      </w:r>
      <w:r>
        <w:rPr>
          <w:lang w:eastAsia="zh-CN"/>
        </w:rPr>
        <w:br/>
      </w:r>
      <w:r>
        <w:rPr>
          <w:lang w:eastAsia="zh-CN"/>
        </w:rPr>
        <w:t>　　奏响雄壮的国歌，扬起鲜红的国旗，咱们又一次为这个时刻而感到骄傲和自豪。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时光飞逝，岁月荏苒，咱们已由昔日幼稚的孩童成长为今天的翩翩少年。回顾往昔，咱们无怨无悔，展望明天，咱们信心十足。走进了高三，咱们的生活不再如以前一般轻松；走进了高三，咱们的日子也多了一比疲惫。但是面对明年的七月，咱们仍将披荆暂棘，奋然前行。</w:t>
      </w:r>
      <w:r>
        <w:rPr>
          <w:lang w:eastAsia="zh-CN"/>
        </w:rPr>
        <w:br/>
      </w:r>
      <w:r>
        <w:rPr>
          <w:lang w:eastAsia="zh-CN"/>
        </w:rPr>
        <w:t xml:space="preserve">    2024年青春的演讲稿 篇8 </w:t>
      </w:r>
      <w:r>
        <w:rPr>
          <w:lang w:eastAsia="zh-CN"/>
        </w:rPr>
        <w:br/>
      </w:r>
      <w:r>
        <w:rPr>
          <w:lang w:eastAsia="zh-CN"/>
        </w:rPr>
        <w:t>　　亲爱的同学们：</w:t>
      </w:r>
      <w:r>
        <w:rPr>
          <w:lang w:eastAsia="zh-CN"/>
        </w:rPr>
        <w:br/>
      </w:r>
      <w:r>
        <w:rPr>
          <w:lang w:eastAsia="zh-CN"/>
        </w:rPr>
        <w:t>　　大家好!</w:t>
      </w:r>
      <w:r>
        <w:rPr>
          <w:lang w:eastAsia="zh-CN"/>
        </w:rPr>
        <w:br/>
      </w:r>
      <w:r>
        <w:rPr>
          <w:lang w:eastAsia="zh-CN"/>
        </w:rPr>
        <w:t>　　青春是什么，青春是学习的季节，青春是奋斗的岁月，不要停止我们前进的步伐，因为青春的路正长。有空的时候静下心来好好看看书，回头想想自己走过的路，为自己的人生做好一个规划，把自己的理想铭刻在心中，做一个甘于寂寞，敢于创新、干劲十足的年青人。</w:t>
      </w:r>
      <w:r>
        <w:rPr>
          <w:lang w:eastAsia="zh-CN"/>
        </w:rPr>
        <w:br/>
      </w:r>
      <w:r>
        <w:rPr>
          <w:lang w:eastAsia="zh-CN"/>
        </w:rPr>
        <w:t>　　从某种意义上来说，就已经选择了奉献。青春不是人生的一段时期，而是心灵的一种状况。如果你的心灵很年青，你就会常常保持许多梦想。大家都知道我们企业的精神：务实、敬业、创新、高效，虽然我们工作在不同的岗位，但我们拥有一个共同的家，在这里，我们信守同样的共产主义精神，写下同样的奉献承诺，拥有同样的壮美青春。</w:t>
      </w:r>
      <w:r>
        <w:rPr>
          <w:lang w:eastAsia="zh-CN"/>
        </w:rPr>
        <w:br/>
      </w:r>
      <w:r>
        <w:rPr>
          <w:lang w:eastAsia="zh-CN"/>
        </w:rPr>
        <w:t>　　亲爱的朋友们，这是一次演讲，更是一次告白。当我满带着青春的气息，怀揣着沉甸甸的梦想与信念站在这里的那刻，我的内心是如此的坦荡与激昂，那种难以形容的兴奋与紧张，我真诚的邀请你们一同分享。</w:t>
      </w:r>
      <w:r>
        <w:rPr>
          <w:lang w:eastAsia="zh-CN"/>
        </w:rPr>
        <w:br/>
      </w:r>
      <w:r>
        <w:rPr>
          <w:lang w:eastAsia="zh-CN"/>
        </w:rPr>
        <w:t>　　我的演讲完毕，谢谢大家!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xml:space="preserve">    2024年青春的演讲稿 篇9 </w:t>
      </w:r>
      <w:r>
        <w:rPr>
          <w:lang w:eastAsia="zh-CN"/>
        </w:rPr>
        <w:br/>
      </w:r>
      <w:r>
        <w:rPr>
          <w:lang w:eastAsia="zh-CN"/>
        </w:rPr>
        <w:t>　　尊敬的各位老师、亲爱的同学们，大家上午好！</w:t>
      </w:r>
      <w:r>
        <w:rPr>
          <w:lang w:eastAsia="zh-CN"/>
        </w:rPr>
        <w:br/>
      </w:r>
      <w:r>
        <w:rPr>
          <w:lang w:eastAsia="zh-CN"/>
        </w:rPr>
        <w:t>　　今天我们演讲的题目是《青春的责任》。</w:t>
      </w:r>
      <w:r>
        <w:rPr>
          <w:lang w:eastAsia="zh-CN"/>
        </w:rPr>
        <w:br/>
      </w:r>
      <w:r>
        <w:rPr>
          <w:lang w:eastAsia="zh-CN"/>
        </w:rPr>
        <w:t>　　如果不是因为我们赋予了高三的头衔，站在18岁这个刻度点上，或许我们还以为自己是个孩子；</w:t>
      </w:r>
      <w:r>
        <w:rPr>
          <w:lang w:eastAsia="zh-CN"/>
        </w:rPr>
        <w:br/>
      </w:r>
      <w:r>
        <w:rPr>
          <w:lang w:eastAsia="zh-CN"/>
        </w:rPr>
        <w:t>　　如果不是因为总把脱下的衣服扔给妈妈，没钱了开口要就有人给，或许我们还以为自己长大了。</w:t>
      </w:r>
      <w:r>
        <w:rPr>
          <w:lang w:eastAsia="zh-CN"/>
        </w:rPr>
        <w:br/>
      </w:r>
      <w:r>
        <w:rPr>
          <w:lang w:eastAsia="zh-CN"/>
        </w:rPr>
        <w:t>　　18岁，一份灿烂洒脱的青春，更是一份沉甸甸的责任。</w:t>
      </w:r>
      <w:r>
        <w:rPr>
          <w:lang w:eastAsia="zh-CN"/>
        </w:rPr>
        <w:br/>
      </w:r>
      <w:r>
        <w:rPr>
          <w:lang w:eastAsia="zh-CN"/>
        </w:rPr>
        <w:t>　　我们口口声声地说我们毕业后要独闯天下。可如果连在学校的这些风风雨雨都足以让我们望而却步，那所谓的独闯天下岂不是一句可笑的空谈？</w:t>
      </w:r>
      <w:r>
        <w:rPr>
          <w:lang w:eastAsia="zh-CN"/>
        </w:rPr>
        <w:br/>
      </w:r>
      <w:r>
        <w:rPr>
          <w:lang w:eastAsia="zh-CN"/>
        </w:rPr>
        <w:t>　　我们信誓旦旦地说着我们的理想、我们的目标，可却连熬夜都没有认认真真对待过，那还有什么资格堂而皇之地把那些名牌大学挂在嘴边来欺骗父母、欺骗自己？</w:t>
      </w:r>
      <w:r>
        <w:rPr>
          <w:lang w:eastAsia="zh-CN"/>
        </w:rPr>
        <w:br/>
      </w:r>
      <w:r>
        <w:rPr>
          <w:lang w:eastAsia="zh-CN"/>
        </w:rPr>
        <w:t>　　我们整日唉声叹气地抱怨着学习的辛苦与疲惫，我们还有什么理由去承认自己就是那8、9点钟的太阳？</w:t>
      </w:r>
      <w:r>
        <w:rPr>
          <w:lang w:eastAsia="zh-CN"/>
        </w:rPr>
        <w:br/>
      </w:r>
      <w:r>
        <w:rPr>
          <w:lang w:eastAsia="zh-CN"/>
        </w:rPr>
        <w:t>　　我们每日偷个小懒，给自己放个小假，我们还有什么勇气来宣告我们就是祖国的未来和希望？</w:t>
      </w:r>
      <w:r>
        <w:rPr>
          <w:lang w:eastAsia="zh-CN"/>
        </w:rPr>
        <w:br/>
      </w:r>
      <w:r>
        <w:rPr>
          <w:lang w:eastAsia="zh-CN"/>
        </w:rPr>
        <w:t>　　我们拥有青春，就意味着自己肩负着一份青春的责任、一份对自己、对父母、对家庭的责任；一份对理想、对祖国、对社会的责任。温总理说，吾身虽瘦，必肥天下。或许现在的我们还没有能力负担起祖国的责任，但最起码我们能够贡献一份自己的力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学一学微软公司是怎样践行“人可以不伟大，但不可以没有责任心”的郑重承诺；</w:t>
      </w:r>
      <w:r>
        <w:rPr>
          <w:lang w:eastAsia="zh-CN"/>
        </w:rPr>
        <w:br/>
      </w:r>
      <w:r>
        <w:rPr>
          <w:lang w:eastAsia="zh-CN"/>
        </w:rPr>
        <w:t>　　看一看长江大学的青年是如何义无反顾地跳进冰冷刺骨的江水救起生命的责任；</w:t>
      </w:r>
      <w:r>
        <w:rPr>
          <w:lang w:eastAsia="zh-CN"/>
        </w:rPr>
        <w:br/>
      </w:r>
      <w:r>
        <w:rPr>
          <w:lang w:eastAsia="zh-CN"/>
        </w:rPr>
        <w:t>　　品一品那个在艰难中照料亲人、勇挑重担的13岁顽强少年马腾飞的人性光辉；</w:t>
      </w:r>
      <w:r>
        <w:rPr>
          <w:lang w:eastAsia="zh-CN"/>
        </w:rPr>
        <w:br/>
      </w:r>
      <w:r>
        <w:rPr>
          <w:lang w:eastAsia="zh-CN"/>
        </w:rPr>
        <w:t>　　悟一悟那个十几年如一日守护在父母身边的“最美丽女孩”孟佩杰的人生旅程。</w:t>
      </w:r>
      <w:r>
        <w:rPr>
          <w:lang w:eastAsia="zh-CN"/>
        </w:rPr>
        <w:br/>
      </w:r>
      <w:r>
        <w:rPr>
          <w:lang w:eastAsia="zh-CN"/>
        </w:rPr>
        <w:t>　　人生的旅途，就是要这样一步一步地走下去，你说它是蔷薇路也好，你说它是荆棘路也好，我们总要坚定不移地走下去。</w:t>
      </w:r>
      <w:r>
        <w:rPr>
          <w:lang w:eastAsia="zh-CN"/>
        </w:rPr>
        <w:br/>
      </w:r>
      <w:r>
        <w:rPr>
          <w:lang w:eastAsia="zh-CN"/>
        </w:rPr>
        <w:t>　　不要害怕布满荆棘的路途，年轻的我们定能走出康庄大道；不要害怕责任的沉重，意气风发的我们定能经得起生活的考验。</w:t>
      </w:r>
      <w:r>
        <w:rPr>
          <w:lang w:eastAsia="zh-CN"/>
        </w:rPr>
        <w:br/>
      </w:r>
      <w:r>
        <w:rPr>
          <w:lang w:eastAsia="zh-CN"/>
        </w:rPr>
        <w:t>　　青春不仅是自由与洒脱，浪漫与梦想，青春应该是一种责任，让我们用青春、用热血、用生命去奋斗、去履行、去捍卫这青春的责任吧！</w:t>
      </w:r>
      <w:r>
        <w:rPr>
          <w:lang w:eastAsia="zh-CN"/>
        </w:rPr>
        <w:br/>
      </w:r>
      <w:r>
        <w:rPr>
          <w:lang w:eastAsia="zh-CN"/>
        </w:rPr>
        <w:t>　　我们的演讲到此结束，谢谢大家！</w:t>
      </w:r>
      <w:r>
        <w:rPr>
          <w:lang w:eastAsia="zh-CN"/>
        </w:rPr>
        <w:br/>
      </w:r>
      <w:r>
        <w:rPr>
          <w:lang w:eastAsia="zh-CN"/>
        </w:rPr>
        <w:t xml:space="preserve">    2024年青春的演讲稿 篇10 </w:t>
      </w:r>
      <w:r>
        <w:rPr>
          <w:lang w:eastAsia="zh-CN"/>
        </w:rPr>
        <w:br/>
      </w:r>
      <w:r>
        <w:rPr>
          <w:lang w:eastAsia="zh-CN"/>
        </w:rPr>
        <w:t>　　各位领导、各位评委、各位青年朋友们：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让青春烈火燃烧永恒，让生命闪电划过天边，用所有热情换回时间，让年轻的梦没有终点!我非常欣赏《烈火青春》里面的这段话，并一直用它激励自己的学习、工作和生活。我认为，青春就应该燃烧，发出亮光才有价值!人的一生可能燃烧也可能腐朽，既然这样，我不愿腐朽，也不能腐朽，我愿意燃烧起来!在座的朋友们!你们愿意吗?</w:t>
      </w:r>
      <w:r>
        <w:rPr>
          <w:lang w:eastAsia="zh-CN"/>
        </w:rPr>
        <w:br/>
      </w:r>
      <w:r>
        <w:rPr>
          <w:lang w:eastAsia="zh-CN"/>
        </w:rPr>
        <w:t>　　青春，是我们一生中最美丽的季节，她孕育着早春的生机，展现着盛夏的热烈，暗藏着金秋的硕实，昭示着寒冬的希望，充满诗意而不缺乏拼搏的激情，时尚浪漫而又饱含着奋斗的艰辛。当一个人的青春融汇到一个时代、一份事业中，这样的青春就不会远去，而这份事业也必将在岁月的历练中折射出耀眼的光芒。</w:t>
      </w:r>
      <w:r>
        <w:rPr>
          <w:lang w:eastAsia="zh-CN"/>
        </w:rPr>
        <w:br/>
      </w:r>
      <w:r>
        <w:rPr>
          <w:lang w:eastAsia="zh-CN"/>
        </w:rPr>
        <w:t>　　说到这里，我想起了这样一句话：“有的人活着，他已经死了;有的人死了，他还活着。”生命的意义在于活着，那么活着的意义又是什么呢?当然不是为了活着而活着，答案只有两个字，奉献!我们可以设想一下，不付出、不创造、不追求，这样的青春必然在似水年华中渐渐老去，回首过往，没有痕迹，没有追忆，人生四处弥漫着叹息。我想，这绝对不是我们存在的意义。古往今来，有无数能人志士在自己的青春年华就已经成就了不朽的人生，在这里我来不及一一列举。可是，有一个人的名字我却不能不提，他是我们永远的学习榜样，一个最平凡最无私也是最伟大的人。大家知道他是谁吗?这个传奇人物就是雷锋，他告诫我们说：“青春啊，永远是美好的，可是真正的青春，只属于那些永远力争上游的人，永远忘我劳动的人，永远谦虚的人!”我想在座的每一位包括我自己都可以成为这样的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实话，三年前，我刚来工作的时候也有过失落和茫然，感觉现实不尽如人意，感觉离曾经的梦想总是有一些距离，一度陷入困惑之中。可是，青春的我是一把刚铸好的刀，不容得你有片刻的等待和迟疑。我决不能眼睁睁看着这把刀慢慢氧化，失去光泽，随即斑驳、锈蚀、风化，最后成为一块废铁。我告诉自己，“只要你是金子，就能放光，只要你斗志昂扬的面对生活、面对工作，你就会有所获得。”路漫漫其修远兮，吾将上下而求索。青春是学习的季节，青春是奋斗的岁月，不要停止我们前进的步伐，因为青春的路正长。有空的时候静下心来好好看看书，回头想想自己走过的路，为自己的人生做好一个规划，把自己的理想铭刻在心中，做一个甘于寂寞，敢于创新、干劲十足的年青人。</w:t>
      </w:r>
      <w:r>
        <w:rPr>
          <w:lang w:eastAsia="zh-CN"/>
        </w:rPr>
        <w:br/>
      </w:r>
      <w:r>
        <w:rPr>
          <w:lang w:eastAsia="zh-CN"/>
        </w:rPr>
        <w:t>　　我们选择了，从某种意义上来说，就已经选择了奉献。远离了都市的繁华，城市的喧嚣，沉淀了心情，在这里驻足、扎根、守望。我们是失去一些东西，但我们没有失去最为宝贵的青春。我们也没有辜负自己的青春，我们正用汗水见证着成长，用奉献丈量着价值。在这片原本苍凉的盐碱地上，一批又一批的新同志变成了老同志，一座又一座新厂房是他们创造的新生命，闪亮着青春之花的人们在这里绽放，永不凋零。因为那些花儿已经变成了果实，成为了历史永恒的记忆。让我把这次演讲作为礼物献给你们吧，献给所有美丽的青春之花;让我把这次演讲化作誓言，吹响我们年轻人心中奋进的号角，让她成为我们取胜的基石、前进的动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青春不是人生的一段时期，而是心灵的一种状况。如果你的心灵很年青，你就会常常保持许多梦想，在浓云密布的日子里，依然会抓住瞬间闪过的金色阳光。我们虽出生于不同的年代，工作在不同的岗位，但我们拥有一个共同的家，在这里，我们信守同样的企业精神，写下同样的奉献承诺，拥有同样的壮美青春。这是一次演讲，更是一次告白。当我满带着青春的气息，怀揣着沉甸甸的梦想与信念站在这里的那刻，我的内心是如此的坦荡与激昂，那种难以形容的兴奋与紧张，我真诚的邀请你们一同分享。</w:t>
      </w:r>
      <w:r>
        <w:rPr>
          <w:lang w:eastAsia="zh-CN"/>
        </w:rPr>
        <w:br/>
      </w:r>
      <w:r>
        <w:rPr>
          <w:lang w:eastAsia="zh-CN"/>
        </w:rPr>
        <w:t>　　曾子曰：“士不可以不弘毅，任重而道远。”作为青年人，一个国家、一个民族的希望所在，心中无不闪烁着梦想，那么现在就是我们努力实现梦想的时候。当前，我厂正处于一个承前启后，继往开来的转折点，有一大批项目等着我们去建设，有一系列技术等着我们去攻关，有一大片市场等着我们去开拓，有一整套的经验等着我们去探索，我们要做的还有很多很多。纵使艰难险阻，也要努力前行：追求卓越，真诚回报，释放青春能量，点燃青春梦想。或许我们成不了伟人，纵使我们平淡一生，但这都不要紧，群星闪烁时我们同样灿烂，这样的平凡其实是一种伟大。因为只有我们自己清楚，平凡的岗位需要我们付出，火热的生活需要我们的付出，构建整个和谐社会需要我们大家一起付出。而这些付出无疑就是一种奉献，奉献不分大小，没有先后。我们的青春是有限的，有限的青春因为我们的奉献变得充实、久远。亲爱的朋友们，工作着是美丽的，凭着岁月赐与我们的年轻臂膀和满腔热情，全身心地投入到我们所追求的事业中吧，让我们悄悄的奉献，因为有团烈火正在这里燃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我的演讲到此结束，谢谢大家!</w:t>
      </w:r>
      <w:r>
        <w:rPr>
          <w:lang w:eastAsia="zh-CN"/>
        </w:rPr>
        <w:br/>
      </w:r>
      <w:r>
        <w:rPr>
          <w:lang w:eastAsia="zh-CN"/>
        </w:rPr>
        <w:t xml:space="preserve">    2024年青春的演讲稿 篇11 </w:t>
      </w:r>
      <w:r>
        <w:rPr>
          <w:lang w:eastAsia="zh-CN"/>
        </w:rPr>
        <w:br/>
      </w:r>
      <w:r>
        <w:rPr>
          <w:lang w:eastAsia="zh-CN"/>
        </w:rPr>
        <w:t>　　亲爱的同学们、老师们：</w:t>
      </w:r>
      <w:r>
        <w:rPr>
          <w:lang w:eastAsia="zh-CN"/>
        </w:rPr>
        <w:br/>
      </w:r>
      <w:r>
        <w:rPr>
          <w:lang w:eastAsia="zh-CN"/>
        </w:rPr>
        <w:t>　　大家早上好！</w:t>
      </w:r>
      <w:r>
        <w:rPr>
          <w:lang w:eastAsia="zh-CN"/>
        </w:rPr>
        <w:br/>
      </w:r>
      <w:r>
        <w:rPr>
          <w:lang w:eastAsia="zh-CN"/>
        </w:rPr>
        <w:t>　　在青春的旋律中，我们就是主角，曾经的叛逆与疯狂，曾经的辛酸与眼泪，曾经的感动与梦想，都已随风而逝，留下的是值得珍藏一生的回忆。我们都是梦想的创造者，我们抱着梦想踏入青春，带着感动度过青春，带着希望迈出青春、走向未来。</w:t>
      </w:r>
      <w:r>
        <w:rPr>
          <w:lang w:eastAsia="zh-CN"/>
        </w:rPr>
        <w:br/>
      </w:r>
      <w:r>
        <w:rPr>
          <w:lang w:eastAsia="zh-CN"/>
        </w:rPr>
        <w:t>　　时光老人的脚步在悄悄前进，光阴似箭、日月如梭的感觉时刻伴随着我们？陶渊明曾有过这样的感叹：“盛年不重来，一日难再晨，及时当勉励，岁月不待人”。青春对我们每个人仅有一次，愿我们把握住自己的青春。朋友，珍惜青春，让我们把青春聚合成美丽的冰雕，让我们将年轻抒写成美丽的诗行，让我们把信念挂在桅杆上，让成功之船启航！</w:t>
      </w:r>
      <w:r>
        <w:rPr>
          <w:lang w:eastAsia="zh-CN"/>
        </w:rPr>
        <w:br/>
      </w:r>
      <w:r>
        <w:rPr>
          <w:lang w:eastAsia="zh-CN"/>
        </w:rPr>
        <w:t>　　谢谢大家！</w:t>
      </w:r>
      <w:r>
        <w:rPr>
          <w:lang w:eastAsia="zh-CN"/>
        </w:rPr>
        <w:br/>
      </w:r>
      <w:r>
        <w:rPr>
          <w:lang w:eastAsia="zh-CN"/>
        </w:rPr>
        <w:t xml:space="preserve">    2024年青春的演讲稿 篇12 </w:t>
      </w:r>
      <w:r>
        <w:rPr>
          <w:lang w:eastAsia="zh-CN"/>
        </w:rPr>
        <w:br/>
      </w:r>
      <w:r>
        <w:rPr>
          <w:lang w:eastAsia="zh-CN"/>
        </w:rPr>
        <w:t>　　亲爱的同学们：</w:t>
      </w:r>
      <w:r>
        <w:rPr>
          <w:lang w:eastAsia="zh-CN"/>
        </w:rPr>
        <w:br/>
      </w:r>
      <w:r>
        <w:rPr>
          <w:lang w:eastAsia="zh-CN"/>
        </w:rPr>
        <w:t>　　大家好！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青春是什么，青春是学习的季节，青春是奋斗的岁月，不要停止我们前进的步伐，因为青春的路正长。有空的时候静下心来好好看看书，回头想想自己走过的路，为自己的人生做好一个规划，把自己的理想铭刻在心中，做一个甘于寂寞，敢于创新、干劲十足的年青人。</w:t>
      </w:r>
      <w:r>
        <w:rPr>
          <w:lang w:eastAsia="zh-CN"/>
        </w:rPr>
        <w:br/>
      </w:r>
      <w:r>
        <w:rPr>
          <w:lang w:eastAsia="zh-CN"/>
        </w:rPr>
        <w:t>　　从某种意义上来说，就已经选择了奉献。青春不是人生的一段时期，而是心灵的一种状况。如果你的心灵很年青，你就会常常保持许多梦想。大家都知道我们企业的精神：务实、敬业、创新、高效，虽然我们工作在不同的岗位，但我们拥有一个共同的家，在这里，我们写下同样的奉献，拥有同样的壮美青春。</w:t>
      </w:r>
      <w:r>
        <w:rPr>
          <w:lang w:eastAsia="zh-CN"/>
        </w:rPr>
        <w:br/>
      </w:r>
      <w:r>
        <w:rPr>
          <w:lang w:eastAsia="zh-CN"/>
        </w:rPr>
        <w:t>　　亲爱的朋友们，这是一次演讲，更是一次告白。当我满带着青春的气息，怀揣着沉甸甸的梦想与信念站在这里的那刻，我的内心是如此的坦荡与激昂，那种难以形容的兴奋与紧张，我真诚的邀请你们一同分享。</w:t>
      </w:r>
      <w:r>
        <w:rPr>
          <w:lang w:eastAsia="zh-CN"/>
        </w:rPr>
        <w:br/>
      </w:r>
      <w:r>
        <w:rPr>
          <w:lang w:eastAsia="zh-CN"/>
        </w:rPr>
        <w:t>　　我的演讲完毕，谢谢大家！</w:t>
      </w:r>
      <w:r>
        <w:rPr>
          <w:lang w:eastAsia="zh-CN"/>
        </w:rPr>
        <w:br/>
      </w:r>
      <w:r>
        <w:rPr>
          <w:lang w:eastAsia="zh-CN"/>
        </w:rPr>
        <w:t xml:space="preserve">    2024年青春的演讲稿 篇13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一粒沙中可以看世界，一滴水中可以看大海，蓝天白云，江河湖海，世界之大，广袤无比，让我们乘上青春的快车，遨游太空，畅想青春的世界。</w:t>
      </w:r>
      <w:r>
        <w:rPr>
          <w:lang w:eastAsia="zh-CN"/>
        </w:rPr>
        <w:br/>
      </w:r>
      <w:r>
        <w:rPr>
          <w:lang w:eastAsia="zh-CN"/>
        </w:rPr>
        <w:t>　　青春无限，魅力无极，五彩的青春如花似火，灿烂热烈，为了让青春之花开放得更灿烂，青春之火燃烧得更热烈，尽显青春的豪迈奔放，展现一个朝气蓬勃的花季，将我们人生的序曲，演奏得美妙精彩，我们还等什么，赶快挽起袖子，鼓足勇气，大步向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踏进青春这片圣洁天地，我们就得去品尝那有酸有甜有苦有辣也有咸的五味果，品尝青春，品尝人生的精彩与辉煌。</w:t>
      </w:r>
      <w:r>
        <w:rPr>
          <w:lang w:eastAsia="zh-CN"/>
        </w:rPr>
        <w:br/>
      </w:r>
      <w:r>
        <w:rPr>
          <w:lang w:eastAsia="zh-CN"/>
        </w:rPr>
        <w:t>　　青春是一盏茶，需要品，只有品才能觉出其中甘甜与苦涩的滋味，而不是行脚人途中的一囊水，只能单纯解解渴而已，那是需要我们自己先把它调制得有滋有味，香甜可口，香气四溢，才会觉得青春的美丽与魅力所在。</w:t>
      </w:r>
      <w:r>
        <w:rPr>
          <w:lang w:eastAsia="zh-CN"/>
        </w:rPr>
        <w:br/>
      </w:r>
      <w:r>
        <w:rPr>
          <w:lang w:eastAsia="zh-CN"/>
        </w:rPr>
        <w:t>　　把一盏清茶，轻扇郁闷，拟古人，让缕缕清香盈满双袖，用知识的盖尖轻轻拨开漂在水上的茶叶，深嗅青春的清新淡雅，让这水浸透你的心脾，让这香久久萦绕在你的周围，直至完美无瑕。</w:t>
      </w:r>
      <w:r>
        <w:rPr>
          <w:lang w:eastAsia="zh-CN"/>
        </w:rPr>
        <w:br/>
      </w:r>
      <w:r>
        <w:rPr>
          <w:lang w:eastAsia="zh-CN"/>
        </w:rPr>
        <w:t>　　青春如歌，有时是一首慷慨激昂的歌，有时是一曲清幽恬静的小夜曲，让你时刻都在一种或悲或喜的情绪中徘徊，忘却了自我的存在，随生活的乐章忽起忽落。</w:t>
      </w:r>
      <w:r>
        <w:rPr>
          <w:lang w:eastAsia="zh-CN"/>
        </w:rPr>
        <w:br/>
      </w:r>
      <w:r>
        <w:rPr>
          <w:lang w:eastAsia="zh-CN"/>
        </w:rPr>
        <w:t>　　谱写青春的歌词，唱响青春的旋律，让知识来伴奏，让困惑来奏乐，让自信来指挥，让未来做观众，把我们人生的这台大戏演得精彩纷呈吧!</w:t>
      </w:r>
      <w:r>
        <w:rPr>
          <w:lang w:eastAsia="zh-CN"/>
        </w:rPr>
        <w:br/>
      </w:r>
      <w:r>
        <w:rPr>
          <w:lang w:eastAsia="zh-CN"/>
        </w:rPr>
        <w:t xml:space="preserve">    2024年青春的演讲稿 篇14 </w:t>
      </w:r>
      <w:r>
        <w:rPr>
          <w:lang w:eastAsia="zh-CN"/>
        </w:rPr>
        <w:br/>
      </w:r>
      <w:r>
        <w:rPr>
          <w:lang w:eastAsia="zh-CN"/>
        </w:rPr>
        <w:t>　　我是,来自__高速公路有限公司。我常这样解释自己的名字：我是八九点钟冉冉升起的太阳，别人只有一个青春，而我，有双个。因此，我总在找寻留住青春的法宝。</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前段时间，有个小学弟辗转多次找到我的联系方式，他在微信里面说，自己即将毕业，很茫然很慌乱求支招。我问，为何？他说，毕业来的猝不及防，怕自己尚未握住刀剑，出门便是江湖。我借用高晓松的话回答他：年轻的时候，我们每件事都太想明白了，因为老觉得，有些事情不明白就是生活的慌张。等到老了才发现，其实，那慌张就是青春。你不慌张了，青春就没了。</w:t>
      </w:r>
      <w:r>
        <w:rPr>
          <w:lang w:eastAsia="zh-CN"/>
        </w:rPr>
        <w:br/>
      </w:r>
      <w:r>
        <w:rPr>
          <w:lang w:eastAsia="zh-CN"/>
        </w:rPr>
        <w:t>　　后来想想，我应该告诉他关于青春的另一个打开方式。青春跟三个“想”有关,叫做理想、梦想、思想。如果我们能够坚持自己的理想，追逐自己的梦想，并且探索自己独立思想的时候，我们的青春就已经开始了。</w:t>
      </w:r>
      <w:r>
        <w:rPr>
          <w:lang w:eastAsia="zh-CN"/>
        </w:rPr>
        <w:br/>
      </w:r>
      <w:r>
        <w:rPr>
          <w:lang w:eastAsia="zh-CN"/>
        </w:rPr>
        <w:t>　　当我融入__公司后，我对青春又有了新的认识。青春就好像这春天一样，来的悄无声息、又沁入心脾地融进我们每一个细胞。鼓胀我们的血脉，飞扬我们的神采，我想,那一定不只是为了让我们疯狂、让我们慌张，而是为了让我们充满激情地迈向奋斗的征程。</w:t>
      </w:r>
      <w:r>
        <w:rPr>
          <w:lang w:eastAsia="zh-CN"/>
        </w:rPr>
        <w:br/>
      </w:r>
      <w:r>
        <w:rPr>
          <w:lang w:eastAsia="zh-CN"/>
        </w:rPr>
        <w:t>　　我的身边有这样一群男神，他们坚守鄂西南，立于天地间。与大山为伴，与沟壑为邻，逢山开路，遇水架桥。他们被__晚报记者誉为“大山里的汉子”。他们没日没夜地拓展着鄂西高速公路，一肩担起旅游开发的使命，一肩担起精准扶贫的责任。我感觉他们更像一盏灯，给万古蛮荒带去光明，给__400万人民点亮致富的信心。</w:t>
      </w:r>
      <w:r>
        <w:rPr>
          <w:lang w:eastAsia="zh-CN"/>
        </w:rPr>
        <w:br/>
      </w:r>
      <w:r>
        <w:rPr>
          <w:lang w:eastAsia="zh-CN"/>
        </w:rPr>
        <w:t>　　我的身边还有这样一群女神，泥巴裹满裤腿，汗水湿透衣背。挖孔桩边有她们的“雕像”，路基现场有她们的身影。伴山中寒来暑往，顶野外烈日风霜。我看不出她们的真实年龄，但是，她们都有一个靓丽的人生！</w:t>
      </w:r>
      <w:r>
        <w:rPr>
          <w:lang w:eastAsia="zh-CN"/>
        </w:rPr>
        <w:br/>
      </w:r>
      <w:r>
        <w:rPr>
          <w:lang w:eastAsia="zh-CN"/>
        </w:rPr>
        <w:t>　　Ta们，有一个共同的名字，奋斗中的交投人！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前段时间，英国达人秀，一位80岁的老奶奶，与舞伴大胆秀舞，技撼全场。起初观众并不看好这位身材娇小、行动迟缓，还需由舞伴搀扶上台的选手。有观众开始打哈欠，有评委已迫不及待按下红灯。这时，她五圈360度旋转，一个后仰下腰，双脚回蹬，再转身，旋转，上肩，被舞伴扛在肩上回抛，下落。动作酣畅淋漓，一气呵成。表演结束，观众们感动地起身鼓掌。按下红灯的评委，也为刚才冒失的行为表示后悔和歉意。虽然岁月改变了容颜，但她的心却美丽如初。在她身上，依然绽放着青春的绚梦，依然洋溢着青春的靓彩。</w:t>
      </w:r>
      <w:r>
        <w:rPr>
          <w:lang w:eastAsia="zh-CN"/>
        </w:rPr>
        <w:br/>
      </w:r>
      <w:r>
        <w:rPr>
          <w:lang w:eastAsia="zh-CN"/>
        </w:rPr>
        <w:t>　　这位老奶奶告诉我们，青春，无关年龄；奋斗，能让青春永恒！作为志在打造“祖国立交桥”的交投人，更应该奋斗不止，青春无竟！</w:t>
      </w:r>
      <w:r>
        <w:rPr>
          <w:lang w:eastAsia="zh-CN"/>
        </w:rPr>
        <w:br/>
      </w:r>
      <w:r>
        <w:rPr>
          <w:lang w:eastAsia="zh-CN"/>
        </w:rPr>
        <w:t>　　30年前，小米科技创始人雷军在图书馆借了一本《硅谷之火》，他看完之后激动不已，在操场上走了一夜，并想清楚了一件事——要做一个与众不同、伟大的人。到了不惑之年，他还在反复着当初的梦想——成为一个与众不同的人。当小米长成硕果之后，他在微博里写道：愿你走出半生，归来仍是少年。</w:t>
      </w:r>
      <w:r>
        <w:rPr>
          <w:lang w:eastAsia="zh-CN"/>
        </w:rPr>
        <w:br/>
      </w:r>
      <w:r>
        <w:rPr>
          <w:lang w:eastAsia="zh-CN"/>
        </w:rPr>
        <w:t>　　青春很美，青春易碎。如何留住青春、如何升华青春、如何自创一个有为的青春，这正是我们每一位行走在青春里的交投人应该深思的问题。我突然想起了《聊斋志异》作者蒲松龄的自勉联：有志者、事竟成,破釜沉舟,百二秦关终属楚；苦心人、天不负,卧薪尝胆,三千越甲可吞吴。</w:t>
      </w:r>
      <w:r>
        <w:rPr>
          <w:lang w:eastAsia="zh-CN"/>
        </w:rPr>
        <w:br/>
      </w:r>
      <w:r>
        <w:rPr>
          <w:lang w:eastAsia="zh-CN"/>
        </w:rPr>
        <w:t>　　这，就是我青春的宣言！这，就是我青春的誓语！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青春的梦想是伟大的，但不庄严，只有奋斗和坚持的青春，才有庄严的伟大。让我们所有交投人，包括青年、中年和老年人，一样一样地怀揣青春和梦想，此时此刻，就庄严地开启奋斗的航程吧！</w:t>
      </w:r>
      <w:r>
        <w:rPr>
          <w:lang w:eastAsia="zh-CN"/>
        </w:rPr>
        <w:br/>
      </w:r>
      <w:r>
        <w:rPr>
          <w:lang w:eastAsia="zh-CN"/>
        </w:rPr>
        <w:t>　　至此，我终于找到了留住青春的答案：坚持不懈奋斗的人生，才能青春永恒！</w:t>
      </w:r>
      <w:r>
        <w:rPr>
          <w:lang w:eastAsia="zh-CN"/>
        </w:rPr>
        <w:br/>
      </w:r>
      <w:r>
        <w:rPr>
          <w:lang w:eastAsia="zh-CN"/>
        </w:rPr>
        <w:t>　　春风十里，不及一个正青春的你；春风十里，不及一个正奋斗的你！</w:t>
      </w:r>
      <w:r>
        <w:rPr>
          <w:lang w:eastAsia="zh-CN"/>
        </w:rPr>
        <w:br/>
      </w:r>
      <w:r>
        <w:rPr>
          <w:lang w:eastAsia="zh-CN"/>
        </w:rPr>
        <w:t>　　下一次，我们在世界最精彩处再见!</w:t>
      </w:r>
      <w:r>
        <w:rPr>
          <w:lang w:eastAsia="zh-CN"/>
        </w:rPr>
        <w:br/>
      </w:r>
      <w:r>
        <w:rPr>
          <w:lang w:eastAsia="zh-CN"/>
        </w:rPr>
        <w:t xml:space="preserve">    2024年青春的演讲稿 篇15 </w:t>
      </w:r>
      <w:r>
        <w:rPr>
          <w:lang w:eastAsia="zh-CN"/>
        </w:rPr>
        <w:br/>
      </w:r>
      <w:r>
        <w:rPr>
          <w:lang w:eastAsia="zh-CN"/>
        </w:rPr>
        <w:t>　　亲爱的同学们、老师：</w:t>
      </w:r>
      <w:r>
        <w:rPr>
          <w:lang w:eastAsia="zh-CN"/>
        </w:rPr>
        <w:br/>
      </w:r>
      <w:r>
        <w:rPr>
          <w:lang w:eastAsia="zh-CN"/>
        </w:rPr>
        <w:t>　　大家好!</w:t>
      </w:r>
      <w:r>
        <w:rPr>
          <w:lang w:eastAsia="zh-CN"/>
        </w:rPr>
        <w:br/>
      </w:r>
      <w:r>
        <w:rPr>
          <w:lang w:eastAsia="zh-CN"/>
        </w:rPr>
        <w:t>　　我是__班的___，我今天给大家演讲的题目是：成长路上花香满径。</w:t>
      </w:r>
      <w:r>
        <w:rPr>
          <w:lang w:eastAsia="zh-CN"/>
        </w:rPr>
        <w:br/>
      </w:r>
      <w:r>
        <w:rPr>
          <w:lang w:eastAsia="zh-CN"/>
        </w:rPr>
        <w:t>　　青春是一条小河，哗哗的向着前方奔去，永不停止，永无止境。</w:t>
      </w:r>
      <w:r>
        <w:rPr>
          <w:lang w:eastAsia="zh-CN"/>
        </w:rPr>
        <w:br/>
      </w:r>
      <w:r>
        <w:rPr>
          <w:lang w:eastAsia="zh-CN"/>
        </w:rPr>
        <w:t>　　一转眼已过去了十五载，我们变成了翩翩的少年，面对着青春的十字路口，我们将要去哪里?</w:t>
      </w:r>
      <w:r>
        <w:rPr>
          <w:lang w:eastAsia="zh-CN"/>
        </w:rPr>
        <w:br/>
      </w:r>
      <w:r>
        <w:rPr>
          <w:lang w:eastAsia="zh-CN"/>
        </w:rPr>
        <w:t>　　带上信念，拿着勇气，心存希望，怀揣梦想，青春的我们神采飞扬，朝气蓬勃。向着前方的光明，大踏步的前进。青春之树应该站在高高的悬崖峭壁上接受风血的洗礼，而不是在温室中懒洋洋的晒太阳。“不经一番寒彻骨，怎得梅花扑鼻香”，风雨中，与寒流同呼吸，洗涤心灵的污浊，锻造坚定的心灵，才能长成参天大树，让青春成为无沿荒地最闪亮的一点。</w:t>
      </w:r>
      <w:r>
        <w:rPr>
          <w:lang w:eastAsia="zh-CN"/>
        </w:rPr>
        <w:br/>
      </w:r>
    </w:p>
    <w:p w:rsidR="001B1F19" w14:textId="27C3F48A">
      <w:pPr>
        <w:rPr>
          <w:rFonts w:hint="eastAsia"/>
          <w:lang w:eastAsia="zh-CN"/>
        </w:rPr>
      </w:pPr>
      <w:r>
        <w:rPr>
          <w:lang w:eastAsia="zh-CN"/>
        </w:rPr>
        <w:t>　　青春有梦想。梦想是前进的方向，是茫茫黑暗中的那一点点星光。青春的你我拥有梦想，就一定要用现实的行动来逐步实现。“理想的巅峰越高，就越会得到无限的充实，就会迸发出激情，就会成长”。</w:t>
      </w:r>
      <w:r>
        <w:rPr>
          <w:lang w:eastAsia="zh-CN"/>
        </w:rPr>
        <w:br/>
      </w:r>
      <w:r>
        <w:rPr>
          <w:lang w:eastAsia="zh-CN"/>
        </w:rPr>
        <w:t>　　青春有激情。激情是前进的动力，没有激情的青春是乏味的，有激情才有创造力。激情是一道闪电，带来了光明，使青春之光更加绚烂。</w:t>
      </w:r>
      <w:r>
        <w:rPr>
          <w:lang w:eastAsia="zh-CN"/>
        </w:rPr>
        <w:br/>
      </w:r>
      <w:r>
        <w:rPr>
          <w:lang w:eastAsia="zh-CN"/>
        </w:rPr>
        <w:t>　　青春有智慧。帕斯卡尔有一句名言：人是一株会思考的、有思想的芦苇。青春如果不与思想结合，就会显得盲目和浮躁。善于思考，勤于思考，乐于思考，青春就会发出智慧的光芒。</w:t>
      </w:r>
      <w:r>
        <w:rPr>
          <w:lang w:eastAsia="zh-CN"/>
        </w:rPr>
        <w:br/>
      </w:r>
      <w:r>
        <w:rPr>
          <w:lang w:eastAsia="zh-CN"/>
        </w:rPr>
        <w:t>　　青春有缺憾。世上没有完美的无可挑剔的事，青春亦是如此。第一次离开父母，第一次主宰自己，总会有不圆满。正因为不圆满，才多了一份不同的体验，多了一种美好的希冀。</w:t>
      </w:r>
      <w:r>
        <w:rPr>
          <w:lang w:eastAsia="zh-CN"/>
        </w:rPr>
        <w:br/>
      </w:r>
      <w:r>
        <w:rPr>
          <w:lang w:eastAsia="zh-CN"/>
        </w:rPr>
        <w:t>　　青春是琴，要用心弹奏。青春没有理由垂头丧气，不论是好事还是坏事，都要抬头挺胸，斗志昂扬。</w:t>
      </w:r>
      <w:r>
        <w:rPr>
          <w:lang w:eastAsia="zh-CN"/>
        </w:rPr>
        <w:br/>
      </w:r>
      <w:r>
        <w:rPr>
          <w:lang w:eastAsia="zh-CN"/>
        </w:rPr>
        <w:t>　　抬起头，天空中总有阴沉的日子，但只要心里有光，眼前就永远是炫目的太阳!</w:t>
      </w:r>
      <w:r>
        <w:rPr>
          <w:lang w:eastAsia="zh-CN"/>
        </w:rPr>
        <w:br/>
      </w:r>
      <w:r>
        <w:rPr>
          <w:lang w:eastAsia="zh-CN"/>
        </w:rPr>
        <w:t>　　我的演讲到此结束，谢谢大家!</w:t>
      </w:r>
      <w:r>
        <w:rPr>
          <w:lang w:eastAsia="zh-CN"/>
        </w:rPr>
        <w:br/>
      </w:r>
      <w:r>
        <w:rPr>
          <w:lang w:eastAsia="zh-CN"/>
        </w:rPr>
        <w:t xml:space="preserve">    2024年青春的演讲稿 篇16 </w:t>
      </w:r>
      <w:r>
        <w:rPr>
          <w:lang w:eastAsia="zh-CN"/>
        </w:rPr>
        <w:br/>
      </w:r>
      <w:r>
        <w:rPr>
          <w:lang w:eastAsia="zh-CN"/>
        </w:rPr>
        <w:t>　　各位：</w:t>
      </w:r>
      <w:r>
        <w:rPr>
          <w:lang w:eastAsia="zh-CN"/>
        </w:rPr>
        <w:br/>
      </w:r>
      <w:r>
        <w:rPr>
          <w:lang w:eastAsia="zh-CN"/>
        </w:rPr>
        <w:t>　　寒风敲开了冬天的门，也赶走了秋收的喜悦，路上的行人越来越少，行人的步伐也越来越快。但大地无怨无悔，因为它经历了落叶的拥抱，迎来了漫天飞舞的雪花。</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https://d.book118.com/875344023134011102</w:t>
        </w:r>
      </w:hyperlink>
    </w:p>
    <w:p w:rsidR="001B1F19">
      <w:pPr>
        <w:rPr>
          <w:rFonts w:hint="eastAsia"/>
          <w:lang w:eastAsia="zh-CN"/>
        </w:rPr>
      </w:pPr>
    </w:p>
    <w:sectPr>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534402313401110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