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有关个人的年终工作总结（32篇）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有关个人的年终工作总结（精选32篇）</w:t>
      </w:r>
      <w:r>
        <w:rPr>
          <w:lang w:eastAsia="zh-CN"/>
        </w:rPr>
        <w:br/>
      </w:r>
      <w:r>
        <w:rPr>
          <w:lang w:eastAsia="zh-CN"/>
        </w:rPr>
        <w:t xml:space="preserve">    有关个人的年终工作总结 篇1 </w:t>
      </w:r>
      <w:r>
        <w:rPr>
          <w:lang w:eastAsia="zh-CN"/>
        </w:rPr>
        <w:br/>
      </w:r>
      <w:r>
        <w:rPr>
          <w:lang w:eastAsia="zh-CN"/>
        </w:rPr>
        <w:t>　　20__年即将过去，我们将满怀信心地迎来20__年，过去一年，是公司提升企业安全、服务品质的一年，也是保安部贯彻公司、管理处指标完成的较为理想的一年。</w:t>
      </w:r>
      <w:r>
        <w:rPr>
          <w:lang w:eastAsia="zh-CN"/>
        </w:rPr>
        <w:br/>
      </w:r>
      <w:r>
        <w:rPr>
          <w:lang w:eastAsia="zh-CN"/>
        </w:rPr>
        <w:t>　　一、培训资料方面：</w:t>
      </w:r>
      <w:r>
        <w:rPr>
          <w:lang w:eastAsia="zh-CN"/>
        </w:rPr>
        <w:br/>
      </w:r>
      <w:r>
        <w:rPr>
          <w:lang w:eastAsia="zh-CN"/>
        </w:rPr>
        <w:t>　　保安部在__年制定了《新员工上岗前的培训细则》、《班次岗位安排及巡逻路线的规定》、《办公楼大厅岗管理细则》;重新修改了《各岗位职责》;重新整理了消防《四个能力》、《保安员权限》、《保安员仪容仪表规范》、《保安员工作纪律》、《保安奖罚制度》等，并定期进行培训。</w:t>
      </w:r>
      <w:r>
        <w:rPr>
          <w:lang w:eastAsia="zh-CN"/>
        </w:rPr>
        <w:br/>
      </w:r>
      <w:r>
        <w:rPr>
          <w:lang w:eastAsia="zh-CN"/>
        </w:rPr>
        <w:t>　　二、安全管理方面：</w:t>
      </w:r>
      <w:r>
        <w:rPr>
          <w:lang w:eastAsia="zh-CN"/>
        </w:rPr>
        <w:br/>
      </w:r>
    </w:p>
    <w:p w:rsidR="001B1F19" w14:textId="0AE8485B">
      <w:pPr>
        <w:pStyle w:val="Heading1"/>
        <w:jc w:val="center"/>
        <w:rPr>
          <w:rFonts w:hint="eastAsia"/>
          <w:lang w:eastAsia="zh-CN"/>
        </w:rPr>
      </w:pPr>
      <w:r>
        <w:rPr>
          <w:sz w:val="44"/>
          <w:lang w:eastAsia="zh-CN"/>
        </w:rPr>
        <w:t>有关个人的年终工作总结（32篇）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有关个人的年终工作总结（精选32篇）</w:t>
      </w:r>
      <w:r>
        <w:rPr>
          <w:lang w:eastAsia="zh-CN"/>
        </w:rPr>
        <w:br/>
      </w:r>
      <w:r>
        <w:rPr>
          <w:lang w:eastAsia="zh-CN"/>
        </w:rPr>
        <w:t xml:space="preserve">    有关个人的年终工作总结 篇1 </w:t>
      </w:r>
      <w:r>
        <w:rPr>
          <w:lang w:eastAsia="zh-CN"/>
        </w:rPr>
        <w:br/>
      </w:r>
      <w:r>
        <w:rPr>
          <w:lang w:eastAsia="zh-CN"/>
        </w:rPr>
        <w:t>　　20__年即将过去，我们将满怀信心地迎来20__年，过去一年，是公司提升企业安全、服务品质的一年，也是保安部贯彻公司、管理处指标完成的较为理想的一年。</w:t>
      </w:r>
      <w:r>
        <w:rPr>
          <w:lang w:eastAsia="zh-CN"/>
        </w:rPr>
        <w:br/>
      </w:r>
      <w:r>
        <w:rPr>
          <w:lang w:eastAsia="zh-CN"/>
        </w:rPr>
        <w:t>　　一、培训资料方面：</w:t>
      </w:r>
      <w:r>
        <w:rPr>
          <w:lang w:eastAsia="zh-CN"/>
        </w:rPr>
        <w:br/>
      </w:r>
      <w:r>
        <w:rPr>
          <w:lang w:eastAsia="zh-CN"/>
        </w:rPr>
        <w:t>　　保安部在__年制定了《新员工上岗前的培训细则》、《班次岗位安排及巡逻路线的规定》、《办公楼大厅岗管理细则》;重新修改了《各岗位职责》;重新整理了消防《四个能力》、《保安员权限》、《保安员仪容仪表规范》、《保安员工作纪律》、《保安奖罚制度》等，并定期进行培训。</w:t>
      </w:r>
      <w:r>
        <w:rPr>
          <w:lang w:eastAsia="zh-CN"/>
        </w:rPr>
        <w:br/>
      </w:r>
      <w:r>
        <w:rPr>
          <w:lang w:eastAsia="zh-CN"/>
        </w:rPr>
        <w:t>　　二、安全管理方面：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安防管理：本队严抓两出入岗对外来人员、外来车辆的登记制度，发现有漏洞马上整改，巩固安全防范措施;巡逻人员每小时检查单元门关闭情况，各队员随时发现随时关闭。6:00—20:00每小时巡视园区周边、地下车库及外围，20:00—00:30每小时巡视园区周边、各楼栋、楼顶、地下车库及外围等，00:30—6:00每小时巡视园区周边、各楼顶、地下车库及外围等，并做好签到及记录，如需整改以工作联系单的方式发给管理处派单。不足的是缺少了内部的安全管理，像出租房、公司这一类，此事因各部门配合做好登记、审查工作，以免混进不法人员，下一步进行这一方面的管理及改进。</w:t>
      </w:r>
      <w:r>
        <w:rPr>
          <w:lang w:eastAsia="zh-CN"/>
        </w:rPr>
        <w:br/>
      </w:r>
      <w:r>
        <w:rPr>
          <w:lang w:eastAsia="zh-CN"/>
        </w:rPr>
        <w:t>　　消防管理：20__年初本队在本管理小区的各个消防器材上贴上提示语和使用方法，张贴消防知识于各楼栋明显处;本队严格落实消防‘四个能力’，每月进行1—3次消防演练，让队员能熟悉和简单的使用消防器材;每月一次消防大检查，每日视查的工作;另本小区因多数消防系统故障，经报告业委会、房管局，__年10月份对全部的消防系统进行了维修(现已经接近尾声)。不足的是办公楼中控室没有人员配置，希望能引起重视。</w:t>
      </w:r>
      <w:r>
        <w:rPr>
          <w:lang w:eastAsia="zh-CN"/>
        </w:rPr>
        <w:br/>
      </w:r>
      <w:r>
        <w:rPr>
          <w:lang w:eastAsia="zh-CN"/>
        </w:rPr>
        <w:t>　　首先，感谢那些一直在我身后默默支持我的亲人和朋友，每当拖着疲惫的身躯回家时，想想还有你们陪着我，觉得自己又是多么的幸福！这一年认识了很多新朋友，也有一些红颜知己离我而去，或许每个人都有自己的道路，这个路口我们分开了，下个路口也许还会再团聚。在新的一年里，我们要好好珍惜每天在一起的日子，珍惜眼前人。</w:t>
      </w:r>
      <w:r>
        <w:rPr>
          <w:lang w:eastAsia="zh-CN"/>
        </w:rPr>
        <w:br/>
      </w:r>
      <w:r>
        <w:rPr>
          <w:lang w:eastAsia="zh-CN"/>
        </w:rPr>
        <w:t>　　关于工作，算是充实的一年，身兼数职外加多打份工，使我都忘记了孤单。有时也会觉得孤立无助，没有人帮忙，眼泪转了一圈又回去了。工作上的困难，总是能够遇见贵人助我一臂之力，没有被！新的一年里，我会把手上的工作做好，不希望被别人看笑话，不希望让那些支持我的人没有面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关于老板，非常感谢一直以来的支持与照顾，不管我犯下多大的错误，不管旁人跟你说什么，你依然那么挺我。有时觉得我们的关系类似爱情，我会因为你不在意我的工作而失落万分，发现你对其他人过度关怀我也会吃醋，你偶尔的教训让我觉得自己失宠了......有想过，给自己换个环境，却又不知道如何离开，害怕自己将来找不到你这样的老板！其实你也没有限制我的发展，我可以忙自己的事，做我喜欢的事，甚至会给时间我来谈恋爱（想想自己还是很幸福的）</w:t>
      </w:r>
      <w:r>
        <w:rPr>
          <w:lang w:eastAsia="zh-CN"/>
        </w:rPr>
        <w:br/>
      </w:r>
      <w:r>
        <w:rPr>
          <w:lang w:eastAsia="zh-CN"/>
        </w:rPr>
        <w:t>　　关于感情，在感情方面我不想说得太多，就说一下涛哥吧！他就像一股阳光，让我对生活有了方向和希望。为了他，我可以把自己变得更优秀，可以跟他分享我的'开心与难过。或许有些事情真的是我做错了，没有考虑后果，没有考虑别人的感受，这也许是我成大道路上重要的一课，就像我们最后一次看的电影，叫做《后会无期》。</w:t>
      </w:r>
      <w:r>
        <w:rPr>
          <w:lang w:eastAsia="zh-CN"/>
        </w:rPr>
        <w:br/>
      </w:r>
      <w:r>
        <w:rPr>
          <w:lang w:eastAsia="zh-CN"/>
        </w:rPr>
        <w:t>　　关于学习，20__年深刻体会到，书到用时方恨少。在自己没有了解清楚事情之前，不要轻易做出任何判断或决定。__年，虽然买了各种各样的书，接触了很多新的领域，但总是静不下心来好好阅读。现在打开优酷不再是追一些脑残的电视剧，而是订阅一些自媒体个人脱口秀类的，依旧那么喜欢历史，从不同的角度了解时局变化，从过去的教训中总结经验，脚踏实地，稳扎稳打走好人生每一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最后再说说美甲吧。刚开始就没有做好准备，没有考虑过多因素，或许是自己小小的身躯还承载不了太多的变化，也不想去抱怨太多东西，说到底都是我个人原因，没有放多少心思上这个上面，或许根本没有当回事，自己根本都没有做好准备，就一股脑的往前冲，最后凌乱在一旁，不去过多理会。今后做事前，一定要做好打算，不能再冲动鲁莽！</w:t>
      </w:r>
      <w:r>
        <w:rPr>
          <w:lang w:eastAsia="zh-CN"/>
        </w:rPr>
        <w:br/>
      </w:r>
      <w:r>
        <w:rPr>
          <w:lang w:eastAsia="zh-CN"/>
        </w:rPr>
        <w:t>　　我，长大了，成熟了，也漂亮了。很多事情，先从自己身上找原因，不要轻易评价任何人，每个人都有自己的故事，每个人都不容易。不要考虑未来会怎样，过好当下的每一天，在今后的道路上使自己收获。真诚对待身边每个朋友，希望大家都能够幸福！</w:t>
      </w:r>
      <w:r>
        <w:rPr>
          <w:lang w:eastAsia="zh-CN"/>
        </w:rPr>
        <w:br/>
      </w:r>
      <w:r>
        <w:rPr>
          <w:lang w:eastAsia="zh-CN"/>
        </w:rPr>
        <w:t xml:space="preserve">    有关个人的年终工作总结 篇2 </w:t>
      </w:r>
      <w:r>
        <w:rPr>
          <w:lang w:eastAsia="zh-CN"/>
        </w:rPr>
        <w:br/>
      </w:r>
      <w:r>
        <w:rPr>
          <w:lang w:eastAsia="zh-CN"/>
        </w:rPr>
        <w:t>　　一路走来，步履匆匆，不觉间年已悄然向我们挥手作别。回首一年来的工作和生活，感悟良多。平时忙忙碌碌，没有太多时间和机会坐下来好好总结自己做过的工作，年底了，静下心来总结一年工作中的得失、查找自己的不足，为来年的工作做好安排和计划，是很有必要的本人就这一年的工作小结如下</w:t>
      </w:r>
      <w:r>
        <w:rPr>
          <w:lang w:eastAsia="zh-CN"/>
        </w:rPr>
        <w:br/>
      </w:r>
      <w:r>
        <w:rPr>
          <w:lang w:eastAsia="zh-CN"/>
        </w:rPr>
        <w:t>　　一、思想方面</w:t>
      </w:r>
      <w:r>
        <w:rPr>
          <w:lang w:eastAsia="zh-CN"/>
        </w:rPr>
        <w:br/>
      </w:r>
      <w:r>
        <w:rPr>
          <w:lang w:eastAsia="zh-CN"/>
        </w:rPr>
        <w:t>　　工作以来，在单位领导的精心培育和教导下，通过自身的不断努力，无论是思想上、学习上还是工作上，都取得了长足的发展和巨大的收获。思想上，坚持四项基本原则，拥护党的各项方针政策，自觉遵守各项法律法规及各项加油站规章制度，学习上认真学习管理规范、积极开展创新。</w:t>
      </w:r>
      <w:r>
        <w:rPr>
          <w:lang w:eastAsia="zh-CN"/>
        </w:rPr>
        <w:br/>
      </w:r>
      <w:r>
        <w:rPr>
          <w:lang w:eastAsia="zh-CN"/>
        </w:rPr>
        <w:t>　　二、工作方面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能吃苦耐劳、认真、负责、在同事的热心指导下提高对加油站工作的重要性的理解。加油站运行的正常和加油站各位同志工作是紧密联系在一起的。不管遇到什么问题，不管出现了什么问题，我都需要虚心诚恳的请教随时总结随时反省，绝对不允许出现自欺欺人，让别人以为你是一个很聪明的人，加油站是不需要这样的聪明，在这个工种对自己不认真就是对生命不负责、对国家财产不负责。工作在不同的时间段要有不同的侧重点，这是必然的也是必需的。我不但要了解而且要积极的配合。我要抛弃个人的利益，把我的聪明运用到学习技术上，把我的能力以团队的形式发挥出来，不搞个人的表现主义，这样既损害公司，也伤害了自己。为了工作的顺利进行，我们的分工也明确了，不是意味着埋头苦干，恰是因为这样我们更加要互相帮助互相检查。公司需要有干劲的人，但一个人的力量永远是不够的。只要有能力，大家是有目共睹的，不但要发挥自己的特长，还要知道别人的特长。用行动证明自己，用成绩征服大家。</w:t>
      </w:r>
      <w:r>
        <w:rPr>
          <w:lang w:eastAsia="zh-CN"/>
        </w:rPr>
        <w:br/>
      </w:r>
      <w:r>
        <w:rPr>
          <w:lang w:eastAsia="zh-CN"/>
        </w:rPr>
        <w:t>　　俗话说活到老，学到老，本人一直在各方面严格要求自己，努力地提高自己，以便使自己更快地适应社会发展的形势。通过阅读大量的道德修养书籍，勇于解剖自己，分析自己，正视自己，提高自身素质为能保质保量地完成工作任务。</w:t>
      </w:r>
      <w:r>
        <w:rPr>
          <w:lang w:eastAsia="zh-CN"/>
        </w:rPr>
        <w:br/>
      </w:r>
      <w:r>
        <w:rPr>
          <w:lang w:eastAsia="zh-CN"/>
        </w:rPr>
        <w:t>　　总之，一年来取得了一定的成绩，但与上级的要求相比，仍存在一定的差距，我将在今后的工作中不断努力克服和改进。</w:t>
      </w:r>
      <w:r>
        <w:rPr>
          <w:lang w:eastAsia="zh-CN"/>
        </w:rPr>
        <w:br/>
      </w:r>
      <w:r>
        <w:rPr>
          <w:lang w:eastAsia="zh-CN"/>
        </w:rPr>
        <w:t>　　个人年终的工作总结范文篇3</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一年以来，在办公室各位主任的领导与支持下，在各位同志的密切配合下，爱岗敬业，恪尽职守，作风务实，思想坚定，较好地完成了自己的本职工作和领导交办的其它工作。现将个人工作总结报告如下</w:t>
      </w:r>
      <w:r>
        <w:rPr>
          <w:lang w:eastAsia="zh-CN"/>
        </w:rPr>
        <w:br/>
      </w:r>
      <w:r>
        <w:rPr>
          <w:lang w:eastAsia="zh-CN"/>
        </w:rPr>
        <w:t>　　在业务方面，本人所负责的泰安市岱岳区职业教育中心建设项目进展顺利，各项工作有条不紊，基本达到竣工验收条件，在这期间，本人本着格尽职守，严格把关的原则，始终坚守在工地一线，发现问题，就地解决问题，严把质量关。在工程建设中，始终把施工安全及施工质量放在第一位，坚决杜绝偷工减料等违法行为。</w:t>
      </w:r>
      <w:r>
        <w:rPr>
          <w:lang w:eastAsia="zh-CN"/>
        </w:rPr>
        <w:br/>
      </w:r>
      <w:r>
        <w:rPr>
          <w:lang w:eastAsia="zh-CN"/>
        </w:rPr>
        <w:t>　　走过20__，再回首，思考亦多，感慨亦多，收获亦多。忙并收获着，累并快乐着成了心曲的主旋律，常鸣耳盼。对我而言，20__个人年终工作总结范文年的工作是难忘、印记最深的一年。工作内容的转换，连带着工作思想、方法等一系列的适应与调整，（包括工作上的适应与心态上的调整）压力带来了累的感觉，累中也融进了收获的快乐。在办各位领导的支持下，在所各位同志的密切配合下，爱岗敬业，恪尽职守，作风务实，思想坚定，较好地完成了自己的本职工作和领导交下来的其它工作。现简要回顾总结如下</w:t>
      </w:r>
      <w:r>
        <w:rPr>
          <w:lang w:eastAsia="zh-CN"/>
        </w:rPr>
        <w:br/>
      </w:r>
      <w:r>
        <w:rPr>
          <w:lang w:eastAsia="zh-CN"/>
        </w:rPr>
        <w:t>　　一、一年来的工作表现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一）强化形象，提高自身素质。为做好督查工作，我所坚持严格要求，注重以身作则，以诚待人，一是爱岗敬业讲奉献。综合部门的工作最大地规律就是无规律，因此，我们正确认识自身的工作和价值，正确处理苦与乐，得与失、个人利益和集体利益的关系，坚持甘于奉献、诚实敬业，二是锤炼业务讲提高。经过半年的学习和锻炼，我们在工作上取得一定的进步，利细心学习他人长处，改掉自己不足，并虚心向领导、同事请教，在不断学习和探索中使自身在文字材料上有所提高。</w:t>
      </w:r>
      <w:r>
        <w:rPr>
          <w:lang w:eastAsia="zh-CN"/>
        </w:rPr>
        <w:br/>
      </w:r>
      <w:r>
        <w:rPr>
          <w:lang w:eastAsia="zh-CN"/>
        </w:rPr>
        <w:t>　　（二）严于律已，做好个人工作计划，不断加强作风建设。一年来我对自身严格要求，始终把耐得平淡、舍得付出、默默无闻作为自己的准则，始终把作风建设的重点放在严谨、细致、扎实、求实脚踏实地埋头苦干上。在工作中，以制度、纪律规范自己的一切言行，严格遵守机关各项规章制度，尊重领导，团结同志，谦虚谨慎，主动接受来自各方面的意见，不断改进工作；坚持做到不利于机关形象的事不做，不利于机关形象的话不说，积极维护机关的良好形象。</w:t>
      </w:r>
      <w:r>
        <w:rPr>
          <w:lang w:eastAsia="zh-CN"/>
        </w:rPr>
        <w:br/>
      </w:r>
      <w:r>
        <w:rPr>
          <w:lang w:eastAsia="zh-CN"/>
        </w:rPr>
        <w:t>　　（三）强化职能，做好服务工作。工作中，我们注重把握根本，努力提高服务水平。中心人手少，工作量大，这就需要我们全体人员团结协作。在这一年里，不管遇到上的困难，我们都积极配合做好工作，同事们的心都能往一处想，劲都往一处使，不会计较干得多，干得少，只希望把工作圆满完成。</w:t>
      </w:r>
      <w:r>
        <w:rPr>
          <w:lang w:eastAsia="zh-CN"/>
        </w:rPr>
        <w:br/>
      </w:r>
      <w:r>
        <w:rPr>
          <w:lang w:eastAsia="zh-CN"/>
        </w:rPr>
        <w:t>　　二、工作中的不足与今后的努力方向</w:t>
      </w:r>
      <w:r>
        <w:rPr>
          <w:lang w:eastAsia="zh-CN"/>
        </w:rPr>
        <w:br/>
      </w:r>
      <w:r>
        <w:rPr>
          <w:lang w:eastAsia="zh-CN"/>
        </w:rPr>
        <w:t>　　一年来的工作虽然取得了一定的成绩，但也存在一些不足，主要是思想解放程度还不够，学习、服务上还不够，和有经验的同事比较还有一定差距，材料上还在基本格式上徘徊，内容上缺少纵深挖掘的延伸，在今后工作中，我一定认真总结经验，克服不足，努力把工作做得更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（一）发扬吃苦耐劳精神。面对督查事务杂、任务重的工作性质，不怕吃苦，主动找事干，做到眼勤、嘴勤、手勤、腿勤，积极适应各种艰苦环境，在繁重的工作中磨练意志，增长才干。</w:t>
      </w:r>
      <w:r>
        <w:rPr>
          <w:lang w:eastAsia="zh-CN"/>
        </w:rPr>
        <w:br/>
      </w:r>
      <w:r>
        <w:rPr>
          <w:lang w:eastAsia="zh-CN"/>
        </w:rPr>
        <w:t>　　（二）发扬孜孜不倦的进取精神。加强学习，勇于实践，博览群书，在向书本学习的同时注意收集各类信息，广泛吸取各种营养同时，讲究学习方法，端正学习态度，提高学习效率，努力培养自己具有扎实的理论功底、辩证的思维方法、正确的思想观点、踏实的工作作风。力求把工作做得更好，树立办公室的良好形象。</w:t>
      </w:r>
      <w:r>
        <w:rPr>
          <w:lang w:eastAsia="zh-CN"/>
        </w:rPr>
        <w:br/>
      </w:r>
      <w:r>
        <w:rPr>
          <w:lang w:eastAsia="zh-CN"/>
        </w:rPr>
        <w:t>　　（三）当好助手。对各项决策和出现的问题，及时提出合理化建议和解决办法供领导参考。</w:t>
      </w:r>
      <w:r>
        <w:rPr>
          <w:lang w:eastAsia="zh-CN"/>
        </w:rPr>
        <w:br/>
      </w:r>
      <w:r>
        <w:rPr>
          <w:lang w:eastAsia="zh-CN"/>
        </w:rPr>
        <w:t xml:space="preserve">    有关个人的年终工作总结 篇3 </w:t>
      </w:r>
      <w:r>
        <w:rPr>
          <w:lang w:eastAsia="zh-CN"/>
        </w:rPr>
        <w:br/>
      </w:r>
      <w:r>
        <w:rPr>
          <w:lang w:eastAsia="zh-CN"/>
        </w:rPr>
        <w:t>　　20__年即将过去，新的一年即将开始，现在的我将过去一年中工作的心得体会作一个汇报。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众所周知采购部是公司业务的后勤保障，是关系到公司整个销售利益的最重要环节，所以我很感谢公司和领导对我的信任，将我放在如此重要的岗位上。在董事长、总经理的直接关注和公司各位领导的关心支持下，通过这段时间的采购工作，使我懂得了许多道理，也积累了一些过去从来没有的经验，同时也明白了采购和优秀采购之间的分别和差距。了解到一个采购所具备的最基本素质就是要在具备良好的职业道德基础上，要保持对企业的忠诚;不带个人偏见，在考虑全部因素的基础上，从提供最佳价值的供应商处采购;坚持以诚信作为工作和行为的基础;规避一切可能危害商业交易的供应商，以及其他与自己有生意来往的对象;不断努力提高自己在采购工作的作业流程上的知识;在交易中采用和坚持良好的商业准则等。</w:t>
      </w:r>
      <w:r>
        <w:rPr>
          <w:lang w:eastAsia="zh-CN"/>
        </w:rPr>
        <w:br/>
      </w:r>
      <w:r>
        <w:rPr>
          <w:lang w:eastAsia="zh-CN"/>
        </w:rPr>
        <w:t>　　在这里我想说作为一个采购，并不像常规所想的那样仅仅是打个电话，签个合同，发个货那样简单，这只是其中之一，也是最基本的。在领导的提醒下，20__年我们及时调整好心态和观念，不但改变了过去的错误意识采购与销售无多大联系，而且在采购的同时充分利用供应商的网络关系主动销售。凡是有关销售的一切事物，我们采购部都积极配合!，一切以销售、生产为主，我们辅助。采购与销售、生产是密不可分的!因为我们是一个整体，唱得是同一首歌，走得是同一条路，奔得是同一个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在采购过程中我不仅要考虑到价格因素，更要最大限度的节约成本，做到货比三家;还要了解供应链各个环节的操作，明确采购在各个环节中的不同特点、作用及意义。只要能降低成本，不管是哪个环节，我们都会认真研究，商讨办法。真得很感谢总经理，在采购方法方面为我们出谋划策。是他的严格要求，让我们不得不千方百计去降低成本，也是在他的英明领导下，我发货时遵循少量多次的原则，当然还要在不影响销售的前提下，尽可能充分利用供应商的信贷期，保证公司资金周转。在发货方式上面，尽量以送货上门的方式从而降低公司的额外提货费用。在这里我还要对公司所有人员说声：“谢谢“!感谢他们及时将市场价格信息传递给我，让我与供应商谈判时做到了心中有数，从而成功降低了库存成本。为了降低公司不必要的税收，我都积极主动向客户催要增值税票，经过协商，对方也将抵扣联寄予我公司，及时供财务认证!从而每月都能减免一些不必要的税收。</w:t>
      </w:r>
      <w:r>
        <w:rPr>
          <w:lang w:eastAsia="zh-CN"/>
        </w:rPr>
        <w:br/>
      </w:r>
      <w:r>
        <w:rPr>
          <w:lang w:eastAsia="zh-CN"/>
        </w:rPr>
        <w:t>　　20__年是个进步的一年，在公司各个部门的配合和采购部的多方努力下，我公司与供应商建立了非常良好的合作关系，有的已经直接向我公司发货，开始友好商业往来!在引进新品种方面，我们从多个方面不断搜集信息，及时和其他部沟通，并快速备货。对于新进品种，采购部都会向技术人员提供新进品种目录表，以供他们参考学习。</w:t>
      </w:r>
      <w:r>
        <w:rPr>
          <w:lang w:eastAsia="zh-CN"/>
        </w:rPr>
        <w:br/>
      </w:r>
      <w:r>
        <w:rPr>
          <w:lang w:eastAsia="zh-CN"/>
        </w:rPr>
        <w:t>　　这段时间来，我更加明白了总成本优先原则，和灵活运用各种采购技巧的重要性。对与价格影响因素要有敏锐的感觉，并且能够及时的做好预警及防范措施，切忌“从一而终”。一个优秀的采购比须拥有较强的沟通协调能力和采购经验，我知道自己距离一个优秀的采购还有很远的差距，因为采购经验是靠长期不断积累经验和自我启发，达到熟练程度后才能掌握的一种技术，要做到这一点是非常困难的，不过，我会更加努力的学习，不断地积累丰富采购经验，跟上公司的发展的脚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管理的最终目的和最终体现是增加效益，而在我们管理和成本控制过程中应该不断出新招、奇招。不然，即使成本在下降，只可能是市场或外加因素自然形成的。而这样的下跌对于我们的竞争对手来说，也是一样的下降成本。我们并没有比竞争对手更多的成本优势。因此创新的想法和大胆试探新的方案才能使我们可能找到独到的降低成本、提高效率的方案。例如：集中化的采购，集中化的优势：</w:t>
      </w:r>
      <w:r>
        <w:rPr>
          <w:lang w:eastAsia="zh-CN"/>
        </w:rPr>
        <w:br/>
      </w:r>
      <w:r>
        <w:rPr>
          <w:lang w:eastAsia="zh-CN"/>
        </w:rPr>
        <w:t>　　1、采购方能够通过集中需求，最大限度地增加与供应商谈判的砝码;</w:t>
      </w:r>
      <w:r>
        <w:rPr>
          <w:lang w:eastAsia="zh-CN"/>
        </w:rPr>
        <w:br/>
      </w:r>
      <w:r>
        <w:rPr>
          <w:lang w:eastAsia="zh-CN"/>
        </w:rPr>
        <w:t>　　2、采购方可以在某一类产品获得特殊的优惠;</w:t>
      </w:r>
      <w:r>
        <w:rPr>
          <w:lang w:eastAsia="zh-CN"/>
        </w:rPr>
        <w:br/>
      </w:r>
      <w:r>
        <w:rPr>
          <w:lang w:eastAsia="zh-CN"/>
        </w:rPr>
        <w:t>　　3、采购方能够在双方的合作中更有效;</w:t>
      </w:r>
      <w:r>
        <w:rPr>
          <w:lang w:eastAsia="zh-CN"/>
        </w:rPr>
        <w:br/>
      </w:r>
      <w:r>
        <w:rPr>
          <w:lang w:eastAsia="zh-CN"/>
        </w:rPr>
        <w:t>　　4、更低的采购成本，改善了对成本的预算的控制;</w:t>
      </w:r>
      <w:r>
        <w:rPr>
          <w:lang w:eastAsia="zh-CN"/>
        </w:rPr>
        <w:br/>
      </w:r>
      <w:r>
        <w:rPr>
          <w:lang w:eastAsia="zh-CN"/>
        </w:rPr>
        <w:t>　　5、管理成本降低。集中化的劣势：</w:t>
      </w:r>
      <w:r>
        <w:rPr>
          <w:lang w:eastAsia="zh-CN"/>
        </w:rPr>
        <w:br/>
      </w:r>
      <w:r>
        <w:rPr>
          <w:lang w:eastAsia="zh-CN"/>
        </w:rPr>
        <w:t>　　6、集中订货的时间更长;</w:t>
      </w:r>
      <w:r>
        <w:rPr>
          <w:lang w:eastAsia="zh-CN"/>
        </w:rPr>
        <w:br/>
      </w:r>
      <w:r>
        <w:rPr>
          <w:lang w:eastAsia="zh-CN"/>
        </w:rPr>
        <w:t>　　7、采购人员可能不理解各地经理的意图和产品的真实需求;</w:t>
      </w:r>
      <w:r>
        <w:rPr>
          <w:lang w:eastAsia="zh-CN"/>
        </w:rPr>
        <w:br/>
      </w:r>
      <w:r>
        <w:rPr>
          <w:lang w:eastAsia="zh-CN"/>
        </w:rPr>
        <w:t>　　8、采购人员不是各个分部管理团队中的一员;</w:t>
      </w:r>
      <w:r>
        <w:rPr>
          <w:lang w:eastAsia="zh-CN"/>
        </w:rPr>
        <w:br/>
      </w:r>
      <w:r>
        <w:rPr>
          <w:lang w:eastAsia="zh-CN"/>
        </w:rPr>
        <w:t>　　9、采购人员不了解当地市场和供应商;</w:t>
      </w:r>
      <w:r>
        <w:rPr>
          <w:lang w:eastAsia="zh-CN"/>
        </w:rPr>
        <w:br/>
      </w:r>
      <w:r>
        <w:rPr>
          <w:lang w:eastAsia="zh-CN"/>
        </w:rPr>
        <w:t>　　10、有一些采购和管理成本重复发生。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当前社会各行业各企业的竞争力、和之间的较量其根源可归纳为决策层的经营理念经营思路的较量，不断创新的思维才能使企业永远保持活力。根据公司管理层的最新思维，公司新一代的供应商也应建立在真正的战略伙伴关系上来，甚至比他们当自己公司的部门来看待。因为公司的成本核心竞争力的体现最主要的来自于公司所有供应商的支持力度，供应商对每家客户不同的政策特别给予我司的竞争对手的政策的好坏将直接影响到我司的成本核心竞争力的高低。因此供方管理部必须考虑怎样既能使供应商始终至终、一如既往的给予我们最优政策，又能规范他们的内部管理，甚至帮助他们规范而不是一味的追究这样那样的问题而造成的一些小损失。那怕是真的需要追究的损失或大的损失，最佳的处理结果应该通过双方友好协商让供应商心甘情愿、心服口服接受我方提出的补偿要求。供应商管理的目的不是发现他们的错误而是帮助他们避免错误、预防出现错误。</w:t>
      </w:r>
      <w:r>
        <w:rPr>
          <w:lang w:eastAsia="zh-CN"/>
        </w:rPr>
        <w:br/>
      </w:r>
      <w:r>
        <w:rPr>
          <w:lang w:eastAsia="zh-CN"/>
        </w:rPr>
        <w:t>　　对于目前正在为我司做出贡献的合格供应商需多加鼓励，因此在下半年的工作中我部门将更好的为公司所有供应商提供良好合作环境，使供应商能真正全心全意的为明景服务，抛弃双方的短期利益，谋求共同长期的健康发展。同时我们希望公司各个部门出新、出奇的想出不断下降成本和提高效率的方法，并不断的大胆尝试，取其精华、修改弊端。将不可能、有缺陷的好方案，变为可操作、无缺陷的好方案。</w:t>
      </w:r>
      <w:r>
        <w:rPr>
          <w:lang w:eastAsia="zh-CN"/>
        </w:rPr>
        <w:br/>
      </w:r>
      <w:r>
        <w:rPr>
          <w:lang w:eastAsia="zh-CN"/>
        </w:rPr>
        <w:t>　　最后，感谢公司所有领导和同事，我有今天的进步离不开大家的帮助和支持，是他们的协同和支持使我成功。总之，20__年我会以一颗感恩的心，不断学习，努力工作。我要用全部的激情和智慧创造差异，让事业充满生机和活力!我保证以发自内心的真诚和体察入微服务对待客户，追求完美，创造卓越!和大家一起齐心协力，从新的起点开始，迈向成功!</w:t>
      </w:r>
      <w:r>
        <w:rPr>
          <w:lang w:eastAsia="zh-CN"/>
        </w:rPr>
        <w:br/>
      </w:r>
      <w:r>
        <w:rPr>
          <w:lang w:eastAsia="zh-CN"/>
        </w:rPr>
        <w:t xml:space="preserve">    有关个人的年终工作总结 篇4 </w:t>
      </w:r>
      <w:r>
        <w:rPr>
          <w:lang w:eastAsia="zh-CN"/>
        </w:rPr>
        <w:br/>
      </w:r>
      <w:r>
        <w:rPr>
          <w:lang w:eastAsia="zh-CN"/>
        </w:rPr>
        <w:t>　　1、一年的工作已经结束了，在即将迎来的一年中，我们会继续不断的努力的，这是一直无法拒绝的问题，这是一直以来我们在年终时候的总结。每一年都有自己的进步，每一年都会有自己的成长！相信大家在来年中一定会取得最圆满的成功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2、总而言之，回首过去的一年工作生涯，单位陪伴我走过了一个很重要的一个阶段，让我养成了一个良好的学习、生活习惯，也让我懂的了很多，最后再衷心感谢我的领导和同事们，因为有了你们的陪伴，我才能够将工作做的那么顺利，也因为有了你们的帮助和支持，我才能迈向下一个台阶，希望在在一年度，我们能做的更好。</w:t>
      </w:r>
      <w:r>
        <w:rPr>
          <w:lang w:eastAsia="zh-CN"/>
        </w:rPr>
        <w:br/>
      </w:r>
      <w:r>
        <w:rPr>
          <w:lang w:eastAsia="zh-CN"/>
        </w:rPr>
        <w:t>　　3、一年的工作已经结束了，在即将迎来的一年中，我们会继续不断的努力的，这是一直无法拒绝的问题，这是一直以来我们在年终时候的总结。每一年都有自己的进步，每一年都会有自己的成长！相信大家在来年中一定会取得最圆满的成功的！</w:t>
      </w:r>
      <w:r>
        <w:rPr>
          <w:lang w:eastAsia="zh-CN"/>
        </w:rPr>
        <w:br/>
      </w:r>
      <w:r>
        <w:rPr>
          <w:lang w:eastAsia="zh-CN"/>
        </w:rPr>
        <w:t>　　4、总之，在这一年的工作中，有成绩和喜悦，也有不足之处，但我们会在今后的工作中不断努力、不断改进。我确信公司财务部是一个团结、高效的工作团体，每位成员都能够独挡一面，我有信心协同财务部全体人员与公司共同走向辉煌！</w:t>
      </w:r>
      <w:r>
        <w:rPr>
          <w:lang w:eastAsia="zh-CN"/>
        </w:rPr>
        <w:br/>
      </w:r>
      <w:r>
        <w:rPr>
          <w:lang w:eastAsia="zh-CN"/>
        </w:rPr>
        <w:t xml:space="preserve">    有关个人的年终工作总结 篇5 </w:t>
      </w:r>
      <w:r>
        <w:rPr>
          <w:lang w:eastAsia="zh-CN"/>
        </w:rPr>
        <w:br/>
      </w:r>
      <w:r>
        <w:rPr>
          <w:lang w:eastAsia="zh-CN"/>
        </w:rPr>
        <w:t>　　时间一晃而过，弹指之间，20年已接近尾声，过去的一年在领导和同事们的悉心关怀和指导下，通过自身的不懈努力，在工作上取得了一定的成果，但也存在了诸多不足。回顾过去的一年，现将工作总结如下：</w:t>
      </w:r>
      <w:r>
        <w:rPr>
          <w:lang w:eastAsia="zh-CN"/>
        </w:rPr>
        <w:br/>
      </w:r>
      <w:r>
        <w:rPr>
          <w:lang w:eastAsia="zh-CN"/>
        </w:rPr>
        <w:t>　　一、正确认识自己，找出差距和不足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在这工作时间一年里，我的思想认识和觉悟及工作能力还有待进一步提高，在某些问题的认识和理解上存在片面性，不够识，积极乐观面对工作和生活。</w:t>
      </w:r>
      <w:r>
        <w:rPr>
          <w:lang w:eastAsia="zh-CN"/>
        </w:rPr>
        <w:br/>
      </w:r>
      <w:r>
        <w:rPr>
          <w:lang w:eastAsia="zh-CN"/>
        </w:rPr>
        <w:t>　　在工作方面，思路不够清晰，存在想做好事情而又做不好的现象。对自己所在岗位所需的知识、应该从事的业务认识不够深刻，遇到有些问题不能较全面的去考虑，有时候对事情存在片面性看法和做法，导致工作出现怠后的现象。对组织规章制度的学习不够全面，理解不够透彻，还不能较好的把组织规章制度体现在自己工作的每一个细节中去。要进一步加强对组织规章制度的再学习、再认识、再领会。</w:t>
      </w:r>
      <w:r>
        <w:rPr>
          <w:lang w:eastAsia="zh-CN"/>
        </w:rPr>
        <w:br/>
      </w:r>
      <w:r>
        <w:rPr>
          <w:lang w:eastAsia="zh-CN"/>
        </w:rPr>
        <w:t>　　在学习方面，学习过的知识没有得到有效的巩固。对学习和培训后没有立即运用和操作，导致今天学明天忘得现象。今后我将对学习的知识点内容，按记忆周期进行再学习，再巩固。</w:t>
      </w:r>
      <w:r>
        <w:rPr>
          <w:lang w:eastAsia="zh-CN"/>
        </w:rPr>
        <w:br/>
      </w:r>
      <w:r>
        <w:rPr>
          <w:lang w:eastAsia="zh-CN"/>
        </w:rPr>
        <w:t>　　二、总结</w:t>
      </w:r>
      <w:r>
        <w:rPr>
          <w:lang w:eastAsia="zh-CN"/>
        </w:rPr>
        <w:br/>
      </w:r>
      <w:r>
        <w:rPr>
          <w:lang w:eastAsia="zh-CN"/>
        </w:rPr>
        <w:t>　　在这一年的工作中，我通过实践学到了许多有关建筑的相关知识，通过不断的学习逐步提高了自己的业务水平。但是作为新人，我深深知道，自己经验还是相对欠缺的，需要不断的学习和磨练。因此，在新的一年里，我将再接再厉，奋发图强。</w:t>
      </w:r>
      <w:r>
        <w:rPr>
          <w:lang w:eastAsia="zh-CN"/>
        </w:rPr>
        <w:br/>
      </w:r>
      <w:r>
        <w:rPr>
          <w:lang w:eastAsia="zh-CN"/>
        </w:rPr>
        <w:t xml:space="preserve">    有关个人的年终工作总结 篇6 </w:t>
      </w:r>
      <w:r>
        <w:rPr>
          <w:lang w:eastAsia="zh-CN"/>
        </w:rPr>
        <w:br/>
      </w:r>
      <w:r>
        <w:rPr>
          <w:lang w:eastAsia="zh-CN"/>
        </w:rPr>
        <w:t>　　从管理处的财务助理到公司总部出纳、总部会计，无论是做事，展望未来，我对公司的发展和今后的工作充满了信心和希望，为了能够制定更好的工作目标，取得更好的工作成绩，为此将这一年的工作做一个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在医院正确领导下，在新科长的带领下认真学习医保政策、财经法规、医院会计制度，坚持原则，严格遵守会计人员职业道德，遵守医院各项工作制度，积极参加医院的各项活动，严格遵守国家关于现金管理的各项规定，认真做好本职工作。</w:t>
      </w:r>
      <w:r>
        <w:rPr>
          <w:lang w:eastAsia="zh-CN"/>
        </w:rPr>
        <w:br/>
      </w:r>
      <w:r>
        <w:rPr>
          <w:lang w:eastAsia="zh-CN"/>
        </w:rPr>
        <w:t>　　作为医院出纳，我在收付、反映、监督四个方面尽到了应尽的职责，过去的一年里在不断改善工作方式方法的同时，为医院做好管家婆，通过努力，较好地完成了各项工作任务，现总结汇报如下：</w:t>
      </w:r>
      <w:r>
        <w:rPr>
          <w:lang w:eastAsia="zh-CN"/>
        </w:rPr>
        <w:br/>
      </w:r>
      <w:r>
        <w:rPr>
          <w:lang w:eastAsia="zh-CN"/>
        </w:rPr>
        <w:t>　　一、日常出纳工作</w:t>
      </w:r>
      <w:r>
        <w:rPr>
          <w:lang w:eastAsia="zh-CN"/>
        </w:rPr>
        <w:br/>
      </w:r>
      <w:r>
        <w:rPr>
          <w:lang w:eastAsia="zh-CN"/>
        </w:rPr>
        <w:t>　　1、严格执行现金管理和结算制度，及时办理日常现金收付业务做到日清月结，防止发生不必要的损失、浪费。确保库存现金的安全。</w:t>
      </w:r>
      <w:r>
        <w:rPr>
          <w:lang w:eastAsia="zh-CN"/>
        </w:rPr>
        <w:br/>
      </w:r>
      <w:r>
        <w:rPr>
          <w:lang w:eastAsia="zh-CN"/>
        </w:rPr>
        <w:t>　　2、及时收回医院各项门诊和住院收入，进行核对算。及时收回现金存入银行。</w:t>
      </w:r>
      <w:r>
        <w:rPr>
          <w:lang w:eastAsia="zh-CN"/>
        </w:rPr>
        <w:br/>
      </w:r>
      <w:r>
        <w:rPr>
          <w:lang w:eastAsia="zh-CN"/>
        </w:rPr>
        <w:t>　　3、根据会计提供的依据，与银行相关部门联系，井然有序地完成了职工工资和其它应发放的经费发放工作。</w:t>
      </w:r>
      <w:r>
        <w:rPr>
          <w:lang w:eastAsia="zh-CN"/>
        </w:rPr>
        <w:br/>
      </w:r>
      <w:r>
        <w:rPr>
          <w:lang w:eastAsia="zh-CN"/>
        </w:rPr>
        <w:t>　　4、坚持财务手续，严格审核（凭证上必须有经手人及相关领导的签字才能给予支付），对不符手续的凭证不付款。</w:t>
      </w:r>
      <w:r>
        <w:rPr>
          <w:lang w:eastAsia="zh-CN"/>
        </w:rPr>
        <w:br/>
      </w:r>
      <w:r>
        <w:rPr>
          <w:lang w:eastAsia="zh-CN"/>
        </w:rPr>
        <w:t>　　5、审核和登记现金日记账和银行存款日记账。</w:t>
      </w:r>
      <w:r>
        <w:rPr>
          <w:lang w:eastAsia="zh-CN"/>
        </w:rPr>
        <w:br/>
      </w:r>
      <w:r>
        <w:rPr>
          <w:lang w:eastAsia="zh-CN"/>
        </w:rPr>
        <w:t>　　二、日常会计工作</w:t>
      </w:r>
      <w:r>
        <w:rPr>
          <w:lang w:eastAsia="zh-CN"/>
        </w:rPr>
        <w:br/>
      </w:r>
      <w:r>
        <w:rPr>
          <w:lang w:eastAsia="zh-CN"/>
        </w:rPr>
        <w:t>　　1、熟悉国家的财政制度，严格执行财经纪律。坚持原则秉公办事。</w:t>
      </w:r>
      <w:r>
        <w:rPr>
          <w:lang w:eastAsia="zh-CN"/>
        </w:rPr>
        <w:br/>
      </w:r>
      <w:r>
        <w:rPr>
          <w:lang w:eastAsia="zh-CN"/>
        </w:rPr>
        <w:t>　　2、在财务科负责人的直接领导下，负责医院的财务报销审核工作。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3、认真审核第笔业务的原始凭证及其附件的正确性、合法性、规范性。检查报销手续是否齐全。</w:t>
      </w:r>
      <w:r>
        <w:rPr>
          <w:lang w:eastAsia="zh-CN"/>
        </w:rPr>
        <w:br/>
      </w:r>
      <w:r>
        <w:rPr>
          <w:lang w:eastAsia="zh-CN"/>
        </w:rPr>
        <w:t>　　4、根据审核过的各种收会原始凭证及时编制记账凭证。</w:t>
      </w:r>
      <w:r>
        <w:rPr>
          <w:lang w:eastAsia="zh-CN"/>
        </w:rPr>
        <w:br/>
      </w:r>
      <w:r>
        <w:rPr>
          <w:lang w:eastAsia="zh-CN"/>
        </w:rPr>
        <w:t>　　5、负责编制发放医院各类人员工资及随工资发放的各种补贴。</w:t>
      </w:r>
      <w:r>
        <w:rPr>
          <w:lang w:eastAsia="zh-CN"/>
        </w:rPr>
        <w:br/>
      </w:r>
      <w:r>
        <w:rPr>
          <w:lang w:eastAsia="zh-CN"/>
        </w:rPr>
        <w:t>　　6、每月按照税法规定及时做好代扣、代缴个人所税税工作。</w:t>
      </w:r>
      <w:r>
        <w:rPr>
          <w:lang w:eastAsia="zh-CN"/>
        </w:rPr>
        <w:br/>
      </w:r>
      <w:r>
        <w:rPr>
          <w:lang w:eastAsia="zh-CN"/>
        </w:rPr>
        <w:t>　　7、每月按照法律规定及时做好种.种劳动保险的扣缴工作。</w:t>
      </w:r>
      <w:r>
        <w:rPr>
          <w:lang w:eastAsia="zh-CN"/>
        </w:rPr>
        <w:br/>
      </w:r>
      <w:r>
        <w:rPr>
          <w:lang w:eastAsia="zh-CN"/>
        </w:rPr>
        <w:t>　　三、其他工作</w:t>
      </w:r>
      <w:r>
        <w:rPr>
          <w:lang w:eastAsia="zh-CN"/>
        </w:rPr>
        <w:br/>
      </w:r>
      <w:r>
        <w:rPr>
          <w:lang w:eastAsia="zh-CN"/>
        </w:rPr>
        <w:t>　　1、加强收费控制与监督，保证医疗收入资金的安全完整。严格执行物价部门核定的收费范围和收费标准，不违规收费和乱收费，根据内部控制制度，加强对日常收费的控制和监督管理，对日常营业收入报表和收费票据逐一核对，按时将收取的现金缴存银行。配合医保办做好医保收费的结算和登记管理。</w:t>
      </w:r>
      <w:r>
        <w:rPr>
          <w:lang w:eastAsia="zh-CN"/>
        </w:rPr>
        <w:br/>
      </w:r>
      <w:r>
        <w:rPr>
          <w:lang w:eastAsia="zh-CN"/>
        </w:rPr>
        <w:t>　　2、加强会计档案管理，规范会计基础工作。医院会计档案管理基础薄弱，整理装订了专家的服务工作，保证工资福利按时发放专家，对专家服务方面，热情周到，保证专家的需求，工资福利按时无差错发放到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4、完成社保稽核和收费年审工作，配合学院对医院提供了准确的财务资料，整理—　　通过财务室全体人员的共同努力，财务工作得到了医院的充分肯定，　　从一名在校大学生正式转变成为一名工作职员，展开了我人生职业生涯的第一个篇章。我初到中青旅中山国旅财务部做出纳，从不熟悉到慢慢学习、了解和适应。现在我对自己所从事的出纳工作已经比较熟悉，也相信自己能胜任这项工作。在这段时间里，我学到了很多受益一生的东西，学到了很多会计方面的实践知识，同时也学到了很多社会经验。下面我就这一段时间的工作做一下总结：</w:t>
      </w:r>
      <w:r>
        <w:rPr>
          <w:lang w:eastAsia="zh-CN"/>
        </w:rPr>
        <w:br/>
      </w:r>
      <w:r>
        <w:rPr>
          <w:lang w:eastAsia="zh-CN"/>
        </w:rPr>
        <w:t>　　一、出纳的日常工作</w:t>
      </w:r>
      <w:r>
        <w:rPr>
          <w:lang w:eastAsia="zh-CN"/>
        </w:rPr>
        <w:br/>
      </w:r>
      <w:r>
        <w:rPr>
          <w:lang w:eastAsia="zh-CN"/>
        </w:rPr>
        <w:t>　　1、严格审核报销单据、发票等原始凭证，按照费用报销的有关规定办理业务，做到合法准确、手续完备、单证齐全。对不符要求的，指明原因，要求改正。出纳工作一定要认真细心，不能出任何差错，多一分少一分都不可以。所以在每次审核票据的时候，我都会点两遍算两遍，确保无误后才付款。</w:t>
      </w:r>
      <w:r>
        <w:rPr>
          <w:lang w:eastAsia="zh-CN"/>
        </w:rPr>
        <w:br/>
      </w:r>
      <w:r>
        <w:rPr>
          <w:lang w:eastAsia="zh-CN"/>
        </w:rPr>
        <w:t>　　2、每日做好现金及银行存款日记账，日清月结，保证账证相符、账款相符、账账相符，发现差错及时查清更正。最后将原始凭证及时登账。每月末做好银行对账工作，努力做到不出差错。</w:t>
      </w:r>
      <w:r>
        <w:rPr>
          <w:lang w:eastAsia="zh-CN"/>
        </w:rPr>
        <w:br/>
      </w:r>
      <w:r>
        <w:rPr>
          <w:lang w:eastAsia="zh-CN"/>
        </w:rPr>
        <w:t>　　3、严格按照公司有关规章制度提供人员工资变动名册，按时核算发放单位职工的工资、补贴及各类奖金。因为工资直接关系到每个人的利益，所以其计算、发放更是需要及时且细心谨慎。</w:t>
      </w:r>
      <w:r>
        <w:rPr>
          <w:lang w:eastAsia="zh-CN"/>
        </w:rPr>
        <w:br/>
      </w:r>
      <w:r>
        <w:rPr>
          <w:lang w:eastAsia="zh-CN"/>
        </w:rPr>
        <w:t>　　4、负责妥善保管空白支票、有价证券、有关印章和收据，做好有关单据、账册、报表等会计资料的整理、归档工作。</w:t>
      </w:r>
      <w:r>
        <w:rPr>
          <w:lang w:eastAsia="zh-CN"/>
        </w:rPr>
        <w:br/>
      </w:r>
      <w:r>
        <w:rPr>
          <w:lang w:eastAsia="zh-CN"/>
        </w:rPr>
        <w:t>　　二、与出纳相关的其他工作</w:t>
      </w:r>
      <w:r>
        <w:rPr>
          <w:lang w:eastAsia="zh-CN"/>
        </w:rPr>
        <w:br/>
      </w:r>
      <w:r>
        <w:rPr>
          <w:lang w:eastAsia="zh-CN"/>
        </w:rPr>
        <w:t>　　1、严格按照会计档案有关规定，及时完成凭证装订和会计档案整理及保存工作。</w:t>
      </w:r>
      <w:r>
        <w:rPr>
          <w:lang w:eastAsia="zh-CN"/>
        </w:rPr>
        <w:br/>
      </w:r>
      <w:r>
        <w:rPr>
          <w:lang w:eastAsia="zh-CN"/>
        </w:rPr>
        <w:t>　　2、严格按照国家及规定章程，及时做好外币结汇工作，并按照会计有关制度登记外币账目。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3、认真完成单位领导临时交办的其他工作。</w:t>
      </w:r>
      <w:r>
        <w:rPr>
          <w:lang w:eastAsia="zh-CN"/>
        </w:rPr>
        <w:br/>
      </w:r>
      <w:r>
        <w:rPr>
          <w:lang w:eastAsia="zh-CN"/>
        </w:rPr>
        <w:t>　　三、在岗期间的自我要求</w:t>
      </w:r>
      <w:r>
        <w:rPr>
          <w:lang w:eastAsia="zh-CN"/>
        </w:rPr>
        <w:br/>
      </w:r>
      <w:r>
        <w:rPr>
          <w:lang w:eastAsia="zh-CN"/>
        </w:rPr>
        <w:t>　　1、认真学习财经方面的各项规定，自觉按照国家的财经政策和程序办事。</w:t>
      </w:r>
      <w:r>
        <w:rPr>
          <w:lang w:eastAsia="zh-CN"/>
        </w:rPr>
        <w:br/>
      </w:r>
      <w:r>
        <w:rPr>
          <w:lang w:eastAsia="zh-CN"/>
        </w:rPr>
        <w:t>　　2、经常了解各部门的经费需要情况和使用情况，配合各部门合理使用好各项资金。</w:t>
      </w:r>
      <w:r>
        <w:rPr>
          <w:lang w:eastAsia="zh-CN"/>
        </w:rPr>
        <w:br/>
      </w:r>
      <w:r>
        <w:rPr>
          <w:lang w:eastAsia="zh-CN"/>
        </w:rPr>
        <w:t>　　3、不断改进学习方法，讲求学习效果，“在工作中学习，在学习中工作”。坚持学以致用，注重融会贯通，理论联系实际。用新的知识、新的思维和新的启示，巩固和丰富综合知识，使自身综合能力不断得到提高。</w:t>
      </w:r>
      <w:r>
        <w:rPr>
          <w:lang w:eastAsia="zh-CN"/>
        </w:rPr>
        <w:br/>
      </w:r>
      <w:r>
        <w:rPr>
          <w:lang w:eastAsia="zh-CN"/>
        </w:rPr>
        <w:t>　　4、努力钻研业务知识积极参加相关部门组织的各种业务技能的培训，始终把增强工作能力作为一切工作的基础；始终把工作放在严谨、细致、扎实、求实上，脚踏实地工作。</w:t>
      </w:r>
      <w:r>
        <w:rPr>
          <w:lang w:eastAsia="zh-CN"/>
        </w:rPr>
        <w:br/>
      </w:r>
      <w:r>
        <w:rPr>
          <w:lang w:eastAsia="zh-CN"/>
        </w:rPr>
        <w:t>　　5、要恪守良好的职业道德。出纳每天和金钱打交道，稍有不慎就会造成意想不到的损失。出纳人员必须养成与出纳职业相符合的工作作风，要注意保守机密，要竭力为本单位衷心工作。</w:t>
      </w:r>
      <w:r>
        <w:rPr>
          <w:lang w:eastAsia="zh-CN"/>
        </w:rPr>
        <w:br/>
      </w:r>
      <w:r>
        <w:rPr>
          <w:lang w:eastAsia="zh-CN"/>
        </w:rPr>
        <w:t>　　四、工作过程中存在的问题</w:t>
      </w:r>
      <w:r>
        <w:rPr>
          <w:lang w:eastAsia="zh-CN"/>
        </w:rPr>
        <w:br/>
      </w:r>
      <w:r>
        <w:rPr>
          <w:lang w:eastAsia="zh-CN"/>
        </w:rPr>
        <w:t>　　1、只干工作，不善于总结，所以有些工作费力气大，但与收效不成比例，事倍功半的现象时有发生。今后要逐步学习用科学的方法，善总结、勤思考，逐步达到事半功倍的效果。</w:t>
      </w:r>
      <w:r>
        <w:rPr>
          <w:lang w:eastAsia="zh-CN"/>
        </w:rPr>
        <w:br/>
      </w:r>
      <w:r>
        <w:rPr>
          <w:lang w:eastAsia="zh-CN"/>
        </w:rPr>
        <w:t>　　2、忙于应付事务性工作多，深入探讨、思考、认认真真的研究条件及财务管理办法、工作制度少，工作有广度没深度。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3、由于刚出校门，自身拥有的只是书本上的理论知识，而缺乏实践的工作经验，因此在实际工作过程中还会产生各种操作性的专业问题。</w:t>
      </w:r>
      <w:r>
        <w:rPr>
          <w:lang w:eastAsia="zh-CN"/>
        </w:rPr>
        <w:br/>
      </w:r>
      <w:r>
        <w:rPr>
          <w:lang w:eastAsia="zh-CN"/>
        </w:rPr>
        <w:t>　　没从事这个工作之前，我简单的认为出纳工作好像很简单，不过是点点钞票、填填支票、跑跑银行等事务性工作。但是当我真正投入工作，我才知道，我对出纳工作的认识和了解是错误的，其实不然，出纳工作不仅责任重大，而且有不少学问和政策技术问题，需要好好学习才能掌握。更重要的一点，做好出纳工作首先要热爱出纳工作，要有严谨细致的工作作风和职业道德。出纳人员要有较强的安全意识，现金、有价证券、票据、各种印鉴，既要有内部的保管分工，各负其责，并相互牵制；也要有对外的保密措施，维护个人安全和公司的利益不受到损失。</w:t>
      </w:r>
      <w:r>
        <w:rPr>
          <w:lang w:eastAsia="zh-CN"/>
        </w:rPr>
        <w:br/>
      </w:r>
      <w:r>
        <w:rPr>
          <w:lang w:eastAsia="zh-CN"/>
        </w:rPr>
        <w:t>　　以上都是我工作以来的一些体会和认识，在工作中学习和努力提高业务技能，使自身的工作能力和工作效率得到了迅速提高，在以后的工作和学习中我还将不懈的努力和拼搏，做好自己的本职工作，为公司和全体员工服务，和公司和全体员工一起共同发展！</w:t>
      </w:r>
      <w:r>
        <w:rPr>
          <w:lang w:eastAsia="zh-CN"/>
        </w:rPr>
        <w:br/>
      </w:r>
      <w:r>
        <w:rPr>
          <w:lang w:eastAsia="zh-CN"/>
        </w:rPr>
        <w:t xml:space="preserve">    有关个人的年终工作总结 篇7 </w:t>
      </w:r>
      <w:r>
        <w:rPr>
          <w:lang w:eastAsia="zh-CN"/>
        </w:rPr>
        <w:br/>
      </w:r>
      <w:r>
        <w:rPr>
          <w:lang w:eastAsia="zh-CN"/>
        </w:rPr>
        <w:t>　　20__年加入贵公司任行政助理工作，之前有过一点相关工作的经验，但来到贵公司后我虚心向人请教和学习，一切都从零学起，从零做起，使自己从零中慢慢成长和完善，使自己的行为标准、思想觉悟和工作能力尽快的向公司要求的目标靠拢，希望自己能早日加入设计行业的大集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一年的时间很快过去了，在这一年，我在公司领导及同事们的关心与帮助下完成了各项工作，在思想觉悟方面有了更进一步的提高，这次的工作总结主要有以下几项：</w:t>
      </w:r>
      <w:r>
        <w:rPr>
          <w:lang w:eastAsia="zh-CN"/>
        </w:rPr>
        <w:br/>
      </w:r>
      <w:r>
        <w:rPr>
          <w:lang w:eastAsia="zh-CN"/>
        </w:rPr>
        <w:t>　　一、思想政治表现、品德素质修养及职业道德方面</w:t>
      </w:r>
      <w:r>
        <w:rPr>
          <w:lang w:eastAsia="zh-CN"/>
        </w:rPr>
        <w:br/>
      </w:r>
      <w:r>
        <w:rPr>
          <w:lang w:eastAsia="zh-CN"/>
        </w:rPr>
        <w:t>　　能够认真贯彻基本路线方针政策，通过网络、报纸、杂志、书籍积极学习政治理论。遵纪守法，认真学习法律知识。爱岗敬业，具有强烈的责任感和事业心，积极主动认真的学习专业知识，工作态度端正，认真负责。</w:t>
      </w:r>
      <w:r>
        <w:rPr>
          <w:lang w:eastAsia="zh-CN"/>
        </w:rPr>
        <w:br/>
      </w:r>
      <w:r>
        <w:rPr>
          <w:lang w:eastAsia="zh-CN"/>
        </w:rPr>
        <w:t>　　二、专业知识、工作能力和具体工作方面</w:t>
      </w:r>
      <w:r>
        <w:rPr>
          <w:lang w:eastAsia="zh-CN"/>
        </w:rPr>
        <w:br/>
      </w:r>
      <w:r>
        <w:rPr>
          <w:lang w:eastAsia="zh-CN"/>
        </w:rPr>
        <w:t>　　我是_月份来到公司工作，担任公司行政助理工作，主要是做好行政工作。我认为行政工作比较琐碎，每天都面临着大量的、琐碎的、不起眼的事务，而这些事务又是必不可少的。为了搞好工作，我不怕麻烦，向领导请教、向同事学习、自己摸索实践，在短时间内熟悉了本职的工作，明确了工作的程序、方向，提高了工作能力，在具体的工作中形成了一个清晰的工作思路，能够顺利的开展和完成本职工作。概括来说，行政管理在企业中主要有管理、协调、服务三大功能。其中管理是主干，协调是核心，服务是根本。总而言之，行政管理的实质就是服务。</w:t>
      </w:r>
      <w:r>
        <w:rPr>
          <w:lang w:eastAsia="zh-CN"/>
        </w:rPr>
        <w:br/>
      </w:r>
      <w:r>
        <w:rPr>
          <w:lang w:eastAsia="zh-CN"/>
        </w:rPr>
        <w:t>　　三、工作态度和勤奋敬业方面</w:t>
      </w:r>
      <w:r>
        <w:rPr>
          <w:lang w:eastAsia="zh-CN"/>
        </w:rPr>
        <w:br/>
      </w:r>
      <w:r>
        <w:rPr>
          <w:lang w:eastAsia="zh-CN"/>
        </w:rPr>
        <w:t>　　热爱自己的本职工作，正确认真的对待每一项工作，热心为大家服务，认真遵守劳动纪律，保证按时出勤，出勤率高，有效利用工作时间，坚守岗位，保证工作能按时完成。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四、工作质量、成绩、效益和贡献方面</w:t>
      </w:r>
      <w:r>
        <w:rPr>
          <w:lang w:eastAsia="zh-CN"/>
        </w:rPr>
        <w:br/>
      </w:r>
      <w:r>
        <w:rPr>
          <w:lang w:eastAsia="zh-CN"/>
        </w:rPr>
        <w:t>　　在开展工作之前做好个人工作计划，有主次的先后及时的完成各项工作，达到预期的效果，保质保量的完成工作，工作效率相对较高，同时在工作中学习了很多东西，也锻炼了自己，经过不懈的努力，使工作水平有了长足的进步，开创了工作的新局面，为公司及部门工作做出了应有的贡献。</w:t>
      </w:r>
      <w:r>
        <w:rPr>
          <w:lang w:eastAsia="zh-CN"/>
        </w:rPr>
        <w:br/>
      </w:r>
      <w:r>
        <w:rPr>
          <w:lang w:eastAsia="zh-CN"/>
        </w:rPr>
        <w:t>　　总结20__的工作，尽管有了一定的进步和成绩，但还有其他工作也存在很多的不足。这都有待于在今后的工作中加以改进。在未来的日子里，我将认真学习各项政策规章制度，努力使思想觉悟和工作效率全面进入一个新水平，希望能为公司的发展做出更大的贡献。</w:t>
      </w:r>
      <w:r>
        <w:rPr>
          <w:lang w:eastAsia="zh-CN"/>
        </w:rPr>
        <w:br/>
      </w:r>
      <w:r>
        <w:rPr>
          <w:lang w:eastAsia="zh-CN"/>
        </w:rPr>
        <w:t xml:space="preserve">    有关个人的年终工作总结 篇8 </w:t>
      </w:r>
      <w:r>
        <w:rPr>
          <w:lang w:eastAsia="zh-CN"/>
        </w:rPr>
        <w:br/>
      </w:r>
      <w:r>
        <w:rPr>
          <w:lang w:eastAsia="zh-CN"/>
        </w:rPr>
        <w:t>　　20__年即将过去，回首20__年的实习情况，有对陌生知识的迷茫、有发现问题的成就感，也有施工单位不合作的挫败感，还有收获知识的喜悦感。我也从一个施工方面什么的都不懂的羞涩实习生一步步成长了，开始变得成熟、稳重。时间过得飞快，不知不觉中，半学期的实习时间已过去，大三的第一学期已经结束，现对上学期的实习工作坐如下总结：</w:t>
      </w:r>
      <w:r>
        <w:rPr>
          <w:lang w:eastAsia="zh-CN"/>
        </w:rPr>
        <w:br/>
      </w:r>
      <w:r>
        <w:rPr>
          <w:lang w:eastAsia="zh-CN"/>
        </w:rPr>
        <w:t>　　为了以后更好的做造价、对工程实体有更多的了解，我选择了工程监理的工作。9月17日加入河池市建宇工程建设监理有限公司，于9月20日来到宜州市福龙大厦工地，以实习监理员的身份参加工作。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简单介绍一下宜州市福龙大厦的情况，福龙大厦位于宜州市中山大道南侧，20__年5月20日开工，预计20__年5月底完工。地下1层，地上12层。工程性质为商住楼，基础是独立基础，主体框架结构。本人到工地时候已完成基础的施工，正在砂石回填。</w:t>
      </w:r>
      <w:r>
        <w:rPr>
          <w:lang w:eastAsia="zh-CN"/>
        </w:rPr>
        <w:br/>
      </w:r>
      <w:r>
        <w:rPr>
          <w:lang w:eastAsia="zh-CN"/>
        </w:rPr>
        <w:t>　　因为之前的专业是工程造价，对于工程监理这一块相对还是比较陌生的。所以一切都需要重新开始。刚开始只是看看图纸，不懂要干什么。一切还是跟着监理工程师韦工看、学。过了一段时间，慢慢对这个工程运作熟悉以后，开始写监理日志、帮忙签发监理通知单等。学习一段时间以后，开始可以检验钢筋：检查绑扎是否与图纸设计一样、钢筋接头是否饱满等。</w:t>
      </w:r>
      <w:r>
        <w:rPr>
          <w:lang w:eastAsia="zh-CN"/>
        </w:rPr>
        <w:br/>
      </w:r>
      <w:r>
        <w:rPr>
          <w:lang w:eastAsia="zh-CN"/>
        </w:rPr>
        <w:t>　　在这几个月里里面，了解了模板工程、钢筋混凝土工程施工的工艺流程，并参与能力范围内的工作。每天坚持总结工作的要点和心得体会，认真学习《监理概论》、《工程质量控制要点》、《监理细则》等。大致明白了监理的职责、权利、义务等等。对于不明白的地方，及时提出并解决，查阅相关规范、或者向韦工请教。</w:t>
      </w:r>
      <w:r>
        <w:rPr>
          <w:lang w:eastAsia="zh-CN"/>
        </w:rPr>
        <w:br/>
      </w:r>
      <w:r>
        <w:rPr>
          <w:lang w:eastAsia="zh-CN"/>
        </w:rPr>
        <w:t>　　工程质量方面，根据监理规范、图纸和《监理细则》严格监督。对于需要旁站的部位，进行全程旁站并做好旁站记录。在韦工没有来检查之前，我已经处理好能力范围内的工作，比如检查模板的尺寸、钢筋绑扎等，将有问题的地方通知施工单位整改，并做好记录，同时上报给韦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通过这几个月的监理工作，我觉得作为一名监理人员，要做到品行端正，严以律己、具有团队精神，工作认真负责才会赢得尊重。同时本着对工程负责、本着对职业尊重的出发点，我们应该严格监理，不能通融。</w:t>
      </w:r>
      <w:r>
        <w:rPr>
          <w:lang w:eastAsia="zh-CN"/>
        </w:rPr>
        <w:br/>
      </w:r>
      <w:r>
        <w:rPr>
          <w:lang w:eastAsia="zh-CN"/>
        </w:rPr>
        <w:t>　　这几个月来，我收获了很多东西，也存在很多不足。</w:t>
      </w:r>
      <w:r>
        <w:rPr>
          <w:lang w:eastAsia="zh-CN"/>
        </w:rPr>
        <w:br/>
      </w:r>
      <w:r>
        <w:rPr>
          <w:lang w:eastAsia="zh-CN"/>
        </w:rPr>
        <w:t>　　专业方面：如上面所述，对工地的运作有了一定的了解，懂得框架结构的施工流程、监理的义务、权利等。</w:t>
      </w:r>
      <w:r>
        <w:rPr>
          <w:lang w:eastAsia="zh-CN"/>
        </w:rPr>
        <w:br/>
      </w:r>
      <w:r>
        <w:rPr>
          <w:lang w:eastAsia="zh-CN"/>
        </w:rPr>
        <w:t>　　思想方面：成长了很多，一个人在一个城市面对和处理了很多事情。感觉心态很重要，快乐与不快乐只在一念之间。在工地上虽然有些不属于监理的工作，但我还是做了。比如在模板上标注钢筋的信息以方便施工，不属于监理的工作，也比较辛苦，因为天气比较寒冷，风很大，不过还是坚持下来，就当做学习和锻炼意志了。</w:t>
      </w:r>
      <w:r>
        <w:rPr>
          <w:lang w:eastAsia="zh-CN"/>
        </w:rPr>
        <w:br/>
      </w:r>
      <w:r>
        <w:rPr>
          <w:lang w:eastAsia="zh-CN"/>
        </w:rPr>
        <w:t>　　不足方面：工作经验不够，与人沟通太直接，还不够婉转。感觉在学校学的东西只是皮毛，与实践还差了很大一截。在以后的工作中我会更加努力，多问、多学、多做。根据工作需要逐步深入学习各项专业知识，不断总结经验，提高个人业务，为公司做更多贡献。</w:t>
      </w:r>
      <w:r>
        <w:rPr>
          <w:lang w:eastAsia="zh-CN"/>
        </w:rPr>
        <w:br/>
      </w:r>
      <w:r>
        <w:rPr>
          <w:lang w:eastAsia="zh-CN"/>
        </w:rPr>
        <w:t>　　实习过程中遇到的问题是施工单位有时不合作，不知道是否应该采用强硬的态度，但又担心与施工单位弄僵。</w:t>
      </w:r>
      <w:r>
        <w:rPr>
          <w:lang w:eastAsia="zh-CN"/>
        </w:rPr>
        <w:br/>
      </w:r>
      <w:r>
        <w:rPr>
          <w:lang w:eastAsia="zh-CN"/>
        </w:rPr>
        <w:t>　　虽然女生做监理很少，因为相对比较辛苦，日晒雨淋、爬上爬下，具有一定的危险性。不过我不怕辛苦，因为工地是第一学习现场，只有在工地才能学得更多东西，并能锻炼坚持的意志和吃苦的精神。吃得苦中苦，方为人上人，所以我一定会坚持，学习更多的知识，争取成为优秀的监理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关于新学期的打算，除了做好监理的本职工作、深入学习专业知识外，我将正式开始练习工程量的计算，每计算一章的工程量，便复习一次计算规则。继续采用手算，加深对计算规则的熟悉，等到这个工程完工以后继续深入学习预算，把自己培养成掌握监理专业造价专业都精通人才。</w:t>
      </w:r>
      <w:r>
        <w:rPr>
          <w:lang w:eastAsia="zh-CN"/>
        </w:rPr>
        <w:br/>
      </w:r>
      <w:r>
        <w:rPr>
          <w:lang w:eastAsia="zh-CN"/>
        </w:rPr>
        <w:t xml:space="preserve">    有关个人的年终工作总结 篇9 </w:t>
      </w:r>
      <w:r>
        <w:rPr>
          <w:lang w:eastAsia="zh-CN"/>
        </w:rPr>
        <w:br/>
      </w:r>
      <w:r>
        <w:rPr>
          <w:lang w:eastAsia="zh-CN"/>
        </w:rPr>
        <w:t>　　从20__年__月__日开始，本人继续担任口腔科总住院医师工作。20__年来，在医院医疗质量管理科及口腔科领导的关心支持下，忠实履行住院总工作职责，在努力提高自身业务及综合素质的同时，踏踏实实工作，在临床、教学及科研等各方面取得了一定成绩：</w:t>
      </w:r>
      <w:r>
        <w:rPr>
          <w:lang w:eastAsia="zh-CN"/>
        </w:rPr>
        <w:br/>
      </w:r>
      <w:r>
        <w:rPr>
          <w:lang w:eastAsia="zh-CN"/>
        </w:rPr>
        <w:t>　　一、继续建立和完善各项规章制度，有效保障医疗及病人安全</w:t>
      </w:r>
      <w:r>
        <w:rPr>
          <w:lang w:eastAsia="zh-CN"/>
        </w:rPr>
        <w:br/>
      </w:r>
      <w:r>
        <w:rPr>
          <w:lang w:eastAsia="zh-CN"/>
        </w:rPr>
        <w:t>　　病人安全及医疗安全是医院生存的生命线，也是患者和医生所追求的最终目标。如何保证病人安全是每个医务工作者也是每一个医院管理者共同关心的话题。对患者安全管理，最大程度的保证患者安全也是实行住院总制度的预期目标。保障病人安全归根结底要靠制度建设。我院口腔医学院刚刚成立，许多制度需要完善。在本人担任总住院医师期间，协助科室领导先后制定了各种制度。</w:t>
      </w:r>
      <w:r>
        <w:rPr>
          <w:lang w:eastAsia="zh-CN"/>
        </w:rPr>
        <w:br/>
      </w:r>
      <w:r>
        <w:rPr>
          <w:lang w:eastAsia="zh-CN"/>
        </w:rPr>
        <w:t>　　二、积极参与口腔医学院（系）的各项建设及宣传工作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情系口腔，积极参与我院口腔医疗事业的各个里程碑式的事件诸如：建立口腔医学院、口腔医学硕士点评比、博士点申请、承担广州市口腔执业医师技能考试等。在硕士点评比中，连夜加班加点撰写文章、协助整理资料、联系评委等具体琐碎工作；在口腔执业医师技能考试工作中，担任考官，严格执行考试标准，圆满地完成了考试任务。我院口腔医学系成立刚刚一年，许多同仁还不了解。口腔医学的分支日渐精细，口腔临床科室分工也日渐专科化，口腔各分支学科的知识需要普及，住院总是联系各科室的桥梁也是科室的宣传员。我会从术前术后的资料对比，典型病例的影像、病理及手术照片都要收集。凡是我独立管床的病人都保留各项资料。按疾病的不同分类、姓名及住院日期建立不同索引，有利于查找。典型病例制作光盘，单独保留。临床资料的收集整理及分类工作是一项系统的繁杂的工程，我经常牺牲周末节假日整理资料，希望为我院口腔医学系的建设和积淀做自己的一点贡献。</w:t>
      </w:r>
      <w:r>
        <w:rPr>
          <w:lang w:eastAsia="zh-CN"/>
        </w:rPr>
        <w:br/>
      </w:r>
      <w:r>
        <w:rPr>
          <w:lang w:eastAsia="zh-CN"/>
        </w:rPr>
        <w:t>　　三、参与口腔科病房各种手术及口腔科的急诊及会诊工作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口腔科病房目前开房床位张。我科病房分三组，分别为肿瘤组，创伤组及唾液腺组，我参与了三个小组几乎所有手术。在肿瘤组中担任一助，在另两组中任二助。不同主刀医生的不同风格，高强度及大量的手术机会使我的业务能力、手术技巧大大提高。在病房三位教授的培养及关心下，目前已经能独立完成各项常规中小手术，手术操作日渐规范和熟练。急诊及会诊工作是每个住院总的主要工作，和兄弟科室的住院总一样，遇到急会诊，我总是及时到达，与相关科室医师一道积极处理病人，参与危重病人的急救。有许多许多忙碌的夜晚，有许多病人转危为安的时刻，有许多许多可以回忆的惊心动魄，许多许多的历历在目，正是这种辛勤劳动为住院总赢得了荣誉，为病人挽回了生命。同时，去相关科室会诊及和各位住院总的合作使我拓展了知识，开阔了视野。</w:t>
      </w:r>
      <w:r>
        <w:rPr>
          <w:lang w:eastAsia="zh-CN"/>
        </w:rPr>
        <w:br/>
      </w:r>
      <w:r>
        <w:rPr>
          <w:lang w:eastAsia="zh-CN"/>
        </w:rPr>
        <w:t>　　四、口腔颌面外科学的带教及教学工作</w:t>
      </w:r>
      <w:r>
        <w:rPr>
          <w:lang w:eastAsia="zh-CN"/>
        </w:rPr>
        <w:br/>
      </w:r>
      <w:r>
        <w:rPr>
          <w:lang w:eastAsia="zh-CN"/>
        </w:rPr>
        <w:t>　　我科承担有全校口腔科学及口腔系的各项专业课程的教学任务，同时我科有许多实习医生、轮训制医生及新参加工作的医生需要培训。我参与了口腔颌面外科的临床带教及教学工作，如为级预防医学系讲授口腔颌面部感染；为暨南大学的口腔本科实习医师讲解病历书写规范及医疗核心制度；多次为住院医师及护士讲解口腔颌面外科诊疗常规及基础理论知识；参与制定口腔医学系口腔颌面外科的临床课程计划制定工作。在度的口腔医学系的本科教学中担任口腔颌面外科的教学秘书工作，承担了大量的理论课及实践课的教学工作，协调来自南方医科大学各附属医院的口腔外科教员，共同高质量地完成了口外的教学工作。在本年度末口腔医学院的教学总结评比中，获得“第一名”的好成绩。</w:t>
      </w:r>
      <w:r>
        <w:rPr>
          <w:lang w:eastAsia="zh-CN"/>
        </w:rPr>
        <w:br/>
      </w:r>
      <w:r>
        <w:rPr>
          <w:lang w:eastAsia="zh-CN"/>
        </w:rPr>
        <w:t>　　五、质控员工作</w:t>
      </w:r>
      <w:r>
        <w:rPr>
          <w:lang w:eastAsia="zh-CN"/>
        </w:rPr>
        <w:br/>
      </w:r>
      <w:r>
        <w:rPr>
          <w:lang w:eastAsia="zh-CN"/>
        </w:rPr>
        <w:t>　　从__月份起，我开始担任口腔科第三届质控员，参加质控员岗前培训，参与质量管理科各种有关质控员会议，承担起口腔颌面外科病房环节病例及出院病例的检查审理工作；协助主管科主任每月检查病例；通报病例质量及协助病房教授检查病历书写；每月检审他科环节病历20份。在度的质控员评比中，经过对环节病案检审、终末病案质量、各种质量检查的参与、例会参与以及科室测评等情况的综合考核，本人被评为度南方医院“优秀质控员”。</w:t>
      </w:r>
      <w:r>
        <w:rPr>
          <w:lang w:eastAsia="zh-CN"/>
        </w:rPr>
        <w:br/>
      </w:r>
      <w:r>
        <w:rPr>
          <w:lang w:eastAsia="zh-CN"/>
        </w:rPr>
        <w:t>　　六、科研工作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在本年度中注意临床科研能力及实验技能培养，继续从事博士期间成釉细胞瘤瘤的基础及临床应用研究工作。对成釉细胞瘤瘤细胞进行原代培养观察各种因素对其侵袭性的影响；将实验研究与单囊性成釉细胞瘤瘤的开窗减压术治疗相结合，探讨治疗前后肿瘤的生长特点尤其是侵袭性的改变。</w:t>
      </w:r>
      <w:r>
        <w:rPr>
          <w:lang w:eastAsia="zh-CN"/>
        </w:rPr>
        <w:br/>
      </w:r>
      <w:r>
        <w:rPr>
          <w:lang w:eastAsia="zh-CN"/>
        </w:rPr>
        <w:t>　　一年的住院总工作结束了，我感受最深的一点是总住院医师不仅是科室的一个重要职位，是联系本科室和其他科室的一个有用的桥梁，同时更是一种荣誉，各科室住院总的辛勤劳动赢得了他人的尊重更赢得了病人的信任，这是一个医生最大的荣誉。另外，住院总工作可以提高自身素质。例如协调处理各方面关系的能力：科室及机关的关系；相关科室关系；科室领导与普通医师关系；床位医生与教授的关系；医生与病人的关系。住院总工作还教会我去尊重别人，注意聆听，有效沟通。在处理急诊病人及突发事件中的沉着冷静，敢于承担，综合分析，及时汇报。</w:t>
      </w:r>
      <w:r>
        <w:rPr>
          <w:lang w:eastAsia="zh-CN"/>
        </w:rPr>
        <w:br/>
      </w:r>
      <w:r>
        <w:rPr>
          <w:lang w:eastAsia="zh-CN"/>
        </w:rPr>
        <w:t xml:space="preserve">    有关个人的年终工作总结 篇10 </w:t>
      </w:r>
      <w:r>
        <w:rPr>
          <w:lang w:eastAsia="zh-CN"/>
        </w:rPr>
        <w:br/>
      </w:r>
      <w:r>
        <w:rPr>
          <w:lang w:eastAsia="zh-CN"/>
        </w:rPr>
        <w:t>　　尊敬的各位领导、同事们：</w:t>
      </w:r>
      <w:r>
        <w:rPr>
          <w:lang w:eastAsia="zh-CN"/>
        </w:rPr>
        <w:br/>
      </w:r>
      <w:r>
        <w:rPr>
          <w:lang w:eastAsia="zh-CN"/>
        </w:rPr>
        <w:t>　　上午好。暮然间，又到岁末了，又到了盘点的时候。20__年，根据安排，我在市场股主要从事创卫信息报送、动产抵押登记、市场和合同监管报表的填报、以及各种文件的草拟等工作。</w:t>
      </w:r>
      <w:r>
        <w:rPr>
          <w:lang w:eastAsia="zh-CN"/>
        </w:rPr>
        <w:br/>
      </w:r>
      <w:r>
        <w:rPr>
          <w:lang w:eastAsia="zh-CN"/>
        </w:rPr>
        <w:t>　　下面，我将我20__年的思想和履职的主要情况向各位领导和同事们进行汇报。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20__，是一个值得纪念的年份，因为是我参加工作整整三十年。三十年，放在悠久的历史长河，可能只是弹指一挥间，但放在我的生命中，就占据我人生的三分之一甚至还多一点，而且是我人生最青春、最美好的岁月！人生能有多少个三十年啊？岁月的磨砺，经验和知识的积淀，让我收获了积极向上的学习和工作态度；收获了乐观、淡定的面对生活。</w:t>
      </w:r>
      <w:r>
        <w:rPr>
          <w:lang w:eastAsia="zh-CN"/>
        </w:rPr>
        <w:br/>
      </w:r>
      <w:r>
        <w:rPr>
          <w:lang w:eastAsia="zh-CN"/>
        </w:rPr>
        <w:t>　　20__，是我工作以来收获较多的一年。由于爱上了摄影，业余生活不再单调乏味。学习摄影知识、了解各地的人文地理和风土人情，了解单位的工作动态，几乎成了每天的必修课；走街串巷、下山下乡去扑捉那一幕幕精彩和感人的瞬间、去领略和定格那一幅幅优美的风景，成了我休闲的常态。在忙碌中，增长了知识、收获了快乐、丰富了生活。所拍摄的《科技知识下乡来》、《翱翔凌云》等3个作品还被区政协采用。</w:t>
      </w:r>
      <w:r>
        <w:rPr>
          <w:lang w:eastAsia="zh-CN"/>
        </w:rPr>
        <w:br/>
      </w:r>
      <w:r>
        <w:rPr>
          <w:lang w:eastAsia="zh-CN"/>
        </w:rPr>
        <w:t>　　20__，我荣幸当选了南充市高坪区第五届政协委员。一年来，我认真开展社情民意调研，积极履行政协委员职责，写出了《关于促进我区服装业发展的建议》、《关于进一步加快发展我区农民合作社发展的建议》等提案3篇，其中，《关于促进我区服装业发展的建议》被选入20__年高坪区的14件重点政协提案之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20__，我坚守“不愧对工资、不愧对职责”的工作底线，怀着“要干就要尽其所能干好”的工作态度，积极履职，踏实做事，较好的完成了年度职责任务。20__年，共采写上报了《高坪创卫工作稳步推进》、《高坪启动新一轮食品安全工程》等创卫信息和总结30篇（条），其中，被市局转发信息14条，不仅完成了市局下达的目标任务，创卫信息转发量还位居全市第一；撰写和上报网格监管情况分析4篇、网格监管信息5条；拟写了《高坪区诚信市场创建评比方案》、《关于加快我区第三产业发展的建议》等文件6份；与股室人员一道无差错为企业及时办理动产抵押登记27件，帮助企业成功融资2.7亿元。20__年，为帮助企业扩大融资渠道，解决经营资金难题，我与同事积极探索出了用企业在售的汽车作浮动抵押登记，来帮助企业成功获得借款的新的融资渠道。20__年，仅通过这种新的融资渠道，我们就帮助了南充通源汽车销售服务有限公司等5家汽车销售企业成功融资1.6亿元。此外，按质按量按时完成了市场和合同监管报表74份。</w:t>
      </w:r>
      <w:r>
        <w:rPr>
          <w:lang w:eastAsia="zh-CN"/>
        </w:rPr>
        <w:br/>
      </w:r>
      <w:r>
        <w:rPr>
          <w:lang w:eastAsia="zh-CN"/>
        </w:rPr>
        <w:t>　　20__，也是比较遗憾的一年。由于主客观原因，新闻写作创下了近十年来的新低，见报的稿件也仅仅完成任务而以；掌握的业务知识几乎处于停滞甚至减少的状态。</w:t>
      </w:r>
      <w:r>
        <w:rPr>
          <w:lang w:eastAsia="zh-CN"/>
        </w:rPr>
        <w:br/>
      </w:r>
      <w:r>
        <w:rPr>
          <w:lang w:eastAsia="zh-CN"/>
        </w:rPr>
        <w:t>　　20__即将走完，面对即将到来的20__年，我的心愿和目标是干出满意的工作业绩、拍出心仪的影像作品，写出新意的新闻报道、过出充实的每一天。</w:t>
      </w:r>
      <w:r>
        <w:rPr>
          <w:lang w:eastAsia="zh-CN"/>
        </w:rPr>
        <w:br/>
      </w:r>
      <w:r>
        <w:rPr>
          <w:lang w:eastAsia="zh-CN"/>
        </w:rPr>
        <w:t>　　最后借此机会，感谢各位领导和同事们对我多年来的关心、支持和帮助，祝各位领导和同事们身体健康、生活幸福！</w:t>
      </w:r>
      <w:r>
        <w:rPr>
          <w:lang w:eastAsia="zh-CN"/>
        </w:rPr>
        <w:br/>
      </w:r>
      <w:r>
        <w:rPr>
          <w:lang w:eastAsia="zh-CN"/>
        </w:rPr>
        <w:t xml:space="preserve">    有关个人的年终工作总结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本人加入公司已有一年多时间，首先感谢上级领导对我工作的指导和帮助!20__年这一年多时间对我个人来说是一个新的工作环境，充满希望和不断的探索，深入学习和了解公司的各项要求及规章制度。通过公司各项丰富培训课程，更加满怀激情的投身到公司的企业文化之中，学无止境不进则退。同时在本职工作上也感到自身的责任。每日自问不断努力的去开拓创新、学习实践和总结经验。下面是本人20__年度各方面的总结：</w:t>
      </w:r>
      <w:r>
        <w:rPr>
          <w:lang w:eastAsia="zh-CN"/>
        </w:rPr>
        <w:br/>
      </w:r>
      <w:r>
        <w:rPr>
          <w:lang w:eastAsia="zh-CN"/>
        </w:rPr>
        <w:t>　　1.履行职责及思想动向</w:t>
      </w:r>
      <w:r>
        <w:rPr>
          <w:lang w:eastAsia="zh-CN"/>
        </w:rPr>
        <w:br/>
      </w:r>
      <w:r>
        <w:rPr>
          <w:lang w:eastAsia="zh-CN"/>
        </w:rPr>
        <w:t>　　20__年本人担任经理助理，主要协助部门主管管理工作的布置、实施、检查、监督、落实、执行等情况。关键工作是负责项目的竣工图绘制修改的工作，在各领导和同事的关心下，努力的去完成各项任务。并且坚定坚守公司各项管理制度，牢固树立团结务实，快严深准的工作作风。</w:t>
      </w:r>
      <w:r>
        <w:rPr>
          <w:lang w:eastAsia="zh-CN"/>
        </w:rPr>
        <w:br/>
      </w:r>
      <w:r>
        <w:rPr>
          <w:lang w:eastAsia="zh-CN"/>
        </w:rPr>
        <w:t>　　2.年度工作回顾</w:t>
      </w:r>
      <w:r>
        <w:rPr>
          <w:lang w:eastAsia="zh-CN"/>
        </w:rPr>
        <w:br/>
      </w:r>
      <w:r>
        <w:rPr>
          <w:lang w:eastAsia="zh-CN"/>
        </w:rPr>
        <w:t>　　1)、积极参加公司安排的各项培训工作，熟悉公司的企业文化，以公司的各项规章制度为准则，严格要求自己，努力提高工作效益。</w:t>
      </w:r>
      <w:r>
        <w:rPr>
          <w:lang w:eastAsia="zh-CN"/>
        </w:rPr>
        <w:br/>
      </w:r>
      <w:r>
        <w:rPr>
          <w:lang w:eastAsia="zh-CN"/>
        </w:rPr>
        <w:t>　　2)、在领导的安排下负责跟进了__宾馆、__集团办公楼、__会所、__酒店的实施检查工作。</w:t>
      </w:r>
      <w:r>
        <w:rPr>
          <w:lang w:eastAsia="zh-CN"/>
        </w:rPr>
        <w:br/>
      </w:r>
      <w:r>
        <w:rPr>
          <w:lang w:eastAsia="zh-CN"/>
        </w:rPr>
        <w:t>　　3)、完成了__宾馆美食二楼装修的竣工图绘制工作。</w:t>
      </w:r>
      <w:r>
        <w:rPr>
          <w:lang w:eastAsia="zh-CN"/>
        </w:rPr>
        <w:br/>
      </w:r>
      <w:r>
        <w:rPr>
          <w:lang w:eastAsia="zh-CN"/>
        </w:rPr>
        <w:t>　　4)、由于__酒店的施工资料零乱及部分缺失，负责了重新整理并新做了该项目的质量检验批次，完成整理工作。</w:t>
      </w:r>
      <w:r>
        <w:rPr>
          <w:lang w:eastAsia="zh-CN"/>
        </w:rPr>
        <w:br/>
      </w:r>
      <w:r>
        <w:rPr>
          <w:lang w:eastAsia="zh-CN"/>
        </w:rPr>
        <w:t>　　5)、协助绘制完成了__集团办公楼装修竣工图的绘制工作。</w:t>
      </w:r>
      <w:r>
        <w:rPr>
          <w:lang w:eastAsia="zh-CN"/>
        </w:rPr>
        <w:br/>
      </w:r>
      <w:r>
        <w:rPr>
          <w:lang w:eastAsia="zh-CN"/>
        </w:rPr>
        <w:t>　　6)、协助经营部的__宾馆结算跟甲方的核量工作。</w:t>
      </w:r>
      <w:r>
        <w:rPr>
          <w:lang w:eastAsia="zh-CN"/>
        </w:rPr>
        <w:br/>
      </w:r>
      <w:r>
        <w:rPr>
          <w:lang w:eastAsia="zh-CN"/>
        </w:rPr>
        <w:t>　　7)、努力完成领导交办的其他工作。</w:t>
      </w:r>
      <w:r>
        <w:rPr>
          <w:lang w:eastAsia="zh-CN"/>
        </w:rPr>
        <w:br/>
      </w:r>
      <w:r>
        <w:rPr>
          <w:lang w:eastAsia="zh-CN"/>
        </w:rPr>
        <w:t>　　3.工作中存在的不足及改进措施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1)一年多来的工作存在许多的不足，首先性格较内向，沟通不够主动，助理工作本来就多样性，有效沟通相当重要。改进措施：加强主动沟通，放开心态，在总结的过程中改变工作方法。发挥自己的潜能。</w:t>
      </w:r>
      <w:r>
        <w:rPr>
          <w:lang w:eastAsia="zh-CN"/>
        </w:rPr>
        <w:br/>
      </w:r>
      <w:r>
        <w:rPr>
          <w:lang w:eastAsia="zh-CN"/>
        </w:rPr>
        <w:t>　　2)在竣工图绘制的工作中存在主要不足：1、大意。2、心太急赶时间完成。</w:t>
      </w:r>
      <w:r>
        <w:rPr>
          <w:lang w:eastAsia="zh-CN"/>
        </w:rPr>
        <w:br/>
      </w:r>
      <w:r>
        <w:rPr>
          <w:lang w:eastAsia="zh-CN"/>
        </w:rPr>
        <w:t>　　改进措施：竣工图绘图是一个细致的过程，是竣工结算重要依据。必须认真对待，谨慎周密。确实加强竣工图的变更图纸绘制与现场施工的准确性。加强对施工过程的隐蔽，工艺等跟踪记录，做好绘制竣工图的原始资料收集。克服不足，努力提高绘制图纸与竣工结算的配合技巧性，确实把细节做的更好。回顾这一段时间的工作，基本完成了本职工作，这与领导的多方面支持和同事们的帮助是分不开的。在今后的工作中，但还需进一步努力。</w:t>
      </w:r>
      <w:r>
        <w:rPr>
          <w:lang w:eastAsia="zh-CN"/>
        </w:rPr>
        <w:br/>
      </w:r>
      <w:r>
        <w:rPr>
          <w:lang w:eastAsia="zh-CN"/>
        </w:rPr>
        <w:t>　　4.明年工作思路和计划</w:t>
      </w:r>
      <w:r>
        <w:rPr>
          <w:lang w:eastAsia="zh-CN"/>
        </w:rPr>
        <w:br/>
      </w:r>
      <w:r>
        <w:rPr>
          <w:lang w:eastAsia="zh-CN"/>
        </w:rPr>
        <w:t>　　1)、继续认真学习，不断的提高自身素质及工作的综合能力。</w:t>
      </w:r>
      <w:r>
        <w:rPr>
          <w:lang w:eastAsia="zh-CN"/>
        </w:rPr>
        <w:br/>
      </w:r>
      <w:r>
        <w:rPr>
          <w:lang w:eastAsia="zh-CN"/>
        </w:rPr>
        <w:t>　　2)、继续认真负责做好本职工作，认真从细节开始。</w:t>
      </w:r>
      <w:r>
        <w:rPr>
          <w:lang w:eastAsia="zh-CN"/>
        </w:rPr>
        <w:br/>
      </w:r>
      <w:r>
        <w:rPr>
          <w:lang w:eastAsia="zh-CN"/>
        </w:rPr>
        <w:t>　　3)、继续将努力改正过去一年工作中的不足，以饱满的精神状态来迎接新的挑战，为公司的持续发展做出自己的努力。</w:t>
      </w:r>
      <w:r>
        <w:rPr>
          <w:lang w:eastAsia="zh-CN"/>
        </w:rPr>
        <w:br/>
      </w:r>
      <w:r>
        <w:rPr>
          <w:lang w:eastAsia="zh-CN"/>
        </w:rPr>
        <w:t xml:space="preserve">    有关个人的年终工作总结 篇12 </w:t>
      </w:r>
      <w:r>
        <w:rPr>
          <w:lang w:eastAsia="zh-CN"/>
        </w:rPr>
        <w:br/>
      </w:r>
      <w:r>
        <w:rPr>
          <w:lang w:eastAsia="zh-CN"/>
        </w:rPr>
        <w:t>　　20__年个人年终工作总结20__-03-26</w:t>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xml:space="preserve"> 20：34随着20__年新年的钟声敲响，20__年已圆满的画上了一个句号。回顾20__年这一年，公司可以说是有着翻天覆地的变化。如公司组织架构的变更(升级)，一些新的方法和流程的引入等，为公司快速、稳健的发展奠定了基础。测试部也顺应公司的发展步伐，在以_经理为核心的指导方针下，凭借创新、高效的指导思想，测试部再创新高，再度迈上了一个新的台阶。时间翻开了08年这崭新的一页，现对07年的工作做如下总结：</w:t>
      </w:r>
      <w:r>
        <w:rPr>
          <w:lang w:eastAsia="zh-CN"/>
        </w:rPr>
        <w:br/>
      </w:r>
      <w:r>
        <w:rPr>
          <w:lang w:eastAsia="zh-CN"/>
        </w:rPr>
        <w:t>　　一、工作方面：</w:t>
      </w:r>
      <w:r>
        <w:rPr>
          <w:lang w:eastAsia="zh-CN"/>
        </w:rPr>
        <w:br/>
      </w:r>
      <w:r>
        <w:rPr>
          <w:lang w:eastAsia="zh-CN"/>
        </w:rPr>
        <w:t>　　1、测试方法、流程的升级、优化：经过在工作过程中的不断探索和与同事之间的相互交流，总结经验，以及引进了同行业的一些先进的测试方法和思想，使得我部门的测试方法和相关试验标准不断趋于完善。先后对《电源测试方法》、《电源评估方法》、《企业标准》进行了升级、优化；对测试过程中需填写的一些表单，如《样机测试申请单》、《样机测试明细表》、《不合格反馈表》、《样机测试计划表》、《样机评估计划表》等表单进行了升级、优化；真真正正做到了与公司的发展同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2、新的方法与标准的建立：为了将公司的一些测试方法、标准更贴近客户的要求，曾多次到客户处与客户沟通、交谈双方测试方法和标准的差异，并经过部门内部的协商和探讨。专门针对公司的大客户"中兴通讯公司"产品，制定出台了《中兴电源测试方法》，且得到了公司各级领导以及客户的认同和好评。在公司组织架构变更升级以后，为了能更贴近公司发展的步伐；为了更能优于竟争对手；经过部门同事的共同努力，制定出台了《电源白盒测试方法》、《电源黑盒测试方法》、《电源解剖规范》。有了这些，对电源进行更透彻的分析和产品的品质保证起到了非常大的帮助，这无疑是指引我们迅猛前进的一盏明灯。</w:t>
      </w:r>
      <w:r>
        <w:rPr>
          <w:lang w:eastAsia="zh-CN"/>
        </w:rPr>
        <w:br/>
      </w:r>
      <w:r>
        <w:rPr>
          <w:lang w:eastAsia="zh-CN"/>
        </w:rPr>
        <w:t>　　3、温度应力测试引入电脑监控：不管是产品测试还是评估，温度应力测试都是非常头痛的事情。以前进行温度应力测试时，均是手动记录数据。这样在测试时，尤其是温度应力前几个小时，为了捕捉到各元器件温度的上升曲线，因此必须得比较频繁的记录数据。显得非常不方便，而且非常浪费人力。自从温度应力引入电脑监控以后，记录其温度数据的频率可自由调整，数据自动保存。即使长时间进行温度应力试验，电脑也能准确无误的记录每个时间点的器件温度。这样即做到了测试数据的准确性，有效性，又节省了人力。而且可直观的看出每一段时间的温度变化曲线图。真真正正的做到了效率的提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4、各种测试报告模板的建立及报告制作方法的出台：报告的制作几乎是每一款产品所必须的，从前几年至今制作的报告以及客户反馈的小些有关测试报告的问题来看，测试报告的制作的确存在一些漏洞。比如以前在制作报告时均是由其它已完成报告为母板对其进行修改。依照这样的方法制作报告常会有修改不彻底，制作不完善的时候，由其是部门新进人员，出错的机率较大。基于这种状态，零六年首次制定出台了《多台电源测试报告模板》和《评估报告模板》。为测试报告的快速、高效、无错化制作奠定了基础。在20__年的这一年里，经过在工作过程中不断总结经验和各位同事提出的一些合理化建议，在原有的基础上对《多台电源测试报告模板》和《评估报告模板》进行了升级、优化。并先后制作出台了《单台电源测试报告模板》、《中兴单台电源测试报告模板》、《中兴多台电源测试报告模板》、《快速可靠性试验报告模板》、《例行试验报告模板》、《评估复测报告模板》、《工程更改试验报告模板》等一系列报告模板，并在后期制作出台了《报告制作方法》。方法里明确规定了报告制作的必须要素，和报告制作的方法、技巧、注意事项等内容。有了这些模板、方法的建立和完善，完全做到了依照葫芦画瓢的"傻瓜化"操作，即使是部门新进人员也能做到得心应手，达到了效率与质量双丰收的目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5、测试公式、手写记录模板的建立与完善：每一款产品在测试完毕后，常会有一大堆数据需进行计算或转化，手动进行计算显得非常麻烦且容易出错。基于这种状态，在零六年制作出台了《交调计算公式》。为报告制作节省了不少时间，可算是报告快速制作的一个转折点。在零七年里除在零六年的基础上对《交调计算公式》进行修改、优化以外。还先后制作出台了《均流度计算公式》、《输出效率计算公式》、《动态响应过冲计算公式》、《开关机过冲计算公式》、《降额度计算公式》、《温度系数计算公式》、《输出电压漂移试验计算公式》等。有了这些公式的出台，对报告的辅助制作非常有帮助，经过对同事们的讲解和实际应用，现在已成为制作报告不可或缺的一部份。在零七里，除了制作了许多计算公式外，还针对不同工作性质的测试，制作出台了手写记录模板。彻底告别了以往手写记录凌乱，手写记录纸张多样化及手写记录不易于后期查找的毛病。</w:t>
      </w:r>
      <w:r>
        <w:rPr>
          <w:lang w:eastAsia="zh-CN"/>
        </w:rPr>
        <w:br/>
      </w:r>
      <w:r>
        <w:rPr>
          <w:lang w:eastAsia="zh-CN"/>
        </w:rPr>
        <w:t>　　6、不合格反馈表跟踪、追溯体系的建立：为了将不合格反馈表的跟踪、追溯工作做得更细化、更彻底。经过工作过程中不断摸索与总结，初步建立完善了不合格反馈表跟踪、追溯系统。为不合格项的跟踪、追溯工作拟定了清晰的思路，为后续的工作奠定了良好的基础。</w:t>
      </w:r>
      <w:r>
        <w:rPr>
          <w:lang w:eastAsia="zh-CN"/>
        </w:rPr>
        <w:br/>
      </w:r>
      <w:r>
        <w:rPr>
          <w:lang w:eastAsia="zh-CN"/>
        </w:rPr>
        <w:t>　　7、20__年的测试项目统计：在零七年这一年里，部门人员都在不断吸收新的测试方法、不断学习相关的原理知识。加之工作职能的`强化、明确的分工。大家都有很大的进步，测试项目较以往几年项目都高出很多。全年各类项目总计完成421款，共计985台。其中测试项目237款、工程更改试验项目10款、客户异常试验项目11款、例行试验项目7款、评估试验项目49款、生产异常试验项目35款、物料替换试验项目25款、针对性评估试验项目5款、其它试验项目42款。圆满完成了全年的工作任务，可从如下的统计图中看出今去与以往几年相比，测试项目的差异。</w:t>
      </w:r>
      <w:r>
        <w:rPr>
          <w:lang w:eastAsia="zh-CN"/>
        </w:rPr>
        <w:br/>
      </w:r>
      <w:r>
        <w:rPr>
          <w:lang w:eastAsia="zh-CN"/>
        </w:rPr>
        <w:t>　　二、团队合作方面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一个出色的部门，团队合作能力非常非常重要，不管自己有多么出色，要是部门没有凝聚力，一样称不上出色。因此不管是我本人还是整个部门都坚持着"团结就是力量"的团队理念，使部门内部和公司其它各部门都紧密团结在一起。在零七年这一年里，我部与其它部门都相处得非常和睦，我部所有人员无其它部门不良投诉记录。部门内部不管是新同事还是老同事，在工作过程中遇到疑点或不懂的问题都能够相互帮助，相互支持。团队合作能力强！</w:t>
      </w:r>
      <w:r>
        <w:rPr>
          <w:lang w:eastAsia="zh-CN"/>
        </w:rPr>
        <w:br/>
      </w:r>
      <w:r>
        <w:rPr>
          <w:lang w:eastAsia="zh-CN"/>
        </w:rPr>
        <w:t>　　三、其它方面</w:t>
      </w:r>
      <w:r>
        <w:rPr>
          <w:lang w:eastAsia="zh-CN"/>
        </w:rPr>
        <w:br/>
      </w:r>
      <w:r>
        <w:rPr>
          <w:lang w:eastAsia="zh-CN"/>
        </w:rPr>
        <w:t>　　关注细节，追求完美。经过部门领导和同事之间的共同努力，部门的各个方面都日趋完善，如测试仪器、设备，测试状态标识牌的制作。对各种仪器、设备的工作状态以及产品的测试状态都能非常直观表现出来，显得一目了然。测试仪器、设备的保养落实到人、责任到人，使得仪器、设备能够合理化使用，工作寿命有保障。除了将部门的这些日常工作做足、做到位以外，多去了解其它部门的工作动态(如开发部、市场部等)都是非常必要的，掌握了他们的工作动态，就能提前将一些需要进行的项目安排好计划，这对后期工作的开展都非常有利。正是因为有了这些动作，使得部门之间的工作开展都非常顺利。在保证各项本质工作做到位的前提下，努力完善和提升自我也是非常重要的，因此在以往的工作当中我勤关注、勤记录、勤总结，各方面也都有较大的提升。</w:t>
      </w:r>
      <w:r>
        <w:rPr>
          <w:lang w:eastAsia="zh-CN"/>
        </w:rPr>
        <w:br/>
      </w:r>
    </w:p>
    <w:p w:rsidR="001B1F19" w14:textId="27C3F48A">
      <w:pPr>
        <w:rPr>
          <w:rFonts w:hint="eastAsia"/>
          <w:lang w:eastAsia="zh-CN"/>
        </w:rPr>
      </w:pPr>
      <w:r>
        <w:rPr>
          <w:lang w:eastAsia="zh-CN"/>
        </w:rPr>
        <w:t>　　总结一年的工作，不管是部门还是我个人，都在不断提升。都在努力和公司一起共同进步，但是我坚信，人无完人，只有坚持着"没有最好、只有更好"的工作理念。不断的自我提升，才能在这竞争激列的今天立于不败之地。在零八年这一年里，我将继续将部门的各项工作及流程进行优化；引进同行业先进的测试方法和标准，力争花最少的时间，更高效率、高质量的完成各项工作。在以后的工作当中，我将一入即往的坚持着"快捷、卓越、创新、为用户增值"的质量方针，与部门全体一起紧密围绕在以_经理为核心的领导方针下，与部门共进步！与公司共辉煌！</w:t>
      </w:r>
      <w:r>
        <w:rPr>
          <w:lang w:eastAsia="zh-CN"/>
        </w:rPr>
        <w:br/>
      </w:r>
      <w:r>
        <w:rPr>
          <w:lang w:eastAsia="zh-CN"/>
        </w:rPr>
        <w:t xml:space="preserve">    有关个人的年终工作总结 篇13 </w:t>
      </w:r>
      <w:r>
        <w:rPr>
          <w:lang w:eastAsia="zh-CN"/>
        </w:rPr>
        <w:br/>
      </w:r>
      <w:r>
        <w:rPr>
          <w:lang w:eastAsia="zh-CN"/>
        </w:rPr>
        <w:t>　　一年来，保险__公司在省市公司正确领导下，依靠我公司全体员工的不懈努力，公司业务取得了突破性进展，率先在全省突破保费收入千万元大关。今年，我公司提前两个月完成了省公司下达的全年营销任务，各项工作健康顺利发展。下面结合我的具体分管工作，谈谈这一年来的成绩与不足。</w:t>
      </w:r>
      <w:r>
        <w:rPr>
          <w:lang w:eastAsia="zh-CN"/>
        </w:rPr>
        <w:br/>
      </w:r>
      <w:r>
        <w:rPr>
          <w:lang w:eastAsia="zh-CN"/>
        </w:rPr>
        <w:t>　　一、工作思想</w:t>
      </w:r>
      <w:r>
        <w:rPr>
          <w:lang w:eastAsia="zh-CN"/>
        </w:rPr>
        <w:br/>
      </w:r>
      <w:r>
        <w:rPr>
          <w:lang w:eastAsia="zh-CN"/>
        </w:rPr>
        <w:t>　　积极贯彻省市公司关于公司发展的一系列重要指示，与时俱进，勤奋工作，务实求效，勇争一流，带领各部员工紧紧围绕“立足改革、加快发展、真诚服务、提高效益”这一中心，进一步转变观念、改革创新，面对竞争日趋激烈的临沂保险市场，强化核心竞争力，开展多元化经营，经过努力和拼搏，公司保持了较好的发展态势，为保险公司的持续发展，做出了应有的贡献。</w:t>
      </w:r>
      <w:r>
        <w:rPr>
          <w:lang w:eastAsia="zh-CN"/>
        </w:rPr>
        <w:br/>
      </w:r>
      <w:r>
        <w:rPr>
          <w:lang w:eastAsia="zh-CN"/>
        </w:rPr>
        <w:t>　　全方面加强学习，努力提高自身业务素质水平和管理水平。作为一名领导干部，肩负着上级领导和全体员工赋予的重要职责与使命，公司的经营方针政策需要我去贯彻实施。因此，我十分注重保险理论的学习和管理能力的培养。注意用科学的方法指导自己的工作，规范自己的言行，树立强烈的责任感和事业心，不断提高自己的业务能力和管理能力。</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https://d.book118.com/876221221205010054</w:t>
        </w:r>
      </w:hyperlink>
    </w:p>
    <w:p w:rsidR="001B1F19">
      <w:pPr>
        <w:rPr>
          <w:rFonts w:hint="eastAsia"/>
          <w:lang w:eastAsia="zh-CN"/>
        </w:rPr>
      </w:pPr>
    </w:p>
    <w:sectPr>
      <w:type w:val="nextPage"/>
      <w:pgSz w:w="11906" w:h="16838"/>
      <w:pgMar w:top="1440" w:right="1800" w:bottom="1440" w:left="1800" w:header="851" w:footer="992" w:gutter="0"/>
      <w:pgNumType w:start="3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7622122120501005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