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2024微笑服务的心得感受（35篇）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2024微笑服务的心得感受（通用35篇）</w:t>
      </w:r>
      <w:r>
        <w:rPr>
          <w:lang w:eastAsia="zh-CN"/>
        </w:rPr>
        <w:br/>
      </w:r>
      <w:r>
        <w:rPr>
          <w:lang w:eastAsia="zh-CN"/>
        </w:rPr>
        <w:t xml:space="preserve">    2024微笑服务的心得感受 篇1 </w:t>
      </w:r>
      <w:r>
        <w:rPr>
          <w:lang w:eastAsia="zh-CN"/>
        </w:rPr>
        <w:br/>
      </w:r>
      <w:r>
        <w:rPr>
          <w:lang w:eastAsia="zh-CN"/>
        </w:rPr>
        <w:t>　　此次培训，我学习了真情微笑从新开始、微笑故事分享以及一线服务人员不规范的微笑服务举例，对于微笑有了更深刻的理解和认识。微笑能够提升美感，使我们具有感召力，能够带来许多意想不到的作用，为企业带来效益;不规范的，也许是不经意的僵硬或懒散，就能将我们努力的成果化为乌有，为企业带来不良的影响。</w:t>
      </w:r>
      <w:r>
        <w:rPr>
          <w:lang w:eastAsia="zh-CN"/>
        </w:rPr>
        <w:br/>
      </w:r>
      <w:r>
        <w:rPr>
          <w:lang w:eastAsia="zh-CN"/>
        </w:rPr>
        <w:t>　　我们该如何去微笑，如何应用到工作中，如何避免不规范的行为，这是每一个公司员工都就应思考的问题，我觉得就应有如下几个方面：</w:t>
      </w:r>
      <w:r>
        <w:rPr>
          <w:lang w:eastAsia="zh-CN"/>
        </w:rPr>
        <w:br/>
      </w:r>
      <w:r>
        <w:rPr>
          <w:lang w:eastAsia="zh-CN"/>
        </w:rPr>
        <w:t>　　一、从主观改变，从被动微笑，到主动微笑</w:t>
      </w:r>
      <w:r>
        <w:rPr>
          <w:lang w:eastAsia="zh-CN"/>
        </w:rPr>
        <w:br/>
      </w:r>
      <w:r>
        <w:rPr>
          <w:lang w:eastAsia="zh-CN"/>
        </w:rPr>
        <w:t>　　我们只有真正理解了微笑的好处，我们才能发自肺腑地去微笑，透过理论的学习，我们能够不难理解微笑的含义，衍伸到主动地做，需要一个自我的调整，这需要改变我们的固有工作习惯，从而养成良好的行为规范。</w:t>
      </w:r>
      <w:r>
        <w:rPr>
          <w:lang w:eastAsia="zh-CN"/>
        </w:rPr>
        <w:br/>
      </w:r>
      <w:r>
        <w:rPr>
          <w:lang w:eastAsia="zh-CN"/>
        </w:rPr>
        <w:t>　　二、坚持职业服务，必须会有收获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水滴石穿，我们的努力从量变到质变需要一个过程，这个过程是漫长也许是艰难的，我相信，一个品牌的建立是来之不易的，坚持职业的服务是伴随我们品牌成长的始终，也是对我们坚持的回报。</w:t>
      </w:r>
      <w:r>
        <w:rPr>
          <w:lang w:eastAsia="zh-CN"/>
        </w:rPr>
        <w:br/>
      </w:r>
      <w:r>
        <w:rPr>
          <w:lang w:eastAsia="zh-CN"/>
        </w:rPr>
        <w:t>　　三、对待不职业行为要坚决避免</w:t>
      </w:r>
      <w:r>
        <w:rPr>
          <w:lang w:eastAsia="zh-CN"/>
        </w:rPr>
        <w:br/>
      </w:r>
      <w:r>
        <w:rPr>
          <w:lang w:eastAsia="zh-CN"/>
        </w:rPr>
        <w:t>　　首先要从我做起，避免不专业、不职业的行为，其次要影响、教育身边的员工，也和主管一样，乐于避免不良行为，逐渐构成一个良好的氛围，对好事要坚持表扬，对不足要勇于提出批评、总结，逐步完善我们的团队。</w:t>
      </w:r>
      <w:r>
        <w:rPr>
          <w:lang w:eastAsia="zh-CN"/>
        </w:rPr>
        <w:br/>
      </w:r>
      <w:r>
        <w:rPr>
          <w:lang w:eastAsia="zh-CN"/>
        </w:rPr>
        <w:t>　　以上是我对此次培训的一些心得，我会在以后工作中努力应用，争取为公司做出自我的贡献。</w:t>
      </w:r>
      <w:r>
        <w:rPr>
          <w:lang w:eastAsia="zh-CN"/>
        </w:rPr>
        <w:br/>
      </w:r>
      <w:r>
        <w:rPr>
          <w:lang w:eastAsia="zh-CN"/>
        </w:rPr>
        <w:t xml:space="preserve">    2024微笑服务的心得感受 篇2 </w:t>
      </w:r>
      <w:r>
        <w:rPr>
          <w:lang w:eastAsia="zh-CN"/>
        </w:rPr>
        <w:br/>
      </w:r>
      <w:r>
        <w:rPr>
          <w:lang w:eastAsia="zh-CN"/>
        </w:rPr>
        <w:t>　　当一个人微笑时，表明她是友好的、热情的和坦率的。微笑一下非常容易，但它产生的魅力却是无穷无尽。世界上最伟大的推销员乔-吉拉德曾说，“当你微笑时，整个世界都在笑。”真诚的微笑服务会让客户觉得如沐春风如饮甘泉，“微笑是最美好的语言”。开展活动后，利用上班前的准备时间，在衣帽镜前进行微笑练习，为达到最佳效果，让自己的微笑停留在最美的“三米微笑”，让客户感受到“真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记得有一次，一名男顾客急急忙忙的走到我们精品羊毛衫厅，我急忙走过去向他打招呼，你好，过来啦，看看相中那个款我给你找一件你试试，他说“我前几天在这买的这个衣服缩水，你看怎么办?我忙问：你是不是放在洗衣机里洗啦?他严厉的说;没有，这是你们的质量有问题。他说话的语气很不友善，我忙说给你换一件新的吧。他说不会再像这个一样吧。我微笑着说：你放心，穿着那不舒服你还拿来，他满意的笑了，7月3号，我又看到他我以为他的衣服又出现什么质量问题啦，走过去说：你好过来啦?看有我帮忙的吗，他说你们的衣服穿上很舒服我过来帮别人带一件，和我的尺码一样，我高兴的点点头，他说：不合适我来调换，你们这的服务真好，在这买衣服有一种亲切感，就像到自己家一样，感觉很好，我下次还来买。我欣慰地笑啦。</w:t>
      </w:r>
      <w:r>
        <w:rPr>
          <w:lang w:eastAsia="zh-CN"/>
        </w:rPr>
        <w:br/>
      </w:r>
      <w:r>
        <w:rPr>
          <w:lang w:eastAsia="zh-CN"/>
        </w:rPr>
        <w:t>　　微笑是一种精神状态，这种状态来源于上级对员工的尊重、关心和爱护，来源于对岗位的热爱，来源于对工作的激情。</w:t>
      </w:r>
      <w:r>
        <w:rPr>
          <w:lang w:eastAsia="zh-CN"/>
        </w:rPr>
        <w:br/>
      </w:r>
      <w:r>
        <w:rPr>
          <w:lang w:eastAsia="zh-CN"/>
        </w:rPr>
        <w:t>　　服务行业的管理者，大凡都会教导自己的员工：优质服务是从微笑服务开始的、微笑服务是服务员的基本功让我们永远记住并付诸实践那句名言吧：“你今天对客人微笑了没有?”你做到优质服务了吗?”</w:t>
      </w:r>
      <w:r>
        <w:rPr>
          <w:lang w:eastAsia="zh-CN"/>
        </w:rPr>
        <w:br/>
      </w:r>
      <w:r>
        <w:rPr>
          <w:lang w:eastAsia="zh-CN"/>
        </w:rPr>
        <w:t xml:space="preserve">    2024微笑服务的心得感受 篇3 </w:t>
      </w:r>
      <w:r>
        <w:rPr>
          <w:lang w:eastAsia="zh-CN"/>
        </w:rPr>
        <w:br/>
      </w:r>
      <w:r>
        <w:rPr>
          <w:lang w:eastAsia="zh-CN"/>
        </w:rPr>
        <w:t>　　我是农信社乡镇上的一名普通的柜台服务人员，这段时间，经历的事情不断，我的感触颇多。其实我的工作就是与客户进行交流，帮他们进行存取款和各种业务咨询，两年来，不觉得工作难，只要“真情服务”，通过语言和动作便可以把我们的微笑传递到客户的心里。</w:t>
      </w:r>
      <w:r>
        <w:rPr>
          <w:lang w:eastAsia="zh-CN"/>
        </w:rPr>
        <w:br/>
      </w:r>
      <w:r>
        <w:rPr>
          <w:lang w:eastAsia="zh-CN"/>
        </w:rPr>
        <w:t>　　我相信，每个人都有过遭遇蹙眉冷脸的经历，在那一刻，谁的心里不曾渴望灿若阳光的笑脸?微笑是世间最美的花朵，微笑是人际间永远的春天，它的力量如此之大，以至于当你面对它时无法愤怒，无法责备，更无法拒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虽然我们面对的绝大多数客户都是农民，而且年龄介乎50至90岁不等，难度可想而知，老年人的听力、视力和动作的协调力都会对我们的工作进度造成一定的延缓，你可以对他们大呼小叫吗?你会狠心那么做吗?会适得其反，老年人的倔劲会让你更着急，进度更缓慢。微笑，不是一种职业化的笑脸，而是一种情绪，是微笑者积极的人生态度的表现，是他们充盈的内心世界真实而自然的流露。微笑不仅仅是一种面部表情，更重要的是与客户进行感情上的沟通。老年人看见你的笑容会对自己更有信心，更能快速的配合你的工作，所以，请奉献笑容，尊敬客户，尊敬老者。</w:t>
      </w:r>
      <w:r>
        <w:rPr>
          <w:lang w:eastAsia="zh-CN"/>
        </w:rPr>
        <w:br/>
      </w:r>
      <w:r>
        <w:rPr>
          <w:lang w:eastAsia="zh-CN"/>
        </w:rPr>
        <w:t>　　生活就像一面镜子，当你对它展颜欢笑时，它所回报给你的一定也是醉人的笑容。微笑是人与人之间美好感情的传递，发自内心的微笑使人觉得你宽厚坦诚、和蔼可亲。在服务的过程中，由衷地对客户奉献笑容，客户身心均能感受得到，自然而然会令客户产生亲切感。而用微笑来诠释自己的工作，从中体会乐趣和成长，也可以减轻客服工作自身所面临的情绪和心理压力。微笑，是释放压力、舒缓心情的最好方式之一。微笑，是做好客户服务工作的“基本功”，我们要把快乐传到每一个角落，把微笑传递到客户的心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微笑服务是服务行业的基本职业要求。对客户以诚相待，把他们当作亲人和朋友，真心为他们提供切实有效的咨询和帮助，才能让我们真心热爱这份工作。微笑具有穿透心灵的力量，它能够消除所有的猜忌与误会，能够冰释所有的哀怨与愁苦。一句关怀的话语,一个甜美的微笑,甚至在我们看来只是些微不足道的帮助,都会给予客户们莫大的鼓励和感动，让我们微笑着迎接每一位农信社的客户，微笑着迎接每一个或晴或雨的日子。</w:t>
      </w:r>
      <w:r>
        <w:rPr>
          <w:lang w:eastAsia="zh-CN"/>
        </w:rPr>
        <w:br/>
      </w:r>
      <w:r>
        <w:rPr>
          <w:lang w:eastAsia="zh-CN"/>
        </w:rPr>
        <w:t xml:space="preserve">    2024微笑服务的心得感受 篇4 </w:t>
      </w:r>
      <w:r>
        <w:rPr>
          <w:lang w:eastAsia="zh-CN"/>
        </w:rPr>
        <w:br/>
      </w:r>
      <w:r>
        <w:rPr>
          <w:lang w:eastAsia="zh-CN"/>
        </w:rPr>
        <w:t>　　集团公司开展微笑服务四年多以来，已得到上级领导和社会各界好评。微笑服务不仅仅已成为集团公司对外的形象品牌，而且也延伸运用到各行各业，但荣誉的背后，更多的是我们一线收费员工付出的努力和艰辛，用心微笑，真诚服务一贯是我们的收费员工作的基本目标。</w:t>
      </w:r>
      <w:r>
        <w:rPr>
          <w:lang w:eastAsia="zh-CN"/>
        </w:rPr>
        <w:br/>
      </w:r>
      <w:r>
        <w:rPr>
          <w:lang w:eastAsia="zh-CN"/>
        </w:rPr>
        <w:t>　　作为一名工作三年的收费员工，微笑服务使我重新审视了行业服务态度，也促使我在工作上的进步，如何使自我情绪愉快地和司乘人员交流以及为司乘人员服务，是我们的工作中心。在这三年时间里，发生了许多关于微笑服务事迹令人难以忘怀，有夸奖，有感动，有谩骂，有蛮横，但是我们都报以微笑来应对每一位司乘人员，用实际行动来帮忙需要帮忙的每一位司乘人员，用微笑来化解人与人之间的矛盾，这也是微笑服务魅力的所在之处!</w:t>
      </w:r>
      <w:r>
        <w:rPr>
          <w:lang w:eastAsia="zh-CN"/>
        </w:rPr>
        <w:br/>
      </w:r>
      <w:r>
        <w:rPr>
          <w:lang w:eastAsia="zh-CN"/>
        </w:rPr>
        <w:t>　　但现实工作当中，我们有好多同事努力在做好微笑服务，却并没有收到好的效果。也有一部分同志整天都在说做好微笑服务真累，可实际状况这部分同事微笑服务做得并不好，反而感觉笑的硬邦邦，很假的感觉。以下是我结合自身工作经验，谈谈如何做好微笑服务的看法。</w:t>
      </w:r>
      <w:r>
        <w:rPr>
          <w:lang w:eastAsia="zh-CN"/>
        </w:rPr>
        <w:br/>
      </w:r>
      <w:r>
        <w:rPr>
          <w:lang w:eastAsia="zh-CN"/>
        </w:rPr>
        <w:t>　　一.微笑和微笑服务流程动作勤加练。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有句话叫做勤能补拙，运动员只有透过刻苦训练才有可能取得好的成绩，做好微笑服务同样是这个道理。微笑不自然能够透过镜面练习，对笑容的幅度进行自我调整，微笑服务动作不正确之处，能够透过专人指导，多加练习，练习多了就会熟能生巧，这样能够练就扎实的微笑服务基本功。</w:t>
      </w:r>
      <w:r>
        <w:rPr>
          <w:lang w:eastAsia="zh-CN"/>
        </w:rPr>
        <w:br/>
      </w:r>
      <w:r>
        <w:rPr>
          <w:lang w:eastAsia="zh-CN"/>
        </w:rPr>
        <w:t>　　二.管理处和收费所应多组织开展微笑服务培训。</w:t>
      </w:r>
      <w:r>
        <w:rPr>
          <w:lang w:eastAsia="zh-CN"/>
        </w:rPr>
        <w:br/>
      </w:r>
      <w:r>
        <w:rPr>
          <w:lang w:eastAsia="zh-CN"/>
        </w:rPr>
        <w:t>　　开展微笑服务的目的主要有两方面。一是让收费员工时刻持续较强的微笑服务意识，二是让收费员工在微笑服务上要统一规范，统一标准，减小收费员与收费员之间的微笑服务差距</w:t>
      </w:r>
      <w:r>
        <w:rPr>
          <w:lang w:eastAsia="zh-CN"/>
        </w:rPr>
        <w:br/>
      </w:r>
      <w:r>
        <w:rPr>
          <w:lang w:eastAsia="zh-CN"/>
        </w:rPr>
        <w:t>　　三.奖惩制度严格及时落实</w:t>
      </w:r>
      <w:r>
        <w:rPr>
          <w:lang w:eastAsia="zh-CN"/>
        </w:rPr>
        <w:br/>
      </w:r>
      <w:r>
        <w:rPr>
          <w:lang w:eastAsia="zh-CN"/>
        </w:rPr>
        <w:t>　　对微笑服务通报表扬的同志要给予表扬和加奖，对后进批评的同志应给予鼓励和指导。对奖惩制度落实状况必须要及时迅速，使收费员工有做好微笑服务的上进心和信心，从而到达设立制度的目的。</w:t>
      </w:r>
      <w:r>
        <w:rPr>
          <w:lang w:eastAsia="zh-CN"/>
        </w:rPr>
        <w:br/>
      </w:r>
      <w:r>
        <w:rPr>
          <w:lang w:eastAsia="zh-CN"/>
        </w:rPr>
        <w:t>　　四.透过“录像回头看方式来促进提高微笑服务。</w:t>
      </w:r>
      <w:r>
        <w:rPr>
          <w:lang w:eastAsia="zh-CN"/>
        </w:rPr>
        <w:br/>
      </w:r>
      <w:r>
        <w:rPr>
          <w:lang w:eastAsia="zh-CN"/>
        </w:rPr>
        <w:t>　　值班长，班长，收费员应与监控员加强交流沟通，针对收费员工动作上和微笑上的不足，能够透过回看录像找出问题所在。针对不足之处，立即改正，加强练习，做到知错能改的好习惯。</w:t>
      </w:r>
      <w:r>
        <w:rPr>
          <w:lang w:eastAsia="zh-CN"/>
        </w:rPr>
        <w:br/>
      </w:r>
      <w:r>
        <w:rPr>
          <w:lang w:eastAsia="zh-CN"/>
        </w:rPr>
        <w:t>　　五.营造活跃愉快的班前氛围。</w:t>
      </w:r>
      <w:r>
        <w:rPr>
          <w:lang w:eastAsia="zh-CN"/>
        </w:rPr>
        <w:br/>
      </w:r>
      <w:r>
        <w:rPr>
          <w:lang w:eastAsia="zh-CN"/>
        </w:rPr>
        <w:t>　　我个人认为营造好的班前氛围，值班长和班长要主动带头微笑开好班前会。另外也能够采取一系列小活动来调节班前氛围，例如安排收费员每班次轮流唱支欢快的歌曲，以到达精神亢奋。也能够采取不一样形式的方法来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六.应对司乘人员，应加强眼与眼之间的对视交流。</w:t>
      </w:r>
      <w:r>
        <w:rPr>
          <w:lang w:eastAsia="zh-CN"/>
        </w:rPr>
        <w:br/>
      </w:r>
      <w:r>
        <w:rPr>
          <w:lang w:eastAsia="zh-CN"/>
        </w:rPr>
        <w:t>　　说做微笑服务累的同事，我认为是重复做机械式的发卡收费流程，缺少与司乘人员的交流。眼睛是心灵的窗户，透过眼睛能够传递感情，眼神的交流和彼此的礼貌点头，更能激起收费员做好礼貌服务的动力。这个推荐不妨能够尝试下。以上是我认为做好微笑服务的方法，但提高微笑服务的根本要懂得中华传统美德，以礼待人，彼此尊敬。这样才能够用“心‘来微笑，用平和的心态对待工作，体现微笑服务的真正价值。</w:t>
      </w:r>
      <w:r>
        <w:rPr>
          <w:lang w:eastAsia="zh-CN"/>
        </w:rPr>
        <w:br/>
      </w:r>
      <w:r>
        <w:rPr>
          <w:lang w:eastAsia="zh-CN"/>
        </w:rPr>
        <w:t xml:space="preserve">    2024微笑服务的心得感受 篇5 </w:t>
      </w:r>
      <w:r>
        <w:rPr>
          <w:lang w:eastAsia="zh-CN"/>
        </w:rPr>
        <w:br/>
      </w:r>
      <w:r>
        <w:rPr>
          <w:lang w:eastAsia="zh-CN"/>
        </w:rPr>
        <w:t>　　微笑没有国界的语言。</w:t>
      </w:r>
      <w:r>
        <w:rPr>
          <w:lang w:eastAsia="zh-CN"/>
        </w:rPr>
        <w:br/>
      </w:r>
      <w:r>
        <w:rPr>
          <w:lang w:eastAsia="zh-CN"/>
        </w:rPr>
        <w:t>　　当世界着名的旅店经营之王希尔顿在德克萨斯的第一家旅馆经营中稍有成效时，他母亲对其取得的成绩却不屑一顾。她指出服务行业经营真正得到发展，只有掌握一种秘诀，这种秘诀简单、易行，不花本钱却又行之长久微笑服务。他发现只有微笑才同时具备以上4个条件，且能发挥强大的功效。以后微笑服务就成了希尔顿旅馆经营的一大特色。50多年来，希尔顿向服务人员问得最多的一句话就是你今天你微笑了没有?</w:t>
      </w:r>
      <w:r>
        <w:rPr>
          <w:lang w:eastAsia="zh-CN"/>
        </w:rPr>
        <w:br/>
      </w:r>
      <w:r>
        <w:rPr>
          <w:lang w:eastAsia="zh-CN"/>
        </w:rPr>
        <w:t>　　作为我们金融企业，与众多强者站在紫禁之颠微笑服务像是天使的翅膀，让我们在天空中遨游，走在企业前端。微笑，并不仅仅是一种表情的展示，更重要的是与被服务对象作感情上的沟通和交流。当你向客户微笑时，要表达的意思是：欢迎您的到来，我很高兴为您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微笑体现了这种良好的心境。而微笑服务并不意味着只是脸上挂笑，应是真诚的服务，试想一下，如果一个员工只会一味地微笑，而对客户内心有什么想法、有什么要求一概不知，一概不问，那么这种微笑又有什么用呢?因此，微笑服务还应有感情上的沟通和交流，只有这样当你在服务和工作上出现疏忽时也会得到对方的谅解和包容。只有真心服务顾客，把顾客当成自己的朋友，你发出的微笑才会自然甜美、真诚。微笑服务应该成为服务行业的座右铭。工作中，遇到委屈是难免的，当遇到委屈时，我们同样要用微笑来化解它</w:t>
      </w:r>
      <w:r>
        <w:rPr>
          <w:lang w:eastAsia="zh-CN"/>
        </w:rPr>
        <w:br/>
      </w:r>
      <w:r>
        <w:rPr>
          <w:lang w:eastAsia="zh-CN"/>
        </w:rPr>
        <w:t xml:space="preserve">    2024微笑服务的心得感受 篇6 </w:t>
      </w:r>
      <w:r>
        <w:rPr>
          <w:lang w:eastAsia="zh-CN"/>
        </w:rPr>
        <w:br/>
      </w:r>
      <w:r>
        <w:rPr>
          <w:lang w:eastAsia="zh-CN"/>
        </w:rPr>
        <w:t>　　我叫王_，是一名普通的财务人员，20__年5月进入驿达公司君王服务区工作，从此成了一名驿达人。</w:t>
      </w:r>
      <w:r>
        <w:rPr>
          <w:lang w:eastAsia="zh-CN"/>
        </w:rPr>
        <w:br/>
      </w:r>
      <w:r>
        <w:rPr>
          <w:lang w:eastAsia="zh-CN"/>
        </w:rPr>
        <w:t>　　在公司刚刚开展微笑服务活动时，我作为一名财务人员，对微笑服务难以理解，对快乐服务也没什么体会。我认为自己只需要把财务工作干好就万事大吉。君王服务区要求管理人员要率先垂范，深入一线，身披绶带站形象岗，带头做好微笑服务，讲文明服务用语等等，对我而言难度较大。因为第一会觉得不好意思，第二还是觉得这跟财务工作关系不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直到有一次，我真正体会到了微笑服务的快乐。记得那天我身披绶带站在大厅门口，来了一位40岁左右的客人，他一手拎着茶瓶，一手拎着装满洗漱用品的洗漱包，径直走了过来，我面带微笑说了句：“早上好，欢迎光临”，随手就掀起了门帘。客人当时非常的诧异，激动的回了我一个微笑，然后走到了开水器旁接开水，他一边接着还一边不时的回头看着我，不断的点头微笑，不觉中水瓶已经满了，我立即提醒他：“先生您好，水满了，小心烫手”，这时客人一下回过神来，关上水龙头，说道：“谢谢，谢谢，你们这服务太好了，我拉货在外近6年时间，第一次如此备受尊重，你们真诚的微笑和贴心的服务，真是比在大冷的冬天吃上热饭热菜还要温暖！”随后客人看了看服务区标志又说道：“驿达公司的君王服务区是吗？好！我记住了”在客人转身即要离去的时候，我再次用响亮的声音欢送：“欢迎下次光临，祝您一路平安。”</w:t>
      </w:r>
      <w:r>
        <w:rPr>
          <w:lang w:eastAsia="zh-CN"/>
        </w:rPr>
        <w:br/>
      </w:r>
      <w:r>
        <w:rPr>
          <w:lang w:eastAsia="zh-CN"/>
        </w:rPr>
        <w:t>　　客人走后，我有些莫名的快乐，我猛然感受到，这是微笑服务带给我的快乐。微笑服务让我懂得了感动不一定要用泪水，有时候一个微笑就足够了。在服务区随后组织的微笑服务培训中，我都积极参加，珍惜每一分每一秒，认真学习每一个动作，每一句文明用语。培训结束后，我在办公室一遍遍练习。</w:t>
      </w:r>
      <w:r>
        <w:rPr>
          <w:lang w:eastAsia="zh-CN"/>
        </w:rPr>
        <w:br/>
      </w:r>
      <w:r>
        <w:rPr>
          <w:lang w:eastAsia="zh-CN"/>
        </w:rPr>
        <w:t>　　在一线岗位上多服务一次，我内心的感受就更深一分。微笑其实就是一种爱，对工作的热爱，对生活的热爱，对顾客、同事、朋友的友爱。微笑更是一种素质，也传递一个信息，她的实质是亲切，是鼓励，是温暖。</w:t>
      </w:r>
      <w:r>
        <w:rPr>
          <w:lang w:eastAsia="zh-CN"/>
        </w:rPr>
        <w:br/>
      </w:r>
      <w:r>
        <w:rPr>
          <w:lang w:eastAsia="zh-CN"/>
        </w:rPr>
        <w:t>　　现在的我，可以面带微笑迎送每一位客人，愉快的说出文明用语。在今后的工作中，我将在做好财务本职工作的同时，继续做好微笑服务，从清晨照镜子开始，给自己一个微笑，给别人一个微笑。</w:t>
      </w:r>
      <w:r>
        <w:rPr>
          <w:lang w:eastAsia="zh-CN"/>
        </w:rPr>
        <w:br/>
      </w:r>
      <w:r>
        <w:rPr>
          <w:lang w:eastAsia="zh-CN"/>
        </w:rPr>
        <w:t xml:space="preserve">    2024微笑服务的心得感受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微笑是一把神奇的金钥匙，可以打开心灵的钥匙。微笑是一种国际礼仪，能充分体现一个人的热情、修养和魅力。微笑能使陌生人感到亲切，使朋友感到安慰，使亲人感到愉悦。微笑是友好和平的代名词，它使我们的生活变得更加美好和温馨。微笑一下并不费力，却产生无穷魅力；受惠者成为富有，施予者并不变穷。尊敬的朋友：本站文章均来自网络由本站编辑整理并发布，如果您有演讲、竞聘写作等各类方面的写作需求，请联系我们，客服</w:t>
      </w:r>
      <w:r>
        <w:rPr>
          <w:lang w:eastAsia="zh-CN"/>
        </w:rPr>
        <w:br/>
      </w:r>
      <w:r>
        <w:rPr>
          <w:lang w:eastAsia="zh-CN"/>
        </w:rPr>
        <w:t>　　对服务行业来说，至关重要的是微笑服务。美国一家百货商店的人事经理曾经说过，她宁愿雇佣一个没上完小学但却有愉快笑容的女孩子，也不愿雇佣一个神情忧郁的哲学博士。谭老师则经常在课堂上讲微笑服务并不意味着只是脸上挂笑，而应是真诚地为顾客服务，试想一下，如果一个营业员只会一味地微笑，而对顾客内心有什么想法，有什么要求一概不知，一概不问，那么这种微笑又有什么用呢？那么今天，我们的话题呢，就是微笑服务。</w:t>
      </w:r>
      <w:r>
        <w:rPr>
          <w:lang w:eastAsia="zh-CN"/>
        </w:rPr>
        <w:br/>
      </w:r>
      <w:r>
        <w:rPr>
          <w:lang w:eastAsia="zh-CN"/>
        </w:rPr>
        <w:t>　　微笑，欢迎光临，请问需要什么服务！我们经常在被别人服务中喜欢见到服务人员发自内心的感觉，让我们自己觉得被别人尊重，那样就非常有感觉。当然如果还有比较有亲和力的服务人员，那就有可能在诱发着你不知不觉的购买。如果本来是信心十足的去准备买个东西，结果碰见服务人员苦瓜脸，爱理不理的我想大家就会马上没有购物冲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微笑服务，从心开始，是文明优质服务的具体体现。正如一位哲人所说：微笑，它不花费什么，但却创造了许多成果。它丰富了那些接受的人，而又不使给予的人变得贫瘠。他在一刹那间产生，却给人留下永恒的记忆。</w:t>
      </w:r>
      <w:r>
        <w:rPr>
          <w:lang w:eastAsia="zh-CN"/>
        </w:rPr>
        <w:br/>
      </w:r>
      <w:r>
        <w:rPr>
          <w:lang w:eastAsia="zh-CN"/>
        </w:rPr>
        <w:t>　　同时，有兴趣的朋友可以注意观察一下：凡是面带微笑的动物都活的很长，乌龟、海豚、鲸、大象、白鹤等；凡是脸上带着恶相的，大概活的多不会很长，狮子、老虎、豺狼、豹子等。脸色都很难看。鉴于微笑对于长寿的积极作用，所以谭老师的训练口号：笑吧，尽情地笑吧！笑对自己，笑对他人，笑对生活，笑对一切！</w:t>
      </w:r>
      <w:r>
        <w:rPr>
          <w:lang w:eastAsia="zh-CN"/>
        </w:rPr>
        <w:br/>
      </w:r>
      <w:r>
        <w:rPr>
          <w:lang w:eastAsia="zh-CN"/>
        </w:rPr>
        <w:t xml:space="preserve">    2024微笑服务的心得感受 篇8 </w:t>
      </w:r>
      <w:r>
        <w:rPr>
          <w:lang w:eastAsia="zh-CN"/>
        </w:rPr>
        <w:br/>
      </w:r>
      <w:r>
        <w:rPr>
          <w:lang w:eastAsia="zh-CN"/>
        </w:rPr>
        <w:t>　　作为一名旅游业服务人员，如何把平凡的工作做到不平凡，如何更好地服务游客，是我们永远追求的主题。我认为在日常工作中，热情比经验重要，态度比能力重要。用真诚的心对待每一位游客，用勤劳的心对待每一项本职工作，用换位的心完成每一项服务。不知不觉中，游客将对我们“人性化的服务”产生共鸣。潜移默化中，是心与心的碰撞。</w:t>
      </w:r>
      <w:r>
        <w:rPr>
          <w:lang w:eastAsia="zh-CN"/>
        </w:rPr>
        <w:br/>
      </w:r>
      <w:r>
        <w:rPr>
          <w:lang w:eastAsia="zh-CN"/>
        </w:rPr>
        <w:t>　　欢乐谷服务理念是“倡导三先服务，追求五会完美，体验开心之旅，感受欢乐文化”，更是要求通过微笑服务展现谷民健康的性格、乐观的情绪、良好的修养、坚定的信念。作为一线服务人员，我们将坚持用真诚的微笑对待每一位游客，因人、因时、因地为游客提供真诚、耐心、细致的服务。</w:t>
      </w:r>
      <w:r>
        <w:rPr>
          <w:lang w:eastAsia="zh-CN"/>
        </w:rPr>
        <w:br/>
      </w:r>
      <w:r>
        <w:rPr>
          <w:lang w:eastAsia="zh-CN"/>
        </w:rPr>
        <w:t>　　少一些抱怨，全身心投入工作，你将体会到工作的乐趣。在工作中享受生活，将好心情传递给每一位游客；在服务中理解游客，用微笑感染着每一位游客，让温暖洋溢在欢乐谷。</w:t>
      </w:r>
      <w:r>
        <w:rPr>
          <w:lang w:eastAsia="zh-CN"/>
        </w:rPr>
        <w:br/>
      </w:r>
      <w:r>
        <w:rPr>
          <w:lang w:eastAsia="zh-CN"/>
        </w:rPr>
        <w:t xml:space="preserve">    2024微笑服务的心得感受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当世界着名的旅店经营之王希尔顿在德克萨斯的第一家旅馆经营中稍有成效时，他母亲对其取得的成绩却不屑一顾。她指出，要使经营真正得到发展，只有掌握一种秘诀，这种秘诀简单、易行，不花本钱却又行之长久。希尔顿冥思苦想，终得其解。这秘诀不是别的就是微笑。他发现只有微笑才同时具备以上4个条件，且能发挥强大的功效。以后“微笑服务”就成了希尔顿旅馆经营的一大特色。50多年来，希尔顿向服务人员问得最多的一句话就是“你今天对客人微笑了没有?”</w:t>
      </w:r>
      <w:r>
        <w:rPr>
          <w:lang w:eastAsia="zh-CN"/>
        </w:rPr>
        <w:br/>
      </w:r>
      <w:r>
        <w:rPr>
          <w:lang w:eastAsia="zh-CN"/>
        </w:rPr>
        <w:t>　　作为我们金融企业，微笑服务像是一把神奇的钥匙，可以打开心灵的幽宫，使它的光芒照耀了周围的一切，给周围的气氛增添了温暖。然而微笑服务又更像是天使的翅膀，让我们在天空中遨游，走在企业前端，与众多强者站在紫禁之颠。微笑，并不仅仅是一种表情的展示，更重要的是与被服务对象作感情上的沟通和交流。当你向客户微笑时，要表达的意思是：“欢迎您来到我们的信用社，我很高兴为您服务。”微笑体现了这种良好的心境。而微笑服务并不意味着只是脸上挂笑，应是真诚的服务，试想一下，如果一个员工只会一味地微笑，而对客户内心有什么想法、有什么要求一概不知，一概不问，那么这种微笑又有什么用呢?因此，微笑服务，还应有感情上的沟通和交流，只有这样当你在服务和工作上出现疏忽时也会得到对方的谅解和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微笑服务同样也是一种无形资产，并且蕴藏着商机。据报载，美国一位老太太在一家日杂店购买了许多商品后遇到了店老板，老太太说：“我已经12年没到你的店来了，12年前，我每周都要到你的店买东西。可是，有一天，一位店员满脸冰霜，态度实在糟糕，所以我就到其他店购买商品了”老板听完，赶快道歉。老太太走后，老板算了一笔账：如果老太太每周在店里消费25美元，那么，12年就是1.56万美元，按照最保守的估算，他至少损失了1000美元，而这仅仅是因为缺少了一个微笑。由此可见微笑服务之重要。如果连起码的微笑服务都做不到，又怎能得到广大客户和社会的信任与支持呢?只有真心服务群众，把群众当成自家人，你发出的微笑才会自然甜美，群众才会买你的“微笑”。要向服务要效益，向服务要发展，真正为客户创造一个温馨、舒心的环境。微笑服务应该成为我们信用社员工甚至所有工薪人员的座右铭。</w:t>
      </w:r>
      <w:r>
        <w:rPr>
          <w:lang w:eastAsia="zh-CN"/>
        </w:rPr>
        <w:br/>
      </w:r>
      <w:r>
        <w:rPr>
          <w:lang w:eastAsia="zh-CN"/>
        </w:rPr>
        <w:t>　　服务中，遇到委屈是难免的，当遇到委屈时，我们同样要用微笑来化解它。记得有一天，一个客户拿了3万元现金来开户，当数到第三把时发现了一张百元假钞，这时我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告诉了她，她马上要求我把假钞还给她，我跟她说：我们收到假钞必须没收的，这时她非常生气地说要把钱全部拿回头不存了，还说了些难听的话，面对他那愤怒的眼神，粗糙的话语，我们没有生气，还是面带微笑耐心地向她解释说：没收假钞是我们的职责，目的是为了更多的人不受假钞的侵害，如果你不想假钞再流向社会害人的话，请你配合我们的工作。最后她终于被我们的热情感动了，另摸出了一百元凑足三万元存了定期，并说：“你们信用社的服务太好了，还正规，我放心，下次我还到你们这来存钱。”经过这件事，让我感觉微笑不仅是全世界通用的语言，还是一种无声动人的音乐，更是人类一种高尚的表情，它永远是生活里明亮的阳光。</w:t>
      </w:r>
      <w:r>
        <w:rPr>
          <w:lang w:eastAsia="zh-CN"/>
        </w:rPr>
        <w:br/>
      </w:r>
      <w:r>
        <w:rPr>
          <w:lang w:eastAsia="zh-CN"/>
        </w:rPr>
        <w:t>　　中国有句老话叫做“朱唇未启笑先闻”，微笑着赞扬他人使对方感到你的诚心，微笑着批评他人使对方感到你的善意，微笑着拒绝他人使对方体谅你的难处。现在我们正在开展“标准基层行、社”创建工作，我们要从自我做起，从身边小事做起，加强自身的服务意识，让每一位顾客都有“笑迎天下客，满意在我家”的感觉，把微笑服务的优良传统继续传承下去，让“宝石花”般的笑容开遍祖国乃至世界各地，使最温馨，最真诚，最优质的微笑服务，带给我们最心爱的顾客。给信用社带来更多的利润与过硬的品牌形象，我坚信在不久的将来还会有更多感人的画面出现在你们的眼前。</w:t>
      </w:r>
      <w:r>
        <w:rPr>
          <w:lang w:eastAsia="zh-CN"/>
        </w:rPr>
        <w:br/>
      </w:r>
      <w:r>
        <w:rPr>
          <w:lang w:eastAsia="zh-CN"/>
        </w:rPr>
        <w:t xml:space="preserve">    2024微笑服务的心得感受 篇10 </w:t>
      </w:r>
      <w:r>
        <w:rPr>
          <w:lang w:eastAsia="zh-CN"/>
        </w:rPr>
        <w:br/>
      </w:r>
      <w:r>
        <w:rPr>
          <w:lang w:eastAsia="zh-CN"/>
        </w:rPr>
        <w:t>　　微笑服务是从事高速公路等服务行业最起码的职业要求，一般情况下，绝大多数被服务者是有所表示的或点头示意、或回以相同的微笑，双方都处在一种惬意的心情中，司乘人员身心愉快，收费人员亲切有加，这自然是一种最理想的互动状态，是司乘人员心中所要求的，也是我们所追求的，而它最核心内容就是微笑传递，微笑传递包括收费人员与司乘之间，收费人员与收费人员之间的微笑。</w:t>
      </w:r>
      <w:r>
        <w:rPr>
          <w:lang w:eastAsia="zh-CN"/>
        </w:rPr>
        <w:br/>
      </w:r>
      <w:r>
        <w:rPr>
          <w:lang w:eastAsia="zh-CN"/>
        </w:rPr>
        <w:t>　　一、收费人员与司乘之间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有的收费人员发自内心的微笑，即微笑传递中的传，就有了基础，有了做好服务的首要条件，但如何让对方再递过来呢，有几个问题要解决，一是看收费员的微笑是否从心底发出的，即真诚微笑，这一点常在高速公路走的司乘人员一眼便能洞察到，二是与微笑配套的服务要跟进。有的收费员很会微笑，让人看上去很甜美，很受司乘人员的赞赏，但服务意识不强，服务水平不高，这也难以得到司乘人员持续的回应，久而久之，司乘甚至会产生出一个不好的看法，这个收费员只会傻笑，其它什么也不会，回应也就慢慢由淡漠减至消失。</w:t>
      </w:r>
      <w:r>
        <w:rPr>
          <w:lang w:eastAsia="zh-CN"/>
        </w:rPr>
        <w:br/>
      </w:r>
      <w:r>
        <w:rPr>
          <w:lang w:eastAsia="zh-CN"/>
        </w:rPr>
        <w:t>　　二、收费员与收费员之间</w:t>
      </w:r>
      <w:r>
        <w:rPr>
          <w:lang w:eastAsia="zh-CN"/>
        </w:rPr>
        <w:br/>
      </w:r>
      <w:r>
        <w:rPr>
          <w:lang w:eastAsia="zh-CN"/>
        </w:rPr>
        <w:t>　　有车辆进站，当班收费人员除微笑服务外，其它收费人员应呼应当班收费人员的服务，以形成整个区域的微笑氛围。有司乘人员对路线不熟悉，特别是本路段路标不清楚，有时个别司乘人员会报以质问埋怨，甚至发脾气，时或收款过程中，当班收费员不便立刻回应时，用一种亲切得体的语言和微笑通知其它收费员为其指路，一个微笑，一个示意，充分显示一个团队的整体服务风貌，司乘人员也会有所理解，至少气氛可以得到很大程度的缓和，不再有不必要的争执和磨擦。</w:t>
      </w:r>
      <w:r>
        <w:rPr>
          <w:lang w:eastAsia="zh-CN"/>
        </w:rPr>
        <w:br/>
      </w:r>
      <w:r>
        <w:rPr>
          <w:lang w:eastAsia="zh-CN"/>
        </w:rPr>
        <w:t>　　在国外有这样的格言微笑是没有国界的语言，我们窗口是收费窗口，可我们的微笑是不收费的，在炎热的夏天，一个真诚的，发自内心的微笑能给来往的司乘人员带来一阵凉爽的清风，在冬天，一个温暖甜美的微笑能带给司乘人员一缕灿烂的阳光，即使隔着窗，微笑拉近了我们与客户的距离，消除了我们之间隔阂。试想，徜若窗内是一张冷若冰霜的脸，谁愿意看你的脸色办事，谁能对收费管理所留下美好的印象，微笑服务是每一位收费人员共有的名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请不要吝啬你的微笑，因为微笑让你我如此美丽。</w:t>
      </w:r>
      <w:r>
        <w:rPr>
          <w:lang w:eastAsia="zh-CN"/>
        </w:rPr>
        <w:br/>
      </w:r>
      <w:r>
        <w:rPr>
          <w:lang w:eastAsia="zh-CN"/>
        </w:rPr>
        <w:t xml:space="preserve">    2024微笑服务的心得感受 篇11 </w:t>
      </w:r>
      <w:r>
        <w:rPr>
          <w:lang w:eastAsia="zh-CN"/>
        </w:rPr>
        <w:br/>
      </w:r>
      <w:r>
        <w:rPr>
          <w:lang w:eastAsia="zh-CN"/>
        </w:rPr>
        <w:t>　　作为服务行业来说，至关重要的是微笑服务。轻松、舒适、信任和关爱始终是微笑服务的内涵所在。在作风建设年，在大力开展“形象工程”的今天，我们作为一名收费人员应该如何理解“微笑服务”呢?</w:t>
      </w:r>
      <w:r>
        <w:rPr>
          <w:lang w:eastAsia="zh-CN"/>
        </w:rPr>
        <w:br/>
      </w:r>
      <w:r>
        <w:rPr>
          <w:lang w:eastAsia="zh-CN"/>
        </w:rPr>
        <w:t>　　对于广大的司乘人员来说，收费人员硬挤出来的笑还不如不笑。若我们只顾一味“开发小的资源”，强求自己向司乘人员去笑，这是不明智的做法。微笑，是一种愉快心情的反映，也是一种礼貌和涵养的表现。我们并不仅仅在工作岗位上展示微笑，在生活中都应该有微笑。在工作岗位上只要把司乘人员当成自己的朋友，你就会很自然地向他发出会心的微笑。因此，这种微笑不用靠行政命令来强迫，而是作为一个有修养、有礼貌的人自觉自愿发出的。唯有这种笑，才是我们最需要的笑，也是最美的笑。</w:t>
      </w:r>
      <w:r>
        <w:rPr>
          <w:lang w:eastAsia="zh-CN"/>
        </w:rPr>
        <w:br/>
      </w:r>
      <w:r>
        <w:rPr>
          <w:lang w:eastAsia="zh-CN"/>
        </w:rPr>
        <w:t>　　当我们遇到了不顺心的事，难免心情也会不愉快，这时强求自己对司乘人员满脸笑容，似乎是“强人所难”。可是工作的特殊性决定了我们不能把自己的情绪发泄在司乘人员身上，所以我们必须学会分解和淡化烦恼和不快，时时刻刻保持一种轻松的情绪，让快乐永远伴随自己，让快乐传递给过往的每一位司乘人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收费人员要想保持愉快的情绪，心胸宽阔至关重要。在具体的服务过程中难免遇到出言不逊、胡搅蛮缠的司乘人员对收费人员的.服务提出不满，收费人员一定要记住“忍一时风平浪静、退一步海阔天空”。当你拥有海阔天空的时候，工作中的你就不会患得患失，接待司乘人员也不会斤斤计较，你就能永远保持一个良好的心境，微笑服务就会变成一件轻而易举的事。</w:t>
      </w:r>
      <w:r>
        <w:rPr>
          <w:lang w:eastAsia="zh-CN"/>
        </w:rPr>
        <w:br/>
      </w:r>
      <w:r>
        <w:rPr>
          <w:lang w:eastAsia="zh-CN"/>
        </w:rPr>
        <w:t>　　微笑服务不仅仅是一种表情的展示，更重要的是和被服务对象感情上的沟通和交流。微笑体现了这种良好的心境。微笑服务并不意味着脸上挂笑，应是真诚服务。试想一下，如果一个收费人员只会一味地微笑，而对司乘人员有什么要求却不知道，那么这种微笑又有什么用呢?因此，微笑服务，最重要的是感情上把司乘人员当亲人，当朋友，与他们同欢喜，共忧伤，成为司乘人员的知心人……</w:t>
      </w:r>
      <w:r>
        <w:rPr>
          <w:lang w:eastAsia="zh-CN"/>
        </w:rPr>
        <w:br/>
      </w:r>
      <w:r>
        <w:rPr>
          <w:lang w:eastAsia="zh-CN"/>
        </w:rPr>
        <w:t xml:space="preserve">    2024微笑服务的心得感受 篇12 </w:t>
      </w:r>
      <w:r>
        <w:rPr>
          <w:lang w:eastAsia="zh-CN"/>
        </w:rPr>
        <w:br/>
      </w:r>
      <w:r>
        <w:rPr>
          <w:lang w:eastAsia="zh-CN"/>
        </w:rPr>
        <w:t>　　心得体会就是一种读书、实践后所写的感受文字。读书心得同学习礼记相近;实践体会同经验总结相类。 学习的方法每个人都有，并且每个人都需要认真地去考虑和研究它。心得体会这种学习方法对于一个人来说也许是优秀的，但没有被推广普及的必要。因为学习的方法因人而异，方法的奏效是它与这个人相适应的结果。方法，也是个性化的。借鉴他人的学习方法并不是不可以，但找寻适用于自己的学习方法才是最重要的。以下是由为大家整理的微笑服务成果心得体会材料，希望对你有所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当世界著名的旅店经营之王希尔顿在德克萨斯的第一家旅馆经营中稍有成效时，他母亲对其取得的成绩却不屑一顾。她指出，要使经营真正得到发展，只有掌握一种秘诀，这种秘诀简单、易行，不花本钱却又行之长久。希尔顿冥思苦想，终得其解。这秘诀不是别的就是微笑。他发现只有微笑才同时具备以上4个条件，且能发挥强大的功效。以后“微笑服务”就成了希尔顿旅馆经营的一大特色。50多年来，希尔顿向服务人员问得最多的一句话就是“你今天对客人微笑了没有?”</w:t>
      </w:r>
      <w:r>
        <w:rPr>
          <w:lang w:eastAsia="zh-CN"/>
        </w:rPr>
        <w:br/>
      </w:r>
      <w:r>
        <w:rPr>
          <w:lang w:eastAsia="zh-CN"/>
        </w:rPr>
        <w:t>　　作为我们金融企业，微笑服务像是一把神奇的钥匙，可以打开心灵的幽宫，使它的光芒照耀了周围的一切，给周围的气氛增添了温暖。然而微笑服务又更像是天使的翅膀，让我们在天空中遨游，走在企业前端，与众多强者站在紫禁之颠。微笑，并不仅仅是一种表情的展示，更重要的是与被服务对象作感情上的沟通和交流。当你向客户微笑时，要表达的意思是：“欢迎您来到我们的信用社，我很高兴为您服务。”微笑体现了这种良好的心境。而微笑服务并不意味着只是脸上挂笑，应是真诚的服务，试想一下，如果一个员工只会一味地微笑，而对客户内心有什么想法、有什么要求一概不知，一概不问，那么这种微笑又有什么用呢?因此，微笑服务，还应有感情上的沟通和交流，只有这样当你在服务和工作上出现疏忽时也会得到对方的谅解和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微笑服务同样也是一种无形资产，并且蕴藏着商机。据报载，美国一位老太太在一家日杂店购买了许多商品后遇到了店老板，老太太说：“我已经12年没到你的店来了，12年前，我每周都要到你的店买东西。可是，有一天，一位店员满脸冰霜，态度实在糟糕，所以我就到其他店购买商品了……”老板听完，赶快道歉。老太太走后，老板算了一笔账：如果老太太每周在店里消费25美元，那么，12年就是1.56万美元，按照最保守的估算，他至少损失了1000美元，而这仅仅是因为缺少了一个微笑。由此可见微笑服务之重要。如果连起码的微笑服务都做不到，又怎能得到广大客户和社会的信任与支持呢?只有真心服务群众，把群众当成自家人，你发出的微笑才会自然甜美，群众才会买你的“微笑”。要向服务要效益，向服务要发展，真正为客户创造一个温馨、舒心的环境。微笑服务应该成为我们信用社员工甚至所有工薪人员的座右铭。</w:t>
      </w:r>
      <w:r>
        <w:rPr>
          <w:lang w:eastAsia="zh-CN"/>
        </w:rPr>
        <w:br/>
      </w:r>
      <w:r>
        <w:rPr>
          <w:lang w:eastAsia="zh-CN"/>
        </w:rPr>
        <w:t>　　服务中，遇到委屈是难免的，当遇到委屈时，我们同样要用微笑来化解它。记得有一天，一个客户拿了3万元现金来开户，当数到第三把时发现了一张百元假钞，这时我告诉了她，她马上要求我把假钞还给她，我跟她说：我们收到假钞必须没收的，这时她非常生气地说要把钱全部拿回头不存了，还说了些难听的话，面对他那愤怒的眼神，粗糙的话语，我们没有生气，还是面带微笑耐心地向她解释说：没收假钞是我们的职责，目的是为了更多的人不受假钞的侵害，如果你不想假钞再流向社会害人的话，请你配合我们的工作。最后她终于被我们的热情感动了，另摸出了一百元凑足三万元存了定期，并说：“你们信用社的服务太好了，还正规，我放心，下次我还到你们这来存钱。”经过这件事，让我感觉微笑不仅是全世界通用的语言，还是一种无声动人的音乐，更是人类一种高尚的表情，它永远是生活里明亮的阳光。</w:t>
      </w:r>
      <w:r>
        <w:rPr>
          <w:lang w:eastAsia="zh-CN"/>
        </w:rPr>
        <w:br/>
      </w:r>
      <w:r>
        <w:rPr>
          <w:lang w:eastAsia="zh-CN"/>
        </w:rPr>
        <w:t xml:space="preserve">    2024微笑服务的心得感受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自从上次经过“微笑礼仪培训”以后，我的收获特别多。对其中微笑服务理念“1+1=100，100-1=0”印象非常深刻，“一流的管理加一流的服务赢得司乘人员百分之百满意”、“发挥团队精神，必须十全十美，100个人里面一个人做得不好影响整个团队”。面对司机，自然的微笑会给人一种亲切、和蔼、热情的感觉，根据多年的工作经验，我体会到了一些微笑服务的经营法则。</w:t>
      </w:r>
      <w:r>
        <w:rPr>
          <w:lang w:eastAsia="zh-CN"/>
        </w:rPr>
        <w:br/>
      </w:r>
      <w:r>
        <w:rPr>
          <w:lang w:eastAsia="zh-CN"/>
        </w:rPr>
        <w:t>　　一、微笑服务的作用</w:t>
      </w:r>
      <w:r>
        <w:rPr>
          <w:lang w:eastAsia="zh-CN"/>
        </w:rPr>
        <w:br/>
      </w:r>
      <w:r>
        <w:rPr>
          <w:lang w:eastAsia="zh-CN"/>
        </w:rPr>
        <w:t>　　微笑服务可以使服务对象需求得到最大限度的满足。能够给服务对象以精神上、心理上的满足。实践证明，笑脸增友谊，微笑出效益。</w:t>
      </w:r>
      <w:r>
        <w:rPr>
          <w:lang w:eastAsia="zh-CN"/>
        </w:rPr>
        <w:br/>
      </w:r>
      <w:r>
        <w:rPr>
          <w:lang w:eastAsia="zh-CN"/>
        </w:rPr>
        <w:t>　　二、微笑要发自内心</w:t>
      </w:r>
      <w:r>
        <w:rPr>
          <w:lang w:eastAsia="zh-CN"/>
        </w:rPr>
        <w:br/>
      </w:r>
      <w:r>
        <w:rPr>
          <w:lang w:eastAsia="zh-CN"/>
        </w:rPr>
        <w:t>　　笑有很多种，要笑得亲切、甜美、大方、得体，只有对服务对象尊敬和友善及对自己所从事工作的热爱，才会笑容满面地对待每一位顾客。</w:t>
      </w:r>
      <w:r>
        <w:rPr>
          <w:lang w:eastAsia="zh-CN"/>
        </w:rPr>
        <w:br/>
      </w:r>
      <w:r>
        <w:rPr>
          <w:lang w:eastAsia="zh-CN"/>
        </w:rPr>
        <w:t>　　三、微笑服务应当始终如一</w:t>
      </w:r>
      <w:r>
        <w:rPr>
          <w:lang w:eastAsia="zh-CN"/>
        </w:rPr>
        <w:br/>
      </w:r>
      <w:r>
        <w:rPr>
          <w:lang w:eastAsia="zh-CN"/>
        </w:rPr>
        <w:t>　　微笑服务作为工作规范，应贯穿在工作的全过程，顾客是“上帝”，我们在岗位上，应该把个人的一切烦恼、不安置于脑后，振作精神，微笑着为每一位宾客服务，要把学到的微笑礼仪应用到工作中去，不要把生活中的各种情绪带到工作中，以实际行动，从现在做起，从点滴做起，用微笑去服务过往司乘人员，把工作做得更好。</w:t>
      </w:r>
      <w:r>
        <w:rPr>
          <w:lang w:eastAsia="zh-CN"/>
        </w:rPr>
        <w:br/>
      </w:r>
      <w:r>
        <w:rPr>
          <w:lang w:eastAsia="zh-CN"/>
        </w:rPr>
        <w:t xml:space="preserve">    2024微笑服务的心得感受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自从上次经过“微笑礼仪培训”以后，我的收获特别多。对其中微笑服务理念“1+1=100，100-1=0”印象非常深刻，“一流的管理加一流的服务赢得司乘人员百分之百满意”、“发挥团队精神，必须十全十美，100个人里面一个人做得不好影响整个团队”。面对司机，自然的微笑会给人一种亲切、和蔼、热情的感觉，根据多年的工作经验，我体会到了一些微笑服务的经营法则。</w:t>
      </w:r>
      <w:r>
        <w:rPr>
          <w:lang w:eastAsia="zh-CN"/>
        </w:rPr>
        <w:br/>
      </w:r>
      <w:r>
        <w:rPr>
          <w:lang w:eastAsia="zh-CN"/>
        </w:rPr>
        <w:t>　　一、微笑服务的作用</w:t>
      </w:r>
      <w:r>
        <w:rPr>
          <w:lang w:eastAsia="zh-CN"/>
        </w:rPr>
        <w:br/>
      </w:r>
      <w:r>
        <w:rPr>
          <w:lang w:eastAsia="zh-CN"/>
        </w:rPr>
        <w:t>　　微笑服务可以使服务对象需求得到最大限度的满足。能够给服务对象以精神上、心理上的满足。实践证明，笑脸增友谊，微笑出效益。</w:t>
      </w:r>
      <w:r>
        <w:rPr>
          <w:lang w:eastAsia="zh-CN"/>
        </w:rPr>
        <w:br/>
      </w:r>
      <w:r>
        <w:rPr>
          <w:lang w:eastAsia="zh-CN"/>
        </w:rPr>
        <w:t>　　二、微笑要发自内心</w:t>
      </w:r>
      <w:r>
        <w:rPr>
          <w:lang w:eastAsia="zh-CN"/>
        </w:rPr>
        <w:br/>
      </w:r>
      <w:r>
        <w:rPr>
          <w:lang w:eastAsia="zh-CN"/>
        </w:rPr>
        <w:t>　　笑有很多种，要笑得亲切、甜美、大方、得体，只有对服务对象尊敬和友善及对自己所从事工作的热爱，才会笑容满面地对待每一位顾客。</w:t>
      </w:r>
      <w:r>
        <w:rPr>
          <w:lang w:eastAsia="zh-CN"/>
        </w:rPr>
        <w:br/>
      </w:r>
      <w:r>
        <w:rPr>
          <w:lang w:eastAsia="zh-CN"/>
        </w:rPr>
        <w:t xml:space="preserve">    2024微笑服务的心得感受 篇15 </w:t>
      </w:r>
      <w:r>
        <w:rPr>
          <w:lang w:eastAsia="zh-CN"/>
        </w:rPr>
        <w:br/>
      </w:r>
      <w:r>
        <w:rPr>
          <w:lang w:eastAsia="zh-CN"/>
        </w:rPr>
        <w:t>　　微笑服务你做到了吗?</w:t>
      </w:r>
      <w:r>
        <w:rPr>
          <w:lang w:eastAsia="zh-CN"/>
        </w:rPr>
        <w:br/>
      </w:r>
      <w:r>
        <w:rPr>
          <w:lang w:eastAsia="zh-CN"/>
        </w:rPr>
        <w:t>　　笑，人人都会。微笑您会吗，您在工作生活中一样带着微笑吗?感动人不一定要用泪水去感染，有的时候微笑也能让别人感动，一个微笑就能感动你的上帝，一个微笑就可以产生社会效益和经济效益的双重意义。</w:t>
      </w:r>
      <w:r>
        <w:rPr>
          <w:lang w:eastAsia="zh-CN"/>
        </w:rPr>
        <w:br/>
      </w:r>
      <w:r>
        <w:rPr>
          <w:lang w:eastAsia="zh-CN"/>
        </w:rPr>
        <w:t>　　你今天对顾客微笑了没有?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微笑着为顾客做些什么，要让顾客感动于你发自内心的微笑。微笑，它不花费什么，但却创造了许多尼意想不到的结果。微笑是人的天性，是内心真诚的外露。它丰富了那些接受的人，而又不使给予的人变得贫瘠。他在一刹那间产生，却给人留下永恒的记忆。它不仅缩小心理距离、达成情感交流的阶梯。</w:t>
      </w:r>
      <w:r>
        <w:rPr>
          <w:lang w:eastAsia="zh-CN"/>
        </w:rPr>
        <w:br/>
      </w:r>
      <w:r>
        <w:rPr>
          <w:lang w:eastAsia="zh-CN"/>
        </w:rPr>
        <w:t>　　微笑，面对您的客户，如何提高谈判的成功效果，只需一个微笑。微笑是通往胜利的后勤保障，是工作中一项投资最少，收效最大，事半功倍的的方法。只有热爱生活、热爱顾客、热爱自己工作的人，才能保持并永久拥有那种落落大方而又恬静优雅的微笑</w:t>
      </w:r>
      <w:r>
        <w:rPr>
          <w:lang w:eastAsia="zh-CN"/>
        </w:rPr>
        <w:br/>
      </w:r>
      <w:r>
        <w:rPr>
          <w:lang w:eastAsia="zh-CN"/>
        </w:rPr>
        <w:t>　　我们所提倡的微笑服务，是健康的性格，乐观的情绪，良好的修养，坚定的信念等几种心理基础素质的自然流露。是真诚的微笑，不是讨好的媚笑;是发自内心的微笑，不是暗含讥讽的嘲笑;是轻松自如的微笑，不是皮笑肉不笑的干笑。一个人可以没有资产，但只要有信心、有微笑，就有成功的希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微笑是一种力量，在营销市场竞争激烈，强手林立的今天，要想使自己占有一席之地，优质服务是至关重要的。而发自内心的微笑，又是其中的关键。谈到微笑服务促进服务事业的发展，没有比美国的希尔顿饭店更为成功的了，希尔顿饭店服务员脸上的微笑永远是属于旅客的阳光。在这条高于一切的经营方针指引下，希尔顿饭店在不到90年的时间里，从一家饭店扩展到目前的210多家，遍布世界五大洲的各大城市，年利润高达数亿美元。资金则由起家时的5000美元发展到几百亿美元。老希尔顿生前最快乐的事情莫过于乘飞机到世界各国的希尔顿连锁饭店视察工作。但是所有的雇员都知道，他问讯你的第一句话总是那句名言：你今天对客人微笑了没有?</w:t>
      </w:r>
      <w:r>
        <w:rPr>
          <w:lang w:eastAsia="zh-CN"/>
        </w:rPr>
        <w:br/>
      </w:r>
      <w:r>
        <w:rPr>
          <w:lang w:eastAsia="zh-CN"/>
        </w:rPr>
        <w:t>　　微笑是一种抚慰，它可以对他人一笑值千金。如果把这种微笑与友善、热诚的目光、训练有素的举止自然地融为一体，那实际上就是一道令他人赞不绝口的美味佳肴。他人一见就知道你是乐意助人，乐于为他人服务的。中国有句老话叫做朱唇未启笑先闻，其实从某种意义上讲，微笑本身就是语言的一种，或者说是语言的添加剂。</w:t>
      </w:r>
      <w:r>
        <w:rPr>
          <w:lang w:eastAsia="zh-CN"/>
        </w:rPr>
        <w:br/>
      </w:r>
      <w:r>
        <w:rPr>
          <w:lang w:eastAsia="zh-CN"/>
        </w:rPr>
        <w:t>　　微笑服务可以使客人产生宾至如归之感。笑迎天下客，满意在我家，保持微笑服务的人，走到哪里都是受欢迎的，谁都喜欢同其打交道。微笑着赞扬他人使对方感到你的诚心，微笑着批评他人使对方感到你的善意，微笑着拒绝他人使对方体谅你的难处。而不知道微笑服务的员工使顾客避之犹恐不及。这样，服务工作的优劣，经济效益的高低也就自然泾渭分明了。</w:t>
      </w:r>
      <w:r>
        <w:rPr>
          <w:lang w:eastAsia="zh-CN"/>
        </w:rPr>
        <w:br/>
      </w:r>
      <w:r>
        <w:rPr>
          <w:lang w:eastAsia="zh-CN"/>
        </w:rPr>
        <w:t>　　微笑是对顾客最好的礼遇和尊敬也是最基本的表现!</w:t>
      </w:r>
      <w:r>
        <w:rPr>
          <w:lang w:eastAsia="zh-CN"/>
        </w:rPr>
        <w:br/>
      </w:r>
      <w:r>
        <w:rPr>
          <w:lang w:eastAsia="zh-CN"/>
        </w:rPr>
        <w:t xml:space="preserve">    2024微笑服务的心得感受 篇16 </w:t>
      </w:r>
      <w:r>
        <w:rPr>
          <w:lang w:eastAsia="zh-CN"/>
        </w:rPr>
        <w:br/>
      </w:r>
      <w:r>
        <w:rPr>
          <w:lang w:eastAsia="zh-CN"/>
        </w:rPr>
        <w:t>　　每个人都说厚街的天虹商场里面的东西好贵，可是每次去的时候总是觉得它很有人气，为什么贵的地方还是那么多的人去呢?</w:t>
      </w:r>
      <w:r>
        <w:rPr>
          <w:lang w:eastAsia="zh-CN"/>
        </w:rPr>
        <w:br/>
      </w:r>
      <w:r>
        <w:rPr>
          <w:lang w:eastAsia="zh-CN"/>
        </w:rPr>
        <w:t>　　其实我觉得天虹是非常不错的一个超市，里面的东西很齐全，格调设计很有味道，最重要的是里面的用品和食品都是通过非常严格的检擦的。例如蔬菜，他们每天都有人员去作检验的。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天虹超市内面有很多独一无二的产品，都是注明”天虹专售“，这个芒果干可好吃了，对于一个不爱吃零嘴的人来说，居然做到每到这里必买此物，这个芒果干味道不算很浓，淡淡的，最重要是无加防腐剂，无香精，无色素，对健康无伤害，甜而不腻，总之吾爱之也。不过就是份量少了一点点，我坐着坐着，不到一个小时就能把它解决掉了。</w:t>
      </w:r>
      <w:r>
        <w:rPr>
          <w:lang w:eastAsia="zh-CN"/>
        </w:rPr>
        <w:br/>
      </w:r>
      <w:r>
        <w:rPr>
          <w:lang w:eastAsia="zh-CN"/>
        </w:rPr>
        <w:t>　　天虹超市的确是有些东西是很贵的，例如，蛋类是很贵的，水果和蔬菜有些是贵得吓人啦!药材类就更不会去看了，一个字：贵。</w:t>
      </w:r>
      <w:r>
        <w:rPr>
          <w:lang w:eastAsia="zh-CN"/>
        </w:rPr>
        <w:br/>
      </w:r>
      <w:r>
        <w:rPr>
          <w:lang w:eastAsia="zh-CN"/>
        </w:rPr>
        <w:t>　　可是有些时候有些东西却又很平宜，就是打特价的时候，平宜得少根筋，像平常卖16块多的饼干，特价时就能卖到10块钱，平常卖6-7块的苹果，晚上9点钟就卖4块多，所以嘛，去天虹走的时候要挑晚上噢!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喜欢天虹商场的另外一个原因是他们的服务团队，我敢说比任何一家超市的服务员都要有素质，最重要他们的服务态度非常非常地好。记得有一天，跟朋友去逛天虹时，不小心把放保鲜袋的铁架子撞倒了，很大一个响声，(其实我自己都不知道是怎样弄倒它的)整理水果街的那个服务员看到我正想把它扶起来时，他马上跑过来笑着说没关系的，我跟他说了声不好意思，他带着很灿烂的笑容再次跟我说没关系，因为他的态度太好了，使得我非常内疚，同一个晚上，我自己都不知道怎么搞的，朋友很辛苦才挑好了两个又大又红的莲雾给我拿着，谁知道一不小心其中一个滑手了，结果掉到地上，我很紧张地捡了起来，然后有一个服务生看见了，他又带着那能让你说不出话来的笑容跟我说，没关系的，可是我说：水果跌烂了，他马上接过已经烂了的水果笑着说：烂了就烂了吧!没关系的，不用那么紧张。然后他没等我回过神来就把水果收走了，我原本想拿去买单的，可是人家都说了没关系了，我又能怎么办呢!这个超市的服务也太好了吧!真是一个以顾客至上的超市才能做到这样吧!换成别的超市，一定要你买单，这是种习惯了。看来天虹超市是下定决心痛改这一服务观念嘛!很好，支持您!</w:t>
      </w:r>
      <w:r>
        <w:rPr>
          <w:lang w:eastAsia="zh-CN"/>
        </w:rPr>
        <w:br/>
      </w:r>
      <w:r>
        <w:rPr>
          <w:lang w:eastAsia="zh-CN"/>
        </w:rPr>
        <w:t>　　如果你想去体验一下这种非常好的服务质量，你可以选择去天虹超市，你不一定要跟我一样拿人家的水果去扔，你只要拿些东西去打称，就知道什么才是好的服务了。</w:t>
      </w:r>
      <w:r>
        <w:rPr>
          <w:lang w:eastAsia="zh-CN"/>
        </w:rPr>
        <w:br/>
      </w:r>
      <w:r>
        <w:rPr>
          <w:lang w:eastAsia="zh-CN"/>
        </w:rPr>
        <w:t>　　喜欢逛天虹超市，喜欢天虹的高质量服务，喜欢天虹有品质的保证，所以某些产品的高价格是有道理的。</w:t>
      </w:r>
      <w:r>
        <w:rPr>
          <w:lang w:eastAsia="zh-CN"/>
        </w:rPr>
        <w:br/>
      </w:r>
      <w:r>
        <w:rPr>
          <w:lang w:eastAsia="zh-CN"/>
        </w:rPr>
        <w:t>　　如果在厚街这个小镇上，在服务行业里，能够多些机会体验带笑容的服务就好了，客人开心之余，你的工作也会变得很快乐，这不是又赢吗!</w:t>
      </w:r>
      <w:r>
        <w:rPr>
          <w:lang w:eastAsia="zh-CN"/>
        </w:rPr>
        <w:br/>
      </w:r>
      <w:r>
        <w:rPr>
          <w:lang w:eastAsia="zh-CN"/>
        </w:rPr>
        <w:t>　　开拓的动力，是不远的成功。</w:t>
      </w:r>
      <w:r>
        <w:rPr>
          <w:lang w:eastAsia="zh-CN"/>
        </w:rPr>
        <w:br/>
      </w:r>
      <w:r>
        <w:rPr>
          <w:lang w:eastAsia="zh-CN"/>
        </w:rPr>
        <w:t xml:space="preserve">    2024微笑服务的心得感受 篇17 </w:t>
      </w:r>
      <w:r>
        <w:rPr>
          <w:lang w:eastAsia="zh-CN"/>
        </w:rPr>
        <w:br/>
      </w:r>
      <w:r>
        <w:rPr>
          <w:lang w:eastAsia="zh-CN"/>
        </w:rPr>
        <w:t>　　微笑服务是从事高速公路等服务行业最起码的职业要求，一般情景下，绝大多数被服务者是有所表示的或点头示意、或回以相同的微笑，双方都处在一种惬意的心境中，司乘人员身心愉快，收费人员亲切有加，这自然是一种最梦想的互动状态，是司乘人员心中所要求的，也是我们所追求的，而它最核心资料就是微笑传递，微笑传递包括收费人员与司乘之间，收费人员与收费人员之间的微笑。</w:t>
      </w:r>
      <w:r>
        <w:rPr>
          <w:lang w:eastAsia="zh-CN"/>
        </w:rPr>
        <w:br/>
      </w:r>
      <w:r>
        <w:rPr>
          <w:lang w:eastAsia="zh-CN"/>
        </w:rPr>
        <w:t>　　一、收费人员与司乘之间</w:t>
      </w:r>
      <w:r>
        <w:rPr>
          <w:lang w:eastAsia="zh-CN"/>
        </w:rPr>
        <w:br/>
      </w:r>
    </w:p>
    <w:p w:rsidR="001B1F19" w14:textId="27C3F48A">
      <w:pPr>
        <w:rPr>
          <w:rFonts w:hint="eastAsia"/>
          <w:lang w:eastAsia="zh-CN"/>
        </w:rPr>
      </w:pPr>
      <w:r>
        <w:rPr>
          <w:lang w:eastAsia="zh-CN"/>
        </w:rPr>
        <w:t>　　有的收费人员发自内心的微笑，即微笑传递中的“传”，就有了基础，有了做好服务的首要条件，但如何让对方再递过来呢，有几个问题要解决，一是看收费员的微笑是否从心底发出的，即“真诚微笑”，这一点常在高速公路走的司乘人员一眼便能洞察到，二是与微笑配套的服务要跟进。有的收费员很会微笑，让人看上去很甜美，很受司乘人员的赞赏，但服务意识不强，服务水平不高，这也难以得到司乘人员持续的回应，久而久之，司乘甚至会产生出一个不好的看法，这个收费员只会傻笑，其它什么也不会，回应也就慢慢由淡漠减至消失。</w:t>
      </w:r>
      <w:r>
        <w:rPr>
          <w:lang w:eastAsia="zh-CN"/>
        </w:rPr>
        <w:br/>
      </w:r>
      <w:r>
        <w:rPr>
          <w:lang w:eastAsia="zh-CN"/>
        </w:rPr>
        <w:t>　　二、收费员与收费员之间</w:t>
      </w:r>
      <w:r>
        <w:rPr>
          <w:lang w:eastAsia="zh-CN"/>
        </w:rPr>
        <w:br/>
      </w:r>
      <w:r>
        <w:rPr>
          <w:lang w:eastAsia="zh-CN"/>
        </w:rPr>
        <w:t>　　有车辆进站，当班收费人员除微笑服务外，其它收费人员应呼应当班收费人员的服务，以构成整个区域的微笑氛围。有司乘人员对路线不熟悉，异常是本路段路标不清楚，有时个别司乘人员会报以质问埋怨，甚至发脾气，时或收款过程中，当班收费员不便立刻回应时，用一种亲切得体的语言和微笑通知其它收费员为其指路，一个微笑，一个示意，充分显示一个团队的整体服务风貌，司乘人员也会有所理解，至少气氛能够得到很大程度的缓和，不再有不必要的争执和磨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https://d.book118.com/877005056146006042</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700505614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