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会计试用期工作总结（33篇）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会计试用期工作总结（通用33篇）</w:t>
      </w:r>
      <w:r>
        <w:rPr>
          <w:lang w:eastAsia="zh-CN"/>
        </w:rPr>
        <w:br/>
      </w:r>
      <w:r>
        <w:rPr>
          <w:lang w:eastAsia="zh-CN"/>
        </w:rPr>
        <w:t xml:space="preserve">    会计试用期工作总结 篇1 </w:t>
      </w:r>
      <w:r>
        <w:rPr>
          <w:lang w:eastAsia="zh-CN"/>
        </w:rPr>
        <w:br/>
      </w:r>
      <w:r>
        <w:rPr>
          <w:lang w:eastAsia="zh-CN"/>
        </w:rPr>
        <w:t>　　踏上会计工作岗位将近三个月的时间，我对工作环境慢慢的熟悉，清楚自己的职责，在工作上一直一丝不苟，在这三个月的时间里也做出了一些成绩，也还存在很多的不足需要我在接下来工作中去改正。来到公司之后的试用期已经结束，现在将我在这段时间的工作进行总结，以便接下来工作能够顺利的开展。</w:t>
      </w:r>
      <w:r>
        <w:rPr>
          <w:lang w:eastAsia="zh-CN"/>
        </w:rPr>
        <w:br/>
      </w:r>
      <w:r>
        <w:rPr>
          <w:lang w:eastAsia="zh-CN"/>
        </w:rPr>
        <w:t>　　一、严于律己</w:t>
      </w:r>
      <w:r>
        <w:rPr>
          <w:lang w:eastAsia="zh-CN"/>
        </w:rPr>
        <w:br/>
      </w:r>
      <w:r>
        <w:rPr>
          <w:lang w:eastAsia="zh-CN"/>
        </w:rPr>
        <w:t>　　自从加入公司的那天起，我就下定决心不能敷衍任何一件事情，热爱自己的工作。在工作期间，从未有过迟到早退的情况，没有因为自己私人的事情耽误过工作的正常进行，同时认真的学习公司的规章制度，保证自己不会因为不知情而违反这些规定。</w:t>
      </w:r>
      <w:r>
        <w:rPr>
          <w:lang w:eastAsia="zh-CN"/>
        </w:rPr>
        <w:br/>
      </w:r>
      <w:r>
        <w:rPr>
          <w:lang w:eastAsia="zh-CN"/>
        </w:rPr>
        <w:t>　　二、认真工作</w:t>
      </w:r>
      <w:r>
        <w:rPr>
          <w:lang w:eastAsia="zh-CN"/>
        </w:rPr>
        <w:br/>
      </w:r>
      <w:r>
        <w:rPr>
          <w:lang w:eastAsia="zh-CN"/>
        </w:rPr>
        <w:t>　　在工作期间完成自己的该做的事情，绝不拖拉。工作时不断提高对自己的要求，在同事们的感染下追求完美，和他们一起合作，完善每一个细节。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积极地完成领导布置的任务，通过不断地实践来达到锻炼自己的目的，也让我在这三个月的时间得到了进步，改善一直以来的不足。</w:t>
      </w:r>
      <w:r>
        <w:rPr>
          <w:lang w:eastAsia="zh-CN"/>
        </w:rPr>
        <w:br/>
      </w:r>
      <w:r>
        <w:rPr>
          <w:lang w:eastAsia="zh-CN"/>
        </w:rPr>
        <w:t>　　三、努力学习</w:t>
      </w:r>
      <w:r>
        <w:rPr>
          <w:lang w:eastAsia="zh-CN"/>
        </w:rPr>
        <w:br/>
      </w:r>
      <w:r>
        <w:rPr>
          <w:lang w:eastAsia="zh-CN"/>
        </w:rPr>
        <w:t>　　学习的道路遥远而漫长，所以需要我时刻都坚持学习，才不会停下脚步被淘汰。进入公司之后，我发现之前学的知识不够深入，停留在一个浅显的层面上，在实践中没什么太大的作用，所以在工作上我更加的努力去学习深刻的知识，巩固自己的基础知识，让自己有更深的知识度面对工作中的难题。</w:t>
      </w:r>
      <w:r>
        <w:rPr>
          <w:lang w:eastAsia="zh-CN"/>
        </w:rPr>
        <w:br/>
      </w:r>
      <w:r>
        <w:rPr>
          <w:lang w:eastAsia="zh-CN"/>
        </w:rPr>
        <w:t>　　四、存在的不足</w:t>
      </w:r>
      <w:r>
        <w:rPr>
          <w:lang w:eastAsia="zh-CN"/>
        </w:rPr>
        <w:br/>
      </w:r>
      <w:r>
        <w:rPr>
          <w:lang w:eastAsia="zh-CN"/>
        </w:rPr>
        <w:t>　　因为来到这里的时间较短，要掌握的东西又太多，所以很容易就出现错误，导致很多工作要重新做。</w:t>
      </w:r>
      <w:r>
        <w:rPr>
          <w:lang w:eastAsia="zh-CN"/>
        </w:rPr>
        <w:br/>
      </w:r>
      <w:r>
        <w:rPr>
          <w:lang w:eastAsia="zh-CN"/>
        </w:rPr>
        <w:t>　　因为时间的原因不够熟悉公司的制度，自己在这期间也得到了深刻的教训，在之后会重视这一方面的问题。</w:t>
      </w:r>
      <w:r>
        <w:rPr>
          <w:lang w:eastAsia="zh-CN"/>
        </w:rPr>
        <w:br/>
      </w:r>
      <w:r>
        <w:rPr>
          <w:lang w:eastAsia="zh-CN"/>
        </w:rPr>
        <w:t>　　在今后的工作中，我会注意发生过的错误，牢记教训，更深入的适应公司的人文环境，从而更好的为公司服务。最后十分感谢一直以来大家对我的帮助，不嫌弃我的青涩不懂事，迅速的接纳我成为公司的一员，我会继续加油的。</w:t>
      </w:r>
      <w:r>
        <w:rPr>
          <w:lang w:eastAsia="zh-CN"/>
        </w:rPr>
        <w:br/>
      </w:r>
      <w:r>
        <w:rPr>
          <w:lang w:eastAsia="zh-CN"/>
        </w:rPr>
        <w:t xml:space="preserve">    会计试用期工作总结 篇2 </w:t>
      </w:r>
      <w:r>
        <w:rPr>
          <w:lang w:eastAsia="zh-CN"/>
        </w:rPr>
        <w:br/>
      </w:r>
      <w:r>
        <w:rPr>
          <w:lang w:eastAsia="zh-CN"/>
        </w:rPr>
        <w:t>　　20年_月_日，我满怀希望和激情来到了有限公司，通过面试与领导的交流之后，最后确定我在公司的财务部工作。转眼间，_个月的时间就过去了，我的试用期也结果，在此转正申请的同时，对自己过去_个月的工作情况予以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通过这些天的学习和工作，让我受益匪浅。首先，让我获得了理论与实践进行结合的机会，使我明白没具体的实践经验，一切理论都是空谈，在工作的过程中我对自己的会计理论有了新的认识。更为重要的是：对于人与人之间的沟通、合作、协调有了新的体会，要想做好工作，首先要学会怎么样去做人。</w:t>
      </w:r>
      <w:r>
        <w:rPr>
          <w:lang w:eastAsia="zh-CN"/>
        </w:rPr>
        <w:br/>
      </w:r>
      <w:r>
        <w:rPr>
          <w:lang w:eastAsia="zh-CN"/>
        </w:rPr>
        <w:t>　　为人处事方面，财务部门是一个要求细腻的部门，整天与数字打交道，所以不允许粗心。大家都清楚，财务部都是女同事多，男同事比较少，所以我心里还会有些紧张，心想，会不会与她们格格不入呢，没有共同语言呢。我刚进入公司的第一天，自己办公室的同事对我就很热情，对我很是照顾，使我感觉，自己先前的担心完全是庸人自扰。这是一个融洽的集体，团结的集体，和谐的集体，亲切的集体。我很感动，对待同事自然也是怀着感激之情，用最真诚的心与同事交流着。与他们一起上班，感觉轻松自在，不像其他公司那样，同一办公室同事一天都没有几句话说。工作期间，他们帮过我很多，包括工作上的和生活上的，经常有工作上的问题请教他们，他们都是很耐心的帮我解答，下班之余，大家也会一起聊天，谈论自己的收获，或是心情。领导对我也很照顾，经常会问我有没有什么困难，有困难就提出来，大家一起解决，我们是一个集体。而对于领导的话，我是完全服从。与其他部门同事之间，见面也都会打招呼，与宿舍的同事关系相处得也很好。总的来说，这三个月的时间，我与同事的相处是很融洽的，能够很快的融入他们，大家一起工作，相互照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工作业务方面，在来到视凯威之前，我是在一家国企的财务部门工作的，由于分工比较细，我一直都是接触的销售会计这一块的业务。因此，我的熟练技能也比较单一。而来到视凯威之后，由于公司是刚起步的，配套软件还没有到位，因此只能用手工记账，而且还要操作全盘的账务。刚开始着实压力很大，虽然在学校的理论都掌握的扎实，但毕竟实际工作跟理论还是有很大差别的，而且我也有差不多两年没有用手工记账了，手工记账的一些要点也有一些生疏。然而，领导对我的信任令我信心满怀，不管怎样，我都不能令领导失望。因此，我只能在工作的同时，不断的去巩固以前所学的知识。三个月的财务工作，从编制记账凭证到登记账薄，出具财务报表，全部都是手工处理，由于我的认真和勤劳，每次都能及时准确的完成领导交待的任务，提供相关的财务数据，因此，我对自己的工作成果还是比较满意的。这段工作时间中，我接触到了税务，行政，成本，材料，销售，报表等几大类的内容，接触到了我以前没有接触的知识，感受到了以前没有感受到的气氛。</w:t>
      </w:r>
      <w:r>
        <w:rPr>
          <w:lang w:eastAsia="zh-CN"/>
        </w:rPr>
        <w:br/>
      </w:r>
      <w:r>
        <w:rPr>
          <w:lang w:eastAsia="zh-CN"/>
        </w:rPr>
        <w:t xml:space="preserve">    会计试用期工作总结 篇3 </w:t>
      </w:r>
      <w:r>
        <w:rPr>
          <w:lang w:eastAsia="zh-CN"/>
        </w:rPr>
        <w:br/>
      </w:r>
      <w:r>
        <w:rPr>
          <w:lang w:eastAsia="zh-CN"/>
        </w:rPr>
        <w:t>　　20__年_月_日我来到_公司，今天是20__年_月_日，在_个月的出纳工作中，对出纳的岗位认识、工作性质、业务技能以及思想提高都是对我的职业生涯的填充和必不可少的弥补。</w:t>
      </w:r>
      <w:r>
        <w:rPr>
          <w:lang w:eastAsia="zh-CN"/>
        </w:rPr>
        <w:br/>
      </w:r>
      <w:r>
        <w:rPr>
          <w:lang w:eastAsia="zh-CN"/>
        </w:rPr>
        <w:t>　　回顾_个月来的出纳工作，先是失误、还是失误，最后才有了小的成绩和经验。</w:t>
      </w:r>
      <w:r>
        <w:rPr>
          <w:lang w:eastAsia="zh-CN"/>
        </w:rPr>
        <w:br/>
      </w:r>
      <w:r>
        <w:rPr>
          <w:lang w:eastAsia="zh-CN"/>
        </w:rPr>
        <w:t>　　一、失误、缺点和经验简谈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以前在公司是做会计工作的，出纳的业务没具体操作和实践过，总认为是“调虫小技”，不以为然，可就是抱着这种心态刚开始干出纳工作出现不少的失误，</w:t>
      </w:r>
      <w:r>
        <w:rPr>
          <w:lang w:eastAsia="zh-CN"/>
        </w:rPr>
        <w:br/>
      </w:r>
      <w:r>
        <w:rPr>
          <w:lang w:eastAsia="zh-CN"/>
        </w:rPr>
        <w:t>　　第一失误就是开具支票上的错误。</w:t>
      </w:r>
      <w:r>
        <w:rPr>
          <w:lang w:eastAsia="zh-CN"/>
        </w:rPr>
        <w:br/>
      </w:r>
      <w:r>
        <w:rPr>
          <w:lang w:eastAsia="zh-CN"/>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w:t>
      </w:r>
      <w:r>
        <w:rPr>
          <w:lang w:eastAsia="zh-CN"/>
        </w:rPr>
        <w:br/>
      </w:r>
      <w:r>
        <w:rPr>
          <w:lang w:eastAsia="zh-CN"/>
        </w:rPr>
        <w:t>　　基于上述业务需求，根据自己在软件公司的软件实施经验和电脑知识，为自己的岗位需求开发了E_CEL系统的交行票据套打系统，解决了在实际工作中出现的缺点问题，提高了工作效率。</w:t>
      </w:r>
      <w:r>
        <w:rPr>
          <w:lang w:eastAsia="zh-CN"/>
        </w:rPr>
        <w:br/>
      </w:r>
      <w:r>
        <w:rPr>
          <w:lang w:eastAsia="zh-CN"/>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lang w:eastAsia="zh-CN"/>
        </w:rPr>
        <w:br/>
      </w:r>
      <w:r>
        <w:rPr>
          <w:lang w:eastAsia="zh-CN"/>
        </w:rPr>
        <w:t>　　二、取得的成绩</w:t>
      </w:r>
      <w:r>
        <w:rPr>
          <w:lang w:eastAsia="zh-CN"/>
        </w:rPr>
        <w:br/>
      </w:r>
      <w:r>
        <w:rPr>
          <w:lang w:eastAsia="zh-CN"/>
        </w:rPr>
        <w:t>　　在这期间，在财务和内勤上我作了如下具体工作。</w:t>
      </w:r>
      <w:r>
        <w:rPr>
          <w:lang w:eastAsia="zh-CN"/>
        </w:rPr>
        <w:br/>
      </w:r>
      <w:r>
        <w:rPr>
          <w:lang w:eastAsia="zh-CN"/>
        </w:rPr>
        <w:t>　　1、严格按照财务制度的要求，办理费用报销，现金、支票的收付业务。</w:t>
      </w:r>
      <w:r>
        <w:rPr>
          <w:lang w:eastAsia="zh-CN"/>
        </w:rPr>
        <w:br/>
      </w:r>
      <w:r>
        <w:rPr>
          <w:lang w:eastAsia="zh-CN"/>
        </w:rPr>
        <w:t>　　2、每月第八个工作日按时作好单位职工的薪金发放。</w:t>
      </w:r>
      <w:r>
        <w:rPr>
          <w:lang w:eastAsia="zh-CN"/>
        </w:rPr>
        <w:br/>
      </w:r>
      <w:r>
        <w:rPr>
          <w:lang w:eastAsia="zh-CN"/>
        </w:rPr>
        <w:t>　　3、及时登记现金、银行存款日记帐。月末编制银行余额调节表。</w:t>
      </w:r>
      <w:r>
        <w:rPr>
          <w:lang w:eastAsia="zh-CN"/>
        </w:rPr>
        <w:br/>
      </w:r>
      <w:r>
        <w:rPr>
          <w:lang w:eastAsia="zh-CN"/>
        </w:rPr>
        <w:t>　　4、起草财经公文、人事公文并及时发放、传阅、存档、保管。</w:t>
      </w:r>
      <w:r>
        <w:rPr>
          <w:lang w:eastAsia="zh-CN"/>
        </w:rPr>
        <w:br/>
      </w:r>
      <w:r>
        <w:rPr>
          <w:lang w:eastAsia="zh-CN"/>
        </w:rPr>
        <w:t>　　5、监督人员考勤登记，办公饮用水的安排。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6、开具日常收款业务发票，并保管好空白发票和其它支票。</w:t>
      </w:r>
      <w:r>
        <w:rPr>
          <w:lang w:eastAsia="zh-CN"/>
        </w:rPr>
        <w:br/>
      </w:r>
      <w:r>
        <w:rPr>
          <w:lang w:eastAsia="zh-CN"/>
        </w:rPr>
        <w:t>　　7、开发了E_CEL平台票据套打系统。</w:t>
      </w:r>
      <w:r>
        <w:rPr>
          <w:lang w:eastAsia="zh-CN"/>
        </w:rPr>
        <w:br/>
      </w:r>
      <w:r>
        <w:rPr>
          <w:lang w:eastAsia="zh-CN"/>
        </w:rPr>
        <w:t>　　8、填写地税申报表。</w:t>
      </w:r>
      <w:r>
        <w:rPr>
          <w:lang w:eastAsia="zh-CN"/>
        </w:rPr>
        <w:br/>
      </w:r>
      <w:r>
        <w:rPr>
          <w:lang w:eastAsia="zh-CN"/>
        </w:rPr>
        <w:t>　　9、完成财务经理交待的工作。</w:t>
      </w:r>
      <w:r>
        <w:rPr>
          <w:lang w:eastAsia="zh-CN"/>
        </w:rPr>
        <w:br/>
      </w:r>
      <w:r>
        <w:rPr>
          <w:lang w:eastAsia="zh-CN"/>
        </w:rPr>
        <w:t>　　出纳工作看似简单，做起来难，成绩的取得离不开单位领导的耐心教诲和无形的身教，三个月的岗位实战练兵，使我的财务工作水平又向前推进了一步。知道了要作好出纳工作绝不可以用“轻松”来形容，绝非“雕虫小技”，它是经济工作的第一线，财务收支的关口，占有重要的地位。</w:t>
      </w:r>
      <w:r>
        <w:rPr>
          <w:lang w:eastAsia="zh-CN"/>
        </w:rPr>
        <w:br/>
      </w:r>
      <w:r>
        <w:rPr>
          <w:lang w:eastAsia="zh-CN"/>
        </w:rPr>
        <w:t>　　三、今后的努力方向</w:t>
      </w:r>
      <w:r>
        <w:rPr>
          <w:lang w:eastAsia="zh-CN"/>
        </w:rPr>
        <w:br/>
      </w:r>
      <w:r>
        <w:rPr>
          <w:lang w:eastAsia="zh-CN"/>
        </w:rPr>
        <w:t>　　作为一个合格的出纳，必须具备以下的基本要求：一。学习、了解和掌握政策法规和公司制度，不断提高自己的业务水平和知识技能。二学会制订本职岗位工作内部控制制度，发挥财务控制、监督的作用。三。出纳人员要恪守良好的职业道德。四。出纳人员要有较强的安全意识，现金、有价证券、票据、各种印鉴，既要有内部的保管分工，各负其责，并相互牵制。四。很好的沟通能力。特别是和工商、税务、社保等单位的外联沟通能力。</w:t>
      </w:r>
      <w:r>
        <w:rPr>
          <w:lang w:eastAsia="zh-CN"/>
        </w:rPr>
        <w:br/>
      </w:r>
      <w:r>
        <w:rPr>
          <w:lang w:eastAsia="zh-CN"/>
        </w:rPr>
        <w:t>　　以上是我近三个月工作以来的一些体会和认识，也是我不断在工作中将所学的知识与实践相结合的一个过程。在以后的工作和学习中我还将不懈的努力和拼搏，努力实现自己的人生价值。</w:t>
      </w:r>
      <w:r>
        <w:rPr>
          <w:lang w:eastAsia="zh-CN"/>
        </w:rPr>
        <w:br/>
      </w:r>
      <w:r>
        <w:rPr>
          <w:lang w:eastAsia="zh-CN"/>
        </w:rPr>
        <w:t>　　在此，我要特别感谢公司领导和各位同仁在工作和生活中给予我的支持和关心，这是对我工作的肯定和鼓舞，我真诚的表示感谢!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会计试用期工作总结 篇4 </w:t>
      </w:r>
      <w:r>
        <w:rPr>
          <w:lang w:eastAsia="zh-CN"/>
        </w:rPr>
        <w:br/>
      </w:r>
      <w:r>
        <w:rPr>
          <w:lang w:eastAsia="zh-CN"/>
        </w:rPr>
        <w:t>　　“夏练三伏，冬练三九”，这是对执着于人生目标不惜付出代价的形象俗语，我们也一样，对于一个陌生的岗位，对于自己关联不大的专业技能，我们没有被吓掉，没有放弃，听从老师的教诲，虚心向老师请教相关知识，不懂就问，不会就学，勤学苦练，知识与实践相结合，争取在短时间内熟练掌握专业技能。</w:t>
      </w:r>
      <w:r>
        <w:rPr>
          <w:lang w:eastAsia="zh-CN"/>
        </w:rPr>
        <w:br/>
      </w:r>
      <w:r>
        <w:rPr>
          <w:lang w:eastAsia="zh-CN"/>
        </w:rPr>
        <w:t>　　(3)在紧张的工作之余，加强财务部团队建设,打造一个业务全面，工作热情高涨的团队。作为一个基层财务工作管理者，注意充分发挥财无部其他员工的主观能动性及工作积极性。提高团队的整体素质，树立起开拓创新、务实高效的部门新形象。(4)作为基层管理者，我充分认识到自己既是一个管理者，更是一个执行者，是集团财务管理部对外的一个窗口。要想做好财务工作，除了熟悉业务外，还需要负责具体的工作及业务，首先要以身作则，这样才能保证在目前的情况下，大家都能够主动承担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新的工作岗位意味着新的起点、新的机遇、新的挑战，本人决心再接再厉，更上一层楼。在今后的日子里我们将向财务精细化管理进军，精细化财务管理需要“确保营运资金流转顺畅”、“确保效益”、“优化财务管理手段”等，这样，就足以对公司的财务管理做精做细。要以“细”为起点，做到细致入微，对每一岗位、部门的每一项具体的业务，都建立起一套相应的成本归集。并将财务管理的触角延伸到公司的各个经营领域，通过行使财务监督职能，拓展财务管理与服务职能，实现财务管理“零”死角，挖掘财务活动的潜在价值。虽然，精细化财务管理是件极为复杂的事情，其实正所谓“天下难事始于易，天下大事始于细”。</w:t>
      </w:r>
      <w:r>
        <w:rPr>
          <w:lang w:eastAsia="zh-CN"/>
        </w:rPr>
        <w:br/>
      </w:r>
      <w:r>
        <w:rPr>
          <w:lang w:eastAsia="zh-CN"/>
        </w:rPr>
        <w:t>　　时光荏苒，三个月的试用期很快就要过去了，回首过去的三个月，内心不禁感慨万千……时间如梭，转眼间将跨过三个月实习期之坎，回首望，虽没有轰轰烈烈的战果，但也算经历了一段不平凡的考验和磨砺。</w:t>
      </w:r>
      <w:r>
        <w:rPr>
          <w:lang w:eastAsia="zh-CN"/>
        </w:rPr>
        <w:br/>
      </w:r>
      <w:r>
        <w:rPr>
          <w:lang w:eastAsia="zh-CN"/>
        </w:rPr>
        <w:t>　　规范了低值易耗品的核算管理，全面建立低值易耗品台帐，从易耗品的购买、领用全面跟踪，方便企业更全面的了解这些价值较低物资的分布情况，加强管理。</w:t>
      </w:r>
      <w:r>
        <w:rPr>
          <w:lang w:eastAsia="zh-CN"/>
        </w:rPr>
        <w:br/>
      </w:r>
      <w:r>
        <w:rPr>
          <w:lang w:eastAsia="zh-CN"/>
        </w:rPr>
        <w:t>　　本人于__年7月28日到农行支行工作，至今已经在支行工作一年了，农行和谐的工作环境、团结向上的企业文化，让我很快完成了从学生到职员的转变。这一年里，我收获不少，学到了各种知识、专业技能，综合素质也有很大提高，让我真切地感受到农行是一个学习和展现自我的广阔舞台。</w:t>
      </w:r>
      <w:r>
        <w:rPr>
          <w:lang w:eastAsia="zh-CN"/>
        </w:rPr>
        <w:br/>
      </w:r>
      <w:r>
        <w:rPr>
          <w:lang w:eastAsia="zh-CN"/>
        </w:rPr>
        <w:t>　　理学院对教学评估工作高度重视，成立了由学院领导构成的迎评领导小组和由教学院长、教学系主任及办公室人员构成的工作小组，多次邀请专家对教师及有关人员进行辅导，由教学院长带队，到已完成评估工作的兄弟院校进行考察交流，对相关材料进行统一整理、归档，在全院进行教学质量、特色及教学评估的大讨论，号召大家要以评促建、以评促改。在上周进行的校内教学评估检查中，校领导及相关专家对理学院在教学工作中取得的突出成绩、在迎评工作中取得的进展给予了高度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(2)根据集团的指示，对华品公司会计电算化情况进行了备案，使财务工作符合财政部的需要，更加规范化，为不断提高财务工作质量而努力。</w:t>
      </w:r>
      <w:r>
        <w:rPr>
          <w:lang w:eastAsia="zh-CN"/>
        </w:rPr>
        <w:br/>
      </w:r>
      <w:r>
        <w:rPr>
          <w:lang w:eastAsia="zh-CN"/>
        </w:rPr>
        <w:t xml:space="preserve">    会计试用期工作总结 篇5 </w:t>
      </w:r>
      <w:r>
        <w:rPr>
          <w:lang w:eastAsia="zh-CN"/>
        </w:rPr>
        <w:br/>
      </w:r>
      <w:r>
        <w:rPr>
          <w:lang w:eastAsia="zh-CN"/>
        </w:rPr>
        <w:t>　　时光荏苒，三个月的试用期很快就过去了，在这三个月是我平凡的一季，也是我收获的一季。首先感谢公司领导给予我这个平台，使我得到学习和发展的机会，同时也感谢同事们对我的帮助和引导，使我很快的熟悉和融入这个大家庭。现我将这三个月的工作情况进行如下总结：</w:t>
      </w:r>
      <w:r>
        <w:rPr>
          <w:lang w:eastAsia="zh-CN"/>
        </w:rPr>
        <w:br/>
      </w:r>
      <w:r>
        <w:rPr>
          <w:lang w:eastAsia="zh-CN"/>
        </w:rPr>
        <w:t>　　一、试用期的基本工作内容</w:t>
      </w:r>
      <w:r>
        <w:rPr>
          <w:lang w:eastAsia="zh-CN"/>
        </w:rPr>
        <w:br/>
      </w:r>
      <w:r>
        <w:rPr>
          <w:lang w:eastAsia="zh-CN"/>
        </w:rPr>
        <w:t>　　1、单位基本情况的熟悉</w:t>
      </w:r>
      <w:r>
        <w:rPr>
          <w:lang w:eastAsia="zh-CN"/>
        </w:rPr>
        <w:br/>
      </w:r>
      <w:r>
        <w:rPr>
          <w:lang w:eastAsia="zh-CN"/>
        </w:rPr>
        <w:t>　　入职后我在部门总监容许的情况下，通过对单位相关资质的翻阅以及同事的介绍了解到我集团公司是成立于__年__月的跨行业、多渠道发展的综合性公司，下设__个子公司。</w:t>
      </w:r>
      <w:r>
        <w:rPr>
          <w:lang w:eastAsia="zh-CN"/>
        </w:rPr>
        <w:br/>
      </w:r>
      <w:r>
        <w:rPr>
          <w:lang w:eastAsia="zh-CN"/>
        </w:rPr>
        <w:t>　　2、单位相关人员的熟悉</w:t>
      </w:r>
      <w:r>
        <w:rPr>
          <w:lang w:eastAsia="zh-CN"/>
        </w:rPr>
        <w:br/>
      </w:r>
      <w:r>
        <w:rPr>
          <w:lang w:eastAsia="zh-CN"/>
        </w:rPr>
        <w:t>　　在这三个月的日常工作中我不仅认识了集团公司各个部门的相关领导和同事以及各分公司的部分会计及办公室的同事，同时也在日常工作中得到了各位领导及同事的指导和帮助，相信在以后得工作中我会和大家相处的更加融洽。</w:t>
      </w:r>
      <w:r>
        <w:rPr>
          <w:lang w:eastAsia="zh-CN"/>
        </w:rPr>
        <w:br/>
      </w:r>
      <w:r>
        <w:rPr>
          <w:lang w:eastAsia="zh-CN"/>
        </w:rPr>
        <w:t>　　3、基本工作内容的熟悉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个月的试用期中我不仅接触了部分的会计、出纳岗位的工作，同时也接触了日常的办公工作，每一项工作都是自己新的开始和新的目标。包括原始凭证的整理、会计凭证的制作、支票的填写、银行单据的领取以及基本办公软件的应用等，我不仅在这些工作中学习到了新东西，也在工作中认识到了自己的不足，用以督促自己在日后的工作中不断的学习和进步。</w:t>
      </w:r>
      <w:r>
        <w:rPr>
          <w:lang w:eastAsia="zh-CN"/>
        </w:rPr>
        <w:br/>
      </w:r>
      <w:r>
        <w:rPr>
          <w:lang w:eastAsia="zh-CN"/>
        </w:rPr>
        <w:t>　　二、工作中存在的问题</w:t>
      </w:r>
      <w:r>
        <w:rPr>
          <w:lang w:eastAsia="zh-CN"/>
        </w:rPr>
        <w:br/>
      </w:r>
      <w:r>
        <w:rPr>
          <w:lang w:eastAsia="zh-CN"/>
        </w:rPr>
        <w:t>　　虽然已经有两年相关的工作经验，但是在这段时间的工作中我认识到自己的'工作还有很大的欠缺，主要表现在以下两方面：</w:t>
      </w:r>
      <w:r>
        <w:rPr>
          <w:lang w:eastAsia="zh-CN"/>
        </w:rPr>
        <w:br/>
      </w:r>
      <w:r>
        <w:rPr>
          <w:lang w:eastAsia="zh-CN"/>
        </w:rPr>
        <w:t>　　1、专业知识的欠缺</w:t>
      </w:r>
      <w:r>
        <w:rPr>
          <w:lang w:eastAsia="zh-CN"/>
        </w:rPr>
        <w:br/>
      </w:r>
      <w:r>
        <w:rPr>
          <w:lang w:eastAsia="zh-CN"/>
        </w:rPr>
        <w:t>　　之前就听说会计是份干到老学到老的工作，自己很是不屑，以为凭借自己在学校所学的理论知识足以完成现有的工作，但是在真正的实践中才发现自己所掌握的仅仅是冰山一角，需要学习和掌握的专业知识还有很多。</w:t>
      </w:r>
      <w:r>
        <w:rPr>
          <w:lang w:eastAsia="zh-CN"/>
        </w:rPr>
        <w:br/>
      </w:r>
      <w:r>
        <w:rPr>
          <w:lang w:eastAsia="zh-CN"/>
        </w:rPr>
        <w:t>　　2、会计软件运用不熟练</w:t>
      </w:r>
      <w:r>
        <w:rPr>
          <w:lang w:eastAsia="zh-CN"/>
        </w:rPr>
        <w:br/>
      </w:r>
      <w:r>
        <w:rPr>
          <w:lang w:eastAsia="zh-CN"/>
        </w:rPr>
        <w:t>　　现在的会计工作已经基本脱离了原始的手工制作逐步向电算化、智能化过度。在这三个月的工作中我发现自己对会计电算化软件的运用很是笨拙，这将是我日后工作的壁垒，抓紧时间对软件的学习和练习是接下来工作的重点。</w:t>
      </w:r>
      <w:r>
        <w:rPr>
          <w:lang w:eastAsia="zh-CN"/>
        </w:rPr>
        <w:br/>
      </w:r>
      <w:r>
        <w:rPr>
          <w:lang w:eastAsia="zh-CN"/>
        </w:rPr>
        <w:t>　　三、下一步的工作计划</w:t>
      </w:r>
      <w:r>
        <w:rPr>
          <w:lang w:eastAsia="zh-CN"/>
        </w:rPr>
        <w:br/>
      </w:r>
      <w:r>
        <w:rPr>
          <w:lang w:eastAsia="zh-CN"/>
        </w:rPr>
        <w:t>　　1、端正工作态度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在日后的工作中我会严格要求自己端正工作态度，认真对待每一项工作，杜绝低级的常识性工作失误。与此同时还要进一步提高自己的执行能力，在最短的时间内高质量的完成领导交代的工作任务。</w:t>
      </w:r>
      <w:r>
        <w:rPr>
          <w:lang w:eastAsia="zh-CN"/>
        </w:rPr>
        <w:br/>
      </w:r>
      <w:r>
        <w:rPr>
          <w:lang w:eastAsia="zh-CN"/>
        </w:rPr>
        <w:t>　　2、强化专业知识</w:t>
      </w:r>
      <w:r>
        <w:rPr>
          <w:lang w:eastAsia="zh-CN"/>
        </w:rPr>
        <w:br/>
      </w:r>
      <w:r>
        <w:rPr>
          <w:lang w:eastAsia="zh-CN"/>
        </w:rPr>
        <w:t>　　除了对自己已掌握的专业知识经常的练习和巩固，在日后还要不断的学习专业知识，了解最新的会计准则及税法知识，从而正确的指导日常工作，同时还要和前辈及同事们学习相关的实践经验，充实自己的专业知识。</w:t>
      </w:r>
      <w:r>
        <w:rPr>
          <w:lang w:eastAsia="zh-CN"/>
        </w:rPr>
        <w:br/>
      </w:r>
      <w:r>
        <w:rPr>
          <w:lang w:eastAsia="zh-CN"/>
        </w:rPr>
        <w:t>　　3、熟练运用会计软件</w:t>
      </w:r>
      <w:r>
        <w:rPr>
          <w:lang w:eastAsia="zh-CN"/>
        </w:rPr>
        <w:br/>
      </w:r>
      <w:r>
        <w:rPr>
          <w:lang w:eastAsia="zh-CN"/>
        </w:rPr>
        <w:t>　　在这三个月的工作中认识到自己对会计软件的运用并不熟练，严重影响了相关工作的进展速度。学习和掌握会计软件的应用的工作势在必行。</w:t>
      </w:r>
      <w:r>
        <w:rPr>
          <w:lang w:eastAsia="zh-CN"/>
        </w:rPr>
        <w:br/>
      </w:r>
      <w:r>
        <w:rPr>
          <w:lang w:eastAsia="zh-CN"/>
        </w:rPr>
        <w:t>　　4、做好数据的电子备份</w:t>
      </w:r>
      <w:r>
        <w:rPr>
          <w:lang w:eastAsia="zh-CN"/>
        </w:rPr>
        <w:br/>
      </w:r>
      <w:r>
        <w:rPr>
          <w:lang w:eastAsia="zh-CN"/>
        </w:rPr>
        <w:t>　　会计工作是十分严谨而琐碎的工作，日常工作会涉及很多的数据文件，对数据文件做好电子备份是件很重要的事情，充分利用数据的电子备份既可以方便日后工作的查阅和借鉴，同时也可以提高工作效率。</w:t>
      </w:r>
      <w:r>
        <w:rPr>
          <w:lang w:eastAsia="zh-CN"/>
        </w:rPr>
        <w:br/>
      </w:r>
      <w:r>
        <w:rPr>
          <w:lang w:eastAsia="zh-CN"/>
        </w:rPr>
        <w:t>　　总之，未来的路还很长，新的工作岗位意味着新的起点、新的机遇、新的挑战，我决定在新的岗位上再接再厉，努力工作。</w:t>
      </w:r>
      <w:r>
        <w:rPr>
          <w:lang w:eastAsia="zh-CN"/>
        </w:rPr>
        <w:br/>
      </w:r>
      <w:r>
        <w:rPr>
          <w:lang w:eastAsia="zh-CN"/>
        </w:rPr>
        <w:t xml:space="preserve">    会计试用期工作总结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入职三个多月了。在公司领导和同事以及财务部的帮助和指导下，我已经初步学会了公司财务的一些基本知识和操作。经过这一段时间的学习，我进一步加深了对理论知识的理解，也让我感受到了实践的重要性和自己的不足。所以，要想很好的完成未来的工作，就必须从现在开始努力练习，虚心学习。以下是我三个月试用期的总结。</w:t>
      </w:r>
      <w:r>
        <w:rPr>
          <w:lang w:eastAsia="zh-CN"/>
        </w:rPr>
        <w:br/>
      </w:r>
      <w:r>
        <w:rPr>
          <w:lang w:eastAsia="zh-CN"/>
        </w:rPr>
        <w:t>　　第一，实习的主要内容</w:t>
      </w:r>
      <w:r>
        <w:rPr>
          <w:lang w:eastAsia="zh-CN"/>
        </w:rPr>
        <w:br/>
      </w:r>
      <w:r>
        <w:rPr>
          <w:lang w:eastAsia="zh-CN"/>
        </w:rPr>
        <w:t>　　1、处理所有的银行转账，存款，提现，银行承兑汇票的到期承兑等。</w:t>
      </w:r>
      <w:r>
        <w:rPr>
          <w:lang w:eastAsia="zh-CN"/>
        </w:rPr>
        <w:br/>
      </w:r>
      <w:r>
        <w:rPr>
          <w:lang w:eastAsia="zh-CN"/>
        </w:rPr>
        <w:t>　　2、负责各银行现金支票和转账支票的购买、保管和发放。</w:t>
      </w:r>
      <w:r>
        <w:rPr>
          <w:lang w:eastAsia="zh-CN"/>
        </w:rPr>
        <w:br/>
      </w:r>
      <w:r>
        <w:rPr>
          <w:lang w:eastAsia="zh-CN"/>
        </w:rPr>
        <w:t>　　3、计算机化填写银行收据和银行付款凭证。</w:t>
      </w:r>
      <w:r>
        <w:rPr>
          <w:lang w:eastAsia="zh-CN"/>
        </w:rPr>
        <w:br/>
      </w:r>
      <w:r>
        <w:rPr>
          <w:lang w:eastAsia="zh-CN"/>
        </w:rPr>
        <w:t>　　4、在银行日记账中登记手工账，并及时与银行对账。</w:t>
      </w:r>
      <w:r>
        <w:rPr>
          <w:lang w:eastAsia="zh-CN"/>
        </w:rPr>
        <w:br/>
      </w:r>
      <w:r>
        <w:rPr>
          <w:lang w:eastAsia="zh-CN"/>
        </w:rPr>
        <w:t>　　第二，损失</w:t>
      </w:r>
      <w:r>
        <w:rPr>
          <w:lang w:eastAsia="zh-CN"/>
        </w:rPr>
        <w:br/>
      </w:r>
      <w:r>
        <w:rPr>
          <w:lang w:eastAsia="zh-CN"/>
        </w:rPr>
        <w:t>　　回顾收银三个月的工作，感觉工作的很多不足，觉得做法太简单。所以在操作的过程中，有些眼高手低，造成了很多不必要的麻烦，可以总结为：</w:t>
      </w:r>
      <w:r>
        <w:rPr>
          <w:lang w:eastAsia="zh-CN"/>
        </w:rPr>
        <w:br/>
      </w:r>
      <w:r>
        <w:rPr>
          <w:lang w:eastAsia="zh-CN"/>
        </w:rPr>
        <w:t>　　1、支票必须书写工整，没有连笔，并且不能修改。不过我的.正楷书法功底太弱了。最后，我工整地写下了支票的内容。盖银行预留章也是一种技巧。印章的重压和双现象会被银行退款，耽误了我的工作。</w:t>
      </w:r>
      <w:r>
        <w:rPr>
          <w:lang w:eastAsia="zh-CN"/>
        </w:rPr>
        <w:br/>
      </w:r>
      <w:r>
        <w:rPr>
          <w:lang w:eastAsia="zh-CN"/>
        </w:rPr>
        <w:t>　　2、用计算机填写银行收据和银行付款凭证时，日期和附件的数量经常被忘记和重写。</w:t>
      </w:r>
      <w:r>
        <w:rPr>
          <w:lang w:eastAsia="zh-CN"/>
        </w:rPr>
        <w:br/>
      </w:r>
      <w:r>
        <w:rPr>
          <w:lang w:eastAsia="zh-CN"/>
        </w:rPr>
        <w:t>　　3、在银行日记账中登记手工账，无法及时与银行对账。</w:t>
      </w:r>
      <w:r>
        <w:rPr>
          <w:lang w:eastAsia="zh-CN"/>
        </w:rPr>
        <w:br/>
      </w:r>
      <w:r>
        <w:rPr>
          <w:lang w:eastAsia="zh-CN"/>
        </w:rPr>
        <w:t>　　第三，获取</w:t>
      </w:r>
      <w:r>
        <w:rPr>
          <w:lang w:eastAsia="zh-CN"/>
        </w:rPr>
        <w:br/>
      </w:r>
      <w:r>
        <w:rPr>
          <w:lang w:eastAsia="zh-CN"/>
        </w:rPr>
        <w:t>　　1、严格按照财务制度的要求，办理了银行的收付业务，以及支票的填写和签发，实现了财务工作的严密性和规范性。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2、学习并操作用友会计软件系统，将书本与实践有效结合。</w:t>
      </w:r>
      <w:r>
        <w:rPr>
          <w:lang w:eastAsia="zh-CN"/>
        </w:rPr>
        <w:br/>
      </w:r>
      <w:r>
        <w:rPr>
          <w:lang w:eastAsia="zh-CN"/>
        </w:rPr>
        <w:t>　　3、根据记账凭证登记明细账，学会编制金额、余额表。</w:t>
      </w:r>
      <w:r>
        <w:rPr>
          <w:lang w:eastAsia="zh-CN"/>
        </w:rPr>
        <w:br/>
      </w:r>
      <w:r>
        <w:rPr>
          <w:lang w:eastAsia="zh-CN"/>
        </w:rPr>
        <w:t>　　4、学会了如何与同事相处，及时完成领导交办的其他任务。</w:t>
      </w:r>
      <w:r>
        <w:rPr>
          <w:lang w:eastAsia="zh-CN"/>
        </w:rPr>
        <w:br/>
      </w:r>
      <w:r>
        <w:rPr>
          <w:lang w:eastAsia="zh-CN"/>
        </w:rPr>
        <w:t>　　第四，对公司的了解</w:t>
      </w:r>
      <w:r>
        <w:rPr>
          <w:lang w:eastAsia="zh-CN"/>
        </w:rPr>
        <w:br/>
      </w:r>
      <w:r>
        <w:rPr>
          <w:lang w:eastAsia="zh-CN"/>
        </w:rPr>
        <w:t>　　对于公司来说，有目共睹。自接手以来，我们在管理上实行人性化的管理理念，即“以人为本，德治企业，全面和谐”。并相继实施了、竞聘上岗、戒烟禁酒等一系列管理措施。提高了公司的管理质量和秩序。在对待员工方面，公司实行了一系列措施，比如在员工有困难的时候帮助他们，在员工生病的时候去看望他们，报喜不报忧。加强了同事之间、员工与公司之间的和谐，让我深深感受到了公司对员工的关怀。</w:t>
      </w:r>
      <w:r>
        <w:rPr>
          <w:lang w:eastAsia="zh-CN"/>
        </w:rPr>
        <w:br/>
      </w:r>
      <w:r>
        <w:rPr>
          <w:lang w:eastAsia="zh-CN"/>
        </w:rPr>
        <w:t>　　在今后的工作中，我将努力提高自己的业务水平，克服自己的不足，在以下几个方向努力：</w:t>
      </w:r>
      <w:r>
        <w:rPr>
          <w:lang w:eastAsia="zh-CN"/>
        </w:rPr>
        <w:br/>
      </w:r>
      <w:r>
        <w:rPr>
          <w:lang w:eastAsia="zh-CN"/>
        </w:rPr>
        <w:t>　　1、在以后的工作中不断学习业务知识，通过多读书、多学习、多实践，不断提高自己的业务技能。</w:t>
      </w:r>
      <w:r>
        <w:rPr>
          <w:lang w:eastAsia="zh-CN"/>
        </w:rPr>
        <w:br/>
      </w:r>
      <w:r>
        <w:rPr>
          <w:lang w:eastAsia="zh-CN"/>
        </w:rPr>
        <w:t>　　2、提高自己解决实际问题的能力，克服工作过程中的急躁情绪，以积极热情细致的态度认真对待每一项工作。</w:t>
      </w:r>
      <w:r>
        <w:rPr>
          <w:lang w:eastAsia="zh-CN"/>
        </w:rPr>
        <w:br/>
      </w:r>
      <w:r>
        <w:rPr>
          <w:lang w:eastAsia="zh-CN"/>
        </w:rPr>
        <w:t>　　以上是我对三个月试用的体会和理解，也是我在工作中所学知识与实践相结合的过程。在以后的工作和学习中，我会不懈努力，努力实现自己的人生价值和目标。</w:t>
      </w:r>
      <w:r>
        <w:rPr>
          <w:lang w:eastAsia="zh-CN"/>
        </w:rPr>
        <w:br/>
      </w:r>
      <w:r>
        <w:rPr>
          <w:lang w:eastAsia="zh-CN"/>
        </w:rPr>
        <w:t>　　在此，感谢公司领导和同事们对我工作和生活的支持和关心，这是对我工作最大的肯定和鼓励。真心感谢！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会计试用期工作总结 篇7 </w:t>
      </w:r>
      <w:r>
        <w:rPr>
          <w:lang w:eastAsia="zh-CN"/>
        </w:rPr>
        <w:br/>
      </w:r>
      <w:r>
        <w:rPr>
          <w:lang w:eastAsia="zh-CN"/>
        </w:rPr>
        <w:t>　　在过去的半年时间里，我在一家小企业担任出纳和助理会计。深深感受到了自己知识的浅薄和实际应用中专业知识的匮乏。以下是我实习过程和感受的记录。</w:t>
      </w:r>
      <w:r>
        <w:rPr>
          <w:lang w:eastAsia="zh-CN"/>
        </w:rPr>
        <w:br/>
      </w:r>
      <w:r>
        <w:rPr>
          <w:lang w:eastAsia="zh-CN"/>
        </w:rPr>
        <w:t>　　一、实习期间的点点滴滴</w:t>
      </w:r>
      <w:r>
        <w:rPr>
          <w:lang w:eastAsia="zh-CN"/>
        </w:rPr>
        <w:br/>
      </w:r>
      <w:r>
        <w:rPr>
          <w:lang w:eastAsia="zh-CN"/>
        </w:rPr>
        <w:t>　　刚开始的时候，我对一些工作感到无所适从，这让我感到很难过。上学的时候，我一直认为自己的会计理论知识很扎实，很强。一旦接触到现实，才知道自己懂得是多么的少，才真正体会到“学无止境”的意义。</w:t>
      </w:r>
      <w:r>
        <w:rPr>
          <w:lang w:eastAsia="zh-CN"/>
        </w:rPr>
        <w:br/>
      </w:r>
      <w:r>
        <w:rPr>
          <w:lang w:eastAsia="zh-CN"/>
        </w:rPr>
        <w:t>　　刚到会计部。会计主任给我看了过去做的会计凭证。由于暑假有过类似的社会实践经历，所以只是把凭证一扫而光，总以为凭记忆和大学学过的理论就能掌握原始凭证。这种浮躁的心态让我忽略了会计循环的基石——会计分录，以至于在做凭证的时候犯了很多错误。但有利于弥补空业余时间，彻底了解公司日常会计业务。我们在书本上学到很多会计分录，但是实际练习起来还是有出路的。特别是接触一些银行账单、汇票、发票等。不要以为只是认识而已。你要按日、按月整理好所有文件，用图钉装订好，准备记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准备凭证，进入会计程序。虽然会计看似简单，就像小学生能做的一样，但如此大量的可重复工作需要一定的耐心和细心。因为错误是不能用笔涂改或者用橡皮擦擦掉的，而且会计制度对每一步都有严格的要求。比如写错了号，就要用红笔画划线，并加盖责任人的印章，使之无效。如果写错了摘要栏，可以在旁边用蓝色笔画写正确的摘要。平时我们总觉得中间写的好看，但是摘要不行。你必须从左边写。这是为了防止抽象列被任意篡改。数字的写法也有严格的要求。字迹一定要清晰细腻，分格填写，不能错开。而且记账的时候，要清楚每一个明细分录和总账的名称。否则总分类账的借贷就无法平衡。如此繁琐的手续让我不敢大意。并不是说我作业或者考试出错就扣分。它关系到企业的账目，是企业制定未来发展规划的依据。</w:t>
      </w:r>
      <w:r>
        <w:rPr>
          <w:lang w:eastAsia="zh-CN"/>
        </w:rPr>
        <w:br/>
      </w:r>
      <w:r>
        <w:rPr>
          <w:lang w:eastAsia="zh-CN"/>
        </w:rPr>
        <w:t>　　二、实习期间的深刻感受</w:t>
      </w:r>
      <w:r>
        <w:rPr>
          <w:lang w:eastAsia="zh-CN"/>
        </w:rPr>
        <w:br/>
      </w:r>
      <w:r>
        <w:rPr>
          <w:lang w:eastAsia="zh-CN"/>
        </w:rPr>
        <w:t>　　良好的职业素质、职业道德和敬业精神是会计人员的第一要素。会计部门作为现代企业管理的核心组织，对其员工的素质要求必然很高。</w:t>
      </w:r>
      <w:r>
        <w:rPr>
          <w:lang w:eastAsia="zh-CN"/>
        </w:rPr>
        <w:br/>
      </w:r>
      <w:r>
        <w:rPr>
          <w:lang w:eastAsia="zh-CN"/>
        </w:rPr>
        <w:t>　　（1）从智力上讲，会计是一个专业性很强的工作。员工只有通过不断学习才能跟上企业发展的步伐，他们应该不断充实自己，掌握最新的会计准则，详细的税法，法律知识和应对关键的经济趋势。只有这样，才能掌握自己的工作内容，对企业的发展方向做出正确的判断，为企业的生产和流通做好财务规划，为企业和社会创造更多的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从道德品质的角度看，会计工作的特殊性使其可以接触到大量的共同财产。所以作为会计，一定要把握好自己的事情尺度。首先，我们应该自律，其次，我们应该坚决地威胁他人。孙同志曾经说过“不做伪账”。这四个字代表了他对整个会计行业的诉求和希望。如何挽救道德缺失，把个人素质提高到一个新的水平，是每个会计人员都应该认真思考的问题。会计人员只有提高自身的道德素质，才能走好职业生涯的每一步。只有提高会计人员的道德素质，会计行业才能得到更深层次的发展，市场经济的优势才能更好地发挥。</w:t>
      </w:r>
      <w:r>
        <w:rPr>
          <w:lang w:eastAsia="zh-CN"/>
        </w:rPr>
        <w:br/>
      </w:r>
      <w:r>
        <w:rPr>
          <w:lang w:eastAsia="zh-CN"/>
        </w:rPr>
        <w:t>　　严谨的工作态度是会计人员要具体准备的第二个要素。态度决定一切，会计是一项非常精密的工作，要求会计人员准确计算每一个指标，记住每一个税法，正确使用每一个公式。会计不是一个创新的工作，要靠一个又一个准确的数字来反映问题。所以一定要加强对数字的敏感度，及时发现问题，解决问题，弥补漏洞。</w:t>
      </w:r>
      <w:r>
        <w:rPr>
          <w:lang w:eastAsia="zh-CN"/>
        </w:rPr>
        <w:br/>
      </w:r>
      <w:r>
        <w:rPr>
          <w:lang w:eastAsia="zh-CN"/>
        </w:rPr>
        <w:t>　　良好的人际交往能力——会计人员应具备的第三要素。会计部门是企业管理的核心部门。它应自下而上收集会计信息，自上而下报告会计信息，对内相互协调整理会计信息，对外与公众和政府部门搞好关系。在与各部门各种人员打交道时，一定要注意沟通方式，协调好他们之间的工作关系。工作重要的是要有正确的态度和良好的心理素质。记住，有一句话叫做“三高三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会计是一项单调乏味的工作。在工作期间，我对整天枯燥的账目和数字感到厌烦和厌倦，以至于我在条目中出现了许多错误和遗漏。越错越烦，越错越多，只会让事情变得更糟。相反，只要你用心去做，就会鱼与熊掌兼得。越做越觉得好玩，越做越努力。梁启超说：一切职业都是有趣的。只要你愿意在他们身上下功夫，兴趣自然会产生。所以，在会计上千万不要粗心大意，马虎浮躁。一切都是一样的，你需要毅力、细心和恒心，然后你才能到达成功的彼岸！</w:t>
      </w:r>
      <w:r>
        <w:rPr>
          <w:lang w:eastAsia="zh-CN"/>
        </w:rPr>
        <w:br/>
      </w:r>
      <w:r>
        <w:rPr>
          <w:lang w:eastAsia="zh-CN"/>
        </w:rPr>
        <w:t>　　经过几周的长时间训练，个人认为会计对于男生来说真的.很惨。从开始做会计分录到登记凭证。然后登记账本，然后查账，准备报表，装订等等。一系列繁琐的任务都是一个人完成的。经历过风风雨雨，才能真正明白什么是会计。会计这份原来的工作并没有想象中的那么简单和清闲。</w:t>
      </w:r>
      <w:r>
        <w:rPr>
          <w:lang w:eastAsia="zh-CN"/>
        </w:rPr>
        <w:br/>
      </w:r>
      <w:r>
        <w:rPr>
          <w:lang w:eastAsia="zh-CN"/>
        </w:rPr>
        <w:t>　　还记得刚开始做会计分录的时候，因为要准备电台的节目，周一到周三都在忙那些工作。所以我打算在星期四完成会计分录。但偏偏周五的党老师的课改到了周四下午，顿时让我一脸茫然。虽然上学期的基础会我学的挺好，出了题目马上脱口而出一个2秒的词条，但是要我在很短的时间内完成40多个词条，而且是手写的，不太现实。所以干脆等老师自己写完日记账，准备凭证。所以两个阶段的工作，叶莉一个阶段就完成了！</w:t>
      </w:r>
      <w:r>
        <w:rPr>
          <w:lang w:eastAsia="zh-CN"/>
        </w:rPr>
        <w:br/>
      </w:r>
      <w:r>
        <w:rPr>
          <w:lang w:eastAsia="zh-CN"/>
        </w:rPr>
        <w:t>　　接下来，就是登记账簿。如果说前一阶段的工作还是我的强项的话，这一阶段立马就让我傻了眼。不是我自己做不了，而是工作的繁琐，真的让人担心。不同的账簿，比如总账、明细账、三栏式等等，按照凭证一一登记，确实很急。看着这么厚的凭证。痛苦还在后面，尤其是写数字的时候。写错了就得用刀片刮。如果你稍微用力，纸就会碎。这不仅考验我们的耐心，也需要我们的细心。另外，做这些账，首先要分清哪些业务要列在那些账本里。稍有疏忽，一页帐就废了。还有，结账结束的时候，你要一个一个算出每种类型的结果，有很多数字加减，真的是大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后来会计报表的编制就简单多了。由于前期工作量大，后期只需要根据账簿逐一编制会计报表即可。当然，我们的关心是不可缺少的。</w:t>
      </w:r>
      <w:r>
        <w:rPr>
          <w:lang w:eastAsia="zh-CN"/>
        </w:rPr>
        <w:br/>
      </w:r>
      <w:r>
        <w:rPr>
          <w:lang w:eastAsia="zh-CN"/>
        </w:rPr>
        <w:t>　　最后的任务是整理装订会计页、凭证等资料，基本任务初步完成！</w:t>
      </w:r>
      <w:r>
        <w:rPr>
          <w:lang w:eastAsia="zh-CN"/>
        </w:rPr>
        <w:br/>
      </w:r>
      <w:r>
        <w:rPr>
          <w:lang w:eastAsia="zh-CN"/>
        </w:rPr>
        <w:t xml:space="preserve">    会计试用期工作总结 篇8 </w:t>
      </w:r>
      <w:r>
        <w:rPr>
          <w:lang w:eastAsia="zh-CN"/>
        </w:rPr>
        <w:br/>
      </w:r>
      <w:r>
        <w:rPr>
          <w:lang w:eastAsia="zh-CN"/>
        </w:rPr>
        <w:t>　　时光荏苒，踏入从事销售会计工作已经快_个月了，转眼间试用期已接近尾声，在这将近_个月的工作中，我既体会到了刚刚踏上工作岗位的那种新鲜感，又感觉到了工作的艰辛和劳累，</w:t>
      </w:r>
      <w:r>
        <w:rPr>
          <w:lang w:eastAsia="zh-CN"/>
        </w:rPr>
        <w:br/>
      </w:r>
      <w:r>
        <w:rPr>
          <w:lang w:eastAsia="zh-CN"/>
        </w:rPr>
        <w:t>　　在这段试用期中有喜也有忧!喜的是和同事们工作相处得十分融洽，学到了很多之前没有接触到的、学不到的东西，自身实践经验、工作能力得到了提高;忧的是自己还有太多的知识需要学习，许多方面还有待于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_个月来，我深深体会到，工作时，用心、专心、细心、耐心四者同时具备是多么的重要，体会到了公司每一位同事的踏实认真的工作态度，让我更加的警戒自己，一定要把工作做好做细。每个公司的制度和规定在细节上虽稍有区别，但大体方向和宗旨却都相同。所以，很快我就适应了这里的工作流程，尽量配合大家的工作，融入了这个大家庭，并认真做好自己的本职工作。我喜欢这里，并且很愿意把这里当作锻炼自己的平台，和公司共同发展，做出自己最大的贡献。我所在的财务是一个充满激情和挑战的部门，我要认真学习岗位职能，做好自己的本职工作，努力完成好各项工作任务。要做好一份工作，我认为最重要的是要有责任心，有了一份责任在身上，就会努力去完成它，并尽量做到完美。团队精神是每个公司都倡导的美德，我认为，公司要发展，彼此的合作协调是很重要的。没有各个部门和各位同仁的相互配合，公司的工作进程要受到阻碍，工作效率会大打折扣，公司效益自然会受损，这样对公司和个人都无益处的。</w:t>
      </w:r>
      <w:r>
        <w:rPr>
          <w:lang w:eastAsia="zh-CN"/>
        </w:rPr>
        <w:br/>
      </w:r>
      <w:r>
        <w:rPr>
          <w:lang w:eastAsia="zh-CN"/>
        </w:rPr>
        <w:t>　　我会在以后的工作中不断学习业务知识，通过多看、多学、多练来不断的提高自己的各项业务技能。提高自己解决实际问题的能力，并在工作过程中慢慢克服急躁情绪，积极、热情、细致地的对待每一项工作。最后，感谢大家给了我这次机会，在以后的工作中，我会努力工作，做好个人工作计划，争取将各项工作做得更好!</w:t>
      </w:r>
      <w:r>
        <w:rPr>
          <w:lang w:eastAsia="zh-CN"/>
        </w:rPr>
        <w:br/>
      </w:r>
      <w:r>
        <w:rPr>
          <w:lang w:eastAsia="zh-CN"/>
        </w:rPr>
        <w:t xml:space="preserve">    会计试用期工作总结 篇9 </w:t>
      </w:r>
      <w:r>
        <w:rPr>
          <w:lang w:eastAsia="zh-CN"/>
        </w:rPr>
        <w:br/>
      </w:r>
      <w:r>
        <w:rPr>
          <w:lang w:eastAsia="zh-CN"/>
        </w:rPr>
        <w:t>　　20___月_日我来到_公司，今天是20___月_日，在_个月的出纳工作中，对出纳的岗位认识、工作性质、业务技能以及思想提高都是对我的职业生涯的填充和必不可少的弥补。</w:t>
      </w:r>
      <w:r>
        <w:rPr>
          <w:lang w:eastAsia="zh-CN"/>
        </w:rPr>
        <w:br/>
      </w:r>
      <w:r>
        <w:rPr>
          <w:lang w:eastAsia="zh-CN"/>
        </w:rPr>
        <w:t>　　回顾_个月来的出纳工作，先是失误、还是失误，最后才有了小的成绩和经验。</w:t>
      </w:r>
      <w:r>
        <w:rPr>
          <w:lang w:eastAsia="zh-CN"/>
        </w:rPr>
        <w:br/>
      </w:r>
      <w:r>
        <w:rPr>
          <w:lang w:eastAsia="zh-CN"/>
        </w:rPr>
        <w:t>　　一、失误、缺点和经验简谈</w:t>
      </w:r>
      <w:r>
        <w:rPr>
          <w:lang w:eastAsia="zh-CN"/>
        </w:rPr>
        <w:br/>
      </w:r>
      <w:r>
        <w:rPr>
          <w:lang w:eastAsia="zh-CN"/>
        </w:rPr>
        <w:t>　　以前在公司是做会计工作的，出纳的业务没具体操作和实践过，总认为是“调虫小技”，不以为然，可就是抱着这种心态刚开始干出纳工作出现不少的失误，</w:t>
      </w:r>
      <w:r>
        <w:rPr>
          <w:lang w:eastAsia="zh-CN"/>
        </w:rPr>
        <w:br/>
      </w:r>
      <w:r>
        <w:rPr>
          <w:lang w:eastAsia="zh-CN"/>
        </w:rPr>
        <w:t>　　第一失误就是开具支票上的错误。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w:t>
      </w:r>
      <w:r>
        <w:rPr>
          <w:lang w:eastAsia="zh-CN"/>
        </w:rPr>
        <w:br/>
      </w:r>
      <w:r>
        <w:rPr>
          <w:lang w:eastAsia="zh-CN"/>
        </w:rPr>
        <w:t>　　基于上述业务需求，根据自己在软件公司的软件实施经验和电脑知识，为自己的岗位需求开发了E_CEL系统的交行票据套打系统，解决了在实际工作中出现的缺点问题，提高了工作效率。</w:t>
      </w:r>
      <w:r>
        <w:rPr>
          <w:lang w:eastAsia="zh-CN"/>
        </w:rPr>
        <w:br/>
      </w:r>
      <w:r>
        <w:rPr>
          <w:lang w:eastAsia="zh-CN"/>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lang w:eastAsia="zh-CN"/>
        </w:rPr>
        <w:br/>
      </w:r>
      <w:r>
        <w:rPr>
          <w:lang w:eastAsia="zh-CN"/>
        </w:rPr>
        <w:t>　　二、取得的成绩</w:t>
      </w:r>
      <w:r>
        <w:rPr>
          <w:lang w:eastAsia="zh-CN"/>
        </w:rPr>
        <w:br/>
      </w:r>
      <w:r>
        <w:rPr>
          <w:lang w:eastAsia="zh-CN"/>
        </w:rPr>
        <w:t>　　在这期间，在财务和内勤上我作了如下具体工作。</w:t>
      </w:r>
      <w:r>
        <w:rPr>
          <w:lang w:eastAsia="zh-CN"/>
        </w:rPr>
        <w:br/>
      </w:r>
      <w:r>
        <w:rPr>
          <w:lang w:eastAsia="zh-CN"/>
        </w:rPr>
        <w:t>　　1、严格按照财务制度的要求，办理费用报销，现金、支票的收付业务。</w:t>
      </w:r>
      <w:r>
        <w:rPr>
          <w:lang w:eastAsia="zh-CN"/>
        </w:rPr>
        <w:br/>
      </w:r>
      <w:r>
        <w:rPr>
          <w:lang w:eastAsia="zh-CN"/>
        </w:rPr>
        <w:t>　　2、每月第八个工作日按时作好单位职工的薪金发放。</w:t>
      </w:r>
      <w:r>
        <w:rPr>
          <w:lang w:eastAsia="zh-CN"/>
        </w:rPr>
        <w:br/>
      </w:r>
      <w:r>
        <w:rPr>
          <w:lang w:eastAsia="zh-CN"/>
        </w:rPr>
        <w:t>　　3、及时登记现金、银行存款日记帐。月末编制银行余额调节表。</w:t>
      </w:r>
      <w:r>
        <w:rPr>
          <w:lang w:eastAsia="zh-CN"/>
        </w:rPr>
        <w:br/>
      </w:r>
      <w:r>
        <w:rPr>
          <w:lang w:eastAsia="zh-CN"/>
        </w:rPr>
        <w:t>　　4、起草财经公文、人事公文并及时发放、传阅、存档、保管。</w:t>
      </w:r>
      <w:r>
        <w:rPr>
          <w:lang w:eastAsia="zh-CN"/>
        </w:rPr>
        <w:br/>
      </w:r>
      <w:r>
        <w:rPr>
          <w:lang w:eastAsia="zh-CN"/>
        </w:rPr>
        <w:t>　　5、监督人员考勤登记，办公饮用水的安排。</w:t>
      </w:r>
      <w:r>
        <w:rPr>
          <w:lang w:eastAsia="zh-CN"/>
        </w:rPr>
        <w:br/>
      </w:r>
      <w:r>
        <w:rPr>
          <w:lang w:eastAsia="zh-CN"/>
        </w:rPr>
        <w:t>　　6、开具日常收款业务发票，并保管好空白发票和其它支票。</w:t>
      </w:r>
      <w:r>
        <w:rPr>
          <w:lang w:eastAsia="zh-CN"/>
        </w:rPr>
        <w:br/>
      </w:r>
      <w:r>
        <w:rPr>
          <w:lang w:eastAsia="zh-CN"/>
        </w:rPr>
        <w:t>　　7、开发了E_CEL平台票据套打系统。</w:t>
      </w:r>
      <w:r>
        <w:rPr>
          <w:lang w:eastAsia="zh-CN"/>
        </w:rPr>
        <w:br/>
      </w:r>
      <w:r>
        <w:rPr>
          <w:lang w:eastAsia="zh-CN"/>
        </w:rPr>
        <w:t>　　8、填写地税申报表。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9、完成财务经理交待的工作。</w:t>
      </w:r>
      <w:r>
        <w:rPr>
          <w:lang w:eastAsia="zh-CN"/>
        </w:rPr>
        <w:br/>
      </w:r>
      <w:r>
        <w:rPr>
          <w:lang w:eastAsia="zh-CN"/>
        </w:rPr>
        <w:t>　　出纳工作看似简单，做起来难，成绩的取得离不开单位领导的耐心教诲和无形的身教，三个月的岗位实战练兵，使我的财务工作水平又向前推进了一步。知道了要作好出纳工作绝不可以用“轻松”来形容，绝非“雕虫小技”，它是经济工作的第一线，财务收支的关口，占有重要的地位。</w:t>
      </w:r>
      <w:r>
        <w:rPr>
          <w:lang w:eastAsia="zh-CN"/>
        </w:rPr>
        <w:br/>
      </w:r>
      <w:r>
        <w:rPr>
          <w:lang w:eastAsia="zh-CN"/>
        </w:rPr>
        <w:t>　　三、今后的努力方向</w:t>
      </w:r>
      <w:r>
        <w:rPr>
          <w:lang w:eastAsia="zh-CN"/>
        </w:rPr>
        <w:br/>
      </w:r>
      <w:r>
        <w:rPr>
          <w:lang w:eastAsia="zh-CN"/>
        </w:rPr>
        <w:t>　　作为一个合格的出纳，必须具备以下的基本要求：一。学习、了解和掌握政策法规和公司制度，不断提高自己的业务水平和知识技能。二学会制订本职岗位工作内部控制制度，发挥财务控制、监督的作用。三。出纳人员要恪守良好的职业道德。四。出纳人员要有较强的安全意识，现金、有价证券、票据、各种印鉴，既要有内部的保管分工，各负其责，并相互牵制。四。很好的沟通能力。特别是和工商、税务、社保等单位的外联沟通能力。</w:t>
      </w:r>
      <w:r>
        <w:rPr>
          <w:lang w:eastAsia="zh-CN"/>
        </w:rPr>
        <w:br/>
      </w:r>
      <w:r>
        <w:rPr>
          <w:lang w:eastAsia="zh-CN"/>
        </w:rPr>
        <w:t>　　以上是我近三个月工作以来的一些体会和认识，也是我不断在工作中将所学的知识与实践相结合的一个过程。在以后的工作和学习中我还将不懈的努力和拼搏，努力实现自己的人生价值。</w:t>
      </w:r>
      <w:r>
        <w:rPr>
          <w:lang w:eastAsia="zh-CN"/>
        </w:rPr>
        <w:br/>
      </w:r>
      <w:r>
        <w:rPr>
          <w:lang w:eastAsia="zh-CN"/>
        </w:rPr>
        <w:t>　　在此，我要特别感谢公司领导和各位同仁在工作和生活中给予我的支持和关心，这是对我工作的肯定和鼓舞，我真诚的表示感谢!</w:t>
      </w:r>
      <w:r>
        <w:rPr>
          <w:lang w:eastAsia="zh-CN"/>
        </w:rPr>
        <w:br/>
      </w:r>
      <w:r>
        <w:rPr>
          <w:lang w:eastAsia="zh-CN"/>
        </w:rPr>
        <w:t xml:space="preserve">    会计试用期工作总结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到了，为了丰富自己的阅历，适应社会，我想在这个假期能找个实习单位，渡过一个有意义的。我应聘的岗位是实习会计，被建业公司安置到了置业有现公司。公司的财务部并没有太多人，设有一名财务经理，两名出纳，两名会计。此次负责我实习的诗司出纳—刘爱丽，刘姐根据我的实习时间，主要是让我了解财务软件的使用和会计处理的流程，并做一些会计凭证。公司采用的是金碟财务软件，从编制记账凭证到记账、编制会计报表、结账都是通过财务软件完成。我认真学习了正规而标准的公司会计流程，真正从课本中走到了现实中，细致地了解了公司会计工作的全部过程，掌握了金蝶财务软件的操作。</w:t>
      </w:r>
      <w:r>
        <w:rPr>
          <w:lang w:eastAsia="zh-CN"/>
        </w:rPr>
        <w:br/>
      </w:r>
      <w:r>
        <w:rPr>
          <w:lang w:eastAsia="zh-CN"/>
        </w:rPr>
        <w:t>　　开始单位不会让我干什么，观察我是否有耐性全身心的.投入本行业，然后是大批量的工作，数量和难度都很大但是要求不高，这是考察我的能力，也让我找到自己的位置。单位里完全按能力来分配待遇，而不是学历。社会的准则就是不能劳动的人就是废物，即便你是大学生、文化高、素质高、说话有水平、气质高、斯文做作等等。山外有山，人外有人，虚心向他人学习有真材实学才是当务之急。</w:t>
      </w:r>
      <w:r>
        <w:rPr>
          <w:lang w:eastAsia="zh-CN"/>
        </w:rPr>
        <w:br/>
      </w:r>
      <w:r>
        <w:rPr>
          <w:lang w:eastAsia="zh-CN"/>
        </w:rPr>
        <w:t>　　作为学习了这么长时间会计的我们，可以说对会计基本上能耳目能熟了。有关会计的专业基础知识、基本理论、基本方法和结构体系，我们都基本掌握。通过实践了解到，这些似乎只是纸上谈兵。倘若将这些理论性极强的东西搬上实际上应用，那我们也会是无从下手，一窍不通。下面就是我通过这次会计实习中领悟到的很多书本上所不能学到的会计的特点和积累，以及题外的很多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以前，我总以为自己的会计理论知识还算扎实，正如所有工作一样，掌握了规律，照葫芦画瓢准没错，那么，当一名出色的会计人员，应该没问题了。现在才发现，会计其实更讲究的是它的实际操作性和实践性。离开操作和实践，其它一切都为零!会计就是实际中学会做账。</w:t>
      </w:r>
      <w:r>
        <w:rPr>
          <w:lang w:eastAsia="zh-CN"/>
        </w:rPr>
        <w:br/>
      </w:r>
      <w:r>
        <w:rPr>
          <w:lang w:eastAsia="zh-CN"/>
        </w:rPr>
        <w:t>　　在实践中我也发现，会计具有很强的连通性、逻辑性和规范性。其一，每一笔业务的发生，都要根据其原始凭证，登记入记账凭证、明细账、日记账、三栏式账、多栏式账、总账等等可能连通起来的账户。其二，会计的每一笔账务都有依有据，而且是逐一按时间顺序登记下来的，极具逻辑性。其三，在会计的实践中，漏账、错账的更正，都不允许随意添改，不容弄虚作假。每一个程序、步骤都得以会计制度为前提、为基础。体现了会计的规范性。</w:t>
      </w:r>
      <w:r>
        <w:rPr>
          <w:lang w:eastAsia="zh-CN"/>
        </w:rPr>
        <w:br/>
      </w:r>
      <w:r>
        <w:rPr>
          <w:lang w:eastAsia="zh-CN"/>
        </w:rPr>
        <w:t>　　在登帐过程中，首先，要根据业务的发生，取得原始凭证，将其登记记账凭证。然后，根据记账凭证，登记其明细账。期末，填写科目汇总表以及试算平衡表，最后才把它登记入总账。结转其成本后，根据总账合计，填制资产负债表、利润表、损益表等等年度报表。这就是会计操作的一般顺序和基本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实习期间，我曾觉得整天要对着那枯燥无味的账目和数字而心生烦闷、厌倦，以至于登账登得错漏百出。愈错愈烦，愈烦愈错，这只会导致“雪上加霜”，会计本来就是烦琐的工作。不过慢慢觉得只要你用心地做，反而又会左右逢源。越做越觉乐趣，越做越起劲。清朝改良派代表梁启超说过：凡职业都具有趣味的，只要你肯干下去，趣味自然会发生。因此，做账切忌：粗心大意，马虎了事，心浮气躁。做任何事都一样，需要有恒心、细心和毅力，那才会到达成功的彼岸!</w:t>
      </w:r>
      <w:r>
        <w:rPr>
          <w:lang w:eastAsia="zh-CN"/>
        </w:rPr>
        <w:br/>
      </w:r>
      <w:r>
        <w:rPr>
          <w:lang w:eastAsia="zh-CN"/>
        </w:rPr>
        <w:t>　　总之，在这次会计实习中，我努力将自己在学校所学的理论知识向实践方面转化，尽量做到理论与实践相结合。在实习期间我遵守了工作纪律，不迟到、不早退，认真完成领导交办的工作。我可谓受益匪浅。</w:t>
      </w:r>
      <w:r>
        <w:rPr>
          <w:lang w:eastAsia="zh-CN"/>
        </w:rPr>
        <w:br/>
      </w:r>
      <w:r>
        <w:rPr>
          <w:lang w:eastAsia="zh-CN"/>
        </w:rPr>
        <w:t xml:space="preserve">    会计试用期工作总结 篇11 </w:t>
      </w:r>
      <w:r>
        <w:rPr>
          <w:lang w:eastAsia="zh-CN"/>
        </w:rPr>
        <w:br/>
      </w:r>
      <w:r>
        <w:rPr>
          <w:lang w:eastAsia="zh-CN"/>
        </w:rPr>
        <w:t>　　自__号进入公司六月正式接手出纳工作，到现在已经整整三个月。在这期间我虚心学习新的专业知识，积极配合同事之间的工作，努力适应新的工作岗位，以最快的速度和的状态进入自己的工作状态。</w:t>
      </w:r>
      <w:r>
        <w:rPr>
          <w:lang w:eastAsia="zh-CN"/>
        </w:rPr>
        <w:br/>
      </w:r>
      <w:r>
        <w:rPr>
          <w:lang w:eastAsia="zh-CN"/>
        </w:rPr>
        <w:t>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同时为了自己的工作效率，平时加强专业知识的训练及基本知识的练习。</w:t>
      </w:r>
      <w:r>
        <w:rPr>
          <w:lang w:eastAsia="zh-CN"/>
        </w:rPr>
        <w:br/>
      </w:r>
      <w:r>
        <w:rPr>
          <w:lang w:eastAsia="zh-CN"/>
        </w:rPr>
        <w:t>　　其次作为单位出纳，我在收付、反映等方面尽到了应尽的职责，过去的几个月里在不断改善工作方式方法的同时，顺利完成如下工作：</w:t>
      </w:r>
      <w:r>
        <w:rPr>
          <w:lang w:eastAsia="zh-CN"/>
        </w:rPr>
        <w:br/>
      </w:r>
      <w:r>
        <w:rPr>
          <w:lang w:eastAsia="zh-CN"/>
        </w:rPr>
        <w:t>　　一、日常工作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1、每日做好日常的现金盘存工作，做到账实相符严格执行现金管理和结算制度，定期向会计核对现金与帐目，发现金额不符，做到及时汇报，及时处理。负责支票、汇票、发票、收据管理。</w:t>
      </w:r>
      <w:r>
        <w:rPr>
          <w:lang w:eastAsia="zh-CN"/>
        </w:rPr>
        <w:br/>
      </w:r>
      <w:r>
        <w:rPr>
          <w:lang w:eastAsia="zh-CN"/>
        </w:rPr>
        <w:t>　　2、负责员工的各项费用的报销，及时去银行提取现金。及时收回各项收入，开出收据，及时收回现金存入银行。</w:t>
      </w:r>
      <w:r>
        <w:rPr>
          <w:lang w:eastAsia="zh-CN"/>
        </w:rPr>
        <w:br/>
      </w:r>
      <w:r>
        <w:rPr>
          <w:lang w:eastAsia="zh-CN"/>
        </w:rPr>
        <w:t>　　3、根据会计提供的依据，与银行相关部门联系，井然有序地完成了职工工资和其它应发放的经费发放工作。</w:t>
      </w:r>
      <w:r>
        <w:rPr>
          <w:lang w:eastAsia="zh-CN"/>
        </w:rPr>
        <w:br/>
      </w:r>
      <w:r>
        <w:rPr>
          <w:lang w:eastAsia="zh-CN"/>
        </w:rPr>
        <w:t>　　4、坚持财务手续，严格审核(凭证上必须有经手人及相关领导的签字才能给予支付)，对不符手续的凭证不付款。</w:t>
      </w:r>
      <w:r>
        <w:rPr>
          <w:lang w:eastAsia="zh-CN"/>
        </w:rPr>
        <w:br/>
      </w:r>
      <w:r>
        <w:rPr>
          <w:lang w:eastAsia="zh-CN"/>
        </w:rPr>
        <w:t>　　5、完成领导交付的其他工作。</w:t>
      </w:r>
      <w:r>
        <w:rPr>
          <w:lang w:eastAsia="zh-CN"/>
        </w:rPr>
        <w:br/>
      </w:r>
      <w:r>
        <w:rPr>
          <w:lang w:eastAsia="zh-CN"/>
        </w:rPr>
        <w:t>　　二、回顾检查自身存在的问题</w:t>
      </w:r>
      <w:r>
        <w:rPr>
          <w:lang w:eastAsia="zh-CN"/>
        </w:rPr>
        <w:br/>
      </w:r>
      <w:r>
        <w:rPr>
          <w:lang w:eastAsia="zh-CN"/>
        </w:rPr>
        <w:t>　　1、学习不够。当前，以信息技术为基础的会计软件的应用及理论基础、专业知识、工作方法等不能完全适应新的工作。</w:t>
      </w:r>
      <w:r>
        <w:rPr>
          <w:lang w:eastAsia="zh-CN"/>
        </w:rPr>
        <w:br/>
      </w:r>
      <w:r>
        <w:rPr>
          <w:lang w:eastAsia="zh-CN"/>
        </w:rPr>
        <w:t>　　2、对针对以上问题，今后的努力方向是：</w:t>
      </w:r>
      <w:r>
        <w:rPr>
          <w:lang w:eastAsia="zh-CN"/>
        </w:rPr>
        <w:br/>
      </w:r>
      <w:r>
        <w:rPr>
          <w:lang w:eastAsia="zh-CN"/>
        </w:rPr>
        <w:t>　　加强理论学习，进一步提高工作效率。对业务的熟悉，必须通过相关专业知识的学习，虚心请教领导和同事增强分析问题、解决问题的能力。</w:t>
      </w:r>
      <w:r>
        <w:rPr>
          <w:lang w:eastAsia="zh-CN"/>
        </w:rPr>
        <w:br/>
      </w:r>
      <w:r>
        <w:rPr>
          <w:lang w:eastAsia="zh-CN"/>
        </w:rPr>
        <w:t>　　三、总结</w:t>
      </w:r>
      <w:r>
        <w:rPr>
          <w:lang w:eastAsia="zh-CN"/>
        </w:rPr>
        <w:br/>
      </w:r>
      <w:r>
        <w:rPr>
          <w:lang w:eastAsia="zh-CN"/>
        </w:rPr>
        <w:t>　　综上所述。在过去的三个月中，付出过努力，也得到过回报。我坚持要求自己做到谨慎的对待工作，并在工作中掌握财务人员应该掌握的原则。作为财务人员特别需要在制度和人情之间把握好分寸，既不能的触犯规章制度也不能不通世故人情。只有不断的提高业务水平才能使工作更顺利的进行。</w:t>
      </w:r>
      <w:r>
        <w:rPr>
          <w:lang w:eastAsia="zh-CN"/>
        </w:rPr>
        <w:br/>
      </w:r>
      <w:r>
        <w:rPr>
          <w:lang w:eastAsia="zh-CN"/>
        </w:rPr>
        <w:t xml:space="preserve">    会计试用期工作总结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20__年_月_日，我荣幸成为一员，在财务部担任会计一职，到现在，我已经加入这个家庭整整两个多月了。在这一个月的时间里，我对公司的架构、管理、运行模式及业务有了进一步的了解。</w:t>
      </w:r>
      <w:r>
        <w:rPr>
          <w:lang w:eastAsia="zh-CN"/>
        </w:rPr>
        <w:br/>
      </w:r>
      <w:r>
        <w:rPr>
          <w:lang w:eastAsia="zh-CN"/>
        </w:rPr>
        <w:t>　　虽然我已经不是刚出社会的应届毕业生，尽管我已经有了近3年的会计工作经历，但是，面对这从未接触过的行业，心里总有点忐忑。在原工作单位，我主要从事代理记账及审计咨询工作，涉及的基本是制造业与商贸企业的税务账处理、税务筹划及企业与各政府部门之间的沟通等工作，而不涉及一个企业内部的日常财务工作，对企业的内账及其管理认知比较少，因此，面对新的行业，面对新的工作职能，尽管入职前有对相关行业的会计制度与政策进行咨询与了解，但心里总有不踏实，感觉无从下手，害怕会做不好工作。而当我加入，公司宽松融洽的工作氛围，让我放松了原来紧绷的情绪，很快适应了新的工作环境。</w:t>
      </w:r>
      <w:r>
        <w:rPr>
          <w:lang w:eastAsia="zh-CN"/>
        </w:rPr>
        <w:br/>
      </w:r>
      <w:r>
        <w:rPr>
          <w:lang w:eastAsia="zh-CN"/>
        </w:rPr>
        <w:t>　　在这短短几个月的工作时间里，我感受良多。</w:t>
      </w:r>
      <w:r>
        <w:rPr>
          <w:lang w:eastAsia="zh-CN"/>
        </w:rPr>
        <w:br/>
      </w:r>
      <w:r>
        <w:rPr>
          <w:lang w:eastAsia="zh-CN"/>
        </w:rPr>
        <w:t>　　首先，在人际交往方面。公司虽然人员不多，并且基本都是新入职，但是每个人都相处融洽，组成一个融洽、和谐的集体。</w:t>
      </w:r>
      <w:r>
        <w:rPr>
          <w:lang w:eastAsia="zh-CN"/>
        </w:rPr>
        <w:br/>
      </w:r>
      <w:r>
        <w:rPr>
          <w:lang w:eastAsia="zh-CN"/>
        </w:rPr>
        <w:t>　　其次，工作方面，得到一定的锻炼与提升：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得益于之前的工作，由于对e_cel工作表的常用函数运用尚算熟练，让我在计算公司产品收益及设计相关文件表格时能事半功倍。尽管刚开始时，由于不熟悉业务，在计算产品收益时在数据组合上往往有些手忙脚乱，但最后总算能把握好规律，顺利完成该项工作，并且经过资料的搜集与测试，顺利把借款明细表按要求设计出来。</w:t>
      </w:r>
      <w:r>
        <w:rPr>
          <w:lang w:eastAsia="zh-CN"/>
        </w:rPr>
        <w:br/>
      </w:r>
      <w:r>
        <w:rPr>
          <w:lang w:eastAsia="zh-CN"/>
        </w:rPr>
        <w:t>　　2、由于我兼顾着公司日常费用支出与报销的工作，因此在费用单据规范化及报销管理上有了深一步了解。报销单据原则上只接受发票报销，在确实无法取得发票的情况下，允许收据报销，但必须说明情况。报销时必须经过领导审核通过，财务才给予报销。费用单据的规范化，及报销管理制度的订立，是加强公司的单据管理及成本费用控制的重要环节。</w:t>
      </w:r>
      <w:r>
        <w:rPr>
          <w:lang w:eastAsia="zh-CN"/>
        </w:rPr>
        <w:br/>
      </w:r>
      <w:r>
        <w:rPr>
          <w:lang w:eastAsia="zh-CN"/>
        </w:rPr>
        <w:t>　　3、由于公司是刚起步，办公系统及财务系统尚未配置到位，因此，查找筛选合适的办公系统及财务系统是我前期工作的一部分，而在对软件的初步了解及与软件供应商的洽谈过程中，更能发现自身谈判能力的不足，而每次洽谈过程中总助鲜明的立场及简洁有力的理据，伶俐的口才，都让我佩服不已。这是非常值得学习的对象！</w:t>
      </w:r>
      <w:r>
        <w:rPr>
          <w:lang w:eastAsia="zh-CN"/>
        </w:rPr>
        <w:br/>
      </w:r>
      <w:r>
        <w:rPr>
          <w:lang w:eastAsia="zh-CN"/>
        </w:rPr>
        <w:t>　　4、在这个月的中后期，公司业务开始初步发展，服务费收入及相应的业务支出交替发生，在每笔放款项目达成时，能对每笔放款项目的服务费及查勘费及时登记，并与跟进每个放款项目的客服专员顺利完成对接，做好业务的登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当然，在这一个月的工作中，也体现了我的不足之处，作为一名企业会计，我的工作独立性尚且不够。在前一份工作中，我更多的是处于执行者的地位，是命令的接收者，只需要把负责的客户相应的财务数据及指标定期对上级领导反映，以便领导掌握代理客户的基本情况，并且根据领导的指示执行相应的操作，而不需要在管理层面上对每一项操作思考。因此工作依赖性较强。而在这新的岗位，在执行职责的同时，更多的需要对每一操作是否合理进行思考，真正参与到企业的基层管理中。因此，在工作中更需要较强的的独立性。另外，在首次服务费收入进账时，由于跟领导、客服人员的沟通接洽不足，在中间的转账、登记及联系客户对接方面出现了小差错，万幸最后得以及时纠正了，而这也为以后的工作树立了前车之鉴。</w:t>
      </w:r>
      <w:r>
        <w:rPr>
          <w:lang w:eastAsia="zh-CN"/>
        </w:rPr>
        <w:br/>
      </w:r>
      <w:r>
        <w:rPr>
          <w:lang w:eastAsia="zh-CN"/>
        </w:rPr>
        <w:t>　　虽然我加入只有短短的一个月，但我确实学到了很多，也体会了很多；尽管在这新的行业中，我的专业技能尚算生疏，但我一定会不断的学习，时刻关注最新的财会政策，努力提升我的专业技能，积累处理问题的经验，尽我的全力做好我的我的本职工作，体现自己的价值，和公司一起成长，与公司一起展望美好的未来！</w:t>
      </w:r>
      <w:r>
        <w:rPr>
          <w:lang w:eastAsia="zh-CN"/>
        </w:rPr>
        <w:br/>
      </w:r>
      <w:r>
        <w:rPr>
          <w:lang w:eastAsia="zh-CN"/>
        </w:rPr>
        <w:t>　　我自今年_月份到公司上班，现在已有__月的时间，这期间在公司各位同任的大力支持下，在其他相关人员的积极配合下，我与大家一道，团结一心，踏实工作，较好地完成各项工作任务。</w:t>
      </w:r>
      <w:r>
        <w:rPr>
          <w:lang w:eastAsia="zh-CN"/>
        </w:rPr>
        <w:br/>
      </w:r>
      <w:r>
        <w:rPr>
          <w:lang w:eastAsia="zh-CN"/>
        </w:rPr>
        <w:t>　　下面我将近几个月来的试用期工作、学习等方面的情况向大家做简要汇报：</w:t>
      </w:r>
      <w:r>
        <w:rPr>
          <w:lang w:eastAsia="zh-CN"/>
        </w:rPr>
        <w:br/>
      </w:r>
      <w:r>
        <w:rPr>
          <w:lang w:eastAsia="zh-CN"/>
        </w:rPr>
        <w:t>　　一、严于律己，严格要求，遵章守纪，团结同志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自到公司上班以来，我能严格要求自己，每天按时上下班，能正确处理好公司与家庭的关系，从不因个人原因耽误公司的正常工作；同时我也能严格遵守公司的各项规章制度，从不搞特殊，也从不向公司提出不合理的要求；对公司的人员，不管经理还是工人，我都能与他们搞好团结，不搞无原则的纠纷，不利于团结的事不做，不利于团结的话不说。</w:t>
      </w:r>
      <w:r>
        <w:rPr>
          <w:lang w:eastAsia="zh-CN"/>
        </w:rPr>
        <w:br/>
      </w:r>
      <w:r>
        <w:rPr>
          <w:lang w:eastAsia="zh-CN"/>
        </w:rPr>
        <w:t>　　二、尽职尽责履行好了自己的工作职责</w:t>
      </w:r>
      <w:r>
        <w:rPr>
          <w:lang w:eastAsia="zh-CN"/>
        </w:rPr>
        <w:br/>
      </w:r>
      <w:r>
        <w:rPr>
          <w:lang w:eastAsia="zh-CN"/>
        </w:rPr>
        <w:t>　　我在公司主要从事财务工作，为此我从以下方面做了一些工作：</w:t>
      </w:r>
      <w:r>
        <w:rPr>
          <w:lang w:eastAsia="zh-CN"/>
        </w:rPr>
        <w:br/>
      </w:r>
      <w:r>
        <w:rPr>
          <w:lang w:eastAsia="zh-CN"/>
        </w:rPr>
        <w:t>　　1、建立健全公司财务制度。公司成立以来，我是兼职会计，所以只负责每月的帐务处理和财务报表的报送，使得公司财务上的制度不够健全。自到公司正式上班后，我将财务人员的工作合理划分，在公司的财务方面按规定进行了要求，特别是发票管理方面，严格要求正确填开和索取，减少不必要的麻烦。在财务收支方面，严格执行公司的财经制度。</w:t>
      </w:r>
      <w:r>
        <w:rPr>
          <w:lang w:eastAsia="zh-CN"/>
        </w:rPr>
        <w:br/>
      </w:r>
      <w:r>
        <w:rPr>
          <w:lang w:eastAsia="zh-CN"/>
        </w:rPr>
        <w:t>　　2、正确核算，按时结算，及时报送税务相关报表。在日常财务工作中，我能严格按财务规定正确核算公司的经营情况，按时结算有关帐务，每月末及时将财务报表和纳税申报表报送税务机关，没有因个人原因耽误报送时间。</w:t>
      </w:r>
      <w:r>
        <w:rPr>
          <w:lang w:eastAsia="zh-CN"/>
        </w:rPr>
        <w:br/>
      </w:r>
      <w:r>
        <w:rPr>
          <w:lang w:eastAsia="zh-CN"/>
        </w:rPr>
        <w:t>　　3、及时将财务状况汇报于公司，积极为经理当好参谋。每个月我都将公司的财务情况给公司经理进行汇报，使经理能及时了解、掌握公司的经营状况，对经营中出现的问题我能及时提出合理化建议，发挥财务在公司经营中的作用，为建立当好参谋和助手作用。另外，对其他人员在销售、采购中有关不符合要求的做法，我也能及时提醒和指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4、认真负责，积极配合税务部门的稽查工作。__月初，税务部门对我公司进行稽查，在这期间，我能积极配合，并加强和稽查人员的配合，发挥自己的优势，多与他们沟通，对存在的问题与他们交流，争取他们的宽容，使公司的利益得到最大保护。</w:t>
      </w:r>
      <w:r>
        <w:rPr>
          <w:lang w:eastAsia="zh-CN"/>
        </w:rPr>
        <w:br/>
      </w:r>
      <w:r>
        <w:rPr>
          <w:lang w:eastAsia="zh-CN"/>
        </w:rPr>
        <w:t>　　三、存在的问题</w:t>
      </w:r>
      <w:r>
        <w:rPr>
          <w:lang w:eastAsia="zh-CN"/>
        </w:rPr>
        <w:br/>
      </w:r>
      <w:r>
        <w:rPr>
          <w:lang w:eastAsia="zh-CN"/>
        </w:rPr>
        <w:t>　　一年来，围绕自身工作职责做了一定的努力，取得了一定的成效，但与公司的要求和期望相比还存在一些问题和差距，主要是：自己来公司时间短，一些情况还不熟悉，尤其是对每个销售人员的核算，工程部分和零售部分没有明确划分清楚，给销售人员带来了麻烦，同时也给公司对每个销售人员完成任务的情况掌握不够准确。对这些问题，我将在今后的工作中认真加以解决。</w:t>
      </w:r>
      <w:r>
        <w:rPr>
          <w:lang w:eastAsia="zh-CN"/>
        </w:rPr>
        <w:br/>
      </w:r>
      <w:r>
        <w:rPr>
          <w:lang w:eastAsia="zh-CN"/>
        </w:rPr>
        <w:t>　　20__年_月_日，我满怀希望和激情的来到了__有限公司，从事会计工作。作为__集团子公司的码头公司的财务，财务部应算是关键部门之一，对内要求迅速熟悉集团财务制度，熟悉财务软件的操作，而且还应适应不断提升财务管理水平的要求，对外要掌握应对税务、审计及财政等机关的各项检查、掌握税收政策及合理应用。在这三个月的试用期中，在领导的支持，在同事的配合下我终于将基本业务流程掌握了。自身综合工作能力相比以前又迈进了一步。转眼间，三个月的时间就快过去了，我的试用期也将结束了，在此对自己过去一年的工作情况予以总结。</w:t>
      </w:r>
      <w:r>
        <w:rPr>
          <w:lang w:eastAsia="zh-CN"/>
        </w:rPr>
        <w:br/>
      </w:r>
      <w:r>
        <w:rPr>
          <w:lang w:eastAsia="zh-CN"/>
        </w:rPr>
        <w:t>　　一、与同事沟通交流与合作的角度来看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通过这些天的学习和工作，让我受益匪浅。首先，让我获得了理论与实践进行结合的机会，使我明白没具体的实践经验，一切理论都是空谈。在工作的过程中我对自己的会计理论有了新的认识。更为重要的是：对于人与人之间的沟通、合作、协调有了新的体会，要想做好工作，首先要学会怎么样去做人。</w:t>
      </w:r>
      <w:r>
        <w:rPr>
          <w:lang w:eastAsia="zh-CN"/>
        </w:rPr>
        <w:br/>
      </w:r>
      <w:r>
        <w:rPr>
          <w:lang w:eastAsia="zh-CN"/>
        </w:rPr>
        <w:t>　　为人处事方面，财务部门是一个要求细腻的部门，整天与数字打交道，所以不允许粗心。我刚进入公司的第一天，之前公司财务室的同事对我很热情。我很感动，对待同事自然也是怀着感激之情，用最真诚的心与同事交流着。与他们一起上班，感觉轻松自在。工作期间，他们帮过我很多，包括工作上的和生活上的，经常有工作上的问题请教他们，他们都是很耐心的帮我解答，下班之余，大家也会一起聊天，谈论自己的收获，或是心情。领导对我也很照顾，有什么不理解的问题都会耐心仔细地解答。而对于领导的话，我是完全服从。与其他部门同事之间，见面也都会打招呼，与宿舍的同事关系相处得也很好。总的来说，这一年的时间，我与同事的相处是很融洽的，能够很快的融入他们，大家一起工作，相互照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刚开始工作压力很大，虽然在学校的理论都掌握的扎实，但毕竟实际工作跟理论还是有很大差别的，因此工作中有许多不能够理解的地方。领导的信任令我信心满怀，不管怎样，我都不能令领导失望。因此，我只能在工作的同时，不断的去巩固以前所学的知识。一年的财务工作，从编制记账凭证到登记账薄，开具发票，网上申报纳税，到出具财务报表，方方面面得到充分的锻炼与学习，由于我的认真和勤劳，每次都能及时准确的完成领导交待的任务，提供相关的财务数据，因此，我对自己的工作成果还是比较满意的。这段工作时间中，我接触到了税务，成本，材料，销售，报表等几大类的内容，接触到了我以前没有接触的知识，感受到了以前没有感受到的气氛，人际关系得到了极大地改善。</w:t>
      </w:r>
      <w:r>
        <w:rPr>
          <w:lang w:eastAsia="zh-CN"/>
        </w:rPr>
        <w:br/>
      </w:r>
      <w:r>
        <w:rPr>
          <w:lang w:eastAsia="zh-CN"/>
        </w:rPr>
        <w:t>　　二、从会计工作方面，提升自身能力可以从以下几个方面来考虑</w:t>
      </w:r>
      <w:r>
        <w:rPr>
          <w:lang w:eastAsia="zh-CN"/>
        </w:rPr>
        <w:br/>
      </w:r>
      <w:r>
        <w:rPr>
          <w:lang w:eastAsia="zh-CN"/>
        </w:rPr>
        <w:t>　　1、遵守企业会计准则与会计职业道德</w:t>
      </w:r>
      <w:r>
        <w:rPr>
          <w:lang w:eastAsia="zh-CN"/>
        </w:rPr>
        <w:br/>
      </w:r>
      <w:r>
        <w:rPr>
          <w:lang w:eastAsia="zh-CN"/>
        </w:rPr>
        <w:t>　　从《会计法》出发，加强财务基础工作的学习，规范记账凭证的编制，严格对原始凭证的合理性进行审核，强化会计档案的管理等。会计相关的经济政策与法律法规随着市场经济的发展，随时在发生着变化，因此，作为一名会计人员，需要跟随时代的发展，学习法律法规，以适应新时代的发展。尤其是在营改增之后，需要对企业的成本费用进行涉税成本分析，对于应该取得增值税发票的部分，必须取得，规划化发票取得，以控制企业的税务成本。</w:t>
      </w:r>
      <w:r>
        <w:rPr>
          <w:lang w:eastAsia="zh-CN"/>
        </w:rPr>
        <w:br/>
      </w:r>
      <w:r>
        <w:rPr>
          <w:lang w:eastAsia="zh-CN"/>
        </w:rPr>
        <w:t>　　2、费用成本、客户往来方面的管理</w:t>
      </w:r>
      <w:r>
        <w:rPr>
          <w:lang w:eastAsia="zh-CN"/>
        </w:rPr>
        <w:br/>
      </w:r>
      <w:r>
        <w:rPr>
          <w:lang w:eastAsia="zh-CN"/>
        </w:rPr>
        <w:t>　　从公司的原材料成本方面，对于物资系统，要规范了低值易耗品的核算管理，全面建立低值易耗品台帐，从易耗品的购买、领用全面跟踪，方便企业更全面的了解这些价值较低物资的分布情况，加强管理。</w:t>
      </w:r>
      <w:r>
        <w:rPr>
          <w:lang w:eastAsia="zh-CN"/>
        </w:rPr>
        <w:br/>
      </w:r>
      <w:r>
        <w:rPr>
          <w:lang w:eastAsia="zh-CN"/>
        </w:rPr>
        <w:t>　　在集团财务制度的基础上规范了成本费用的管理，明确了成本费用的分类，重新整理了科目，成本中心，加强了项目管理，分门别类的计算实际消耗的费用项目，真实反映当期的成本。为绩效管理提供参考依据。成本发票的取得，以及应付账款的付款期限，发票的取得，确定了流程，入库单的金额核算方法，以及付款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根据商业公司特点，设置相应帐套，通过辅助帐中应收系统客户使分发挥出作用，能够及时有效的反映财务数据，满足未来经营管理的需要。对各项收入监督、审核，制定相应的财务制度。</w:t>
      </w:r>
      <w:r>
        <w:rPr>
          <w:lang w:eastAsia="zh-CN"/>
        </w:rPr>
        <w:br/>
      </w:r>
      <w:r>
        <w:rPr>
          <w:lang w:eastAsia="zh-CN"/>
        </w:rPr>
        <w:t>　　3、企业税控、与业务人力部门的配合方面。</w:t>
      </w:r>
      <w:r>
        <w:rPr>
          <w:lang w:eastAsia="zh-CN"/>
        </w:rPr>
        <w:br/>
      </w:r>
      <w:r>
        <w:rPr>
          <w:lang w:eastAsia="zh-CN"/>
        </w:rPr>
        <w:t>　　对综合务部、人力、业务所提供的单据进行数据的核算与分析，解决其核算方面所所遇到的各种问题，例如个人所得税的计算，工资薪酬的分配，收入税收的控制，成本的降低提出应有的合理化建议，以提高公司的周转效益。及时沟通、密切联系并注意对他们的工作提出些意见，与各部建立良好的合作关系。按规定时间编制本公司及集团公司需要的各种类型的财务报表，及时申报各项税金。 财务工作是对企业经营活动的反映、监督，对本部门以外的信息应及时了解，目前部门之间的协作没有问题，就是对财务暂时没用或是不相关的信息，没有主动与其他部门进行沟通、了解，到用时都不知该找谁；对于各种往来账之间的关系，集团，国家的政策法规，尤其是营改增之后，掌握还不完全。</w:t>
      </w:r>
      <w:r>
        <w:rPr>
          <w:lang w:eastAsia="zh-CN"/>
        </w:rPr>
        <w:br/>
      </w:r>
      <w:r>
        <w:rPr>
          <w:lang w:eastAsia="zh-CN"/>
        </w:rPr>
        <w:t>　　在紧张的工作之余，作为一个基层财务工作管理者，注意充分自身的主观能动性及工作积极性。提高工作热情以及责任心，树立起开拓创新、务实高效的部门新形象。</w:t>
      </w:r>
      <w:r>
        <w:rPr>
          <w:lang w:eastAsia="zh-CN"/>
        </w:rPr>
        <w:br/>
      </w:r>
      <w:r>
        <w:rPr>
          <w:lang w:eastAsia="zh-CN"/>
        </w:rPr>
        <w:t>　　三、会计工作中仍有许多待改进之处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集团公司财务管理部下发的《__集团财务管理制度》以及组织我们学习了财政部《会计工作基础规范》，对我们的会计工作提出了具体的要求。并且在增值税发票管理方面，举办专门的培训班进行培训。但在实际工作中还存在许多不足之处，尤其在一些小问题的执行上不够坚决，以下是改进今后工作的一些要求。</w:t>
      </w:r>
      <w:r>
        <w:rPr>
          <w:lang w:eastAsia="zh-CN"/>
        </w:rPr>
        <w:br/>
      </w:r>
      <w:r>
        <w:rPr>
          <w:lang w:eastAsia="zh-CN"/>
        </w:rPr>
        <w:t>　　在做好日常会计核算工作的基础上，还是要不断学习业务知识，带着看专业辅导教材，会计方面，政策性的方针不能违背，针对自己的薄弱环节有的放失；同时向财务主管学习好的专业经验，提高自身的综合能力。积极参与企业的经营活动与会议，加强事前了解企业经营计划，掌握企业工作流程的第一手资料，按照集团公司要求，认真做好财务反应核算工作。在日常工作中按照财务计划，量化自身工作，使企业效益最大化。在实际经营活动中发生与计划较大差异时，及时与领导沟通，分析查找原因，根据差异及其产生原因采取行动或纠正偏差。</w:t>
      </w:r>
      <w:r>
        <w:rPr>
          <w:lang w:eastAsia="zh-CN"/>
        </w:rPr>
        <w:br/>
      </w:r>
      <w:r>
        <w:rPr>
          <w:lang w:eastAsia="zh-CN"/>
        </w:rPr>
        <w:t>　　进一步从财务流程方面使得会计核算工作的规范化、制度化，按照财政部《会计工作基础规范》，做好日常会计核算工作。只有按照《工作规范》、《企业会计制度》做好日常会计核算工作，做好财务工作分析的基础工作，才能为领导提供真实有效的、具有参考价值的财务分析及决策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不断吸取新的知识，完善自身的知识结构，提高政策水平。对财务知识以外的与码头有关的知识掌握不够，有时也会影响到自己的财务工作。所以在平时，除了加强自身的学习外，要多向其他部门的同事请教，尤其在工作中碰到非财务专业的业务事项时，不能单以自己的理解，应在彻底搞清楚之后，进行处理。例如原材料方面，各种港机配件的归类，需要向物资处的人员指教，或者是收入的往来，需要与业务部加强沟通交流与协作。同时人力资源的收入薪酬，劳务费用的分摊，计时计件工资的分摊处理，需要进一步的协调。</w:t>
      </w:r>
      <w:r>
        <w:rPr>
          <w:lang w:eastAsia="zh-CN"/>
        </w:rPr>
        <w:br/>
      </w:r>
      <w:r>
        <w:rPr>
          <w:lang w:eastAsia="zh-CN"/>
        </w:rPr>
        <w:t>　　加强内、外部的沟通，搜集有关信息，对内需要财务和各部门之间经常进行沟通，形成一种联动效应，对企业的各种信息作一个动态的掌握，对外加强与地方财税部门之间的联系，及时掌握有关政策信息，既依法纳税又合理避税，例如政府对地方基础性辅助设施的税收优惠，当地海事部门的港建费用的缴交与缴交时间的安排，为企业合法经营做好参谋。</w:t>
      </w:r>
      <w:r>
        <w:rPr>
          <w:lang w:eastAsia="zh-CN"/>
        </w:rPr>
        <w:br/>
      </w:r>
      <w:r>
        <w:rPr>
          <w:lang w:eastAsia="zh-CN"/>
        </w:rPr>
        <w:t>　　最后，在今后的工作中，我会在工作中尽我所能，不遗余力地作好财务工作。</w:t>
      </w:r>
      <w:r>
        <w:rPr>
          <w:lang w:eastAsia="zh-CN"/>
        </w:rPr>
        <w:br/>
      </w:r>
      <w:r>
        <w:rPr>
          <w:lang w:eastAsia="zh-CN"/>
        </w:rPr>
        <w:t xml:space="preserve">    会计试用期工作总结 篇13 </w:t>
      </w:r>
      <w:r>
        <w:rPr>
          <w:lang w:eastAsia="zh-CN"/>
        </w:rPr>
        <w:br/>
      </w:r>
      <w:r>
        <w:rPr>
          <w:lang w:eastAsia="zh-CN"/>
        </w:rPr>
        <w:t>　　20__年9月27日，我荣幸成为金融的一员，在财务部担任会计一职，到现在，我已经加入这个家庭整整三个月了。在这三个月的时间里，我对公司的架构、管理、运行模式及业务有了进一步的了解。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虽然我已经不是刚出社会的应届毕业生，尽管我已经有了近3年的会计工作经历，但是，面对这从未接触过的行业，心里总有点忐忑。在原工作单位，我主要从事代理记账及审计咨询工作，涉及的基本是制造业与商贸企业的税务账处理、税务筹划及企业与各政府部门之间的沟通等工作，而不涉及一个企业内部的日常财务工作，对企业的内账及其管理认知比较少，因此，面对新的行业，面对新的工作职能，尽管入职前有对相关行业的会计制度与政策进行咨询与了解，但心里总有不踏实，感觉无从下手，害怕会做不好工作。而当我加入，公司宽松融洽的工作氛围，让我放松了原来紧绷的情绪，很快适应了新的工作环境。</w:t>
      </w:r>
      <w:r>
        <w:rPr>
          <w:lang w:eastAsia="zh-CN"/>
        </w:rPr>
        <w:br/>
      </w:r>
      <w:r>
        <w:rPr>
          <w:lang w:eastAsia="zh-CN"/>
        </w:rPr>
        <w:t>　　在这短短一个月的工作时间里，我感受良多。</w:t>
      </w:r>
      <w:r>
        <w:rPr>
          <w:lang w:eastAsia="zh-CN"/>
        </w:rPr>
        <w:br/>
      </w:r>
      <w:r>
        <w:rPr>
          <w:lang w:eastAsia="zh-CN"/>
        </w:rPr>
        <w:t>　　首先，在人际交往方面。公司虽然人员不多，并且基本都是新入职，但是每个人都相处融洽，组成一个融洽、和谐的集体。</w:t>
      </w:r>
      <w:r>
        <w:rPr>
          <w:lang w:eastAsia="zh-CN"/>
        </w:rPr>
        <w:br/>
      </w:r>
      <w:r>
        <w:rPr>
          <w:lang w:eastAsia="zh-CN"/>
        </w:rPr>
        <w:t>　　其次，工作方面，得到一定的锻炼与提升：</w:t>
      </w:r>
      <w:r>
        <w:rPr>
          <w:lang w:eastAsia="zh-CN"/>
        </w:rPr>
        <w:br/>
      </w:r>
      <w:r>
        <w:rPr>
          <w:lang w:eastAsia="zh-CN"/>
        </w:rPr>
        <w:t>　　1.得益于之前的工作，由于对e_cel工作表的常用函数运用尚算熟练，让我在计算公司产品收益及设计相关文件表格时能事半功倍。尽管刚开始时，由于不熟悉业务，在计算产品收益时在数据组合上往往有些手忙脚乱，但最后总算能把握好规律，顺利完成该项工作，并且经过资料的搜集与测试，顺利把借款明细表按要求设计出来。</w:t>
      </w:r>
      <w:r>
        <w:rPr>
          <w:lang w:eastAsia="zh-CN"/>
        </w:rPr>
        <w:br/>
      </w:r>
      <w:r>
        <w:rPr>
          <w:lang w:eastAsia="zh-CN"/>
        </w:rPr>
        <w:t>　　2.由于我兼顾着公司日常费用支出与报销的工作，因此在费用单据规范化及报销管理上有了深一步了解。报销单据原则上只接受发票报销，在确实无法取得发票的情况下，允许收据报销，但必须说明情况。报销时必须经过领导审核通过，财务才给予报销。费用单据的规范化，及报销管理制度的订立，是加强公司的单据管理及成本费用控制的重要环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3.由于公司是刚起步，办公系统及财务系统尚未配置到位，因此，查找筛选合适的办公系统及财务系统是我前期工作的一部分，而在对软件的初步了解及与软件供应商的洽谈过程中，更能发现自身谈判能力的不足，而每次洽谈过程中总助鲜明的立场及简洁有力的理据，伶俐的口才，都让我佩服不已。这是非常值得学习的对象！</w:t>
      </w:r>
      <w:r>
        <w:rPr>
          <w:lang w:eastAsia="zh-CN"/>
        </w:rPr>
        <w:br/>
      </w:r>
      <w:r>
        <w:rPr>
          <w:lang w:eastAsia="zh-CN"/>
        </w:rPr>
        <w:t>　　4.在这个月的中后期，公司业务开始初步发展，服务费收入及相应的业务支出交替发生，在每笔放款项目达成时，能对每笔放款项目的服务费及查勘费及时登记，并与跟进每个放款项目的客服专员顺利完成对接，做好业务的登记。</w:t>
      </w:r>
      <w:r>
        <w:rPr>
          <w:lang w:eastAsia="zh-CN"/>
        </w:rPr>
        <w:br/>
      </w:r>
      <w:r>
        <w:rPr>
          <w:lang w:eastAsia="zh-CN"/>
        </w:rPr>
        <w:t>　　当然，在这一个月的工作中，也体现了我的不足之处，作为一名企业会计，我的工作独立性尚且不够。在前一份工作中，我更多的是处于执行者的地位，是命令的接收者，只需要把负责的客户相应的财务数据及指标定期对上级领导反映，以便领导掌握代理客户的基本情况，并且根据领导的指示执行相应的操作，而不需要在管理层面上对每一项操作思考。因此工作依赖性较强。而在这新的岗位，在执行职责的同时，更多的需要对每一操作是否合理进行思考，真正参与到企业的基层管理中。因此，在工作中更需要较强的的独立性。另外，在首次服务费收入进账时，由于跟领导、客服人员的沟通接洽不足，在中间的转账、登记及联系客户对接方面出现了小差错，万幸最后得以及时纠正了，而这也为以后的工作树立了前车之鉴。</w:t>
      </w:r>
      <w:r>
        <w:rPr>
          <w:lang w:eastAsia="zh-CN"/>
        </w:rPr>
        <w:br/>
      </w:r>
    </w:p>
    <w:p w:rsidR="001B1F19" w14:textId="27C3F48A">
      <w:pPr>
        <w:rPr>
          <w:rFonts w:hint="eastAsia"/>
          <w:lang w:eastAsia="zh-CN"/>
        </w:rPr>
      </w:pPr>
      <w:r>
        <w:rPr>
          <w:lang w:eastAsia="zh-CN"/>
        </w:rPr>
        <w:t>　　虽然我加入只有短短的三个月，但我确实学到了很多，也体会了很多；尽管在这新的行业中，我的专业技能尚算生疏，但我一定会不断的学习，时刻关注最新的财会政策，努力提升我的专业技能，积累处理问题的经验，尽我的全力做好我的我的本职工作，体现自己的价值，和公司一起成长，与公司一起展望美好的未来！</w:t>
      </w:r>
      <w:r>
        <w:rPr>
          <w:lang w:eastAsia="zh-CN"/>
        </w:rPr>
        <w:br/>
      </w:r>
      <w:r>
        <w:rPr>
          <w:lang w:eastAsia="zh-CN"/>
        </w:rPr>
        <w:t xml:space="preserve">    会计试用期工作总结 篇14 </w:t>
      </w:r>
      <w:r>
        <w:rPr>
          <w:lang w:eastAsia="zh-CN"/>
        </w:rPr>
        <w:br/>
      </w:r>
      <w:r>
        <w:rPr>
          <w:lang w:eastAsia="zh-CN"/>
        </w:rPr>
        <w:t>　　经过两个月的试用期，我在工作也取得了一些成效。会计工作看似简单，做起来却难，以前的工作经验对我从事新的工作有一定的帮助，但很多事情还需要重新认识和体会，学习和实践相互融合才能产出成果，成绩的取得离不开单位领导的耐心教诲和无形的身教，离不开公司同仁的关心和支持。</w:t>
      </w:r>
      <w:r>
        <w:rPr>
          <w:lang w:eastAsia="zh-CN"/>
        </w:rPr>
        <w:br/>
      </w:r>
      <w:r>
        <w:rPr>
          <w:lang w:eastAsia="zh-CN"/>
        </w:rPr>
        <w:t>　　两个月试用期已经过去，我对自己所从事的会计工作已经比较熟悉，也能胜任这项工作。以前在会计师事务所做业务助理工作时，对会计的工作情况比较了解。而且在这两个月里，我在公司_总和_会计的领导下，在公司同仁的帮助下，在新的岗位中，我对本公司经营模式和管理制度有了全新的认识和深入的学习。现对本职工作总结如下：</w:t>
      </w:r>
      <w:r>
        <w:rPr>
          <w:lang w:eastAsia="zh-CN"/>
        </w:rPr>
        <w:br/>
      </w:r>
      <w:r>
        <w:rPr>
          <w:lang w:eastAsia="zh-CN"/>
        </w:rPr>
        <w:t>　　一、一个人面对新的城市、新的工作，一切都将是新开始，都有一个从生疏到熟悉及精通的过程，万事开头难，一个良好的心态——虚心的、积极的心态是干好一切工作的根本。刚开始的几天是关键，于是我努力把自己的心态调整到最佳，以适应新的环境、应对新的工作挑战。</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https://d.book118.com/877041131006006054</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7041131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