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AF4E6E" w14:paraId="7B098835" w14:textId="5634E5A4">
      <w:pPr>
        <w:jc w:val="center"/>
        <w:rPr>
          <w:lang w:eastAsia="zh-CN"/>
        </w:rPr>
      </w:pPr>
      <w:r>
        <w:rPr>
          <w:rFonts w:ascii="宋体" w:eastAsia="宋体" w:hAnsi="宋体"/>
          <w:b/>
          <w:noProof/>
          <w:sz w:val="30"/>
          <w:lang w:eastAsia="zh-CN"/>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9080500</wp:posOffset>
                </wp:positionV>
                <wp:extent cx="6350000" cy="63500"/>
                <wp:effectExtent l="0" t="0" r="0" b="0"/>
                <wp:wrapNone/>
                <wp:docPr id="677137510"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A01E09" w:rsidRPr="00A01E09" w14:textId="61DDF767">
                            <w:pPr>
                              <w:rPr>
                                <w:rFonts w:ascii="黑体" w:eastAsia="黑体"/>
                                <w:sz w:val="24"/>
                              </w:rPr>
                            </w:pPr>
                            <w:r w:rsidRPr="00A01E09">
                              <w:rPr>
                                <w:rFonts w:ascii="黑体" w:eastAsia="黑体"/>
                                <w:sz w:val="24"/>
                              </w:rPr>
                              <w:t>2022</w:t>
                            </w:r>
                            <w:r w:rsidRPr="00A01E09">
                              <w:rPr>
                                <w:rFonts w:ascii="黑体" w:eastAsia="黑体" w:hint="eastAsia"/>
                                <w:sz w:val="24"/>
                              </w:rPr>
                              <w:t>大学生社会</w:t>
                            </w:r>
                            <w:r w:rsidRPr="00A01E09">
                              <w:rPr>
                                <w:rFonts w:ascii="黑体" w:eastAsia="黑体" w:hAnsi="微软雅黑" w:cs="微软雅黑" w:hint="eastAsia"/>
                                <w:sz w:val="24"/>
                              </w:rPr>
                              <w:t>实</w:t>
                            </w:r>
                            <w:r w:rsidRPr="00A01E09">
                              <w:rPr>
                                <w:rFonts w:ascii="黑体" w:eastAsia="黑体" w:hAnsi="MS Mincho" w:cs="MS Mincho" w:hint="eastAsia"/>
                                <w:sz w:val="24"/>
                              </w:rPr>
                              <w:t>践</w:t>
                            </w:r>
                            <w:r w:rsidRPr="00A01E09">
                              <w:rPr>
                                <w:rFonts w:ascii="黑体" w:eastAsia="黑体" w:hAnsi="微软雅黑" w:cs="微软雅黑" w:hint="eastAsia"/>
                                <w:sz w:val="24"/>
                              </w:rPr>
                              <w:t>实</w:t>
                            </w:r>
                            <w:r w:rsidRPr="00A01E09">
                              <w:rPr>
                                <w:rFonts w:ascii="黑体" w:eastAsia="黑体" w:hAnsi="MS Mincho" w:cs="MS Mincho" w:hint="eastAsia"/>
                                <w:sz w:val="24"/>
                              </w:rPr>
                              <w:t>践</w:t>
                            </w:r>
                            <w:r w:rsidRPr="00A01E09">
                              <w:rPr>
                                <w:rFonts w:ascii="黑体" w:eastAsia="黑体" w:hAnsi="微软雅黑" w:cs="微软雅黑" w:hint="eastAsia"/>
                                <w:sz w:val="24"/>
                              </w:rPr>
                              <w:t>报</w:t>
                            </w:r>
                            <w:r w:rsidRPr="00A01E09">
                              <w:rPr>
                                <w:rFonts w:ascii="黑体" w:eastAsia="黑体" w:hAnsi="MS Mincho" w:cs="MS Mincho" w:hint="eastAsia"/>
                                <w:sz w:val="24"/>
                              </w:rPr>
                              <w:t>告</w:t>
                            </w:r>
                            <w:r w:rsidRPr="00A01E09">
                              <w:rPr>
                                <w:rFonts w:ascii="黑体" w:eastAsia="黑体"/>
                                <w:sz w:val="24"/>
                              </w:rPr>
                              <w:t>-</w:t>
                            </w:r>
                            <w:r w:rsidRPr="00A01E09">
                              <w:rPr>
                                <w:rFonts w:ascii="黑体" w:eastAsia="黑体" w:hint="eastAsia"/>
                                <w:sz w:val="24"/>
                              </w:rPr>
                              <w:t>学生社会</w:t>
                            </w:r>
                            <w:r w:rsidRPr="00A01E09">
                              <w:rPr>
                                <w:rFonts w:ascii="黑体" w:eastAsia="黑体" w:hAnsi="微软雅黑" w:cs="微软雅黑" w:hint="eastAsia"/>
                                <w:sz w:val="24"/>
                              </w:rPr>
                              <w:t>实</w:t>
                            </w:r>
                            <w:r w:rsidRPr="00A01E09">
                              <w:rPr>
                                <w:rFonts w:ascii="黑体" w:eastAsia="黑体" w:hAnsi="MS Mincho" w:cs="MS Mincho" w:hint="eastAsia"/>
                                <w:sz w:val="24"/>
                              </w:rPr>
                              <w:t>践工作</w:t>
                            </w:r>
                            <w:r w:rsidRPr="00A01E09">
                              <w:rPr>
                                <w:rFonts w:ascii="黑体" w:eastAsia="黑体" w:hAnsi="微软雅黑" w:cs="微软雅黑" w:hint="eastAsia"/>
                                <w:sz w:val="24"/>
                              </w:rPr>
                              <w:t>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1</w:t>
                            </w:r>
                            <w:r w:rsidRPr="00A01E09">
                              <w:rPr>
                                <w:rFonts w:ascii="黑体" w:eastAsia="黑体" w:hAnsi="微软雅黑" w:cs="微软雅黑" w:hint="eastAsia"/>
                                <w:sz w:val="24"/>
                              </w:rPr>
                              <w:t>页</w:t>
                            </w:r>
                            <w:r w:rsidRPr="00A01E09">
                              <w:rPr>
                                <w:rFonts w:ascii="黑体" w:eastAsia="黑体" w:hAnsi="MS Mincho" w:cs="MS Mincho" w:hint="eastAsia"/>
                                <w:sz w:val="24"/>
                              </w:rPr>
                              <w:t>，当前</w:t>
                            </w:r>
                            <w:r w:rsidRPr="00A01E09">
                              <w:rPr>
                                <w:rFonts w:ascii="黑体" w:eastAsia="黑体" w:hAnsi="微软雅黑" w:cs="微软雅黑" w:hint="eastAsia"/>
                                <w:sz w:val="24"/>
                              </w:rPr>
                              <w:t>为</w:t>
                            </w:r>
                            <w:r w:rsidRPr="00A01E09">
                              <w:rPr>
                                <w:rFonts w:ascii="黑体" w:eastAsia="黑体" w:hAnsi="MS Mincho" w:cs="MS Mincho" w:hint="eastAsia"/>
                                <w:sz w:val="24"/>
                              </w:rPr>
                              <w:t>第</w:t>
                            </w:r>
                            <w:r w:rsidRPr="00A01E09">
                              <w:rPr>
                                <w:rFonts w:ascii="黑体" w:eastAsia="黑体"/>
                                <w:sz w:val="24"/>
                              </w:rPr>
                              <w:t>1</w:t>
                            </w:r>
                            <w:r w:rsidRPr="00A01E09">
                              <w:rPr>
                                <w:rFonts w:ascii="黑体" w:eastAsia="黑体" w:hAnsi="微软雅黑" w:cs="微软雅黑" w:hint="eastAsia"/>
                                <w:sz w:val="24"/>
                              </w:rPr>
                              <w:t>页</w:t>
                            </w:r>
                            <w:r w:rsidRPr="00A01E09">
                              <w:rPr>
                                <w:rFonts w:ascii="黑体" w:eastAsia="黑体" w:hAnsi="MS Mincho" w:cs="MS Mincho"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5" type="#_x0000_t202" style="width:500pt;height:5pt;margin-top:715pt;margin-left:-90pt;mso-wrap-distance-bottom:0;mso-wrap-distance-left:9pt;mso-wrap-distance-right:9pt;mso-wrap-distance-top:0;position:absolute;visibility:hidden;v-text-anchor:top;z-index:251658240" filled="f" fillcolor="this" stroked="t" strokecolor="black" strokeweight="0.5pt">
                <v:textbox>
                  <w:txbxContent>
                    <w:p w:rsidR="00A01E09" w:rsidRPr="00A01E09" w14:paraId="20AF2F42" w14:textId="61DDF767">
                      <w:pPr>
                        <w:rPr>
                          <w:rFonts w:ascii="黑体" w:eastAsia="黑体"/>
                          <w:sz w:val="24"/>
                        </w:rPr>
                      </w:pPr>
                      <w:r w:rsidRPr="00A01E09">
                        <w:rPr>
                          <w:rFonts w:ascii="黑体" w:eastAsia="黑体"/>
                          <w:sz w:val="24"/>
                        </w:rPr>
                        <w:t>2022</w:t>
                      </w:r>
                      <w:r w:rsidRPr="00A01E09">
                        <w:rPr>
                          <w:rFonts w:ascii="黑体" w:eastAsia="黑体" w:hint="eastAsia"/>
                          <w:sz w:val="24"/>
                        </w:rPr>
                        <w:t>大学生社会</w:t>
                      </w:r>
                      <w:r w:rsidRPr="00A01E09">
                        <w:rPr>
                          <w:rFonts w:ascii="黑体" w:eastAsia="黑体" w:hAnsi="微软雅黑" w:cs="微软雅黑" w:hint="eastAsia"/>
                          <w:sz w:val="24"/>
                        </w:rPr>
                        <w:t>实</w:t>
                      </w:r>
                      <w:r w:rsidRPr="00A01E09">
                        <w:rPr>
                          <w:rFonts w:ascii="黑体" w:eastAsia="黑体" w:hAnsi="MS Mincho" w:cs="MS Mincho" w:hint="eastAsia"/>
                          <w:sz w:val="24"/>
                        </w:rPr>
                        <w:t>践</w:t>
                      </w:r>
                      <w:r w:rsidRPr="00A01E09">
                        <w:rPr>
                          <w:rFonts w:ascii="黑体" w:eastAsia="黑体" w:hAnsi="微软雅黑" w:cs="微软雅黑" w:hint="eastAsia"/>
                          <w:sz w:val="24"/>
                        </w:rPr>
                        <w:t>实</w:t>
                      </w:r>
                      <w:r w:rsidRPr="00A01E09">
                        <w:rPr>
                          <w:rFonts w:ascii="黑体" w:eastAsia="黑体" w:hAnsi="MS Mincho" w:cs="MS Mincho" w:hint="eastAsia"/>
                          <w:sz w:val="24"/>
                        </w:rPr>
                        <w:t>践</w:t>
                      </w:r>
                      <w:r w:rsidRPr="00A01E09">
                        <w:rPr>
                          <w:rFonts w:ascii="黑体" w:eastAsia="黑体" w:hAnsi="微软雅黑" w:cs="微软雅黑" w:hint="eastAsia"/>
                          <w:sz w:val="24"/>
                        </w:rPr>
                        <w:t>报</w:t>
                      </w:r>
                      <w:r w:rsidRPr="00A01E09">
                        <w:rPr>
                          <w:rFonts w:ascii="黑体" w:eastAsia="黑体" w:hAnsi="MS Mincho" w:cs="MS Mincho" w:hint="eastAsia"/>
                          <w:sz w:val="24"/>
                        </w:rPr>
                        <w:t>告</w:t>
                      </w:r>
                      <w:r w:rsidRPr="00A01E09">
                        <w:rPr>
                          <w:rFonts w:ascii="黑体" w:eastAsia="黑体"/>
                          <w:sz w:val="24"/>
                        </w:rPr>
                        <w:t>-</w:t>
                      </w:r>
                      <w:r w:rsidRPr="00A01E09">
                        <w:rPr>
                          <w:rFonts w:ascii="黑体" w:eastAsia="黑体" w:hint="eastAsia"/>
                          <w:sz w:val="24"/>
                        </w:rPr>
                        <w:t>学生社会</w:t>
                      </w:r>
                      <w:r w:rsidRPr="00A01E09">
                        <w:rPr>
                          <w:rFonts w:ascii="黑体" w:eastAsia="黑体" w:hAnsi="微软雅黑" w:cs="微软雅黑" w:hint="eastAsia"/>
                          <w:sz w:val="24"/>
                        </w:rPr>
                        <w:t>实</w:t>
                      </w:r>
                      <w:r w:rsidRPr="00A01E09">
                        <w:rPr>
                          <w:rFonts w:ascii="黑体" w:eastAsia="黑体" w:hAnsi="MS Mincho" w:cs="MS Mincho" w:hint="eastAsia"/>
                          <w:sz w:val="24"/>
                        </w:rPr>
                        <w:t>践工作</w:t>
                      </w:r>
                      <w:r w:rsidRPr="00A01E09">
                        <w:rPr>
                          <w:rFonts w:ascii="黑体" w:eastAsia="黑体" w:hAnsi="微软雅黑" w:cs="微软雅黑" w:hint="eastAsia"/>
                          <w:sz w:val="24"/>
                        </w:rPr>
                        <w:t>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1</w:t>
                      </w:r>
                      <w:r w:rsidRPr="00A01E09">
                        <w:rPr>
                          <w:rFonts w:ascii="黑体" w:eastAsia="黑体" w:hAnsi="微软雅黑" w:cs="微软雅黑" w:hint="eastAsia"/>
                          <w:sz w:val="24"/>
                        </w:rPr>
                        <w:t>页</w:t>
                      </w:r>
                      <w:r w:rsidRPr="00A01E09">
                        <w:rPr>
                          <w:rFonts w:ascii="黑体" w:eastAsia="黑体" w:hAnsi="MS Mincho" w:cs="MS Mincho" w:hint="eastAsia"/>
                          <w:sz w:val="24"/>
                        </w:rPr>
                        <w:t>，当前</w:t>
                      </w:r>
                      <w:r w:rsidRPr="00A01E09">
                        <w:rPr>
                          <w:rFonts w:ascii="黑体" w:eastAsia="黑体" w:hAnsi="微软雅黑" w:cs="微软雅黑" w:hint="eastAsia"/>
                          <w:sz w:val="24"/>
                        </w:rPr>
                        <w:t>为</w:t>
                      </w:r>
                      <w:r w:rsidRPr="00A01E09">
                        <w:rPr>
                          <w:rFonts w:ascii="黑体" w:eastAsia="黑体" w:hAnsi="MS Mincho" w:cs="MS Mincho" w:hint="eastAsia"/>
                          <w:sz w:val="24"/>
                        </w:rPr>
                        <w:t>第</w:t>
                      </w:r>
                      <w:r w:rsidRPr="00A01E09">
                        <w:rPr>
                          <w:rFonts w:ascii="黑体" w:eastAsia="黑体"/>
                          <w:sz w:val="24"/>
                        </w:rPr>
                        <w:t>1</w:t>
                      </w:r>
                      <w:r w:rsidRPr="00A01E09">
                        <w:rPr>
                          <w:rFonts w:ascii="黑体" w:eastAsia="黑体" w:hAnsi="微软雅黑" w:cs="微软雅黑" w:hint="eastAsia"/>
                          <w:sz w:val="24"/>
                        </w:rPr>
                        <w:t>页</w:t>
                      </w:r>
                      <w:r w:rsidRPr="00A01E09">
                        <w:rPr>
                          <w:rFonts w:ascii="黑体" w:eastAsia="黑体" w:hAnsi="MS Mincho" w:cs="MS Mincho" w:hint="eastAsia"/>
                          <w:sz w:val="24"/>
                        </w:rPr>
                        <w:t>。</w:t>
                      </w:r>
                    </w:p>
                  </w:txbxContent>
                </v:textbox>
              </v:shape>
            </w:pict>
          </mc:Fallback>
        </mc:AlternateContent>
      </w:r>
      <w:r>
        <w:rPr>
          <w:rFonts w:ascii="宋体" w:eastAsia="宋体" w:hAnsi="宋体"/>
          <w:b/>
          <w:sz w:val="30"/>
          <w:lang w:eastAsia="zh-CN"/>
        </w:rPr>
        <w:t>2022</w:t>
      </w:r>
      <w:r>
        <w:rPr>
          <w:rFonts w:ascii="宋体" w:eastAsia="宋体" w:hAnsi="宋体"/>
          <w:b/>
          <w:sz w:val="30"/>
          <w:lang w:eastAsia="zh-CN"/>
        </w:rPr>
        <w:t>大学生社会实践实践报告</w:t>
      </w:r>
      <w:r>
        <w:rPr>
          <w:rFonts w:ascii="宋体" w:eastAsia="宋体" w:hAnsi="宋体"/>
          <w:b/>
          <w:sz w:val="30"/>
          <w:lang w:eastAsia="zh-CN"/>
        </w:rPr>
        <w:t>_</w:t>
      </w:r>
      <w:r>
        <w:rPr>
          <w:rFonts w:ascii="宋体" w:eastAsia="宋体" w:hAnsi="宋体"/>
          <w:b/>
          <w:sz w:val="30"/>
          <w:lang w:eastAsia="zh-CN"/>
        </w:rPr>
        <w:t>学生社会实践工作总结</w:t>
      </w:r>
    </w:p>
    <w:p w:rsidR="00AF4E6E" w14:paraId="37BB5868" w14:textId="77777777">
      <w:pPr>
        <w:rPr>
          <w:lang w:eastAsia="zh-CN"/>
        </w:rPr>
      </w:pPr>
      <w:r>
        <w:rPr>
          <w:rFonts w:ascii="宋体" w:eastAsia="宋体" w:hAnsi="宋体"/>
          <w:lang w:eastAsia="zh-CN"/>
        </w:rPr>
        <w:t xml:space="preserve">    </w:t>
      </w:r>
      <w:r>
        <w:rPr>
          <w:rFonts w:ascii="宋体" w:eastAsia="宋体" w:hAnsi="宋体"/>
          <w:lang w:eastAsia="zh-CN"/>
        </w:rPr>
        <w:t>社会实践报告是社会实践后需要完成的报告。有目的、有组织、有计划地对已完成的社会实践活动进行总结报告。关于个人假期社会实践后的报告摘要，小编整理了以下范文，希望能对大家有所帮助。</w:t>
      </w:r>
    </w:p>
    <w:p w:rsidR="00AF4E6E" w14:paraId="293B7110" w14:textId="77777777">
      <w:pPr>
        <w:rPr>
          <w:lang w:eastAsia="zh-CN"/>
        </w:rPr>
      </w:pPr>
      <w:r>
        <w:rPr>
          <w:rFonts w:ascii="宋体" w:eastAsia="宋体" w:hAnsi="宋体"/>
          <w:lang w:eastAsia="zh-CN"/>
        </w:rPr>
        <w:t xml:space="preserve">    </w:t>
      </w:r>
      <w:r>
        <w:rPr>
          <w:rFonts w:ascii="宋体" w:eastAsia="宋体" w:hAnsi="宋体"/>
          <w:lang w:eastAsia="zh-CN"/>
        </w:rPr>
        <w:t>社会实践报告摘要</w:t>
      </w:r>
      <w:r>
        <w:rPr>
          <w:rFonts w:ascii="宋体" w:eastAsia="宋体" w:hAnsi="宋体"/>
          <w:lang w:eastAsia="zh-CN"/>
        </w:rPr>
        <w:t>[1]</w:t>
      </w:r>
    </w:p>
    <w:p w:rsidR="00AF4E6E" w14:paraId="686D4023" w14:textId="77777777">
      <w:pPr>
        <w:rPr>
          <w:lang w:eastAsia="zh-CN"/>
        </w:rPr>
      </w:pPr>
      <w:r>
        <w:rPr>
          <w:rFonts w:ascii="宋体" w:eastAsia="宋体" w:hAnsi="宋体"/>
          <w:lang w:eastAsia="zh-CN"/>
        </w:rPr>
        <w:t xml:space="preserve">    1</w:t>
      </w:r>
      <w:r>
        <w:rPr>
          <w:rFonts w:ascii="宋体" w:eastAsia="宋体" w:hAnsi="宋体"/>
          <w:lang w:eastAsia="zh-CN"/>
        </w:rPr>
        <w:t>、</w:t>
      </w:r>
      <w:r>
        <w:rPr>
          <w:rFonts w:ascii="宋体" w:eastAsia="宋体" w:hAnsi="宋体"/>
          <w:lang w:eastAsia="zh-CN"/>
        </w:rPr>
        <w:t xml:space="preserve"> </w:t>
      </w:r>
      <w:r>
        <w:rPr>
          <w:rFonts w:ascii="宋体" w:eastAsia="宋体" w:hAnsi="宋体"/>
          <w:lang w:eastAsia="zh-CN"/>
        </w:rPr>
        <w:t>前言</w:t>
      </w:r>
    </w:p>
    <w:p w:rsidR="00AF4E6E" w14:paraId="424269F0" w14:textId="77777777">
      <w:r>
        <w:rPr>
          <w:rFonts w:ascii="宋体" w:eastAsia="宋体" w:hAnsi="宋体"/>
          <w:lang w:eastAsia="zh-CN"/>
        </w:rPr>
        <w:t xml:space="preserve">    </w:t>
      </w:r>
      <w:r>
        <w:rPr>
          <w:rFonts w:ascii="宋体" w:eastAsia="宋体" w:hAnsi="宋体"/>
          <w:lang w:eastAsia="zh-CN"/>
        </w:rPr>
        <w:t>根据教学计划的安排，我被分配到凯瑞酒店，从</w:t>
      </w:r>
      <w:r>
        <w:rPr>
          <w:rFonts w:ascii="宋体" w:eastAsia="宋体" w:hAnsi="宋体"/>
          <w:lang w:eastAsia="zh-CN"/>
        </w:rPr>
        <w:t>201</w:t>
      </w:r>
      <w:r>
        <w:rPr>
          <w:rFonts w:ascii="宋体" w:eastAsia="宋体" w:hAnsi="宋体"/>
          <w:lang w:eastAsia="zh-CN"/>
        </w:rPr>
        <w:t>年</w:t>
      </w:r>
      <w:r>
        <w:rPr>
          <w:rFonts w:ascii="宋体" w:eastAsia="宋体" w:hAnsi="宋体"/>
          <w:lang w:eastAsia="zh-CN"/>
        </w:rPr>
        <w:t>3</w:t>
      </w:r>
      <w:r>
        <w:rPr>
          <w:rFonts w:ascii="宋体" w:eastAsia="宋体" w:hAnsi="宋体"/>
          <w:lang w:eastAsia="zh-CN"/>
        </w:rPr>
        <w:t>月</w:t>
      </w:r>
      <w:r>
        <w:rPr>
          <w:rFonts w:ascii="宋体" w:eastAsia="宋体" w:hAnsi="宋体"/>
          <w:lang w:eastAsia="zh-CN"/>
        </w:rPr>
        <w:t>7</w:t>
      </w:r>
      <w:r>
        <w:rPr>
          <w:rFonts w:ascii="宋体" w:eastAsia="宋体" w:hAnsi="宋体"/>
          <w:lang w:eastAsia="zh-CN"/>
        </w:rPr>
        <w:t>日</w:t>
      </w:r>
      <w:r>
        <w:rPr>
          <w:rFonts w:ascii="宋体" w:eastAsia="宋体" w:hAnsi="宋体"/>
          <w:lang w:eastAsia="zh-CN"/>
        </w:rPr>
        <w:t>*</w:t>
      </w:r>
      <w:r>
        <w:rPr>
          <w:rFonts w:ascii="宋体" w:eastAsia="宋体" w:hAnsi="宋体"/>
          <w:lang w:eastAsia="zh-CN"/>
        </w:rPr>
        <w:t>到</w:t>
      </w:r>
      <w:r>
        <w:rPr>
          <w:rFonts w:ascii="宋体" w:eastAsia="宋体" w:hAnsi="宋体"/>
          <w:lang w:eastAsia="zh-CN"/>
        </w:rPr>
        <w:t>201</w:t>
      </w:r>
      <w:r>
        <w:rPr>
          <w:rFonts w:ascii="宋体" w:eastAsia="宋体" w:hAnsi="宋体"/>
          <w:lang w:eastAsia="zh-CN"/>
        </w:rPr>
        <w:t>年</w:t>
      </w:r>
      <w:r>
        <w:rPr>
          <w:rFonts w:ascii="宋体" w:eastAsia="宋体" w:hAnsi="宋体"/>
          <w:lang w:eastAsia="zh-CN"/>
        </w:rPr>
        <w:t>6</w:t>
      </w:r>
      <w:r>
        <w:rPr>
          <w:rFonts w:ascii="宋体" w:eastAsia="宋体" w:hAnsi="宋体"/>
          <w:lang w:eastAsia="zh-CN"/>
        </w:rPr>
        <w:t>月</w:t>
      </w:r>
      <w:r>
        <w:rPr>
          <w:rFonts w:ascii="宋体" w:eastAsia="宋体" w:hAnsi="宋体"/>
          <w:lang w:eastAsia="zh-CN"/>
        </w:rPr>
        <w:t>7</w:t>
      </w:r>
      <w:r>
        <w:rPr>
          <w:rFonts w:ascii="宋体" w:eastAsia="宋体" w:hAnsi="宋体"/>
          <w:lang w:eastAsia="zh-CN"/>
        </w:rPr>
        <w:t>日</w:t>
      </w:r>
      <w:r>
        <w:rPr>
          <w:rFonts w:ascii="宋体" w:eastAsia="宋体" w:hAnsi="宋体"/>
          <w:lang w:eastAsia="zh-CN"/>
        </w:rPr>
        <w:t>*</w:t>
      </w:r>
      <w:r>
        <w:rPr>
          <w:rFonts w:ascii="宋体" w:eastAsia="宋体" w:hAnsi="宋体"/>
          <w:lang w:eastAsia="zh-CN"/>
        </w:rPr>
        <w:t>实习酒店管理专业课程。经过三个月的练习，我感觉很深刻，知道了很多，收获了很多。我个人意识到努力工作、社会的复杂性、实践的重要性和阅读的必要性。</w:t>
      </w:r>
      <w:r>
        <w:rPr>
          <w:rFonts w:ascii="宋体" w:eastAsia="宋体" w:hAnsi="宋体"/>
        </w:rPr>
        <w:t>在实习过程中，我认真结合书本知识，严格按照学校的安排和计划，循序渐进，在酒店领导的指导下，缓慢工作，努力学习，积极做事，掌握酒店的基本业务流程，学习酒店积分的日常操作规范，了解一些粤菜的烹调方法和饮食习惯，了解新疆人民的日常餐桌礼仪，亲身感受到规范化、个性化服务的需要，也对新疆餐饮业有了初步了解，受益匪浅，感触深刻。我深深地意识到学习和实践是紧密结合、不可分割的。学习和实践同等重要，尤其是实践的关键作用；在知识竞争日益激烈、常识竞争日益明显、经验竞争更加宝贵的今天，酒店服务业物欲横流，经济发达，极大地改变了人们的人生观、金钱观、价值观和利益观，使人们的精神追求和物质享受发生了翻天覆地的变化，因此，对于刚刚起步、前景看好的酒店业来说，这一点更加明显。人们也看到了这一美好前景。很多商人都把目光投向了酒店，所以现在的酒店可以说是百花齐放，百家争鸣。同时，对于我们这些学习这个专业并打算在未来从事这个行业的人来说，他们也说它产生了无限的动力和压力，我们对这个行业未来的发展已经非常清醒和了解！在实习结束之前，我在克里酒店当了三个月的服务员，然后回到学校。</w:t>
      </w:r>
    </w:p>
    <w:p w:rsidR="00AF4E6E" w14:paraId="08E6F342" w14:textId="77777777">
      <w:r>
        <w:rPr>
          <w:rFonts w:ascii="宋体" w:eastAsia="宋体" w:hAnsi="宋体"/>
        </w:rPr>
        <w:t xml:space="preserve">    2</w:t>
      </w:r>
      <w:r>
        <w:rPr>
          <w:rFonts w:ascii="宋体" w:eastAsia="宋体" w:hAnsi="宋体"/>
        </w:rPr>
        <w:t>、</w:t>
      </w:r>
      <w:r>
        <w:rPr>
          <w:rFonts w:ascii="宋体" w:eastAsia="宋体" w:hAnsi="宋体"/>
        </w:rPr>
        <w:t xml:space="preserve"> </w:t>
      </w:r>
      <w:r>
        <w:rPr>
          <w:rFonts w:ascii="宋体" w:eastAsia="宋体" w:hAnsi="宋体"/>
        </w:rPr>
        <w:t>实际目的</w:t>
      </w:r>
    </w:p>
    <w:p w:rsidR="00AF4E6E" w14:paraId="1F0EE101" w14:textId="77777777">
      <w:r>
        <w:rPr>
          <w:rFonts w:ascii="宋体" w:eastAsia="宋体" w:hAnsi="宋体"/>
        </w:rPr>
        <w:t xml:space="preserve">    </w:t>
      </w:r>
      <w:r>
        <w:rPr>
          <w:rFonts w:ascii="宋体" w:eastAsia="宋体" w:hAnsi="宋体"/>
        </w:rPr>
        <w:t>这种认知实践主要是让我对所学专业知识有一定的感性认识及其在实践中的应用，从而帮助我把酒店管理课程中所学的理论知识与实践经验结合起来，为以后的课程研究打下良好的基础。并更有利于学习、理解和掌握专业基础和专业课程。同时，酒店认知和实践的经验将有助于未来的就业。</w:t>
      </w:r>
    </w:p>
    <w:p w:rsidR="00AF4E6E" w14:paraId="18DA956B" w14:textId="77777777">
      <w:r>
        <w:rPr>
          <w:rFonts w:ascii="宋体" w:eastAsia="宋体" w:hAnsi="宋体"/>
        </w:rPr>
        <w:t xml:space="preserve">    3</w:t>
      </w:r>
      <w:r>
        <w:rPr>
          <w:rFonts w:ascii="宋体" w:eastAsia="宋体" w:hAnsi="宋体"/>
        </w:rPr>
        <w:t>、</w:t>
      </w:r>
      <w:r>
        <w:rPr>
          <w:rFonts w:ascii="宋体" w:eastAsia="宋体" w:hAnsi="宋体"/>
        </w:rPr>
        <w:t xml:space="preserve"> </w:t>
      </w:r>
      <w:r>
        <w:rPr>
          <w:rFonts w:ascii="宋体" w:eastAsia="宋体" w:hAnsi="宋体"/>
        </w:rPr>
        <w:t>实践内容</w:t>
      </w:r>
    </w:p>
    <w:p w:rsidR="00AF4E6E" w14:paraId="14A2EA3D" w14:textId="77777777">
      <w:r>
        <w:rPr>
          <w:rFonts w:ascii="宋体" w:eastAsia="宋体" w:hAnsi="宋体"/>
        </w:rPr>
        <w:t xml:space="preserve">    </w:t>
      </w:r>
      <w:r>
        <w:rPr>
          <w:rFonts w:ascii="宋体" w:eastAsia="宋体" w:hAnsi="宋体"/>
        </w:rPr>
        <w:t>我们是中国葡萄酒交易会的帮手，做基本的服务员工作。打开档案，为客人倒茶，在用餐期间帮客人移走用过的空盘子，尽量满足客人的需要，去酒吧拿饮料，清理桌子、位置，清理垃圾，擦银器和水杯，叠餐巾等。工作简单而繁琐，每天重复同样的内容。</w:t>
      </w:r>
    </w:p>
    <w:p w:rsidR="00AF4E6E" w14:paraId="4900DAC2" w14:textId="77777777">
      <w:pPr>
        <w:sectPr w:rsidSect="00034616">
          <w:headerReference w:type="default" r:id="rId5"/>
          <w:pgSz w:w="12240" w:h="15840"/>
          <w:pgMar w:top="1440" w:right="1800" w:bottom="1440" w:left="1800" w:header="720" w:footer="720" w:gutter="0"/>
          <w:cols w:space="720"/>
          <w:docGrid w:linePitch="360"/>
        </w:sectPr>
      </w:pPr>
      <w:r>
        <w:rPr>
          <w:rFonts w:ascii="宋体" w:eastAsia="宋体" w:hAnsi="宋体"/>
        </w:rPr>
        <w:t xml:space="preserve">    </w:t>
      </w:r>
      <w:r>
        <w:rPr>
          <w:rFonts w:ascii="宋体" w:eastAsia="宋体" w:hAnsi="宋体"/>
        </w:rPr>
        <w:t>社会实践报告摘要</w:t>
      </w:r>
      <w:r>
        <w:rPr>
          <w:rFonts w:ascii="宋体" w:eastAsia="宋体" w:hAnsi="宋体"/>
        </w:rPr>
        <w:t>[2]</w:t>
      </w:r>
    </w:p>
    <w:p w:rsidR="00AF4E6E" w14:paraId="40D531F2" w14:textId="4E97FC81">
      <w:r>
        <w:rPr>
          <w:rFonts w:ascii="宋体" w:eastAsia="宋体" w:hAnsi="宋体"/>
          <w:noProof/>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9080500</wp:posOffset>
                </wp:positionV>
                <wp:extent cx="6350000" cy="63500"/>
                <wp:effectExtent l="0" t="0" r="0" b="0"/>
                <wp:wrapNone/>
                <wp:docPr id="1686094227"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A01E09" w:rsidRPr="00A01E09" w14:textId="34B1751F">
                            <w:pPr>
                              <w:rPr>
                                <w:rFonts w:ascii="黑体" w:eastAsia="黑体"/>
                                <w:sz w:val="24"/>
                              </w:rPr>
                            </w:pPr>
                            <w:r w:rsidRPr="00A01E09">
                              <w:rPr>
                                <w:rFonts w:ascii="黑体" w:eastAsia="黑体"/>
                                <w:sz w:val="24"/>
                              </w:rPr>
                              <w:t>2022</w:t>
                            </w:r>
                            <w:r w:rsidRPr="00A01E09">
                              <w:rPr>
                                <w:rFonts w:ascii="黑体" w:eastAsia="黑体" w:hint="eastAsia"/>
                                <w:sz w:val="24"/>
                              </w:rPr>
                              <w:t>大学生社会</w:t>
                            </w:r>
                            <w:r w:rsidRPr="00A01E09">
                              <w:rPr>
                                <w:rFonts w:ascii="黑体" w:eastAsia="黑体" w:hAnsi="微软雅黑" w:cs="微软雅黑" w:hint="eastAsia"/>
                                <w:sz w:val="24"/>
                              </w:rPr>
                              <w:t>实</w:t>
                            </w:r>
                            <w:r w:rsidRPr="00A01E09">
                              <w:rPr>
                                <w:rFonts w:ascii="黑体" w:eastAsia="黑体" w:hAnsi="MS Mincho" w:cs="MS Mincho" w:hint="eastAsia"/>
                                <w:sz w:val="24"/>
                              </w:rPr>
                              <w:t>践</w:t>
                            </w:r>
                            <w:r w:rsidRPr="00A01E09">
                              <w:rPr>
                                <w:rFonts w:ascii="黑体" w:eastAsia="黑体" w:hAnsi="微软雅黑" w:cs="微软雅黑" w:hint="eastAsia"/>
                                <w:sz w:val="24"/>
                              </w:rPr>
                              <w:t>实</w:t>
                            </w:r>
                            <w:r w:rsidRPr="00A01E09">
                              <w:rPr>
                                <w:rFonts w:ascii="黑体" w:eastAsia="黑体" w:hAnsi="MS Mincho" w:cs="MS Mincho" w:hint="eastAsia"/>
                                <w:sz w:val="24"/>
                              </w:rPr>
                              <w:t>践</w:t>
                            </w:r>
                            <w:r w:rsidRPr="00A01E09">
                              <w:rPr>
                                <w:rFonts w:ascii="黑体" w:eastAsia="黑体" w:hAnsi="微软雅黑" w:cs="微软雅黑" w:hint="eastAsia"/>
                                <w:sz w:val="24"/>
                              </w:rPr>
                              <w:t>报</w:t>
                            </w:r>
                            <w:r w:rsidRPr="00A01E09">
                              <w:rPr>
                                <w:rFonts w:ascii="黑体" w:eastAsia="黑体" w:hAnsi="MS Mincho" w:cs="MS Mincho" w:hint="eastAsia"/>
                                <w:sz w:val="24"/>
                              </w:rPr>
                              <w:t>告</w:t>
                            </w:r>
                            <w:r w:rsidRPr="00A01E09">
                              <w:rPr>
                                <w:rFonts w:ascii="黑体" w:eastAsia="黑体"/>
                                <w:sz w:val="24"/>
                              </w:rPr>
                              <w:t>-</w:t>
                            </w:r>
                            <w:r w:rsidRPr="00A01E09">
                              <w:rPr>
                                <w:rFonts w:ascii="黑体" w:eastAsia="黑体" w:hint="eastAsia"/>
                                <w:sz w:val="24"/>
                              </w:rPr>
                              <w:t>学生社会</w:t>
                            </w:r>
                            <w:r w:rsidRPr="00A01E09">
                              <w:rPr>
                                <w:rFonts w:ascii="黑体" w:eastAsia="黑体" w:hAnsi="微软雅黑" w:cs="微软雅黑" w:hint="eastAsia"/>
                                <w:sz w:val="24"/>
                              </w:rPr>
                              <w:t>实</w:t>
                            </w:r>
                            <w:r w:rsidRPr="00A01E09">
                              <w:rPr>
                                <w:rFonts w:ascii="黑体" w:eastAsia="黑体" w:hAnsi="MS Mincho" w:cs="MS Mincho" w:hint="eastAsia"/>
                                <w:sz w:val="24"/>
                              </w:rPr>
                              <w:t>践工作</w:t>
                            </w:r>
                            <w:r w:rsidRPr="00A01E09">
                              <w:rPr>
                                <w:rFonts w:ascii="黑体" w:eastAsia="黑体" w:hAnsi="微软雅黑" w:cs="微软雅黑" w:hint="eastAsia"/>
                                <w:sz w:val="24"/>
                              </w:rPr>
                              <w:t>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2</w:t>
                            </w:r>
                            <w:r w:rsidRPr="00A01E09">
                              <w:rPr>
                                <w:rFonts w:ascii="黑体" w:eastAsia="黑体" w:hAnsi="微软雅黑" w:cs="微软雅黑" w:hint="eastAsia"/>
                                <w:sz w:val="24"/>
                              </w:rPr>
                              <w:t>页</w:t>
                            </w:r>
                            <w:r w:rsidRPr="00A01E09">
                              <w:rPr>
                                <w:rFonts w:ascii="黑体" w:eastAsia="黑体" w:hAnsi="MS Mincho" w:cs="MS Mincho" w:hint="eastAsia"/>
                                <w:sz w:val="24"/>
                              </w:rPr>
                              <w:t>，当前</w:t>
                            </w:r>
                            <w:r w:rsidRPr="00A01E09">
                              <w:rPr>
                                <w:rFonts w:ascii="黑体" w:eastAsia="黑体" w:hAnsi="微软雅黑" w:cs="微软雅黑" w:hint="eastAsia"/>
                                <w:sz w:val="24"/>
                              </w:rPr>
                              <w:t>为</w:t>
                            </w:r>
                            <w:r w:rsidRPr="00A01E09">
                              <w:rPr>
                                <w:rFonts w:ascii="黑体" w:eastAsia="黑体" w:hAnsi="MS Mincho" w:cs="MS Mincho" w:hint="eastAsia"/>
                                <w:sz w:val="24"/>
                              </w:rPr>
                              <w:t>第</w:t>
                            </w:r>
                            <w:r w:rsidRPr="00A01E09">
                              <w:rPr>
                                <w:rFonts w:ascii="黑体" w:eastAsia="黑体"/>
                                <w:sz w:val="24"/>
                              </w:rPr>
                              <w:t>2</w:t>
                            </w:r>
                            <w:r w:rsidRPr="00A01E09">
                              <w:rPr>
                                <w:rFonts w:ascii="黑体" w:eastAsia="黑体" w:hAnsi="微软雅黑" w:cs="微软雅黑" w:hint="eastAsia"/>
                                <w:sz w:val="24"/>
                              </w:rPr>
                              <w:t>页</w:t>
                            </w:r>
                            <w:r w:rsidRPr="00A01E09">
                              <w:rPr>
                                <w:rFonts w:ascii="黑体" w:eastAsia="黑体" w:hAnsi="MS Mincho" w:cs="MS Mincho"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6" type="#_x0000_t202" style="width:500pt;height:5pt;margin-top:715pt;margin-left:-90pt;mso-wrap-distance-bottom:0;mso-wrap-distance-left:9pt;mso-wrap-distance-right:9pt;mso-wrap-distance-top:0;position:absolute;visibility:hidden;v-text-anchor:top;z-index:251660288" filled="f" fillcolor="this" stroked="t" strokecolor="black" strokeweight="0.5pt">
                <v:textbox>
                  <w:txbxContent>
                    <w:p w:rsidR="00A01E09" w:rsidRPr="00A01E09" w14:paraId="6F771C9E" w14:textId="34B1751F">
                      <w:pPr>
                        <w:rPr>
                          <w:rFonts w:ascii="黑体" w:eastAsia="黑体"/>
                          <w:sz w:val="24"/>
                        </w:rPr>
                      </w:pPr>
                      <w:r w:rsidRPr="00A01E09">
                        <w:rPr>
                          <w:rFonts w:ascii="黑体" w:eastAsia="黑体"/>
                          <w:sz w:val="24"/>
                        </w:rPr>
                        <w:t>2022</w:t>
                      </w:r>
                      <w:r w:rsidRPr="00A01E09">
                        <w:rPr>
                          <w:rFonts w:ascii="黑体" w:eastAsia="黑体" w:hint="eastAsia"/>
                          <w:sz w:val="24"/>
                        </w:rPr>
                        <w:t>大学生社会</w:t>
                      </w:r>
                      <w:r w:rsidRPr="00A01E09">
                        <w:rPr>
                          <w:rFonts w:ascii="黑体" w:eastAsia="黑体" w:hAnsi="微软雅黑" w:cs="微软雅黑" w:hint="eastAsia"/>
                          <w:sz w:val="24"/>
                        </w:rPr>
                        <w:t>实</w:t>
                      </w:r>
                      <w:r w:rsidRPr="00A01E09">
                        <w:rPr>
                          <w:rFonts w:ascii="黑体" w:eastAsia="黑体" w:hAnsi="MS Mincho" w:cs="MS Mincho" w:hint="eastAsia"/>
                          <w:sz w:val="24"/>
                        </w:rPr>
                        <w:t>践</w:t>
                      </w:r>
                      <w:r w:rsidRPr="00A01E09">
                        <w:rPr>
                          <w:rFonts w:ascii="黑体" w:eastAsia="黑体" w:hAnsi="微软雅黑" w:cs="微软雅黑" w:hint="eastAsia"/>
                          <w:sz w:val="24"/>
                        </w:rPr>
                        <w:t>实</w:t>
                      </w:r>
                      <w:r w:rsidRPr="00A01E09">
                        <w:rPr>
                          <w:rFonts w:ascii="黑体" w:eastAsia="黑体" w:hAnsi="MS Mincho" w:cs="MS Mincho" w:hint="eastAsia"/>
                          <w:sz w:val="24"/>
                        </w:rPr>
                        <w:t>践</w:t>
                      </w:r>
                      <w:r w:rsidRPr="00A01E09">
                        <w:rPr>
                          <w:rFonts w:ascii="黑体" w:eastAsia="黑体" w:hAnsi="微软雅黑" w:cs="微软雅黑" w:hint="eastAsia"/>
                          <w:sz w:val="24"/>
                        </w:rPr>
                        <w:t>报</w:t>
                      </w:r>
                      <w:r w:rsidRPr="00A01E09">
                        <w:rPr>
                          <w:rFonts w:ascii="黑体" w:eastAsia="黑体" w:hAnsi="MS Mincho" w:cs="MS Mincho" w:hint="eastAsia"/>
                          <w:sz w:val="24"/>
                        </w:rPr>
                        <w:t>告</w:t>
                      </w:r>
                      <w:r w:rsidRPr="00A01E09">
                        <w:rPr>
                          <w:rFonts w:ascii="黑体" w:eastAsia="黑体"/>
                          <w:sz w:val="24"/>
                        </w:rPr>
                        <w:t>-</w:t>
                      </w:r>
                      <w:r w:rsidRPr="00A01E09">
                        <w:rPr>
                          <w:rFonts w:ascii="黑体" w:eastAsia="黑体" w:hint="eastAsia"/>
                          <w:sz w:val="24"/>
                        </w:rPr>
                        <w:t>学生社会</w:t>
                      </w:r>
                      <w:r w:rsidRPr="00A01E09">
                        <w:rPr>
                          <w:rFonts w:ascii="黑体" w:eastAsia="黑体" w:hAnsi="微软雅黑" w:cs="微软雅黑" w:hint="eastAsia"/>
                          <w:sz w:val="24"/>
                        </w:rPr>
                        <w:t>实</w:t>
                      </w:r>
                      <w:r w:rsidRPr="00A01E09">
                        <w:rPr>
                          <w:rFonts w:ascii="黑体" w:eastAsia="黑体" w:hAnsi="MS Mincho" w:cs="MS Mincho" w:hint="eastAsia"/>
                          <w:sz w:val="24"/>
                        </w:rPr>
                        <w:t>践工作</w:t>
                      </w:r>
                      <w:r w:rsidRPr="00A01E09">
                        <w:rPr>
                          <w:rFonts w:ascii="黑体" w:eastAsia="黑体" w:hAnsi="微软雅黑" w:cs="微软雅黑" w:hint="eastAsia"/>
                          <w:sz w:val="24"/>
                        </w:rPr>
                        <w:t>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2</w:t>
                      </w:r>
                      <w:r w:rsidRPr="00A01E09">
                        <w:rPr>
                          <w:rFonts w:ascii="黑体" w:eastAsia="黑体" w:hAnsi="微软雅黑" w:cs="微软雅黑" w:hint="eastAsia"/>
                          <w:sz w:val="24"/>
                        </w:rPr>
                        <w:t>页</w:t>
                      </w:r>
                      <w:r w:rsidRPr="00A01E09">
                        <w:rPr>
                          <w:rFonts w:ascii="黑体" w:eastAsia="黑体" w:hAnsi="MS Mincho" w:cs="MS Mincho" w:hint="eastAsia"/>
                          <w:sz w:val="24"/>
                        </w:rPr>
                        <w:t>，当前</w:t>
                      </w:r>
                      <w:r w:rsidRPr="00A01E09">
                        <w:rPr>
                          <w:rFonts w:ascii="黑体" w:eastAsia="黑体" w:hAnsi="微软雅黑" w:cs="微软雅黑" w:hint="eastAsia"/>
                          <w:sz w:val="24"/>
                        </w:rPr>
                        <w:t>为</w:t>
                      </w:r>
                      <w:r w:rsidRPr="00A01E09">
                        <w:rPr>
                          <w:rFonts w:ascii="黑体" w:eastAsia="黑体" w:hAnsi="MS Mincho" w:cs="MS Mincho" w:hint="eastAsia"/>
                          <w:sz w:val="24"/>
                        </w:rPr>
                        <w:t>第</w:t>
                      </w:r>
                      <w:r w:rsidRPr="00A01E09">
                        <w:rPr>
                          <w:rFonts w:ascii="黑体" w:eastAsia="黑体"/>
                          <w:sz w:val="24"/>
                        </w:rPr>
                        <w:t>2</w:t>
                      </w:r>
                      <w:r w:rsidRPr="00A01E09">
                        <w:rPr>
                          <w:rFonts w:ascii="黑体" w:eastAsia="黑体" w:hAnsi="微软雅黑" w:cs="微软雅黑" w:hint="eastAsia"/>
                          <w:sz w:val="24"/>
                        </w:rPr>
                        <w:t>页</w:t>
                      </w:r>
                      <w:r w:rsidRPr="00A01E09">
                        <w:rPr>
                          <w:rFonts w:ascii="黑体" w:eastAsia="黑体" w:hAnsi="MS Mincho" w:cs="MS Mincho" w:hint="eastAsia"/>
                          <w:sz w:val="24"/>
                        </w:rPr>
                        <w:t>。</w:t>
                      </w:r>
                    </w:p>
                  </w:txbxContent>
                </v:textbox>
              </v:shape>
            </w:pict>
          </mc:Fallback>
        </mc:AlternateContent>
      </w:r>
      <w:r>
        <w:rPr>
          <w:rFonts w:ascii="宋体" w:eastAsia="宋体" w:hAnsi="宋体"/>
        </w:rPr>
        <w:t xml:space="preserve">    </w:t>
      </w:r>
      <w:r>
        <w:rPr>
          <w:rFonts w:ascii="宋体" w:eastAsia="宋体" w:hAnsi="宋体"/>
        </w:rPr>
        <w:t>一片叶子属于一个季节，年轻的学生拥有绚烂的青春。谁说我们年轻轻浮，受不了暴风雨的洗礼？谁说我们在象牙塔里听不到窗外的东西，只读圣人的书？我们能不辜负别人的期望，为自己写一个满意的答案吗</w:t>
      </w:r>
    </w:p>
    <w:p w:rsidR="00AF4E6E" w14:paraId="4DE9F937" w14:textId="77777777">
      <w:r>
        <w:rPr>
          <w:rFonts w:ascii="宋体" w:eastAsia="宋体" w:hAnsi="宋体"/>
        </w:rPr>
        <w:t xml:space="preserve">    </w:t>
      </w:r>
      <w:r>
        <w:rPr>
          <w:rFonts w:ascii="宋体" w:eastAsia="宋体" w:hAnsi="宋体"/>
        </w:rPr>
        <w:t>在重视素质教育的今天，大学生假日社会实践作为推进大学生素质教育、加强和改进青少年学生思想政治工作、引导学生健康成长的重要举措，作为培养和提高大学生实践能力的重要途径，创新和创业能力，一直受到学校的高度重视。社会实践一直被认为是高校培养德、智、体、美、劳全面发展的跨世纪人才的重要途径。寒假期间，社会实践活动不仅是学校教育在课堂之外的延伸，也是推进素质教育进程的重要手段。它有助于当代大学生接触和了解社会。同时，实践也是大学生学习知识、锻炼才能的有效途径。也是大学生服务社会、回报社会的良好形式。多年来，社会实践已成为我们学校的普遍做法。</w:t>
      </w:r>
    </w:p>
    <w:p w:rsidR="00AF4E6E" w14:paraId="240A86D4" w14:textId="77777777">
      <w:r>
        <w:rPr>
          <w:rFonts w:ascii="宋体" w:eastAsia="宋体" w:hAnsi="宋体"/>
        </w:rPr>
        <w:t xml:space="preserve">    </w:t>
      </w:r>
      <w:r>
        <w:rPr>
          <w:rFonts w:ascii="宋体" w:eastAsia="宋体" w:hAnsi="宋体"/>
        </w:rPr>
        <w:t>大学是一个小社会。进入大学等于进入半个社会。我们不再是象牙塔里风雨无阻的花朵。通过社会实践的训练，我们深刻认识到社会实践是一种财富。社会是一所综合性大学，可以更好地培养人。只有正确引导我们深入社会</w:t>
      </w:r>
      <w:r>
        <w:rPr>
          <w:rFonts w:ascii="宋体" w:eastAsia="宋体" w:hAnsi="宋体"/>
        </w:rPr>
        <w:t>,</w:t>
      </w:r>
      <w:r>
        <w:rPr>
          <w:rFonts w:ascii="宋体" w:eastAsia="宋体" w:hAnsi="宋体"/>
        </w:rPr>
        <w:t>了解社会</w:t>
      </w:r>
      <w:r>
        <w:rPr>
          <w:rFonts w:ascii="宋体" w:eastAsia="宋体" w:hAnsi="宋体"/>
        </w:rPr>
        <w:t>,</w:t>
      </w:r>
      <w:r>
        <w:rPr>
          <w:rFonts w:ascii="宋体" w:eastAsia="宋体" w:hAnsi="宋体"/>
        </w:rPr>
        <w:t>服务社会</w:t>
      </w:r>
      <w:r>
        <w:rPr>
          <w:rFonts w:ascii="宋体" w:eastAsia="宋体" w:hAnsi="宋体"/>
        </w:rPr>
        <w:t>,</w:t>
      </w:r>
      <w:r>
        <w:rPr>
          <w:rFonts w:ascii="宋体" w:eastAsia="宋体" w:hAnsi="宋体"/>
        </w:rPr>
        <w:t>投身社会实践</w:t>
      </w:r>
      <w:r>
        <w:rPr>
          <w:rFonts w:ascii="宋体" w:eastAsia="宋体" w:hAnsi="宋体"/>
        </w:rPr>
        <w:t>,</w:t>
      </w:r>
      <w:r>
        <w:rPr>
          <w:rFonts w:ascii="宋体" w:eastAsia="宋体" w:hAnsi="宋体"/>
        </w:rPr>
        <w:t>才能发现自己的不足</w:t>
      </w:r>
      <w:r>
        <w:rPr>
          <w:rFonts w:ascii="宋体" w:eastAsia="宋体" w:hAnsi="宋体"/>
        </w:rPr>
        <w:t>,</w:t>
      </w:r>
      <w:r>
        <w:rPr>
          <w:rFonts w:ascii="宋体" w:eastAsia="宋体" w:hAnsi="宋体"/>
        </w:rPr>
        <w:t>为今后走出学校</w:t>
      </w:r>
      <w:r>
        <w:rPr>
          <w:rFonts w:ascii="宋体" w:eastAsia="宋体" w:hAnsi="宋体"/>
        </w:rPr>
        <w:t>,</w:t>
      </w:r>
      <w:r>
        <w:rPr>
          <w:rFonts w:ascii="宋体" w:eastAsia="宋体" w:hAnsi="宋体"/>
        </w:rPr>
        <w:t>走向社会创造良好条件</w:t>
      </w:r>
      <w:r>
        <w:rPr>
          <w:rFonts w:ascii="宋体" w:eastAsia="宋体" w:hAnsi="宋体"/>
        </w:rPr>
        <w:t>;</w:t>
      </w:r>
      <w:r>
        <w:rPr>
          <w:rFonts w:ascii="宋体" w:eastAsia="宋体" w:hAnsi="宋体"/>
        </w:rPr>
        <w:t>；使我们的学习有用，在实践中成才，在服务中成长，有效地服务社会，体现大学生的自我价值。在今后的工作中，我们将在总结以往社会实践活动经验的基础上，继续扩大社会实践活动的范围，挖掘实践活动培养人才的潜力，坚持社会实践与了解国情、服务社会相结合，统筹国家和社会的全面发展。坚持社会实践与专业特色相结合，为当地经济发展做出贡献，为社会创造新财富。</w:t>
      </w:r>
    </w:p>
    <w:p w:rsidR="00AF4E6E" w14:paraId="42E3304F" w14:textId="77777777">
      <w:r>
        <w:rPr>
          <w:rFonts w:ascii="宋体" w:eastAsia="宋体" w:hAnsi="宋体"/>
        </w:rPr>
        <w:t xml:space="preserve">    </w:t>
      </w:r>
      <w:r>
        <w:rPr>
          <w:rFonts w:ascii="宋体" w:eastAsia="宋体" w:hAnsi="宋体"/>
        </w:rPr>
        <w:t>我没有选择我的专业来练习这个假期。相反，我在一位亲戚开的电脑配件柜台上帮忙卖东西。我有一个非常充分的时间。在这个实践过程中，我学到了一些书本上学不到的东西。它让你开阔视野，了解社会，深入生活，回味无穷。他还进一步深入了解了他一直想知道的计算机知识。社会实践作为青年学生接触社会、了解国情、服务社会的重要形式，对青年学生的成长和成功起着极其重要的作用。本次假期实践的目的是充分利用知识，增加社会经验，提高实践能力，丰富假期生活。我利用假期参加有意义的社会实践活动，接触社会，了解社会，从社会实践中检验自己。这种社会实践取得了很大的成果。我认为在实践中缺少以下四点。</w:t>
      </w:r>
    </w:p>
    <w:p w:rsidR="00AF4E6E" w14:paraId="20C11081" w14:textId="77777777">
      <w:r>
        <w:rPr>
          <w:rFonts w:ascii="宋体" w:eastAsia="宋体" w:hAnsi="宋体"/>
        </w:rPr>
        <w:t xml:space="preserve">    </w:t>
      </w:r>
      <w:r>
        <w:rPr>
          <w:rFonts w:ascii="宋体" w:eastAsia="宋体" w:hAnsi="宋体"/>
        </w:rPr>
        <w:t>一善于与社会上的其他人沟通。经过一段时间的工作，我认识了更多的人。如何与他人良好沟通需要长期实践。在过去，我没有太多的工作机会，所以我在与别人交谈时不会回应，这会使谈话变得冷淡，这很尴尬。与同事沟通同样重要。社会中的人将融入社会。人们齐心协力，使做事的过程更加和谐，并且事半功倍。你应该倾听别人给你的意见，保持耐心，以开放的心态接受他们。</w:t>
      </w:r>
    </w:p>
    <w:p w:rsidR="00AF4E6E" w14:paraId="29A2FB7B" w14:textId="77777777">
      <w:pPr>
        <w:sectPr w:rsidSect="00034616">
          <w:headerReference w:type="default" r:id="rId6"/>
          <w:type w:val="nextPage"/>
          <w:pgSz w:w="12240" w:h="15840"/>
          <w:pgMar w:top="1440" w:right="1800" w:bottom="1440" w:left="1800" w:header="720" w:footer="720" w:gutter="0"/>
          <w:pgNumType w:start="2"/>
          <w:cols w:space="720"/>
          <w:titlePg w:val="0"/>
          <w:docGrid w:linePitch="360"/>
        </w:sectPr>
      </w:pPr>
      <w:r>
        <w:rPr>
          <w:rFonts w:ascii="宋体" w:eastAsia="宋体" w:hAnsi="宋体"/>
        </w:rPr>
        <w:t xml:space="preserve">    </w:t>
      </w:r>
      <w:r>
        <w:rPr>
          <w:rFonts w:ascii="宋体" w:eastAsia="宋体" w:hAnsi="宋体"/>
        </w:rPr>
        <w:t>二、对社会充满信心。自信不是一种麻木的自夸，而是对自己能力的肯定。在与客户的多次接触中，我了解自信的重要性。你没有社会工作经验并不重要。重要的是你的能力并不比别人差。也积累了社会工作经验。没有第一次，为什么要第二次或第三次？自信使你更加精力充沛。</w:t>
      </w:r>
    </w:p>
    <w:p w:rsidR="00AF4E6E" w14:paraId="6C96769F" w14:textId="27F4D5D3">
      <w:r>
        <w:rPr>
          <w:rFonts w:ascii="宋体" w:eastAsia="宋体" w:hAnsi="宋体"/>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9994900</wp:posOffset>
                </wp:positionV>
                <wp:extent cx="6350000" cy="63500"/>
                <wp:effectExtent l="0" t="0" r="0" b="0"/>
                <wp:wrapNone/>
                <wp:docPr id="1214793228"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A01E09" w:rsidRPr="00A01E09" w14:textId="0F9E998B">
                            <w:pPr>
                              <w:rPr>
                                <w:rFonts w:ascii="黑体" w:eastAsia="黑体"/>
                                <w:sz w:val="24"/>
                              </w:rPr>
                            </w:pPr>
                            <w:r w:rsidRPr="00A01E09">
                              <w:rPr>
                                <w:rFonts w:ascii="黑体" w:eastAsia="黑体"/>
                                <w:sz w:val="24"/>
                              </w:rPr>
                              <w:t>2022</w:t>
                            </w:r>
                            <w:r w:rsidRPr="00A01E09">
                              <w:rPr>
                                <w:rFonts w:ascii="黑体" w:eastAsia="黑体" w:hint="eastAsia"/>
                                <w:sz w:val="24"/>
                              </w:rPr>
                              <w:t>大学生社会实践实践报告</w:t>
                            </w:r>
                            <w:r w:rsidRPr="00A01E09">
                              <w:rPr>
                                <w:rFonts w:ascii="黑体" w:eastAsia="黑体"/>
                                <w:sz w:val="24"/>
                              </w:rPr>
                              <w:t>-</w:t>
                            </w:r>
                            <w:r w:rsidRPr="00A01E09">
                              <w:rPr>
                                <w:rFonts w:ascii="黑体" w:eastAsia="黑体" w:hint="eastAsia"/>
                                <w:sz w:val="24"/>
                              </w:rPr>
                              <w:t>学生社会实践工作总结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3</w:t>
                            </w:r>
                            <w:r w:rsidRPr="00A01E09">
                              <w:rPr>
                                <w:rFonts w:ascii="黑体" w:eastAsia="黑体" w:hint="eastAsia"/>
                                <w:sz w:val="24"/>
                              </w:rPr>
                              <w:t>页，当前为第</w:t>
                            </w:r>
                            <w:r w:rsidRPr="00A01E09">
                              <w:rPr>
                                <w:rFonts w:ascii="黑体" w:eastAsia="黑体"/>
                                <w:sz w:val="24"/>
                              </w:rPr>
                              <w:t>3</w:t>
                            </w:r>
                            <w:r w:rsidRPr="00A01E09">
                              <w:rPr>
                                <w:rFonts w:ascii="黑体" w:eastAsia="黑体" w:hint="eastAsia"/>
                                <w:sz w:val="24"/>
                              </w:rPr>
                              <w:t>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7" type="#_x0000_t202" style="width:500pt;height:5pt;margin-top:787pt;margin-left:0;mso-wrap-distance-bottom:0;mso-wrap-distance-left:9pt;mso-wrap-distance-right:9pt;mso-wrap-distance-top:0;position:absolute;visibility:hidden;v-text-anchor:top;z-index:251662336" filled="f" fillcolor="this" stroked="t" strokecolor="black" strokeweight="0.5pt">
                <v:textbox>
                  <w:txbxContent>
                    <w:p w:rsidR="00A01E09" w:rsidRPr="00A01E09" w14:paraId="240824CC" w14:textId="0F9E998B">
                      <w:pPr>
                        <w:rPr>
                          <w:rFonts w:ascii="黑体" w:eastAsia="黑体"/>
                          <w:sz w:val="24"/>
                        </w:rPr>
                      </w:pPr>
                      <w:r w:rsidRPr="00A01E09">
                        <w:rPr>
                          <w:rFonts w:ascii="黑体" w:eastAsia="黑体"/>
                          <w:sz w:val="24"/>
                        </w:rPr>
                        <w:t>2022</w:t>
                      </w:r>
                      <w:r w:rsidRPr="00A01E09">
                        <w:rPr>
                          <w:rFonts w:ascii="黑体" w:eastAsia="黑体" w:hint="eastAsia"/>
                          <w:sz w:val="24"/>
                        </w:rPr>
                        <w:t>大学生社会实践实践报告</w:t>
                      </w:r>
                      <w:r w:rsidRPr="00A01E09">
                        <w:rPr>
                          <w:rFonts w:ascii="黑体" w:eastAsia="黑体"/>
                          <w:sz w:val="24"/>
                        </w:rPr>
                        <w:t>-</w:t>
                      </w:r>
                      <w:r w:rsidRPr="00A01E09">
                        <w:rPr>
                          <w:rFonts w:ascii="黑体" w:eastAsia="黑体" w:hint="eastAsia"/>
                          <w:sz w:val="24"/>
                        </w:rPr>
                        <w:t>学生社会实践工作总结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3</w:t>
                      </w:r>
                      <w:r w:rsidRPr="00A01E09">
                        <w:rPr>
                          <w:rFonts w:ascii="黑体" w:eastAsia="黑体" w:hint="eastAsia"/>
                          <w:sz w:val="24"/>
                        </w:rPr>
                        <w:t>页，当前为第</w:t>
                      </w:r>
                      <w:r w:rsidRPr="00A01E09">
                        <w:rPr>
                          <w:rFonts w:ascii="黑体" w:eastAsia="黑体"/>
                          <w:sz w:val="24"/>
                        </w:rPr>
                        <w:t>3</w:t>
                      </w:r>
                      <w:r w:rsidRPr="00A01E09">
                        <w:rPr>
                          <w:rFonts w:ascii="黑体" w:eastAsia="黑体" w:hint="eastAsia"/>
                          <w:sz w:val="24"/>
                        </w:rPr>
                        <w:t>页。</w:t>
                      </w:r>
                    </w:p>
                  </w:txbxContent>
                </v:textbox>
              </v:shape>
            </w:pict>
          </mc:Fallback>
        </mc:AlternateContent>
      </w:r>
      <w:r>
        <w:rPr>
          <w:rFonts w:ascii="宋体" w:eastAsia="宋体" w:hAnsi="宋体"/>
        </w:rPr>
        <w:t xml:space="preserve">    </w:t>
      </w:r>
      <w:r>
        <w:rPr>
          <w:rFonts w:ascii="宋体" w:eastAsia="宋体" w:hAnsi="宋体"/>
        </w:rPr>
        <w:t>三我们应该克服我们在社会上的怯懦心理。当我开始休假时，我知道我必须在假期工作，所以我很害怕。我觉得很难。由于缺乏社会经验、缺乏教育等原因，我觉得自己很渺小。我的懦弱就这样暴露出来了。有几次尝试是为了克服他们内心的恐惧。正如我哥哥所说，在社会上，你应该学会厚颜无耻，不害怕别人的坏态度，但也要轻松应对，大胆与别人交谈。你不会害怕长时间工作。事实上，任何人与生俱来。当他还是个孩子的时候，他不怕天地。当他试图遭受损失时，他很害怕。当你克服心理障碍时，一切都变得容易解决。征服自己，只有征服自己才能征服世界。勇敢面对是关键，正如一位名人所说：勇气通向天堂，懦弱通向地狱。</w:t>
      </w:r>
    </w:p>
    <w:p w:rsidR="00AF4E6E" w14:paraId="6351A2E7" w14:textId="77777777">
      <w:r>
        <w:rPr>
          <w:rFonts w:ascii="宋体" w:eastAsia="宋体" w:hAnsi="宋体"/>
        </w:rPr>
        <w:t xml:space="preserve">    </w:t>
      </w:r>
      <w:r>
        <w:rPr>
          <w:rFonts w:ascii="宋体" w:eastAsia="宋体" w:hAnsi="宋体"/>
        </w:rPr>
        <w:t>四在工作中不断丰富知识。知识就像人的血液。没有血，身体会变弱；没有知识，头脑会干涸。</w:t>
      </w:r>
    </w:p>
    <w:p w:rsidR="00AF4E6E" w14:paraId="4DE35C8C" w14:textId="77777777">
      <w:r>
        <w:rPr>
          <w:rFonts w:ascii="宋体" w:eastAsia="宋体" w:hAnsi="宋体"/>
        </w:rPr>
        <w:t xml:space="preserve">    </w:t>
      </w:r>
      <w:r>
        <w:rPr>
          <w:rFonts w:ascii="宋体" w:eastAsia="宋体" w:hAnsi="宋体"/>
        </w:rPr>
        <w:t>以上是我在这个假期的社会实践中学到的。我认为在社会上立足是必要的。大学是教育、培养和磨练我的圣地。我很荣幸住在这里。社会是一个良好的锻炼基地，它可以将学校学到的知识与社会联系起来。实践是学生接触社会、了解社会、服务社会、运用知识实践自我的最佳途径。练习，而不是闭门造车。实现了从理论到实践再到理论的飞跃。提高理解、分析和解决问题的能力。它为理解社会、了解社会和步入社会奠定了良好的基础。</w:t>
      </w:r>
    </w:p>
    <w:p w:rsidR="00AF4E6E" w14:paraId="26623E87" w14:textId="77777777">
      <w:r>
        <w:rPr>
          <w:rFonts w:ascii="宋体" w:eastAsia="宋体" w:hAnsi="宋体"/>
        </w:rPr>
        <w:t xml:space="preserve">    </w:t>
      </w:r>
      <w:r>
        <w:rPr>
          <w:rFonts w:ascii="宋体" w:eastAsia="宋体" w:hAnsi="宋体"/>
        </w:rPr>
        <w:t>社会实践报告摘要</w:t>
      </w:r>
      <w:r>
        <w:rPr>
          <w:rFonts w:ascii="宋体" w:eastAsia="宋体" w:hAnsi="宋体"/>
        </w:rPr>
        <w:t>[3]</w:t>
      </w:r>
    </w:p>
    <w:p w:rsidR="00AF4E6E" w14:paraId="22058874" w14:textId="77777777">
      <w:r>
        <w:rPr>
          <w:rFonts w:ascii="宋体" w:eastAsia="宋体" w:hAnsi="宋体"/>
        </w:rPr>
        <w:t xml:space="preserve">    1:</w:t>
      </w:r>
      <w:r>
        <w:rPr>
          <w:rFonts w:ascii="宋体" w:eastAsia="宋体" w:hAnsi="宋体"/>
        </w:rPr>
        <w:t>执业目的</w:t>
      </w:r>
    </w:p>
    <w:p w:rsidR="00AF4E6E" w14:paraId="49508196" w14:textId="77777777">
      <w:r>
        <w:rPr>
          <w:rFonts w:ascii="宋体" w:eastAsia="宋体" w:hAnsi="宋体"/>
        </w:rPr>
        <w:t xml:space="preserve">    </w:t>
      </w:r>
      <w:r>
        <w:rPr>
          <w:rFonts w:ascii="宋体" w:eastAsia="宋体" w:hAnsi="宋体"/>
        </w:rPr>
        <w:t>在上大学之前，我非常渴望暑假的到来和自由的生活，但这并不是我生命的全部。也许是因为我的责任，我不再希望所谓的自由主宰我的生活。为了证明我不再是温室里的一朵花，不再是象牙塔里的一个孩子，不再是父母的烦恼，我选择用实践来证明我的力量，我的第一个工作生活开始了。</w:t>
      </w:r>
    </w:p>
    <w:p w:rsidR="00AF4E6E" w14:paraId="30884138" w14:textId="77777777">
      <w:r>
        <w:rPr>
          <w:rFonts w:ascii="宋体" w:eastAsia="宋体" w:hAnsi="宋体"/>
        </w:rPr>
        <w:t xml:space="preserve">    2</w:t>
      </w:r>
      <w:r>
        <w:rPr>
          <w:rFonts w:ascii="宋体" w:eastAsia="宋体" w:hAnsi="宋体"/>
        </w:rPr>
        <w:t>：实践经验</w:t>
      </w:r>
    </w:p>
    <w:p w:rsidR="00AF4E6E" w14:paraId="763AC021" w14:textId="77777777">
      <w:r>
        <w:rPr>
          <w:rFonts w:ascii="宋体" w:eastAsia="宋体" w:hAnsi="宋体"/>
        </w:rPr>
        <w:t xml:space="preserve">    </w:t>
      </w:r>
      <w:r>
        <w:rPr>
          <w:rFonts w:ascii="宋体" w:eastAsia="宋体" w:hAnsi="宋体"/>
        </w:rPr>
        <w:t>起初，我认为根据自己的潜力找工作没有问题，但经过几次打击，我几乎要放弃了，但似乎这样放弃不是我的风格！我最终决定尝试，但出乎意料地，我意外地成功了！我在荆门联通找到了一份工作，虽然条件是我不包括食宿，也没有底薪。我做更多的工作得到更多。当然，没有工作我做不到。但至少这是我练习的机会。我告诉自己，即使我赔钱，我也要抓住它！这有点像向外看！我们的任务是在农村销售联通的电话卡。</w:t>
      </w:r>
      <w:r>
        <w:rPr>
          <w:rFonts w:ascii="宋体" w:eastAsia="宋体" w:hAnsi="宋体"/>
        </w:rPr>
        <w:t>35</w:t>
      </w:r>
      <w:r>
        <w:rPr>
          <w:rFonts w:ascii="宋体" w:eastAsia="宋体" w:hAnsi="宋体"/>
        </w:rPr>
        <w:t>元接入网络需要</w:t>
      </w:r>
      <w:r>
        <w:rPr>
          <w:rFonts w:ascii="宋体" w:eastAsia="宋体" w:hAnsi="宋体"/>
        </w:rPr>
        <w:t>270</w:t>
      </w:r>
      <w:r>
        <w:rPr>
          <w:rFonts w:ascii="宋体" w:eastAsia="宋体" w:hAnsi="宋体"/>
        </w:rPr>
        <w:t>元，我们只卖</w:t>
      </w:r>
      <w:r>
        <w:rPr>
          <w:rFonts w:ascii="宋体" w:eastAsia="宋体" w:hAnsi="宋体"/>
        </w:rPr>
        <w:t>5</w:t>
      </w:r>
      <w:r>
        <w:rPr>
          <w:rFonts w:ascii="宋体" w:eastAsia="宋体" w:hAnsi="宋体"/>
        </w:rPr>
        <w:t>元的佣金，这似乎没有太大的利息诱惑，但我们知道我们需要的是无形资本</w:t>
      </w:r>
      <w:r>
        <w:rPr>
          <w:rFonts w:ascii="宋体" w:eastAsia="宋体" w:hAnsi="宋体"/>
        </w:rPr>
        <w:t>-</w:t>
      </w:r>
    </w:p>
    <w:p w:rsidR="00AF4E6E" w14:paraId="46E9BA6F" w14:textId="77777777">
      <w:pPr>
        <w:sectPr w:rsidSect="00034616">
          <w:headerReference w:type="default" r:id="rId7"/>
          <w:type w:val="nextPage"/>
          <w:pgSz w:w="12240" w:h="15840"/>
          <w:pgMar w:top="1440" w:right="1800" w:bottom="1440" w:left="1800" w:header="720" w:footer="720" w:gutter="0"/>
          <w:pgNumType w:start="3"/>
          <w:cols w:space="720"/>
          <w:titlePg w:val="0"/>
          <w:docGrid w:linePitch="360"/>
        </w:sectPr>
      </w:pPr>
      <w:r>
        <w:rPr>
          <w:rFonts w:ascii="宋体" w:eastAsia="宋体" w:hAnsi="宋体"/>
        </w:rPr>
        <w:t xml:space="preserve">    </w:t>
      </w:r>
      <w:r>
        <w:rPr>
          <w:rFonts w:ascii="宋体" w:eastAsia="宋体" w:hAnsi="宋体"/>
        </w:rPr>
        <w:t>当我找到一份工作时，我正式成为办公室职员。我好像日出时工作，日落时休息！第一天</w:t>
      </w:r>
      <w:r>
        <w:rPr>
          <w:rFonts w:ascii="宋体" w:eastAsia="宋体" w:hAnsi="宋体"/>
        </w:rPr>
        <w:t>6</w:t>
      </w:r>
      <w:r>
        <w:rPr>
          <w:rFonts w:ascii="宋体" w:eastAsia="宋体" w:hAnsi="宋体"/>
        </w:rPr>
        <w:t>点，我穿着统一的服装和工作证，乘坐联通公司特有的专车下乡。我真的很喜欢一个真正的推销员。我有那种感觉！由于在农村销售，农村的交通仍然不方便。一般来说，我们依靠走路和头上的烈日。我们真的觉得我们还有很长的路要走。我们告诉自己，我们只能成功，不能失败</w:t>
      </w:r>
      <w:r>
        <w:rPr>
          <w:rFonts w:ascii="宋体" w:eastAsia="宋体" w:hAnsi="宋体"/>
        </w:rPr>
        <w:t>-</w:t>
      </w:r>
    </w:p>
    <w:p w:rsidR="00AF4E6E" w14:paraId="0FA20553" w14:textId="38718860">
      <w:r>
        <w:rPr>
          <w:rFonts w:ascii="宋体" w:eastAsia="宋体" w:hAnsi="宋体"/>
          <w:noProof/>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9994900</wp:posOffset>
                </wp:positionV>
                <wp:extent cx="6350000" cy="63500"/>
                <wp:effectExtent l="0" t="0" r="0" b="0"/>
                <wp:wrapNone/>
                <wp:docPr id="1728437913" name="PageShape4"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A01E09" w:rsidRPr="00A01E09" w14:textId="157958A6">
                            <w:pPr>
                              <w:rPr>
                                <w:rFonts w:ascii="黑体" w:eastAsia="黑体"/>
                                <w:sz w:val="24"/>
                              </w:rPr>
                            </w:pPr>
                            <w:r w:rsidRPr="00A01E09">
                              <w:rPr>
                                <w:rFonts w:ascii="黑体" w:eastAsia="黑体"/>
                                <w:sz w:val="24"/>
                              </w:rPr>
                              <w:t>2022</w:t>
                            </w:r>
                            <w:r w:rsidRPr="00A01E09">
                              <w:rPr>
                                <w:rFonts w:ascii="黑体" w:eastAsia="黑体" w:hint="eastAsia"/>
                                <w:sz w:val="24"/>
                              </w:rPr>
                              <w:t>大学生社会实践实践报告</w:t>
                            </w:r>
                            <w:r w:rsidRPr="00A01E09">
                              <w:rPr>
                                <w:rFonts w:ascii="黑体" w:eastAsia="黑体"/>
                                <w:sz w:val="24"/>
                              </w:rPr>
                              <w:t>-</w:t>
                            </w:r>
                            <w:r w:rsidRPr="00A01E09">
                              <w:rPr>
                                <w:rFonts w:ascii="黑体" w:eastAsia="黑体" w:hint="eastAsia"/>
                                <w:sz w:val="24"/>
                              </w:rPr>
                              <w:t>学生社会实践工作总结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4</w:t>
                            </w:r>
                            <w:r w:rsidRPr="00A01E09">
                              <w:rPr>
                                <w:rFonts w:ascii="黑体" w:eastAsia="黑体" w:hint="eastAsia"/>
                                <w:sz w:val="24"/>
                              </w:rPr>
                              <w:t>页，当前为第</w:t>
                            </w:r>
                            <w:r w:rsidRPr="00A01E09">
                              <w:rPr>
                                <w:rFonts w:ascii="黑体" w:eastAsia="黑体"/>
                                <w:sz w:val="24"/>
                              </w:rPr>
                              <w:t>4</w:t>
                            </w:r>
                            <w:r w:rsidRPr="00A01E09">
                              <w:rPr>
                                <w:rFonts w:ascii="黑体" w:eastAsia="黑体" w:hint="eastAsia"/>
                                <w:sz w:val="24"/>
                              </w:rPr>
                              <w:t>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4" o:spid="_x0000_s1028" type="#_x0000_t202" style="width:500pt;height:5pt;margin-top:787pt;margin-left:0;mso-wrap-distance-bottom:0;mso-wrap-distance-left:9pt;mso-wrap-distance-right:9pt;mso-wrap-distance-top:0;position:absolute;visibility:hidden;v-text-anchor:top;z-index:251664384" filled="f" fillcolor="this" stroked="t" strokecolor="black" strokeweight="0.5pt">
                <v:textbox>
                  <w:txbxContent>
                    <w:p w:rsidR="00A01E09" w:rsidRPr="00A01E09" w14:paraId="0DF394B0" w14:textId="157958A6">
                      <w:pPr>
                        <w:rPr>
                          <w:rFonts w:ascii="黑体" w:eastAsia="黑体"/>
                          <w:sz w:val="24"/>
                        </w:rPr>
                      </w:pPr>
                      <w:r w:rsidRPr="00A01E09">
                        <w:rPr>
                          <w:rFonts w:ascii="黑体" w:eastAsia="黑体"/>
                          <w:sz w:val="24"/>
                        </w:rPr>
                        <w:t>2022</w:t>
                      </w:r>
                      <w:r w:rsidRPr="00A01E09">
                        <w:rPr>
                          <w:rFonts w:ascii="黑体" w:eastAsia="黑体" w:hint="eastAsia"/>
                          <w:sz w:val="24"/>
                        </w:rPr>
                        <w:t>大学生社会实践实践报告</w:t>
                      </w:r>
                      <w:r w:rsidRPr="00A01E09">
                        <w:rPr>
                          <w:rFonts w:ascii="黑体" w:eastAsia="黑体"/>
                          <w:sz w:val="24"/>
                        </w:rPr>
                        <w:t>-</w:t>
                      </w:r>
                      <w:r w:rsidRPr="00A01E09">
                        <w:rPr>
                          <w:rFonts w:ascii="黑体" w:eastAsia="黑体" w:hint="eastAsia"/>
                          <w:sz w:val="24"/>
                        </w:rPr>
                        <w:t>学生社会实践工作总结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4</w:t>
                      </w:r>
                      <w:r w:rsidRPr="00A01E09">
                        <w:rPr>
                          <w:rFonts w:ascii="黑体" w:eastAsia="黑体" w:hint="eastAsia"/>
                          <w:sz w:val="24"/>
                        </w:rPr>
                        <w:t>页，当前为第</w:t>
                      </w:r>
                      <w:r w:rsidRPr="00A01E09">
                        <w:rPr>
                          <w:rFonts w:ascii="黑体" w:eastAsia="黑体"/>
                          <w:sz w:val="24"/>
                        </w:rPr>
                        <w:t>4</w:t>
                      </w:r>
                      <w:r w:rsidRPr="00A01E09">
                        <w:rPr>
                          <w:rFonts w:ascii="黑体" w:eastAsia="黑体" w:hint="eastAsia"/>
                          <w:sz w:val="24"/>
                        </w:rPr>
                        <w:t>页。</w:t>
                      </w:r>
                    </w:p>
                  </w:txbxContent>
                </v:textbox>
              </v:shape>
            </w:pict>
          </mc:Fallback>
        </mc:AlternateContent>
      </w:r>
      <w:r>
        <w:rPr>
          <w:rFonts w:ascii="宋体" w:eastAsia="宋体" w:hAnsi="宋体"/>
        </w:rPr>
        <w:t xml:space="preserve">    </w:t>
      </w:r>
      <w:r>
        <w:rPr>
          <w:rFonts w:ascii="宋体" w:eastAsia="宋体" w:hAnsi="宋体"/>
        </w:rPr>
        <w:t>在目的地，工作正式开始。一手拿一叠传单，开始宣传！您好，我们联通公司目前推出了一项新的优惠活动。您现在需要联通电话卡吗？在我说完之前，其他人已经不耐烦地说：不，不要影响我们的扑克牌。当时我很震惊。我很快说对不起。对不起，我跑得很快。我真的有一种前所未有的挫败感</w:t>
      </w:r>
      <w:r>
        <w:rPr>
          <w:rFonts w:ascii="宋体" w:eastAsia="宋体" w:hAnsi="宋体"/>
        </w:rPr>
        <w:t>-</w:t>
      </w:r>
    </w:p>
    <w:p w:rsidR="00AF4E6E" w14:paraId="55B30230" w14:textId="77777777">
      <w:r>
        <w:rPr>
          <w:rFonts w:ascii="宋体" w:eastAsia="宋体" w:hAnsi="宋体"/>
        </w:rPr>
        <w:t xml:space="preserve">    </w:t>
      </w:r>
      <w:r>
        <w:rPr>
          <w:rFonts w:ascii="宋体" w:eastAsia="宋体" w:hAnsi="宋体"/>
        </w:rPr>
        <w:t>经过长时间的沉默，我鼓起勇气寻找下一个客户来源。没想到，我竟然不得不第二次卖掉它，并得到了客户的认可。我是如此甜蜜和兴奋！我能理解这样的感觉：山川复杂，毫无疑问，另一个村庄的柳花灿烂。</w:t>
      </w:r>
    </w:p>
    <w:p w:rsidR="00AF4E6E" w14:paraId="4F67DEC0" w14:textId="77777777">
      <w:r>
        <w:rPr>
          <w:rFonts w:ascii="宋体" w:eastAsia="宋体" w:hAnsi="宋体"/>
        </w:rPr>
        <w:t xml:space="preserve">    </w:t>
      </w:r>
      <w:r>
        <w:rPr>
          <w:rFonts w:ascii="宋体" w:eastAsia="宋体" w:hAnsi="宋体"/>
        </w:rPr>
        <w:t>告诉自己继续努力。一遍又一遍地重复同一个话题，并一遍又一遍地解释它。成功或失败对我来说并不那么重要。关键是要体验这两种不同的感觉，这是非常宝贵的！我直到</w:t>
      </w:r>
      <w:r>
        <w:rPr>
          <w:rFonts w:ascii="宋体" w:eastAsia="宋体" w:hAnsi="宋体"/>
        </w:rPr>
        <w:t>21</w:t>
      </w:r>
      <w:r>
        <w:rPr>
          <w:rFonts w:ascii="宋体" w:eastAsia="宋体" w:hAnsi="宋体"/>
        </w:rPr>
        <w:t>点才回到我们租的房间。我没吃晚饭，很累。我真想躺下来好好睡一觉！但我终于明白，江湖上的人是不能自由自在的。有时候人们真的很无助！</w:t>
      </w:r>
    </w:p>
    <w:p w:rsidR="00AF4E6E" w14:paraId="5ED95A7E" w14:textId="77777777">
      <w:r>
        <w:rPr>
          <w:rFonts w:ascii="宋体" w:eastAsia="宋体" w:hAnsi="宋体"/>
        </w:rPr>
        <w:t xml:space="preserve">    </w:t>
      </w:r>
      <w:r>
        <w:rPr>
          <w:rFonts w:ascii="宋体" w:eastAsia="宋体" w:hAnsi="宋体"/>
        </w:rPr>
        <w:t>我想在路上放弃好几次。销售并不像我想的那么简单。要让别人自愿掏出口袋就更难了。然而，如果我连小学生和初中生能完成的工作都做不完，我读了很多年的书难道不是白费力气吗？理性告诉我要坚持，我别无选择！</w:t>
      </w:r>
    </w:p>
    <w:p w:rsidR="00AF4E6E" w14:paraId="53717F72" w14:textId="77777777">
      <w:r>
        <w:rPr>
          <w:rFonts w:ascii="宋体" w:eastAsia="宋体" w:hAnsi="宋体"/>
        </w:rPr>
        <w:t xml:space="preserve">    </w:t>
      </w:r>
      <w:r>
        <w:rPr>
          <w:rFonts w:ascii="宋体" w:eastAsia="宋体" w:hAnsi="宋体"/>
        </w:rPr>
        <w:t>每天的农村活动都在拥抱阳光，与人民密切接触，与自己战斗。说起来并不痛苦，但做起来有点困难。只是一开始一切都很困难。经过磨合期，一切都是自然和习惯！工作了</w:t>
      </w:r>
      <w:r>
        <w:rPr>
          <w:rFonts w:ascii="宋体" w:eastAsia="宋体" w:hAnsi="宋体"/>
        </w:rPr>
        <w:t>20</w:t>
      </w:r>
      <w:r>
        <w:rPr>
          <w:rFonts w:ascii="宋体" w:eastAsia="宋体" w:hAnsi="宋体"/>
        </w:rPr>
        <w:t>天后，由于电话卡市场已经饱和，我辞职回家享受我的最后一个暑假。我也在</w:t>
      </w:r>
      <w:r>
        <w:rPr>
          <w:rFonts w:ascii="宋体" w:eastAsia="宋体" w:hAnsi="宋体"/>
        </w:rPr>
        <w:t>20</w:t>
      </w:r>
      <w:r>
        <w:rPr>
          <w:rFonts w:ascii="宋体" w:eastAsia="宋体" w:hAnsi="宋体"/>
        </w:rPr>
        <w:t>天内卖出了几十张卡片，结果并不令人印象深刻，但也不错。最终的结果是国际收支平衡。虽然我没有挣钱，但我很满意。毕竟，在这几十年里，我养活了自己，这表明我有潜力过自己的生活。这也是可喜的</w:t>
      </w:r>
      <w:r>
        <w:rPr>
          <w:rFonts w:ascii="宋体" w:eastAsia="宋体" w:hAnsi="宋体"/>
        </w:rPr>
        <w:t>!</w:t>
      </w:r>
      <w:r>
        <w:rPr>
          <w:rFonts w:ascii="宋体" w:eastAsia="宋体" w:hAnsi="宋体"/>
        </w:rPr>
        <w:t>！</w:t>
      </w:r>
    </w:p>
    <w:p w:rsidR="00AF4E6E" w14:paraId="443312ED" w14:textId="77777777">
      <w:r>
        <w:rPr>
          <w:rFonts w:ascii="宋体" w:eastAsia="宋体" w:hAnsi="宋体"/>
        </w:rPr>
        <w:t xml:space="preserve">    3</w:t>
      </w:r>
      <w:r>
        <w:rPr>
          <w:rFonts w:ascii="宋体" w:eastAsia="宋体" w:hAnsi="宋体"/>
        </w:rPr>
        <w:t>：实用演讲</w:t>
      </w:r>
    </w:p>
    <w:p w:rsidR="00AF4E6E" w14:paraId="7669F81E" w14:textId="77777777">
      <w:r>
        <w:rPr>
          <w:rFonts w:ascii="宋体" w:eastAsia="宋体" w:hAnsi="宋体"/>
        </w:rPr>
        <w:t xml:space="preserve">    1</w:t>
      </w:r>
      <w:r>
        <w:rPr>
          <w:rFonts w:ascii="宋体" w:eastAsia="宋体" w:hAnsi="宋体"/>
        </w:rPr>
        <w:t>：一片叶子属于一个季节，年轻的学生有着绚丽的青春。谁说我们年轻轻浮，受不了暴风雨的洗礼？谁说我们在象牙塔里听不到窗外的声音，只读圣人的书，走出校园，走进社会，我们写了一个满意的答案</w:t>
      </w:r>
      <w:r>
        <w:rPr>
          <w:rFonts w:ascii="宋体" w:eastAsia="宋体" w:hAnsi="宋体"/>
        </w:rPr>
        <w:t>-</w:t>
      </w:r>
    </w:p>
    <w:p w:rsidR="00AF4E6E" w14:paraId="5A6097EC" w14:textId="77777777">
      <w:r>
        <w:rPr>
          <w:rFonts w:ascii="宋体" w:eastAsia="宋体" w:hAnsi="宋体"/>
        </w:rPr>
        <w:t xml:space="preserve">    2</w:t>
      </w:r>
      <w:r>
        <w:rPr>
          <w:rFonts w:ascii="宋体" w:eastAsia="宋体" w:hAnsi="宋体"/>
        </w:rPr>
        <w:t>：在素质教育的今天，社会实践一直被视为高校培养德、智、体、美、劳全面发展的跨世纪人才的重要途径。暑期社会实践不仅是校园教育在课堂之外的延伸，也是推进素质教育进程的重要手段。它帮助我们大学生接触和了解社会。同时，实践也是大学生学习知识、锻炼才能的有效途径。也是大学生服务社会、回报社会的良好形式。因此，大学生参与社会实践是非常必要的！</w:t>
      </w:r>
    </w:p>
    <w:p w:rsidR="00AF4E6E" w14:paraId="46B130D8" w14:textId="6AB36128">
      <w:pPr>
        <w:sectPr w:rsidSect="00034616">
          <w:headerReference w:type="default" r:id="rId8"/>
          <w:type w:val="nextPage"/>
          <w:pgSz w:w="12240" w:h="15840"/>
          <w:pgMar w:top="1440" w:right="1800" w:bottom="1440" w:left="1800" w:header="720" w:footer="720" w:gutter="0"/>
          <w:pgNumType w:start="4"/>
          <w:cols w:space="720"/>
          <w:titlePg w:val="0"/>
          <w:docGrid w:linePitch="360"/>
        </w:sectPr>
      </w:pPr>
      <w:r>
        <w:rPr>
          <w:rFonts w:ascii="宋体" w:eastAsia="宋体" w:hAnsi="宋体"/>
        </w:rPr>
        <w:t xml:space="preserve">    3</w:t>
      </w:r>
      <w:r>
        <w:rPr>
          <w:rFonts w:ascii="宋体" w:eastAsia="宋体" w:hAnsi="宋体"/>
        </w:rPr>
        <w:t>：大学是一个小社会。我们不再是象牙塔里的小花，不能被风雨击打。通过社会实践的训练，我们深刻认识到社会实践是一种财富。在实践中，你可以学到书本上学不到的东西。它让你开阔视野，了解社会，深入生活，回味无穷。俗话说：努力工作，收获社会是一所综合性大学，可以更好地培养人。只有正确引导我们深入社会</w:t>
      </w:r>
      <w:r>
        <w:rPr>
          <w:rFonts w:ascii="宋体" w:eastAsia="宋体" w:hAnsi="宋体"/>
        </w:rPr>
        <w:t>,</w:t>
      </w:r>
      <w:r>
        <w:rPr>
          <w:rFonts w:ascii="宋体" w:eastAsia="宋体" w:hAnsi="宋体"/>
        </w:rPr>
        <w:t>了解社会</w:t>
      </w:r>
      <w:r>
        <w:rPr>
          <w:rFonts w:ascii="宋体" w:eastAsia="宋体" w:hAnsi="宋体"/>
        </w:rPr>
        <w:t>,</w:t>
      </w:r>
      <w:r>
        <w:rPr>
          <w:rFonts w:ascii="宋体" w:eastAsia="宋体" w:hAnsi="宋体"/>
        </w:rPr>
        <w:t>服务社会</w:t>
      </w:r>
      <w:r>
        <w:rPr>
          <w:rFonts w:ascii="宋体" w:eastAsia="宋体" w:hAnsi="宋体"/>
        </w:rPr>
        <w:t>,</w:t>
      </w:r>
      <w:r>
        <w:rPr>
          <w:rFonts w:ascii="宋体" w:eastAsia="宋体" w:hAnsi="宋体"/>
        </w:rPr>
        <w:t>投身社会实践</w:t>
      </w:r>
      <w:r>
        <w:rPr>
          <w:rFonts w:ascii="宋体" w:eastAsia="宋体" w:hAnsi="宋体"/>
        </w:rPr>
        <w:t>,</w:t>
      </w:r>
      <w:r>
        <w:rPr>
          <w:rFonts w:ascii="宋体" w:eastAsia="宋体" w:hAnsi="宋体"/>
        </w:rPr>
        <w:t>才能发现自己的不足</w:t>
      </w:r>
      <w:r>
        <w:rPr>
          <w:rFonts w:ascii="宋体" w:eastAsia="宋体" w:hAnsi="宋体"/>
        </w:rPr>
        <w:t>,</w:t>
      </w:r>
      <w:r>
        <w:rPr>
          <w:rFonts w:ascii="宋体" w:eastAsia="宋体" w:hAnsi="宋体"/>
        </w:rPr>
        <w:t>为今后走出学校</w:t>
      </w:r>
      <w:r>
        <w:rPr>
          <w:rFonts w:ascii="宋体" w:eastAsia="宋体" w:hAnsi="宋体"/>
        </w:rPr>
        <w:t>,</w:t>
      </w:r>
      <w:r>
        <w:rPr>
          <w:rFonts w:ascii="宋体" w:eastAsia="宋体" w:hAnsi="宋体"/>
        </w:rPr>
        <w:t>走向社会创造良好条件</w:t>
      </w:r>
      <w:r>
        <w:rPr>
          <w:rFonts w:ascii="宋体" w:eastAsia="宋体" w:hAnsi="宋体"/>
        </w:rPr>
        <w:t>;</w:t>
      </w:r>
    </w:p>
    <w:p w:rsidR="00AF4E6E" w14:textId="6AB36128">
      <w:r>
        <w:rPr>
          <w:rFonts w:ascii="宋体" w:eastAsia="宋体" w:hAnsi="宋体"/>
        </w:rPr>
        <w:t>；使我们的</w:t>
      </w:r>
      <w:r>
        <w:rPr>
          <w:rFonts w:ascii="宋体" w:eastAsia="宋体" w:hAnsi="宋体"/>
          <w:noProof/>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9994900</wp:posOffset>
                </wp:positionV>
                <wp:extent cx="6350000" cy="63500"/>
                <wp:effectExtent l="0" t="0" r="0" b="0"/>
                <wp:wrapNone/>
                <wp:docPr id="1855702008" name="PageShape5"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A01E09" w:rsidRPr="00A01E09" w14:textId="2368A0DC">
                            <w:pPr>
                              <w:rPr>
                                <w:rFonts w:ascii="黑体" w:eastAsia="黑体"/>
                                <w:sz w:val="24"/>
                              </w:rPr>
                            </w:pPr>
                            <w:r w:rsidRPr="00A01E09">
                              <w:rPr>
                                <w:rFonts w:ascii="黑体" w:eastAsia="黑体"/>
                                <w:sz w:val="24"/>
                              </w:rPr>
                              <w:t>2022</w:t>
                            </w:r>
                            <w:r w:rsidRPr="00A01E09">
                              <w:rPr>
                                <w:rFonts w:ascii="黑体" w:eastAsia="黑体" w:hint="eastAsia"/>
                                <w:sz w:val="24"/>
                              </w:rPr>
                              <w:t>大学生社会实践实践报告</w:t>
                            </w:r>
                            <w:r w:rsidRPr="00A01E09">
                              <w:rPr>
                                <w:rFonts w:ascii="黑体" w:eastAsia="黑体"/>
                                <w:sz w:val="24"/>
                              </w:rPr>
                              <w:t>-</w:t>
                            </w:r>
                            <w:r w:rsidRPr="00A01E09">
                              <w:rPr>
                                <w:rFonts w:ascii="黑体" w:eastAsia="黑体" w:hint="eastAsia"/>
                                <w:sz w:val="24"/>
                              </w:rPr>
                              <w:t>学生社会实践工作总结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5</w:t>
                            </w:r>
                            <w:r w:rsidRPr="00A01E09">
                              <w:rPr>
                                <w:rFonts w:ascii="黑体" w:eastAsia="黑体" w:hint="eastAsia"/>
                                <w:sz w:val="24"/>
                              </w:rPr>
                              <w:t>页，当前为第</w:t>
                            </w:r>
                            <w:r w:rsidRPr="00A01E09">
                              <w:rPr>
                                <w:rFonts w:ascii="黑体" w:eastAsia="黑体"/>
                                <w:sz w:val="24"/>
                              </w:rPr>
                              <w:t>5</w:t>
                            </w:r>
                            <w:r w:rsidRPr="00A01E09">
                              <w:rPr>
                                <w:rFonts w:ascii="黑体" w:eastAsia="黑体" w:hint="eastAsia"/>
                                <w:sz w:val="24"/>
                              </w:rPr>
                              <w:t>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5" o:spid="_x0000_s1029" type="#_x0000_t202" style="width:500pt;height:5pt;margin-top:787pt;margin-left:0;mso-wrap-distance-bottom:0;mso-wrap-distance-left:9pt;mso-wrap-distance-right:9pt;mso-wrap-distance-top:0;position:absolute;visibility:hidden;v-text-anchor:top;z-index:251666432" filled="f" fillcolor="this" stroked="t" strokecolor="black" strokeweight="0.5pt">
                <v:textbox>
                  <w:txbxContent>
                    <w:p w:rsidR="00A01E09" w:rsidRPr="00A01E09" w14:paraId="65127EED" w14:textId="2368A0DC">
                      <w:pPr>
                        <w:rPr>
                          <w:rFonts w:ascii="黑体" w:eastAsia="黑体"/>
                          <w:sz w:val="24"/>
                        </w:rPr>
                      </w:pPr>
                      <w:r w:rsidRPr="00A01E09">
                        <w:rPr>
                          <w:rFonts w:ascii="黑体" w:eastAsia="黑体"/>
                          <w:sz w:val="24"/>
                        </w:rPr>
                        <w:t>2022</w:t>
                      </w:r>
                      <w:r w:rsidRPr="00A01E09">
                        <w:rPr>
                          <w:rFonts w:ascii="黑体" w:eastAsia="黑体" w:hint="eastAsia"/>
                          <w:sz w:val="24"/>
                        </w:rPr>
                        <w:t>大学生社会实践实践报告</w:t>
                      </w:r>
                      <w:r w:rsidRPr="00A01E09">
                        <w:rPr>
                          <w:rFonts w:ascii="黑体" w:eastAsia="黑体"/>
                          <w:sz w:val="24"/>
                        </w:rPr>
                        <w:t>-</w:t>
                      </w:r>
                      <w:r w:rsidRPr="00A01E09">
                        <w:rPr>
                          <w:rFonts w:ascii="黑体" w:eastAsia="黑体" w:hint="eastAsia"/>
                          <w:sz w:val="24"/>
                        </w:rPr>
                        <w:t>学生社会实践工作总结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5</w:t>
                      </w:r>
                      <w:r w:rsidRPr="00A01E09">
                        <w:rPr>
                          <w:rFonts w:ascii="黑体" w:eastAsia="黑体" w:hint="eastAsia"/>
                          <w:sz w:val="24"/>
                        </w:rPr>
                        <w:t>页，当前为第</w:t>
                      </w:r>
                      <w:r w:rsidRPr="00A01E09">
                        <w:rPr>
                          <w:rFonts w:ascii="黑体" w:eastAsia="黑体"/>
                          <w:sz w:val="24"/>
                        </w:rPr>
                        <w:t>5</w:t>
                      </w:r>
                      <w:r w:rsidRPr="00A01E09">
                        <w:rPr>
                          <w:rFonts w:ascii="黑体" w:eastAsia="黑体" w:hint="eastAsia"/>
                          <w:sz w:val="24"/>
                        </w:rPr>
                        <w:t>页。</w:t>
                      </w:r>
                    </w:p>
                  </w:txbxContent>
                </v:textbox>
              </v:shape>
            </w:pict>
          </mc:Fallback>
        </mc:AlternateContent>
      </w:r>
      <w:r>
        <w:rPr>
          <w:rFonts w:ascii="宋体" w:eastAsia="宋体" w:hAnsi="宋体"/>
        </w:rPr>
        <w:t>学习有用，在实践中成才，在服务中成长，有效地服务社会，体现大学生的自我价值。在今后的工作中，我们将在总结以往社会实践活动经验的基础上，继续扩大社会实践活动的范围，挖掘实践活动培养人才的潜力，坚持社会实践与了解国情、服务社会相结合，统筹国家和社会的全面发展。坚持社会实践与专业特色相结合，为当地经济发展做出贡献，为社会创造新财富。坚持社会实践与大学生课外科技学术研究相结合，培养和提高大学生的学术研究潜力和水平。因此，我们全心全意地参与其中</w:t>
      </w:r>
      <w:r>
        <w:rPr>
          <w:rFonts w:ascii="宋体" w:eastAsia="宋体" w:hAnsi="宋体"/>
        </w:rPr>
        <w:t>-</w:t>
      </w:r>
    </w:p>
    <w:p w:rsidR="00AF4E6E" w14:paraId="16ABAED4" w14:textId="77777777">
      <w:r>
        <w:rPr>
          <w:rFonts w:ascii="宋体" w:eastAsia="宋体" w:hAnsi="宋体"/>
        </w:rPr>
        <w:t xml:space="preserve">    </w:t>
      </w:r>
      <w:r>
        <w:rPr>
          <w:rFonts w:ascii="宋体" w:eastAsia="宋体" w:hAnsi="宋体"/>
        </w:rPr>
        <w:t>他说：在实践中，我深深地意识到，社会需要的不是读死书的人，而是能做真实事情的人。</w:t>
      </w:r>
    </w:p>
    <w:p w:rsidR="00AF4E6E" w14:paraId="535EC51E" w14:textId="77777777">
      <w:r>
        <w:rPr>
          <w:rFonts w:ascii="宋体" w:eastAsia="宋体" w:hAnsi="宋体"/>
        </w:rPr>
        <w:t xml:space="preserve">    4</w:t>
      </w:r>
      <w:r>
        <w:rPr>
          <w:rFonts w:ascii="宋体" w:eastAsia="宋体" w:hAnsi="宋体"/>
        </w:rPr>
        <w:t>：实践总结</w:t>
      </w:r>
    </w:p>
    <w:p w:rsidR="00AF4E6E" w14:paraId="75BD0263" w14:textId="77777777">
      <w:r>
        <w:rPr>
          <w:rFonts w:ascii="宋体" w:eastAsia="宋体" w:hAnsi="宋体"/>
        </w:rPr>
        <w:t xml:space="preserve">    1</w:t>
      </w:r>
      <w:r>
        <w:rPr>
          <w:rFonts w:ascii="宋体" w:eastAsia="宋体" w:hAnsi="宋体"/>
        </w:rPr>
        <w:t>：世上没有难事。我担心那些有爱心的人会得到一切，只要他们相信！</w:t>
      </w:r>
    </w:p>
    <w:p w:rsidR="00AF4E6E" w14:paraId="6F117EC8" w14:textId="77777777">
      <w:r>
        <w:rPr>
          <w:rFonts w:ascii="宋体" w:eastAsia="宋体" w:hAnsi="宋体"/>
        </w:rPr>
        <w:t xml:space="preserve">    </w:t>
      </w:r>
      <w:r>
        <w:rPr>
          <w:rFonts w:ascii="宋体" w:eastAsia="宋体" w:hAnsi="宋体"/>
        </w:rPr>
        <w:t>他说：我们做事要有耐心和毅力。我们应该在每件事上都有充分的毅力和耐心，然后才能向前迈出一大步！</w:t>
      </w:r>
    </w:p>
    <w:p w:rsidR="00AF4E6E" w14:paraId="0D39B160" w14:textId="77777777">
      <w:r>
        <w:rPr>
          <w:rFonts w:ascii="宋体" w:eastAsia="宋体" w:hAnsi="宋体"/>
        </w:rPr>
        <w:t xml:space="preserve">    3</w:t>
      </w:r>
      <w:r>
        <w:rPr>
          <w:rFonts w:ascii="宋体" w:eastAsia="宋体" w:hAnsi="宋体"/>
        </w:rPr>
        <w:t>：脚踏实地，循序渐进，选择捷径会付出相应的代价！</w:t>
      </w:r>
    </w:p>
    <w:p w:rsidR="00AF4E6E" w14:paraId="795666F2" w14:textId="77777777">
      <w:r>
        <w:rPr>
          <w:rFonts w:ascii="宋体" w:eastAsia="宋体" w:hAnsi="宋体"/>
        </w:rPr>
        <w:t xml:space="preserve">    </w:t>
      </w:r>
      <w:r>
        <w:rPr>
          <w:rFonts w:ascii="宋体" w:eastAsia="宋体" w:hAnsi="宋体"/>
        </w:rPr>
        <w:t>社会实践报告摘要</w:t>
      </w:r>
      <w:r>
        <w:rPr>
          <w:rFonts w:ascii="宋体" w:eastAsia="宋体" w:hAnsi="宋体"/>
        </w:rPr>
        <w:t>[4]</w:t>
      </w:r>
    </w:p>
    <w:p w:rsidR="00AF4E6E" w14:paraId="02B83F2A" w14:textId="77777777">
      <w:r>
        <w:rPr>
          <w:rFonts w:ascii="宋体" w:eastAsia="宋体" w:hAnsi="宋体"/>
        </w:rPr>
        <w:t xml:space="preserve">    </w:t>
      </w:r>
      <w:r>
        <w:rPr>
          <w:rFonts w:ascii="宋体" w:eastAsia="宋体" w:hAnsi="宋体"/>
        </w:rPr>
        <w:t>平面设计，又称视觉传达设计，是利用视觉作为一种沟通和表达方式，以多种方式创造和组合符号、图片和文字，从而使视觉表达传达思想或信息。平面设计师可以运用排版、视觉艺术、页面布局和计算机软件方面的专业技能来达到创造性规划的目的。平面设计通常指的是生产（设计）的过程和最后的工作。</w:t>
      </w:r>
    </w:p>
    <w:p w:rsidR="00AF4E6E" w14:paraId="715BDB70" w14:textId="77777777">
      <w:r>
        <w:rPr>
          <w:rFonts w:ascii="宋体" w:eastAsia="宋体" w:hAnsi="宋体"/>
        </w:rPr>
        <w:t xml:space="preserve">    </w:t>
      </w:r>
      <w:r>
        <w:rPr>
          <w:rFonts w:ascii="宋体" w:eastAsia="宋体" w:hAnsi="宋体"/>
        </w:rPr>
        <w:t>练习时间：</w:t>
      </w:r>
    </w:p>
    <w:p w:rsidR="00AF4E6E" w14:paraId="6BFE45D5" w14:textId="77777777">
      <w:r>
        <w:rPr>
          <w:rFonts w:ascii="宋体" w:eastAsia="宋体" w:hAnsi="宋体"/>
        </w:rPr>
        <w:t xml:space="preserve">    20XX</w:t>
      </w:r>
      <w:r>
        <w:rPr>
          <w:rFonts w:ascii="宋体" w:eastAsia="宋体" w:hAnsi="宋体"/>
        </w:rPr>
        <w:t>年</w:t>
      </w:r>
      <w:r>
        <w:rPr>
          <w:rFonts w:ascii="宋体" w:eastAsia="宋体" w:hAnsi="宋体"/>
        </w:rPr>
        <w:t>12</w:t>
      </w:r>
      <w:r>
        <w:rPr>
          <w:rFonts w:ascii="宋体" w:eastAsia="宋体" w:hAnsi="宋体"/>
        </w:rPr>
        <w:t>月</w:t>
      </w:r>
      <w:r>
        <w:rPr>
          <w:rFonts w:ascii="宋体" w:eastAsia="宋体" w:hAnsi="宋体"/>
        </w:rPr>
        <w:t>1</w:t>
      </w:r>
      <w:r>
        <w:rPr>
          <w:rFonts w:ascii="宋体" w:eastAsia="宋体" w:hAnsi="宋体"/>
        </w:rPr>
        <w:t>日</w:t>
      </w:r>
      <w:r>
        <w:rPr>
          <w:rFonts w:ascii="宋体" w:eastAsia="宋体" w:hAnsi="宋体"/>
        </w:rPr>
        <w:t>20XX</w:t>
      </w:r>
      <w:r>
        <w:rPr>
          <w:rFonts w:ascii="宋体" w:eastAsia="宋体" w:hAnsi="宋体"/>
        </w:rPr>
        <w:t>年</w:t>
      </w:r>
      <w:r>
        <w:rPr>
          <w:rFonts w:ascii="宋体" w:eastAsia="宋体" w:hAnsi="宋体"/>
        </w:rPr>
        <w:t>12</w:t>
      </w:r>
      <w:r>
        <w:rPr>
          <w:rFonts w:ascii="宋体" w:eastAsia="宋体" w:hAnsi="宋体"/>
        </w:rPr>
        <w:t>月</w:t>
      </w:r>
      <w:r>
        <w:rPr>
          <w:rFonts w:ascii="宋体" w:eastAsia="宋体" w:hAnsi="宋体"/>
        </w:rPr>
        <w:t>31</w:t>
      </w:r>
      <w:r>
        <w:rPr>
          <w:rFonts w:ascii="宋体" w:eastAsia="宋体" w:hAnsi="宋体"/>
        </w:rPr>
        <w:t>日</w:t>
      </w:r>
    </w:p>
    <w:p w:rsidR="00AF4E6E" w14:paraId="14C9EDC0" w14:textId="77777777">
      <w:r>
        <w:rPr>
          <w:rFonts w:ascii="宋体" w:eastAsia="宋体" w:hAnsi="宋体"/>
        </w:rPr>
        <w:t xml:space="preserve">    </w:t>
      </w:r>
      <w:r>
        <w:rPr>
          <w:rFonts w:ascii="宋体" w:eastAsia="宋体" w:hAnsi="宋体"/>
        </w:rPr>
        <w:t>实习地点：</w:t>
      </w:r>
    </w:p>
    <w:p w:rsidR="00AF4E6E" w14:paraId="21B28B7C" w14:textId="77777777">
      <w:r>
        <w:rPr>
          <w:rFonts w:ascii="宋体" w:eastAsia="宋体" w:hAnsi="宋体"/>
        </w:rPr>
        <w:t xml:space="preserve">    XXXX</w:t>
      </w:r>
      <w:r>
        <w:rPr>
          <w:rFonts w:ascii="宋体" w:eastAsia="宋体" w:hAnsi="宋体"/>
        </w:rPr>
        <w:t>贸易有限公司</w:t>
      </w:r>
    </w:p>
    <w:p w:rsidR="00AF4E6E" w14:paraId="599DD861" w14:textId="77777777">
      <w:r>
        <w:rPr>
          <w:rFonts w:ascii="宋体" w:eastAsia="宋体" w:hAnsi="宋体"/>
        </w:rPr>
        <w:t xml:space="preserve">    </w:t>
      </w:r>
      <w:r>
        <w:rPr>
          <w:rFonts w:ascii="宋体" w:eastAsia="宋体" w:hAnsi="宋体"/>
        </w:rPr>
        <w:t>实习单元简介：</w:t>
      </w:r>
    </w:p>
    <w:p w:rsidR="00AF4E6E" w14:paraId="1782F442" w14:textId="77777777">
      <w:r>
        <w:rPr>
          <w:rFonts w:ascii="宋体" w:eastAsia="宋体" w:hAnsi="宋体"/>
        </w:rPr>
        <w:t xml:space="preserve">    **</w:t>
      </w:r>
      <w:r>
        <w:rPr>
          <w:rFonts w:ascii="宋体" w:eastAsia="宋体" w:hAnsi="宋体"/>
        </w:rPr>
        <w:t>贸易有限公司是一家年轻而充满活力的新兴电子商务公司，拥有年轻而充满活力的青春梦想。公司致力于成为专业的电子商务托管平台，竭诚为传统企业开发在线销售渠道。目前，受企业委托，公司全面负责</w:t>
      </w:r>
      <w:r>
        <w:rPr>
          <w:rFonts w:ascii="宋体" w:eastAsia="宋体" w:hAnsi="宋体"/>
        </w:rPr>
        <w:t>Fantus</w:t>
      </w:r>
      <w:r>
        <w:rPr>
          <w:rFonts w:ascii="宋体" w:eastAsia="宋体" w:hAnsi="宋体"/>
        </w:rPr>
        <w:t>（</w:t>
      </w:r>
      <w:r>
        <w:rPr>
          <w:rFonts w:ascii="宋体" w:eastAsia="宋体" w:hAnsi="宋体"/>
        </w:rPr>
        <w:t>Fantus</w:t>
      </w:r>
      <w:r>
        <w:rPr>
          <w:rFonts w:ascii="宋体" w:eastAsia="宋体" w:hAnsi="宋体"/>
        </w:rPr>
        <w:t>男装）</w:t>
      </w:r>
      <w:r>
        <w:rPr>
          <w:rFonts w:ascii="宋体" w:eastAsia="宋体" w:hAnsi="宋体"/>
        </w:rPr>
        <w:t>QQ</w:t>
      </w:r>
      <w:r>
        <w:rPr>
          <w:rFonts w:ascii="宋体" w:eastAsia="宋体" w:hAnsi="宋体"/>
        </w:rPr>
        <w:t>商城旗舰店和淘宝店的运营。</w:t>
      </w:r>
    </w:p>
    <w:p w:rsidR="00AF4E6E" w14:paraId="15E1347D" w14:textId="387194C7">
      <w:pPr>
        <w:sectPr w:rsidSect="00034616">
          <w:headerReference w:type="default" r:id="rId9"/>
          <w:type w:val="nextPage"/>
          <w:pgSz w:w="12240" w:h="15840"/>
          <w:pgMar w:top="1440" w:right="1800" w:bottom="1440" w:left="1800" w:header="720" w:footer="720" w:gutter="0"/>
          <w:pgNumType w:start="5"/>
          <w:cols w:space="720"/>
          <w:titlePg w:val="0"/>
          <w:docGrid w:linePitch="360"/>
        </w:sectPr>
      </w:pPr>
      <w:r>
        <w:rPr>
          <w:rFonts w:ascii="宋体" w:eastAsia="宋体" w:hAnsi="宋体"/>
        </w:rPr>
        <w:t xml:space="preserve">    **</w:t>
      </w:r>
      <w:r>
        <w:rPr>
          <w:rFonts w:ascii="宋体" w:eastAsia="宋体" w:hAnsi="宋体"/>
        </w:rPr>
        <w:t>贸易有限公司成立于</w:t>
      </w:r>
      <w:r>
        <w:rPr>
          <w:rFonts w:ascii="宋体" w:eastAsia="宋体" w:hAnsi="宋体"/>
        </w:rPr>
        <w:t>20XX</w:t>
      </w:r>
      <w:r>
        <w:rPr>
          <w:rFonts w:ascii="宋体" w:eastAsia="宋体" w:hAnsi="宋体"/>
        </w:rPr>
        <w:t>年</w:t>
      </w:r>
      <w:r>
        <w:rPr>
          <w:rFonts w:ascii="宋体" w:eastAsia="宋体" w:hAnsi="宋体"/>
        </w:rPr>
        <w:t>6</w:t>
      </w:r>
      <w:r>
        <w:rPr>
          <w:rFonts w:ascii="宋体" w:eastAsia="宋体" w:hAnsi="宋体"/>
        </w:rPr>
        <w:t>月，拥有一个著名的独立原创男装品牌。同时，也是国内首家集网站融资、设计、网络营销为一体的大中型企业云服务综合电商托管平台。公司实力雄厚，拥有网络行业的专业高素质人才，形成了规模最大、实力最强、经验最丰富的专业团队。公司拥有</w:t>
      </w:r>
      <w:r>
        <w:rPr>
          <w:rFonts w:ascii="宋体" w:eastAsia="宋体" w:hAnsi="宋体"/>
        </w:rPr>
        <w:t>3S</w:t>
      </w:r>
    </w:p>
    <w:p w:rsidR="00AF4E6E" w14:textId="387194C7">
      <w:r>
        <w:rPr>
          <w:rFonts w:ascii="宋体" w:eastAsia="宋体" w:hAnsi="宋体"/>
        </w:rPr>
        <w:t>服务体系，即解决方案（解决方案：为企业量身定制的电子商务解决方案），服务（服务支持：提供与电子商务相关的系统规划、建设、运营、物流、</w:t>
      </w:r>
      <w:r>
        <w:rPr>
          <w:rFonts w:ascii="宋体" w:eastAsia="宋体" w:hAnsi="宋体"/>
          <w:noProof/>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9994900</wp:posOffset>
                </wp:positionV>
                <wp:extent cx="6350000" cy="63500"/>
                <wp:effectExtent l="0" t="0" r="0" b="0"/>
                <wp:wrapNone/>
                <wp:docPr id="1024193206" name="PageShape6"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A01E09" w:rsidRPr="00A01E09" w14:textId="2607AEA8">
                            <w:pPr>
                              <w:rPr>
                                <w:rFonts w:ascii="黑体" w:eastAsia="黑体"/>
                                <w:sz w:val="24"/>
                              </w:rPr>
                            </w:pPr>
                            <w:r w:rsidRPr="00A01E09">
                              <w:rPr>
                                <w:rFonts w:ascii="黑体" w:eastAsia="黑体"/>
                                <w:sz w:val="24"/>
                              </w:rPr>
                              <w:t>2022</w:t>
                            </w:r>
                            <w:r w:rsidRPr="00A01E09">
                              <w:rPr>
                                <w:rFonts w:ascii="黑体" w:eastAsia="黑体" w:hint="eastAsia"/>
                                <w:sz w:val="24"/>
                              </w:rPr>
                              <w:t>大学生社会实践实践报告</w:t>
                            </w:r>
                            <w:r w:rsidRPr="00A01E09">
                              <w:rPr>
                                <w:rFonts w:ascii="黑体" w:eastAsia="黑体"/>
                                <w:sz w:val="24"/>
                              </w:rPr>
                              <w:t>-</w:t>
                            </w:r>
                            <w:r w:rsidRPr="00A01E09">
                              <w:rPr>
                                <w:rFonts w:ascii="黑体" w:eastAsia="黑体" w:hint="eastAsia"/>
                                <w:sz w:val="24"/>
                              </w:rPr>
                              <w:t>学生社会实践工作总结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6</w:t>
                            </w:r>
                            <w:r w:rsidRPr="00A01E09">
                              <w:rPr>
                                <w:rFonts w:ascii="黑体" w:eastAsia="黑体" w:hint="eastAsia"/>
                                <w:sz w:val="24"/>
                              </w:rPr>
                              <w:t>页，当前为第</w:t>
                            </w:r>
                            <w:r w:rsidRPr="00A01E09">
                              <w:rPr>
                                <w:rFonts w:ascii="黑体" w:eastAsia="黑体"/>
                                <w:sz w:val="24"/>
                              </w:rPr>
                              <w:t>6</w:t>
                            </w:r>
                            <w:r w:rsidRPr="00A01E09">
                              <w:rPr>
                                <w:rFonts w:ascii="黑体" w:eastAsia="黑体" w:hint="eastAsia"/>
                                <w:sz w:val="24"/>
                              </w:rPr>
                              <w:t>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6" o:spid="_x0000_s1030" type="#_x0000_t202" style="width:500pt;height:5pt;margin-top:787pt;margin-left:0;mso-wrap-distance-bottom:0;mso-wrap-distance-left:9pt;mso-wrap-distance-right:9pt;mso-wrap-distance-top:0;position:absolute;visibility:hidden;v-text-anchor:top;z-index:251668480" filled="f" fillcolor="this" stroked="t" strokecolor="black" strokeweight="0.5pt">
                <v:textbox>
                  <w:txbxContent>
                    <w:p w:rsidR="00A01E09" w:rsidRPr="00A01E09" w14:paraId="6FE233E4" w14:textId="2607AEA8">
                      <w:pPr>
                        <w:rPr>
                          <w:rFonts w:ascii="黑体" w:eastAsia="黑体"/>
                          <w:sz w:val="24"/>
                        </w:rPr>
                      </w:pPr>
                      <w:r w:rsidRPr="00A01E09">
                        <w:rPr>
                          <w:rFonts w:ascii="黑体" w:eastAsia="黑体"/>
                          <w:sz w:val="24"/>
                        </w:rPr>
                        <w:t>2022</w:t>
                      </w:r>
                      <w:r w:rsidRPr="00A01E09">
                        <w:rPr>
                          <w:rFonts w:ascii="黑体" w:eastAsia="黑体" w:hint="eastAsia"/>
                          <w:sz w:val="24"/>
                        </w:rPr>
                        <w:t>大学生社会实践实践报告</w:t>
                      </w:r>
                      <w:r w:rsidRPr="00A01E09">
                        <w:rPr>
                          <w:rFonts w:ascii="黑体" w:eastAsia="黑体"/>
                          <w:sz w:val="24"/>
                        </w:rPr>
                        <w:t>-</w:t>
                      </w:r>
                      <w:r w:rsidRPr="00A01E09">
                        <w:rPr>
                          <w:rFonts w:ascii="黑体" w:eastAsia="黑体" w:hint="eastAsia"/>
                          <w:sz w:val="24"/>
                        </w:rPr>
                        <w:t>学生社会实践工作总结</w:t>
                      </w:r>
                      <w:r w:rsidRPr="00A01E09">
                        <w:rPr>
                          <w:rFonts w:ascii="黑体" w:eastAsia="黑体"/>
                          <w:sz w:val="24"/>
                        </w:rPr>
                        <w:t xml:space="preserve"> </w:t>
                      </w:r>
                      <w:r w:rsidRPr="00A01E09">
                        <w:rPr>
                          <w:rFonts w:ascii="黑体" w:eastAsia="黑体" w:hint="eastAsia"/>
                          <w:sz w:val="24"/>
                        </w:rPr>
                        <w:t>全文共</w:t>
                      </w:r>
                      <w:r w:rsidRPr="00A01E09">
                        <w:rPr>
                          <w:rFonts w:ascii="黑体" w:eastAsia="黑体"/>
                          <w:sz w:val="24"/>
                        </w:rPr>
                        <w:t>6</w:t>
                      </w:r>
                      <w:r w:rsidRPr="00A01E09">
                        <w:rPr>
                          <w:rFonts w:ascii="黑体" w:eastAsia="黑体" w:hint="eastAsia"/>
                          <w:sz w:val="24"/>
                        </w:rPr>
                        <w:t>页，当前为第</w:t>
                      </w:r>
                      <w:r w:rsidRPr="00A01E09">
                        <w:rPr>
                          <w:rFonts w:ascii="黑体" w:eastAsia="黑体"/>
                          <w:sz w:val="24"/>
                        </w:rPr>
                        <w:t>6</w:t>
                      </w:r>
                      <w:r w:rsidRPr="00A01E09">
                        <w:rPr>
                          <w:rFonts w:ascii="黑体" w:eastAsia="黑体" w:hint="eastAsia"/>
                          <w:sz w:val="24"/>
                        </w:rPr>
                        <w:t>页。</w:t>
                      </w:r>
                    </w:p>
                  </w:txbxContent>
                </v:textbox>
              </v:shape>
            </w:pict>
          </mc:Fallback>
        </mc:AlternateContent>
      </w:r>
      <w:r>
        <w:rPr>
          <w:rFonts w:ascii="宋体" w:eastAsia="宋体" w:hAnsi="宋体"/>
        </w:rPr>
        <w:t>仓储等服务支持）和满意度（客户满意度：使客户对我们的实施结果感到满意）；在电子商务的各个方面协助您，全面完善您的电子商务系统，有效整合您现有的资源，努力帮助您拓展其他渠道，快速抢占电子商务市场。公司以勤勉谨慎为核心价值观，通过全体员工的不懈努力，逐步在福建省树立了良好的品牌，赢得了众多的信任和赞誉。凭借公司扎实的实践和经验，我们有信心成为您在电子商务领域值得信赖的合作伙伴。</w:t>
      </w:r>
    </w:p>
    <w:p w:rsidR="00AF4E6E" w14:paraId="7BA74ED6" w14:textId="77777777">
      <w:r>
        <w:rPr>
          <w:rFonts w:ascii="宋体" w:eastAsia="宋体" w:hAnsi="宋体"/>
        </w:rPr>
        <w:t xml:space="preserve">    </w:t>
      </w:r>
      <w:r>
        <w:rPr>
          <w:rFonts w:ascii="宋体" w:eastAsia="宋体" w:hAnsi="宋体"/>
        </w:rPr>
        <w:t>执业目的：</w:t>
      </w:r>
    </w:p>
    <w:p w:rsidR="00AF4E6E" w14:paraId="5C88671E" w14:textId="77777777">
      <w:r>
        <w:rPr>
          <w:rFonts w:ascii="宋体" w:eastAsia="宋体" w:hAnsi="宋体"/>
        </w:rPr>
        <w:t xml:space="preserve">    </w:t>
      </w:r>
      <w:r>
        <w:rPr>
          <w:rFonts w:ascii="宋体" w:eastAsia="宋体" w:hAnsi="宋体"/>
        </w:rPr>
        <w:t>毕业实习是我们大学的最后一门课。不知不觉中，我们的大学时代即将结束。此时，我们非常希望通过实践来检验我们知识的正确性。通过社会实践和熟练的技能，我们可以了解艺术设计机构、其部门、日常业务活动和整体状况。由此，我们可以认识到艺术设计活动与人力资源、资本和社会的关系。因此，我来到厦门</w:t>
      </w:r>
      <w:r>
        <w:rPr>
          <w:rFonts w:ascii="宋体" w:eastAsia="宋体" w:hAnsi="宋体"/>
        </w:rPr>
        <w:t>**</w:t>
      </w:r>
      <w:r>
        <w:rPr>
          <w:rFonts w:ascii="宋体" w:eastAsia="宋体" w:hAnsi="宋体"/>
        </w:rPr>
        <w:t>贸易有限公司，在这里开始了我的毕业实习。</w:t>
      </w:r>
    </w:p>
    <w:p w:rsidR="00AF4E6E" w14:paraId="77E8E201" w14:textId="77777777">
      <w:r>
        <w:rPr>
          <w:rFonts w:ascii="宋体" w:eastAsia="宋体" w:hAnsi="宋体"/>
        </w:rPr>
        <w:t xml:space="preserve">    </w:t>
      </w:r>
      <w:r>
        <w:rPr>
          <w:rFonts w:ascii="宋体" w:eastAsia="宋体" w:hAnsi="宋体"/>
        </w:rPr>
        <w:t>实践内容：</w:t>
      </w:r>
    </w:p>
    <w:p w:rsidR="00AF4E6E" w14:paraId="3C334716" w14:textId="77777777">
      <w:r>
        <w:rPr>
          <w:rFonts w:ascii="宋体" w:eastAsia="宋体" w:hAnsi="宋体"/>
        </w:rPr>
        <w:t xml:space="preserve">    </w:t>
      </w:r>
      <w:r>
        <w:rPr>
          <w:rFonts w:ascii="宋体" w:eastAsia="宋体" w:hAnsi="宋体"/>
        </w:rPr>
        <w:t>完成这学期的课程后，我开始寻找一家设计公司进行实践，因为仅仅在学校学习理论知识是不够的，这需要我们实践，进入公司，将所学的理论与实践相结合。经过长时间的寻找，我终于在</w:t>
      </w:r>
      <w:r>
        <w:rPr>
          <w:rFonts w:ascii="宋体" w:eastAsia="宋体" w:hAnsi="宋体"/>
        </w:rPr>
        <w:t>XX</w:t>
      </w:r>
      <w:r>
        <w:rPr>
          <w:rFonts w:ascii="宋体" w:eastAsia="宋体" w:hAnsi="宋体"/>
        </w:rPr>
        <w:t>年</w:t>
      </w:r>
      <w:r>
        <w:rPr>
          <w:rFonts w:ascii="宋体" w:eastAsia="宋体" w:hAnsi="宋体"/>
        </w:rPr>
        <w:t>12</w:t>
      </w:r>
      <w:r>
        <w:rPr>
          <w:rFonts w:ascii="宋体" w:eastAsia="宋体" w:hAnsi="宋体"/>
        </w:rPr>
        <w:t>月</w:t>
      </w:r>
      <w:r>
        <w:rPr>
          <w:rFonts w:ascii="宋体" w:eastAsia="宋体" w:hAnsi="宋体"/>
        </w:rPr>
        <w:t>1</w:t>
      </w:r>
      <w:r>
        <w:rPr>
          <w:rFonts w:ascii="宋体" w:eastAsia="宋体" w:hAnsi="宋体"/>
        </w:rPr>
        <w:t>日向厦门</w:t>
      </w:r>
      <w:r>
        <w:rPr>
          <w:rFonts w:ascii="宋体" w:eastAsia="宋体" w:hAnsi="宋体"/>
        </w:rPr>
        <w:t>**</w:t>
      </w:r>
      <w:r>
        <w:rPr>
          <w:rFonts w:ascii="宋体" w:eastAsia="宋体" w:hAnsi="宋体"/>
        </w:rPr>
        <w:t>贸易有限公司申请了为期</w:t>
      </w:r>
      <w:r>
        <w:rPr>
          <w:rFonts w:ascii="宋体" w:eastAsia="宋体" w:hAnsi="宋体"/>
        </w:rPr>
        <w:t>12</w:t>
      </w:r>
      <w:r>
        <w:rPr>
          <w:rFonts w:ascii="宋体" w:eastAsia="宋体" w:hAnsi="宋体"/>
        </w:rPr>
        <w:t>个月的实践活动，学习并从事平面设计工作。</w:t>
      </w:r>
    </w:p>
    <w:p w:rsidR="00AF4E6E" w14:paraId="163AE140" w14:textId="77777777">
      <w:r>
        <w:rPr>
          <w:rFonts w:ascii="宋体" w:eastAsia="宋体" w:hAnsi="宋体"/>
        </w:rPr>
        <w:t xml:space="preserve">    </w:t>
      </w:r>
      <w:r>
        <w:rPr>
          <w:rFonts w:ascii="宋体" w:eastAsia="宋体" w:hAnsi="宋体"/>
        </w:rPr>
        <w:t>上班的第一天，因为我不熟悉工作路线的交通情况，我起得很早，以免迟到。我们到达公司时，日程安排得恰到好处。当我进入公司时，我不知道该做什么，也不能参与任何事情。我只是到处看看。在与经理进行了一次简单的面试后，我没有给自己留下太多的任务。首先，让我熟悉公司的环境，了解公司的情况，包括公司的规模、部门和人事部门。当我有空的时候，我试着用</w:t>
      </w:r>
      <w:r>
        <w:rPr>
          <w:rFonts w:ascii="宋体" w:eastAsia="宋体" w:hAnsi="宋体"/>
        </w:rPr>
        <w:t>Photoshop</w:t>
      </w:r>
      <w:r>
        <w:rPr>
          <w:rFonts w:ascii="宋体" w:eastAsia="宋体" w:hAnsi="宋体"/>
        </w:rPr>
        <w:t>软件模仿教程来制作一些简单的图片。老实说，我以前在学校里经常这样做，但是效果不是很好，因为我遇到困难或者不理解的时候就停止了。现在附近有老师问我是否不懂，这对我很有好处。然后，当然，我和我的同事做了一个简单的自我介绍。他们的热情让我感受到了家里的温暖和幸福。我相信我的选择将是我人生的另一个起点。我会向他们学习并征求意见。</w:t>
      </w:r>
    </w:p>
    <w:p w:rsidR="00AF4E6E" w14:paraId="6BE007F3" w14:textId="77777777">
      <w:r>
        <w:rPr>
          <w:rFonts w:ascii="宋体" w:eastAsia="宋体" w:hAnsi="宋体"/>
        </w:rPr>
        <w:t xml:space="preserve">    </w:t>
      </w:r>
      <w:r>
        <w:rPr>
          <w:rFonts w:ascii="宋体" w:eastAsia="宋体" w:hAnsi="宋体"/>
        </w:rPr>
        <w:t>俗话说，万事开头难，所以自从我决定从基层做起，我就开始学习印刷用纸的种类、每种用纸的不同用途以及普通用纸的规格。印刷是设计中的一个重要环节，也是将设计师的想法转化为现实的一个步骤。因此，我们需要做一些重要的学习和理解。</w:t>
      </w:r>
    </w:p>
    <w:p w:rsidR="00AF4E6E" w14:paraId="0C9DDBDC" w14:textId="77777777">
      <w:r>
        <w:rPr>
          <w:rFonts w:ascii="宋体" w:eastAsia="宋体" w:hAnsi="宋体"/>
        </w:rPr>
        <w:t xml:space="preserve">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 w:history="1">
        <w:r>
          <w:rPr>
            <w:rFonts w:ascii="SimSun" w:eastAsia="SimSun" w:hAnsi="SimSun" w:cs="SimSun"/>
            <w:b/>
            <w:bCs/>
            <w:color w:val="0000EE"/>
            <w:sz w:val="30"/>
            <w:szCs w:val="30"/>
            <w:u w:val="single" w:color="0000EE"/>
          </w:rPr>
          <w:t>https://d.book118.com/877042001061006031</w:t>
        </w:r>
      </w:hyperlink>
    </w:p>
    <w:p w:rsidR="00AF4E6E"/>
    <w:sectPr w:rsidSect="00034616">
      <w:headerReference w:type="default" r:id="rId11"/>
      <w:type w:val="nextPage"/>
      <w:pgSz w:w="12240" w:h="15840"/>
      <w:pgMar w:top="1440" w:right="1800" w:bottom="1440" w:left="1800" w:header="720" w:footer="720" w:gutter="0"/>
      <w:pgNumType w:start="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E09" w:rsidP="00A01E09" w14:paraId="77D11E73" w14:textId="0B7EF32B">
    <w:pPr>
      <w:pStyle w:val="Header"/>
      <w:jc w:val="center"/>
    </w:pPr>
    <w:r>
      <w:t>2022</w:t>
    </w:r>
    <w:r>
      <w:rPr>
        <w:rFonts w:hint="eastAsia"/>
      </w:rPr>
      <w:t>大学生社会</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报</w:t>
    </w:r>
    <w:r>
      <w:rPr>
        <w:rFonts w:ascii="MS Mincho" w:eastAsia="MS Mincho" w:hAnsi="MS Mincho" w:cs="MS Mincho" w:hint="eastAsia"/>
      </w:rPr>
      <w:t>告</w:t>
    </w:r>
    <w:r>
      <w:t>-</w:t>
    </w:r>
    <w:r>
      <w:rPr>
        <w:rFonts w:hint="eastAsia"/>
      </w:rPr>
      <w:t>学生社会</w:t>
    </w:r>
    <w:r>
      <w:rPr>
        <w:rFonts w:ascii="微软雅黑" w:eastAsia="微软雅黑" w:hAnsi="微软雅黑" w:cs="微软雅黑" w:hint="eastAsia"/>
      </w:rPr>
      <w:t>实</w:t>
    </w:r>
    <w:r>
      <w:rPr>
        <w:rFonts w:ascii="MS Mincho" w:eastAsia="MS Mincho" w:hAnsi="MS Mincho" w:cs="MS Mincho" w:hint="eastAsia"/>
      </w:rPr>
      <w:t>践工作</w:t>
    </w:r>
    <w:r>
      <w:rPr>
        <w:rFonts w:ascii="微软雅黑" w:eastAsia="微软雅黑" w:hAnsi="微软雅黑" w:cs="微软雅黑" w:hint="eastAsia"/>
      </w:rPr>
      <w:t>总结</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E09" w:rsidP="00A01E09" w14:textId="0B7EF32B">
    <w:pPr>
      <w:pStyle w:val="Header"/>
      <w:jc w:val="center"/>
    </w:pPr>
    <w:r>
      <w:t>2022</w:t>
    </w:r>
    <w:r>
      <w:rPr>
        <w:rFonts w:hint="eastAsia"/>
      </w:rPr>
      <w:t>大学生社会</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报</w:t>
    </w:r>
    <w:r>
      <w:rPr>
        <w:rFonts w:ascii="MS Mincho" w:eastAsia="MS Mincho" w:hAnsi="MS Mincho" w:cs="MS Mincho" w:hint="eastAsia"/>
      </w:rPr>
      <w:t>告</w:t>
    </w:r>
    <w:r>
      <w:t>-</w:t>
    </w:r>
    <w:r>
      <w:rPr>
        <w:rFonts w:hint="eastAsia"/>
      </w:rPr>
      <w:t>学生社会</w:t>
    </w:r>
    <w:r>
      <w:rPr>
        <w:rFonts w:ascii="微软雅黑" w:eastAsia="微软雅黑" w:hAnsi="微软雅黑" w:cs="微软雅黑" w:hint="eastAsia"/>
      </w:rPr>
      <w:t>实</w:t>
    </w:r>
    <w:r>
      <w:rPr>
        <w:rFonts w:ascii="MS Mincho" w:eastAsia="MS Mincho" w:hAnsi="MS Mincho" w:cs="MS Mincho" w:hint="eastAsia"/>
      </w:rPr>
      <w:t>践工作</w:t>
    </w:r>
    <w:r>
      <w:rPr>
        <w:rFonts w:ascii="微软雅黑" w:eastAsia="微软雅黑" w:hAnsi="微软雅黑" w:cs="微软雅黑" w:hint="eastAsia"/>
      </w:rPr>
      <w:t>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E09" w:rsidP="00A01E09" w14:textId="0B7EF32B">
    <w:pPr>
      <w:pStyle w:val="Header"/>
      <w:jc w:val="center"/>
    </w:pPr>
    <w:r>
      <w:t>2022</w:t>
    </w:r>
    <w:r>
      <w:rPr>
        <w:rFonts w:hint="eastAsia"/>
      </w:rPr>
      <w:t>大学生社会</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报</w:t>
    </w:r>
    <w:r>
      <w:rPr>
        <w:rFonts w:ascii="MS Mincho" w:eastAsia="MS Mincho" w:hAnsi="MS Mincho" w:cs="MS Mincho" w:hint="eastAsia"/>
      </w:rPr>
      <w:t>告</w:t>
    </w:r>
    <w:r>
      <w:t>-</w:t>
    </w:r>
    <w:r>
      <w:rPr>
        <w:rFonts w:hint="eastAsia"/>
      </w:rPr>
      <w:t>学生社会</w:t>
    </w:r>
    <w:r>
      <w:rPr>
        <w:rFonts w:ascii="微软雅黑" w:eastAsia="微软雅黑" w:hAnsi="微软雅黑" w:cs="微软雅黑" w:hint="eastAsia"/>
      </w:rPr>
      <w:t>实</w:t>
    </w:r>
    <w:r>
      <w:rPr>
        <w:rFonts w:ascii="MS Mincho" w:eastAsia="MS Mincho" w:hAnsi="MS Mincho" w:cs="MS Mincho" w:hint="eastAsia"/>
      </w:rPr>
      <w:t>践工作</w:t>
    </w:r>
    <w:r>
      <w:rPr>
        <w:rFonts w:ascii="微软雅黑" w:eastAsia="微软雅黑" w:hAnsi="微软雅黑" w:cs="微软雅黑" w:hint="eastAsia"/>
      </w:rPr>
      <w:t>总结</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E09" w:rsidP="00A01E09" w14:textId="0B7EF32B">
    <w:pPr>
      <w:pStyle w:val="Header"/>
      <w:jc w:val="center"/>
    </w:pPr>
    <w:r>
      <w:t>2022</w:t>
    </w:r>
    <w:r>
      <w:rPr>
        <w:rFonts w:hint="eastAsia"/>
      </w:rPr>
      <w:t>大学生社会</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报</w:t>
    </w:r>
    <w:r>
      <w:rPr>
        <w:rFonts w:ascii="MS Mincho" w:eastAsia="MS Mincho" w:hAnsi="MS Mincho" w:cs="MS Mincho" w:hint="eastAsia"/>
      </w:rPr>
      <w:t>告</w:t>
    </w:r>
    <w:r>
      <w:t>-</w:t>
    </w:r>
    <w:r>
      <w:rPr>
        <w:rFonts w:hint="eastAsia"/>
      </w:rPr>
      <w:t>学生社会</w:t>
    </w:r>
    <w:r>
      <w:rPr>
        <w:rFonts w:ascii="微软雅黑" w:eastAsia="微软雅黑" w:hAnsi="微软雅黑" w:cs="微软雅黑" w:hint="eastAsia"/>
      </w:rPr>
      <w:t>实</w:t>
    </w:r>
    <w:r>
      <w:rPr>
        <w:rFonts w:ascii="MS Mincho" w:eastAsia="MS Mincho" w:hAnsi="MS Mincho" w:cs="MS Mincho" w:hint="eastAsia"/>
      </w:rPr>
      <w:t>践工作</w:t>
    </w:r>
    <w:r>
      <w:rPr>
        <w:rFonts w:ascii="微软雅黑" w:eastAsia="微软雅黑" w:hAnsi="微软雅黑" w:cs="微软雅黑" w:hint="eastAsia"/>
      </w:rPr>
      <w:t>总结</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E09" w:rsidP="00A01E09" w14:textId="0B7EF32B">
    <w:pPr>
      <w:pStyle w:val="Header"/>
      <w:jc w:val="center"/>
    </w:pPr>
    <w:r>
      <w:t>2022</w:t>
    </w:r>
    <w:r>
      <w:rPr>
        <w:rFonts w:hint="eastAsia"/>
      </w:rPr>
      <w:t>大学生社会</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报</w:t>
    </w:r>
    <w:r>
      <w:rPr>
        <w:rFonts w:ascii="MS Mincho" w:eastAsia="MS Mincho" w:hAnsi="MS Mincho" w:cs="MS Mincho" w:hint="eastAsia"/>
      </w:rPr>
      <w:t>告</w:t>
    </w:r>
    <w:r>
      <w:t>-</w:t>
    </w:r>
    <w:r>
      <w:rPr>
        <w:rFonts w:hint="eastAsia"/>
      </w:rPr>
      <w:t>学生社会</w:t>
    </w:r>
    <w:r>
      <w:rPr>
        <w:rFonts w:ascii="微软雅黑" w:eastAsia="微软雅黑" w:hAnsi="微软雅黑" w:cs="微软雅黑" w:hint="eastAsia"/>
      </w:rPr>
      <w:t>实</w:t>
    </w:r>
    <w:r>
      <w:rPr>
        <w:rFonts w:ascii="MS Mincho" w:eastAsia="MS Mincho" w:hAnsi="MS Mincho" w:cs="MS Mincho" w:hint="eastAsia"/>
      </w:rPr>
      <w:t>践工作</w:t>
    </w:r>
    <w:r>
      <w:rPr>
        <w:rFonts w:ascii="微软雅黑" w:eastAsia="微软雅黑" w:hAnsi="微软雅黑" w:cs="微软雅黑" w:hint="eastAsia"/>
      </w:rPr>
      <w:t>总结</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E09" w:rsidP="00A01E09" w14:textId="0B7EF32B">
    <w:pPr>
      <w:pStyle w:val="Header"/>
      <w:jc w:val="center"/>
    </w:pPr>
    <w:r>
      <w:t>2022</w:t>
    </w:r>
    <w:r>
      <w:rPr>
        <w:rFonts w:hint="eastAsia"/>
      </w:rPr>
      <w:t>大学生社会</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实</w:t>
    </w:r>
    <w:r>
      <w:rPr>
        <w:rFonts w:ascii="MS Mincho" w:eastAsia="MS Mincho" w:hAnsi="MS Mincho" w:cs="MS Mincho" w:hint="eastAsia"/>
      </w:rPr>
      <w:t>践</w:t>
    </w:r>
    <w:r>
      <w:rPr>
        <w:rFonts w:ascii="微软雅黑" w:eastAsia="微软雅黑" w:hAnsi="微软雅黑" w:cs="微软雅黑" w:hint="eastAsia"/>
      </w:rPr>
      <w:t>报</w:t>
    </w:r>
    <w:r>
      <w:rPr>
        <w:rFonts w:ascii="MS Mincho" w:eastAsia="MS Mincho" w:hAnsi="MS Mincho" w:cs="MS Mincho" w:hint="eastAsia"/>
      </w:rPr>
      <w:t>告</w:t>
    </w:r>
    <w:r>
      <w:t>-</w:t>
    </w:r>
    <w:r>
      <w:rPr>
        <w:rFonts w:hint="eastAsia"/>
      </w:rPr>
      <w:t>学生社会</w:t>
    </w:r>
    <w:r>
      <w:rPr>
        <w:rFonts w:ascii="微软雅黑" w:eastAsia="微软雅黑" w:hAnsi="微软雅黑" w:cs="微软雅黑" w:hint="eastAsia"/>
      </w:rPr>
      <w:t>实</w:t>
    </w:r>
    <w:r>
      <w:rPr>
        <w:rFonts w:ascii="MS Mincho" w:eastAsia="MS Mincho" w:hAnsi="MS Mincho" w:cs="MS Mincho" w:hint="eastAsia"/>
      </w:rPr>
      <w:t>践工作</w:t>
    </w:r>
    <w:r>
      <w:rPr>
        <w:rFonts w:ascii="微软雅黑" w:eastAsia="微软雅黑" w:hAnsi="微软雅黑" w:cs="微软雅黑" w:hint="eastAsia"/>
      </w:rPr>
      <w:t>总结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4492606">
    <w:abstractNumId w:val="8"/>
  </w:num>
  <w:num w:numId="2" w16cid:durableId="1331788909">
    <w:abstractNumId w:val="6"/>
  </w:num>
  <w:num w:numId="3" w16cid:durableId="1257906540">
    <w:abstractNumId w:val="5"/>
  </w:num>
  <w:num w:numId="4" w16cid:durableId="1305432112">
    <w:abstractNumId w:val="4"/>
  </w:num>
  <w:num w:numId="5" w16cid:durableId="898441298">
    <w:abstractNumId w:val="7"/>
  </w:num>
  <w:num w:numId="6" w16cid:durableId="2087220466">
    <w:abstractNumId w:val="3"/>
  </w:num>
  <w:num w:numId="7" w16cid:durableId="678971798">
    <w:abstractNumId w:val="2"/>
  </w:num>
  <w:num w:numId="8" w16cid:durableId="1865095706">
    <w:abstractNumId w:val="1"/>
  </w:num>
  <w:num w:numId="9" w16cid:durableId="74252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01E09"/>
    <w:rsid w:val="00AA1D8D"/>
    <w:rsid w:val="00AF4E6E"/>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48B443E7"/>
  <w15:docId w15:val="{1C059F59-4D34-440D-8CE4-E4A0A851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a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6">
    <w:name w:val="明显引用 字符"/>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877042001061006031" TargetMode="External" /><Relationship Id="rId11" Type="http://schemas.openxmlformats.org/officeDocument/2006/relationships/header" Target="header6.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21014</Words>
  <Characters>21014</Characters>
  <Application>Microsoft Office Word</Application>
  <DocSecurity>0</DocSecurity>
  <Lines>636</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dc:description>generated by python-docx</dc:description>
  <cp:lastModifiedBy>YH W</cp:lastModifiedBy>
  <cp:revision>2</cp:revision>
  <dcterms:created xsi:type="dcterms:W3CDTF">2024-01-12T05:20:00Z</dcterms:created>
  <dcterms:modified xsi:type="dcterms:W3CDTF">2024-01-12T05:20:00Z</dcterms:modified>
</cp:coreProperties>
</file>