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信息技术教学工作总结（合集15篇）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t>信息技术教学工作总结1</w:t>
      </w:r>
      <w:r>
        <w:rPr>
          <w:lang w:eastAsia="zh-CN"/>
        </w:rPr>
        <w:br/>
      </w:r>
      <w:r>
        <w:rPr>
          <w:lang w:eastAsia="zh-CN"/>
        </w:rPr>
        <w:t xml:space="preserve">    时间飞逝，转眼之间，一个学期的信息技术教学工作结束了，信息技术老师学期末教学工作总结。回顾这一学期来的信息技术教学工作，我本着“以人为本”的教育教学理念，尽心尽力地投入到教学工作中，较好地完成了本学期的教学任务。现将本学期的信息技术教学工作做如下总结： </w:t>
      </w:r>
      <w:r>
        <w:rPr>
          <w:lang w:eastAsia="zh-CN"/>
        </w:rPr>
        <w:br/>
      </w:r>
      <w:r>
        <w:rPr>
          <w:lang w:eastAsia="zh-CN"/>
        </w:rPr>
        <w:t>　　一、认真备课，组织教学</w:t>
      </w:r>
      <w:r>
        <w:rPr>
          <w:lang w:eastAsia="zh-CN"/>
        </w:rPr>
        <w:br/>
      </w:r>
      <w:r>
        <w:rPr>
          <w:lang w:eastAsia="zh-CN"/>
        </w:rPr>
        <w:t>　　1、备课</w:t>
      </w:r>
      <w:r>
        <w:rPr>
          <w:lang w:eastAsia="zh-CN"/>
        </w:rPr>
        <w:br/>
      </w:r>
      <w:r>
        <w:rPr>
          <w:lang w:eastAsia="zh-CN"/>
        </w:rPr>
        <w:t>　　开学初，根据学校要求，认真写好教学计划，提前备好课，写好教案。平时做到周前备课。备课时认真钻研教材，虚心向其他教师学习、请教。力求吃透教材，找准重点、难点。</w:t>
      </w:r>
      <w:r>
        <w:rPr>
          <w:lang w:eastAsia="zh-CN"/>
        </w:rPr>
        <w:br/>
      </w:r>
      <w:r>
        <w:rPr>
          <w:lang w:eastAsia="zh-CN"/>
        </w:rPr>
        <w:t>　　２、上课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上好课的前提是做好课前准备，不打无准备之仗，尤其本学科主要课程都要上机完成，因此每节课前都要认真做好上机备课，检查机器状态，有无“不可用机器”。上课时认真讲课，力求抓住重点，突破难点，精讲精练，充分调动学生的学习积极性，使学生真正成为“主体”，在学习过程中充分发挥学生个人的想象力和创造力，在掌握基础知识的前提下，使学生能做出有创新、有创意的'作品。通过一节课的教学使学生既掌握知识又掌握技巧，使他们有成就感，学生上了每一节课都有收获。在学生完成上机任务时，在各台计算机前巡视，注意对后进生进行手把手的辅导，课后及时找出不足。</w:t>
      </w:r>
      <w:r>
        <w:rPr>
          <w:lang w:eastAsia="zh-CN"/>
        </w:rPr>
        <w:br/>
      </w:r>
      <w:r>
        <w:rPr>
          <w:lang w:eastAsia="zh-CN"/>
        </w:rPr>
        <w:t>　　二、钻研业务，不断学习。</w:t>
      </w:r>
      <w:r>
        <w:rPr>
          <w:lang w:eastAsia="zh-CN"/>
        </w:rPr>
        <w:br/>
      </w:r>
      <w:r>
        <w:rPr>
          <w:lang w:eastAsia="zh-CN"/>
        </w:rPr>
        <w:t>　　计算机瞬息万变的发展对计算机教师明确提出了更高的要求，只有不停地学习、充实自身才能很好的担任信息技术教师这一职责。另外新的教学观念的不断涌现，促使教师必须更新教育理念，以适应新形势的要求。为此，我坚持阅读《中小学电脑报》、《计算机教学》等，掌握计算机发展的新编动态，了解信息技术教学的新动向；继续学习《小学教育学》，并将其应用到自身的教学中，使自身的教学工作适应中学生身心发展的需要。</w:t>
      </w:r>
      <w:r>
        <w:rPr>
          <w:lang w:eastAsia="zh-CN"/>
        </w:rPr>
        <w:br/>
      </w:r>
      <w:r>
        <w:rPr>
          <w:lang w:eastAsia="zh-CN"/>
        </w:rPr>
        <w:t>　　三、做好归纳与小结，使学生对知识得整体构建水到渠成。</w:t>
      </w:r>
      <w:r>
        <w:rPr>
          <w:lang w:eastAsia="zh-CN"/>
        </w:rPr>
        <w:br/>
      </w:r>
      <w:r>
        <w:rPr>
          <w:lang w:eastAsia="zh-CN"/>
        </w:rPr>
        <w:t>　　学生的学习使一个循序渐进的过程，在学新知识时，往往是先从局部分散的学，最后才有一个整体的了解。信息技术课程课时少，内容多，往往没有复习的时间，但不复习，学生脑子一盘散沙，因此本学期我在如何复习上下功夫。我主要采用了归纳式复习的方法。在教学中根据实际情况，在某一章节或全课程讲授完毕后，通过对知识和操作步骤的归纳，让学生把零散的知识点系统起来，加强记忆与理解，从而能顺利、熟练地完成操作，达到教学要求。</w:t>
      </w:r>
      <w:r>
        <w:rPr>
          <w:lang w:eastAsia="zh-CN"/>
        </w:rPr>
        <w:br/>
      </w:r>
      <w:r>
        <w:rPr>
          <w:lang w:eastAsia="zh-CN"/>
        </w:rPr>
        <w:t>　　四、需要努力的方面</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加强自身基本功的训练，重视课堂，重视对学生能力的培养；尽量让课堂充满新意，让学生更有兴趣去学习，利用各种方法训练学生提升和集中注意力；对不爱实践的学生多些关心，多点爱心，再多一些耐心，使他们能积极完成各项教学任务；重点加强机房纪律和机器使用道德方面的教育，使学生不但在班级集中注意力学习，在机房上机时也要按规定严格约束自身。信息技术教学工作总结2</w:t>
      </w:r>
      <w:r>
        <w:rPr>
          <w:lang w:eastAsia="zh-CN"/>
        </w:rPr>
        <w:br/>
      </w:r>
      <w:r>
        <w:rPr>
          <w:lang w:eastAsia="zh-CN"/>
        </w:rPr>
        <w:t xml:space="preserve">    一转眼，又到了岁末了。在这一年的信息技术课堂教学中，我们信息技术教研组觉得平时最难控制的就是课堂的纪律。下面就围绕信息技术课堂纪律来分析一下，以及说说我们解决的措施。 </w:t>
      </w:r>
      <w:r>
        <w:rPr>
          <w:lang w:eastAsia="zh-CN"/>
        </w:rPr>
        <w:br/>
      </w:r>
      <w:r>
        <w:rPr>
          <w:lang w:eastAsia="zh-CN"/>
        </w:rPr>
        <w:t>　　1、学生自身的原因</w:t>
      </w:r>
      <w:r>
        <w:rPr>
          <w:lang w:eastAsia="zh-CN"/>
        </w:rPr>
        <w:br/>
      </w:r>
      <w:r>
        <w:rPr>
          <w:lang w:eastAsia="zh-CN"/>
        </w:rPr>
        <w:t>　　现在学生学习任务重，大部分学科都是在教室进行课堂教学，整日不变的学习场所已经使学生失去了兴趣，因此学生非常喜欢体育课、信息技术课、音乐课等，可以离开教室，可以“透气”！又由于长期以来形成的对信息技术学科的偏见，学生对本学科的认识及重视程度有待提高，不少学生甚至老师都有着这样的偏见：信息技术就是让学生轻松的学科，让学生玩一玩是正常的，造成学生只想着玩游戏，聊天……因而，信息技术课对学生来说就是上机玩的课，就是讲话课，就是轻松课！</w:t>
      </w:r>
      <w:r>
        <w:rPr>
          <w:lang w:eastAsia="zh-CN"/>
        </w:rPr>
        <w:br/>
      </w:r>
      <w:r>
        <w:rPr>
          <w:lang w:eastAsia="zh-CN"/>
        </w:rPr>
        <w:t>　　如何转变学生的观念，认真对待信息技术课呢？</w:t>
      </w:r>
      <w:r>
        <w:rPr>
          <w:lang w:eastAsia="zh-CN"/>
        </w:rPr>
        <w:br/>
      </w:r>
      <w:r>
        <w:rPr>
          <w:lang w:eastAsia="zh-CN"/>
        </w:rPr>
        <w:t>　　我们组就从平时教学时时提醒学生。如：在信息技术第一课《信息与信息技术》教学时，我们让学生认清楚我们的课，不是电脑课，而是信息技术课。在学生脑海中，电脑主要用来玩游戏的.，如果我们把信息技术课说成是电脑课，那就会降低学生的重视程度。</w:t>
      </w:r>
      <w:r>
        <w:rPr>
          <w:lang w:eastAsia="zh-CN"/>
        </w:rPr>
        <w:br/>
      </w:r>
      <w:r>
        <w:rPr>
          <w:lang w:eastAsia="zh-CN"/>
        </w:rPr>
        <w:t>　　2、学科特点的原因</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学生的水平参差不齐，这就导致了每一堂课总有一小部分学生跟不上教学进度，而教师一个人也不可能照顾到他们每一个人，因此需要学生互帮互助，这样课堂的纪律就很难维持。况且，上过计算机课的人都有体会，只要上课一不留神，就很容易错过老师讲的操作，而看老师演示操作，本就很容易分心。</w:t>
      </w:r>
      <w:r>
        <w:rPr>
          <w:lang w:eastAsia="zh-CN"/>
        </w:rPr>
        <w:br/>
      </w:r>
      <w:r>
        <w:rPr>
          <w:lang w:eastAsia="zh-CN"/>
        </w:rPr>
        <w:t>　　如何解决学科本身的特点，带来的困难呢？</w:t>
      </w:r>
      <w:r>
        <w:rPr>
          <w:lang w:eastAsia="zh-CN"/>
        </w:rPr>
        <w:br/>
      </w:r>
      <w:r>
        <w:rPr>
          <w:lang w:eastAsia="zh-CN"/>
        </w:rPr>
        <w:t>　　经过组内的讨论，我们的教学模式采用“任务驱动”，通过“任务”让学生单独自主探究。经过自己的思考后，再让学生相互讨论，让他们的思想相互碰撞，产生火花。再此基础上，我们再进行教学。</w:t>
      </w:r>
      <w:r>
        <w:rPr>
          <w:lang w:eastAsia="zh-CN"/>
        </w:rPr>
        <w:br/>
      </w:r>
      <w:r>
        <w:rPr>
          <w:lang w:eastAsia="zh-CN"/>
        </w:rPr>
        <w:t>　　3、教学设计的原因</w:t>
      </w:r>
      <w:r>
        <w:rPr>
          <w:lang w:eastAsia="zh-CN"/>
        </w:rPr>
        <w:br/>
      </w:r>
      <w:r>
        <w:rPr>
          <w:lang w:eastAsia="zh-CN"/>
        </w:rPr>
        <w:t>　　教师如果不了解学生的情况、学生的兴趣，没有很好地处理教材，不能把教材内容和学生兴趣有机地结合起来，就不能把学生的兴趣转移到学习内容上。如果教师布置的课堂任务过于简单，学生很容易完成，有太多的空闲时间，却不知道做什么；如果教师布置的课堂任务太难，学生完成不了，忘而却步，失去了信心，不想做，就会把兴趣转移到其他容易实现的事情上，如游戏，上网等。</w:t>
      </w:r>
      <w:r>
        <w:rPr>
          <w:lang w:eastAsia="zh-CN"/>
        </w:rPr>
        <w:br/>
      </w:r>
      <w:r>
        <w:rPr>
          <w:lang w:eastAsia="zh-CN"/>
        </w:rPr>
        <w:t>　　教学设计时应该注意挑选的“任务”。如何挑选“任务”呢？</w:t>
      </w:r>
      <w:r>
        <w:rPr>
          <w:lang w:eastAsia="zh-CN"/>
        </w:rPr>
        <w:br/>
      </w:r>
      <w:r>
        <w:rPr>
          <w:lang w:eastAsia="zh-CN"/>
        </w:rPr>
        <w:t>　　我们教研组定时开展教学研讨，组内教师自主备课，然后上公开课。课后征对选择的“任务”集体讨论、交流，一起出谋献策。经过集体讨论后，上课的老师整理、改进，再次上公开课，再次点评、讨论，精益求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信息技术与科学教师组成了一个教研组，平时有老师开课，我们组内每个人都能够一起听课、评课，并且讨论时有的从信息技术考虑，有的从科学考虑。我们也尝试着用上科学课的方式，来上信息技术课。除了组内公开课之外，我们还一起观看录像课，有信息技术课，也有科学课，有时还看数学课堂实录。理论知识是教学的基础，我们会去网上找些知名人士的教学理念，一起学习，并且还会围绕某一个课堂进行“理论支撑的探讨”。平常的聊天内容，也会围绕教学中的困难展开，有时竟会争得面红耳赤。</w:t>
      </w:r>
      <w:r>
        <w:rPr>
          <w:lang w:eastAsia="zh-CN"/>
        </w:rPr>
        <w:br/>
      </w:r>
      <w:r>
        <w:rPr>
          <w:lang w:eastAsia="zh-CN"/>
        </w:rPr>
        <w:t>　　以上就是我们信息技术教研组在教学中存在的问题，以及解决的措施，还有一些开展的活动。希望“同志”提点、指正。信息技术教学工作总结3</w:t>
      </w:r>
      <w:r>
        <w:rPr>
          <w:lang w:eastAsia="zh-CN"/>
        </w:rPr>
        <w:br/>
      </w:r>
      <w:r>
        <w:rPr>
          <w:lang w:eastAsia="zh-CN"/>
        </w:rPr>
        <w:t xml:space="preserve">  </w:t>
      </w:r>
      <w:r>
        <w:rPr>
          <w:lang w:eastAsia="zh-CN"/>
        </w:rPr>
        <w:t xml:space="preserve"> </w:t>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xml:space="preserve"> 本学期，我担任的是七年级、八年级和九年级的信息技术教学工作。针对不同年级、不同教材的教学，我在学期初分别做了详细的计划，在备课上投入了大量的时间，把不同年级学生的特点进行对比，找到适合他们年龄阶段的教学方法，把有的共性的知识点进行融会贯通，并在教学中对他们进行相互的激励与鼓励。在教学中同时也注意培养他们的不错习惯，帮他们进行正确的价值观的树立。信息技术课的教学目标主要是培养学生掌握计算机操作技能，着眼于使学生掌握信息科学、信息技术的基本知识，重视培养学生信息采集、加工、发布等信息处理的基本技能，推动和提升学生主动利用信息技术和信息资源解决实际问题的能力，并应用于学习和生活。因此我在教育教学方面积极加强教学理论素养，努力搞好教学工作。在这学期的教学工作中，我围绕努力培养学生信息素养这个中心目标，着重抓了提升学生获取、处理信息能力的工作。现总结如下：</w:t>
      </w:r>
      <w:r>
        <w:rPr>
          <w:lang w:eastAsia="zh-CN"/>
        </w:rPr>
        <w:t xml:space="preserve"> </w:t>
      </w:r>
      <w:r>
        <w:rPr>
          <w:lang w:eastAsia="zh-CN"/>
        </w:rPr>
        <w:br/>
      </w:r>
      <w:r>
        <w:rPr>
          <w:lang w:eastAsia="zh-CN"/>
        </w:rPr>
        <w:t>　　一、努力达到思想与技能双方面素质的提升</w:t>
      </w:r>
      <w:r>
        <w:rPr>
          <w:lang w:eastAsia="zh-CN"/>
        </w:rPr>
        <w:br/>
      </w:r>
      <w:r>
        <w:rPr>
          <w:lang w:eastAsia="zh-CN"/>
        </w:rPr>
        <w:t>　　积极参加学校组织的政治学习，提升自身的政治素质和理论素养，重视自身思想道德水平的提升。平时积极参加教研活动，在工作之余，学习信息技术教学及计算机维护的相关知识，努力提升个人的业务水平，为信息技术教学工作打下不错的基础。</w:t>
      </w:r>
      <w:r>
        <w:rPr>
          <w:lang w:eastAsia="zh-CN"/>
        </w:rPr>
        <w:br/>
      </w:r>
      <w:r>
        <w:rPr>
          <w:lang w:eastAsia="zh-CN"/>
        </w:rPr>
        <w:t>　　开学之前，我就制定了一套详尽的工作计划，把课备好，制作课件，以便上课的时候能更直观形象的将每节课所要学习的内容以及操作步骤完整的展示给学生看，让教学过程更直观更简单，更好地完成教学任务。</w:t>
      </w:r>
      <w:r>
        <w:rPr>
          <w:lang w:eastAsia="zh-CN"/>
        </w:rPr>
        <w:br/>
      </w:r>
      <w:r>
        <w:rPr>
          <w:lang w:eastAsia="zh-CN"/>
        </w:rPr>
        <w:t>　　信息技术是一门更新速度很快的课程，这就要求我们老师要不断地接受新知识，不断地在日常的设备维护中积累经验。因此，不论是看电脑杂志，还是在互联网上查阅资料，我都非常认真，更甚者，我会不断地去接触一些新鲜的东西或软件，在使用的过程中掌握它们的操作方法，使用技巧。这对于平时的教学都是很有帮助的，而且对自身业务水平的提升也是非常有好处的。今后，我还将一如既往的学习各种理论知识，增多实践经验，努力在业务水平上能不断进步，不断更新。</w:t>
      </w:r>
      <w:r>
        <w:rPr>
          <w:lang w:eastAsia="zh-CN"/>
        </w:rPr>
        <w:br/>
      </w:r>
      <w:r>
        <w:rPr>
          <w:lang w:eastAsia="zh-CN"/>
        </w:rPr>
        <w:t>　　二、对教学工作学好事前、事中、事后的充分准备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在课前备课的过程中，我首先对所要教授的知识进行全面的研究、归纳、总结，并根据教授对象的不同特点找到教授的最佳方法与方式。在此基础上将所备内容在计算机上进行逐一推敲、验证、演练，以使一些空洞的知识有可操作性；同时，还将每个知识点构造成一个操作性实例，通过对实例的演练让学生对知识点产生准确、完整的认识，由此得出相关的结论。从而做到对人、书、机三者进行有机结合的备课，备课不只是在教案本上备课，而是把工作重点放到电子备课上。不但是备教案，还要备学生，对学生因材施教。</w:t>
      </w:r>
      <w:r>
        <w:rPr>
          <w:lang w:eastAsia="zh-CN"/>
        </w:rPr>
        <w:br/>
      </w:r>
      <w:r>
        <w:rPr>
          <w:lang w:eastAsia="zh-CN"/>
        </w:rPr>
        <w:t>　　在课堂上，根据信息技术学科的基本特点，我在教学过程中当坚持以学生为主体，即在教师为主导、学生为主体的教学模式下进一步强调学生的主体地位。因为计算机课程操作性强、更新速度快、创造性强的特点都要求我们必须强调学生在教学活动中的主体地位。学生只有通过自主地学习，才能在掌握基础知识的基础上，发现问题，解决问题，从而提升自身的操作水平，跟上知识的发展更新并进一步发挥自身的创造力。如果单纯地依靠老师的教授，他们所掌握的知识将总是有限的。</w:t>
      </w:r>
      <w:r>
        <w:rPr>
          <w:lang w:eastAsia="zh-CN"/>
        </w:rPr>
        <w:br/>
      </w:r>
      <w:r>
        <w:rPr>
          <w:lang w:eastAsia="zh-CN"/>
        </w:rPr>
        <w:t>　　学生所使用的教材为安徽教育科学研究院编著的教材，教材能贴近实际，符合学生的认知规律和身心发展特点，因此在教学过程中重视结合教材的特点，因人而异地设计适合于学生参加的各种兴趣活动，并在活动中加强思想教育的示范与引导，加强对学困生的个别指导，使学生能顺利地完成学习任务，并在教学中，注意知识的拓展和延伸，使一部分学习知识比较快、技能掌握比较好的学生能利用空余时间进行一些自主学习，达到提升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信息技术课是一门操作性很强的学科，这就要求我们在讲课时尽可能地把一些操作步骤演示给学生看。这样比单纯地告诉学生步骤，再让他们去练效果更好。因为在老师演示时，同学们不但看到了整个过程，还看到了结果，这比纸上谈兵要有效的多。在这方面，我充分利用了多媒体教学软件，上课时，老师在教师机上演示，学生通过网络在自身的屏幕上观看，对老师的操作过程和结果看得一清二楚，大大提升了讲课效率。同时重视了学生能力的培养，主要是能让学生做的就让学生做，包含演示操作尽量让学生来做，同时很多操作都采用让学生先练习，再归纳，后总结的步骤来。</w:t>
      </w:r>
      <w:r>
        <w:rPr>
          <w:lang w:eastAsia="zh-CN"/>
        </w:rPr>
        <w:br/>
      </w:r>
      <w:r>
        <w:rPr>
          <w:lang w:eastAsia="zh-CN"/>
        </w:rPr>
        <w:t>　　信息技术课，不但仅是让学生学会几种操作，更重要的是培养学生的一种思想、一种意识，为我国各产业的长足发展营造一种不错的氛围。学生，是未来国家的建设者，如何使将来有更多的有志者为我国的信息技术产业作贡献，这就需要我们教师在教学中不断地把我国信息技术业的现状讲述给学生，让他们知道我国信息技术业在世界上的位置，不断激发起他们好好学习、为国效力的决心和毅力。</w:t>
      </w:r>
      <w:r>
        <w:rPr>
          <w:lang w:eastAsia="zh-CN"/>
        </w:rPr>
        <w:br/>
      </w:r>
      <w:r>
        <w:rPr>
          <w:lang w:eastAsia="zh-CN"/>
        </w:rPr>
        <w:t>　　在信息技术课堂教学中针对学生的具体情况采用不同的教学方法，从实际做起，重视落实，注意细节，使学生能在活跃的课堂气氛中学到更多的知识。一学期来，我坚持不懈地努力，认认真真的工作，学生的操作水平也有了解一定的提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在信息技术课的学习中，教师首先要组织学生从学习和生活中选择和确定他们感兴趣的专题，去发现问题和明确提出问题，这些问题可以是课堂内教材内容的拓展延伸，也可以是对校外各种自然和社会现象的探究；可以是已经证明的结论，也可以是未知的知识领域。在学习中，问题是学生学习的重要载体，学生在解决问题的过程中会涉及多种知识，这些知识的选择，积累和利用完全以问题为中心，呈现横向的、相互交叉的状态。</w:t>
      </w:r>
      <w:r>
        <w:rPr>
          <w:lang w:eastAsia="zh-CN"/>
        </w:rPr>
        <w:br/>
      </w:r>
      <w:r>
        <w:rPr>
          <w:lang w:eastAsia="zh-CN"/>
        </w:rPr>
        <w:t>　　课后，对于教学及教育设施方面存在的问题我会积极地与学校微机室负责人联系并及时解决妨碍教学顺利进行的各种问题。同时，对于学生出现的'思想与观念方面的问题我会与班主任联系商讨解决的途径，让学生在学习与思想上都一路顺畅地前行。</w:t>
      </w:r>
      <w:r>
        <w:rPr>
          <w:lang w:eastAsia="zh-CN"/>
        </w:rPr>
        <w:br/>
      </w:r>
      <w:r>
        <w:rPr>
          <w:lang w:eastAsia="zh-CN"/>
        </w:rPr>
        <w:t>　　三、尊重学生并调动学生的学习积极性</w:t>
      </w:r>
      <w:r>
        <w:rPr>
          <w:lang w:eastAsia="zh-CN"/>
        </w:rPr>
        <w:br/>
      </w:r>
      <w:r>
        <w:rPr>
          <w:lang w:eastAsia="zh-CN"/>
        </w:rPr>
        <w:t>　　关爱学生，尊重学生的人格，包容学生无知的过错，久而久之，逐步形成了不错的师生关系。把共同面对的困难、应对措施和目标拿出来与学生平等对话、讨论，增进了学生对老师的信任感。教育教学工作，是一项常做常新、永无止境的工作。社会在发展，时代在前进，学生的个性特点和学习问题也在发生着不断的转变。作为有责任感的教育者，必须以高度的敏感性和自觉性，及时发现、研究和解决学生教育和管理工作中的新情况、新问题，掌握其特点、发现其规律，尽职尽责地做好工作，以完成我们肩负的神圣历史使命。同时也要结合现实，讲明学习好信息技术的重要性和必要性，从思想上就树立不错的学习动机。由易到难，重视培养学习兴趣，多表扬，不偏袒；多激励，不打击；营造轻松的，没有压力的课堂氛围，使学生从开始的轻视信息技术课转变为喜欢信息技术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总之，本学期的各项工作都圆满完成并取得了一定的成绩，同时我自身从能力上也得到了一定的提升，我将再接再厉，不断提升自身的各项业务能力。我是学生的老师，同时学生也是我的老师，他们推动了我的教学水平的提升，拓宽了我的思想境界，磨练了我的意志与应对能力。我和他们一同成长！信息技术教学工作总结4</w:t>
      </w:r>
      <w:r>
        <w:rPr>
          <w:lang w:eastAsia="zh-CN"/>
        </w:rPr>
        <w:br/>
      </w:r>
      <w:r>
        <w:rPr>
          <w:lang w:eastAsia="zh-CN"/>
        </w:rPr>
        <w:t xml:space="preserve">    在学校领导的关心支持下，在学校教研室的领导下，我们信息技术组的教师立足实际，搞好教学，并且不断更新知识，提升自身素质。现将这个学期教学工作总结如下： </w:t>
      </w:r>
      <w:r>
        <w:rPr>
          <w:lang w:eastAsia="zh-CN"/>
        </w:rPr>
        <w:br/>
      </w:r>
      <w:r>
        <w:rPr>
          <w:lang w:eastAsia="zh-CN"/>
        </w:rPr>
        <w:t>　　一、本学年信息技术课教学工作基本情况：</w:t>
      </w:r>
      <w:r>
        <w:rPr>
          <w:lang w:eastAsia="zh-CN"/>
        </w:rPr>
        <w:br/>
      </w:r>
      <w:r>
        <w:rPr>
          <w:lang w:eastAsia="zh-CN"/>
        </w:rPr>
        <w:t>　　本学期，高一年级每周每班开设两节信息技术课，在教学上，以信息处理与交流为主线，围绕学生的日常学习与生活需求，强调在信息技术应用基础上信息素养的提升，强调信息技术与社会实践的相互作用，让学生在亲身体验中培养信息素养；在内容选择重视技术与人文、生活相结合，让学生了解信息技术对社会发展、科技进步以及个人生活与学习的影响，体验信息技术所蕴含的文化内涵，加强自觉遵守与信息活动相关的法律法规的意识，形成与信息化社会相适应的价值观与社会责任感；在学生活动主题的设计有一定的自主性与弹性，使不同层次、不同类型的学生都能找到合适的主题，都有所发展；重视学生活动的指引，通过“活动目的”、“活动任务” 、“活动过程”、“活动结果”、“活动评价”等栏目，引导活动的流程，提升活动效率与效果。</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我校目前4位信息技术课教师，这些教师都能认真钻研专业知识，及时总结教学经验，已能胜任计算机的教学工作。我校有现2间电脑教室，2间课件制作室，40个班级都配备了多套多媒体教学平台，目前教学电脑和办公电脑200多台，教学楼和教工宿舍均有百兆局域网，并通过光纤接入了基础教育网，我校还有一个属于自身学校的门户网站，信息科组除担任各自的教学任务外，还负责学校网络的管理，电脑设备等办公设备的维护和网站的更新等。</w:t>
      </w:r>
      <w:r>
        <w:rPr>
          <w:lang w:eastAsia="zh-CN"/>
        </w:rPr>
        <w:br/>
      </w:r>
      <w:r>
        <w:rPr>
          <w:lang w:eastAsia="zh-CN"/>
        </w:rPr>
        <w:t>　　二、信息技术课期考的方式</w:t>
      </w:r>
      <w:r>
        <w:rPr>
          <w:lang w:eastAsia="zh-CN"/>
        </w:rPr>
        <w:br/>
      </w:r>
      <w:r>
        <w:rPr>
          <w:lang w:eastAsia="zh-CN"/>
        </w:rPr>
        <w:t>　　高一年级的信息技术课期考考核主要采取闭卷考核方式：教师在期末两周根据本学期的学习内容，综合其他的能力，给学生列出相关的考核范围，出好考试试卷，学生在1小时内独立完成试卷。</w:t>
      </w:r>
      <w:r>
        <w:rPr>
          <w:lang w:eastAsia="zh-CN"/>
        </w:rPr>
        <w:br/>
      </w:r>
      <w:r>
        <w:rPr>
          <w:lang w:eastAsia="zh-CN"/>
        </w:rPr>
        <w:t>　　三、这学期取得的成绩和存在的问题</w:t>
      </w:r>
      <w:r>
        <w:rPr>
          <w:lang w:eastAsia="zh-CN"/>
        </w:rPr>
        <w:br/>
      </w:r>
      <w:r>
        <w:rPr>
          <w:lang w:eastAsia="zh-CN"/>
        </w:rPr>
        <w:t>　　本学期，经过信息技术课教师和学生的共同努力，顺利完成教学任务，同时保障了我校的网络，办公设备和办公软件等的正常运行，进而保障了学校的各项工作正常开展。</w:t>
      </w:r>
      <w:r>
        <w:rPr>
          <w:lang w:eastAsia="zh-CN"/>
        </w:rPr>
        <w:br/>
      </w:r>
      <w:r>
        <w:rPr>
          <w:lang w:eastAsia="zh-CN"/>
        </w:rPr>
        <w:t>　　1、立足实际，搞好教学。</w:t>
      </w:r>
      <w:r>
        <w:rPr>
          <w:lang w:eastAsia="zh-CN"/>
        </w:rPr>
        <w:br/>
      </w:r>
      <w:r>
        <w:rPr>
          <w:lang w:eastAsia="zh-CN"/>
        </w:rPr>
        <w:t>　　我校的学生在信息技术方面的情况比较特殊，因为我们属于农村完全中学，从乡镇来的大部分学生之前从没有学过信息技术，在这方面是个空白，甚至不知道鼠标的用法，不知道开关机的方法，怎样让一个从未接触过信息技术知识的学生，熟练地掌握最基本的知识，我们组的老师进行了“分层教学”的模式，并加强个别辅导，实现同学间一帮一，多帮一，基本解决了常规教学中难以攻克的难题；并开设电脑兴趣班，主要针对的对象是电脑水平差的'学生，经过一学期的学习，他们在电脑操作上已经很熟练了。</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2、立足教学，搞好教研工作。</w:t>
      </w:r>
      <w:r>
        <w:rPr>
          <w:lang w:eastAsia="zh-CN"/>
        </w:rPr>
        <w:br/>
      </w:r>
      <w:r>
        <w:rPr>
          <w:lang w:eastAsia="zh-CN"/>
        </w:rPr>
        <w:t>　　在学校教研室的要求与指导下，这个学期的教研工作是非常正常的，每周都有备课小组集体备课，规定备课的时间，地点，内容落实，并有记载，使得教学能正常运行，统一各班教学进度。</w:t>
      </w:r>
      <w:r>
        <w:rPr>
          <w:lang w:eastAsia="zh-CN"/>
        </w:rPr>
        <w:br/>
      </w:r>
      <w:r>
        <w:rPr>
          <w:lang w:eastAsia="zh-CN"/>
        </w:rPr>
        <w:t>　　3、加强学习新课程标准，提升业务水平</w:t>
      </w:r>
      <w:r>
        <w:rPr>
          <w:lang w:eastAsia="zh-CN"/>
        </w:rPr>
        <w:br/>
      </w:r>
      <w:r>
        <w:rPr>
          <w:lang w:eastAsia="zh-CN"/>
        </w:rPr>
        <w:t>　　科组内4位教师平时重视自身的文化，业务学习。新课标实施之后，要求信息技术老师业务水平要提升，深入学习新课程标准，提升自身的理念素养，潜心钻研，积极探索适合新课标的，富有创新意识的课堂教学新模式。虽然我们取得了一定的成绩，但在这一学期的教学中也发现存在不少的问题。首先是设备不足，我校有22个班开设信息技术课，教室每天都被安排得满满的，没有机动课时，很难保证学生有足够的上机练习时间，也没有空余时间开展学生第二课堂活动，很难从中发现，培养尖子学生，其次是信息技术教师大部分时间花费在学校的网络和设备管理中，几乎没有参加观摩，学习机会，以至自身信息，素质难提升，无法满足学生对当今信息技术探索欲望，不太了解现阶段信息技术教育教学的趋势，基本上是只能凭着经验进行教学。但相信经过我们的共同努力，这些问题很快都能得到解决。希望信息技术教育的明天会更好！信息技术教学工作总结5</w:t>
      </w:r>
      <w:r>
        <w:rPr>
          <w:lang w:eastAsia="zh-CN"/>
        </w:rPr>
        <w:br/>
      </w:r>
      <w:r>
        <w:rPr>
          <w:lang w:eastAsia="zh-CN"/>
        </w:rPr>
        <w:t xml:space="preserve">    信息技术在我校四到五年级实施教学的课程，每周每班一课时，是小学阶段的必修课程，该课程的开设对于学生信息素养的提升，对终身学习能力的培养具有非常重要的意义。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现阶段信息技术课的教学目标是主要培养学生掌握计算机操作技能，着眼于使学生掌握信息科学、信息技术的基本知识，注重培养学生信息采集、加工、发布等信息处理的基本技能，促进和提高学生主动利用信息技术和信息资源解决实际问题的能力，并用于学习和生活，当然最重要的还在于高中的信息技术会考，完成相关的教学任务及教学要求。本学期教学内容包括信息技术基础知识、画图软件的操作、键盘输入等知识。</w:t>
      </w:r>
      <w:r>
        <w:rPr>
          <w:lang w:eastAsia="zh-CN"/>
        </w:rPr>
        <w:br/>
      </w:r>
      <w:r>
        <w:rPr>
          <w:lang w:eastAsia="zh-CN"/>
        </w:rPr>
        <w:t>　　一、不断学习提高个人素养</w:t>
      </w:r>
      <w:r>
        <w:rPr>
          <w:lang w:eastAsia="zh-CN"/>
        </w:rPr>
        <w:br/>
      </w:r>
      <w:r>
        <w:rPr>
          <w:lang w:eastAsia="zh-CN"/>
        </w:rPr>
        <w:t>　　积极参加学校组织的教学活动，提高自己的政治素质和理论素养，注重自己思想道德水平的提高。平时积极参加教研活动，在工作之余，学习网络管理和计算机维护的相关知识，努力提高个人的业务水平，为信息技术教学工作打下良好的基础。</w:t>
      </w:r>
      <w:r>
        <w:rPr>
          <w:lang w:eastAsia="zh-CN"/>
        </w:rPr>
        <w:br/>
      </w:r>
      <w:r>
        <w:rPr>
          <w:lang w:eastAsia="zh-CN"/>
        </w:rPr>
        <w:t>　　二、扎实细致地做好教学工作</w:t>
      </w:r>
      <w:r>
        <w:rPr>
          <w:lang w:eastAsia="zh-CN"/>
        </w:rPr>
        <w:br/>
      </w:r>
      <w:r>
        <w:rPr>
          <w:lang w:eastAsia="zh-CN"/>
        </w:rPr>
        <w:t>　　备课对于每门课程的教学而言，都是必不可少的环节，信息技术学科教学也不例外。在备课的过程中，我首先对所要教授的知识进行全面的研究、归纳、总结，并根据教授对象的不同特点找到教授的最佳方法与方式。在此基础上将所备内容在计算机上进行逐一推敲、验证、演练，以使一些空洞的知识具有可操作性；同时，还将每个知识点构造成一个操作性实例，通过对实例的演练让学生对知识点产生准确、完整的认识，由此得出相关的结论。从而做到对人、书、机三者进行有机结合的备课，本学期开始逐步完成电子教案。</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根据信息技术学科的基本特点，我在教学过程中当坚持以学生为主体，即在教师为主导、学生为主体的双主教学模式下进一步强调学生的主体地位。因为计算机课程操作性强、更新速度快、创造性强的特点都要求我们必须强调学生在教学活动中的主体地位。学生只有通过自主地学习，才能在掌握基础知识的基础上，发现问题，解决问题，从而提高自己的操作水平，跟上知识的发展更新并进一步发挥自己的'创造力。如果单纯地依靠老师的教授，他们所掌握的知识将总是有限的。</w:t>
      </w:r>
      <w:r>
        <w:rPr>
          <w:lang w:eastAsia="zh-CN"/>
        </w:rPr>
        <w:br/>
      </w:r>
      <w:r>
        <w:rPr>
          <w:lang w:eastAsia="zh-CN"/>
        </w:rPr>
        <w:t>　　在教学中，学生所使用的教材为电子工业出版社出版的教材，教材能够贴近实际，符合学生的认知规律和身心发展特点，因此在教学过程中注重结合教材的特点，因人而异地设计适合于学生参加的各种兴趣活动，并在活动中加强的教育的示范与引导，加强对学困生的个别指导，使学生能够顺利地完成学习任务，并在教学中，注意知识的拓展和延伸，使一部分学习知识比较快、技能掌握比较好的学生能够利用空余时间进行一些自主学习，达到提高的目的。</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信息技术课是一门操作性很强的学科，这就要求我们在讲课时尽可能地把一些操作步骤演示给学生看。这样比单纯地告诉学生步骤，再让他们去练效果更好。因为在老师演示时，同学们不仅看到了整个过程，还看到了结果，这比纸上谈兵要有效的多。在这方面，我充分利用了多媒体教学软件，上课时，老师在教师机上演示，学生通过网络在自己的屏幕上观看，对老师的操作过程和结果看得一清二楚，大大提高了讲课效率。教授资源管理器中文件与文件夹的移动时，我在教师机上直接把某一文件从一个文件夹拖到另一个文件夹的过程演示给学生看，再打开源文件夹与目标文件夹让他们看移动后的结果，一目了然，比起告诉学生第一步做什么，第二步做什么，再让学生去做的方法来，真是事半功倍。</w:t>
      </w:r>
      <w:r>
        <w:rPr>
          <w:lang w:eastAsia="zh-CN"/>
        </w:rPr>
        <w:br/>
      </w:r>
      <w:r>
        <w:rPr>
          <w:lang w:eastAsia="zh-CN"/>
        </w:rPr>
        <w:t>　　正所谓"百看不如一练"，学生亲自动手练习要比听、看有效得多。教师通过对知识的讲解、演示，只能使学生把一个模糊的概念转化为其思维体系中一个模糊的认识，而能不能将这个认识清晰化，关键的一步就是能否让学生去动手、去实践，在实践中把握真知，在实践中创造成果。所以，在课堂上我加大上机时间在教学时间中的比重，让学生有充足的时间去练习，把模糊的认识清晰化；并能有进一步的提高和创造。例如，在五年级讲解存储容量的单位时，并不让学生去死记硬背，而让他们看文件、文件夹的属性，通过看属性中文件的大小及硬盘的容量，学生对容量的单位有了一个比较清楚的认识。</w:t>
      </w:r>
      <w:r>
        <w:rPr>
          <w:lang w:eastAsia="zh-CN"/>
        </w:rPr>
        <w:br/>
      </w:r>
      <w:r>
        <w:rPr>
          <w:lang w:eastAsia="zh-CN"/>
        </w:rPr>
        <w:t>　　信息技术课，不仅仅是让学生学会几种操作，更重要的是培养学生的一种思想、一种意识，为我国各产业的长足发展营造一种良好的氛围。学生，是未来国家的建设者，如何使将来有更多的有志者为我国的信息技术产业作贡献，这就需要我们教师在教学中不断地把我国信息技术业的现状讲述给学生，让他们知道我国信息技术业在世界上的位置，不断激发起他们好好学习、为国效力的决心和毅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在信息技术课堂教学中针对学生的具体情况采用不同的教学方法，从实际做起，注重落实，注意细节，使学生能在活跃的课堂气氛中学到更多的知识。一学期来，我坚持不懈地努力，认认真真的工作，学生的操作水平也有了解一定的提升。</w:t>
      </w:r>
      <w:r>
        <w:rPr>
          <w:lang w:eastAsia="zh-CN"/>
        </w:rPr>
        <w:br/>
      </w:r>
      <w:r>
        <w:rPr>
          <w:lang w:eastAsia="zh-CN"/>
        </w:rPr>
        <w:t>　　王德文信息技术教学工作总结6</w:t>
      </w:r>
      <w:r>
        <w:rPr>
          <w:lang w:eastAsia="zh-CN"/>
        </w:rPr>
        <w:br/>
      </w:r>
      <w:r>
        <w:rPr>
          <w:lang w:eastAsia="zh-CN"/>
        </w:rPr>
        <w:t xml:space="preserve">    本学期内，我担任了三个月的班主任，一个月的科任教师。在科任教学中，我任三。四年级六个班的信息技术课和二年级一个班的社团以及电教远程教育的接收工作。在班级管理过程中，我努力履行班主任工作职责，认真落实学校布置的各项任务，重视对学生进行教育培养，希望能引导他们健康成长，学一点知识、长一点技能。认真开展创建文明班级活动，积极参与创文明校园活动，在学校组织的多项活动中取得较好的成绩，并荣获学校“队列比赛第一名”、“百题大赛第一名”称号，现将班主任工作总结如下： </w:t>
      </w:r>
      <w:r>
        <w:rPr>
          <w:lang w:eastAsia="zh-CN"/>
        </w:rPr>
        <w:br/>
      </w:r>
      <w:r>
        <w:rPr>
          <w:lang w:eastAsia="zh-CN"/>
        </w:rPr>
        <w:t>　　一、抓好一支队伍建设</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即进行班干部队伍建设。建设的.内容包含思想教育、工作职责教育、工作方法指导。班干部首先要有吃苦耐劳、任劳任怨、为集体奉献的精神，要能以身作则、顾全大局，而这正是独生子女所缺乏的一些品质，因此我把这作为班干部队伍建设的一个重要内容。进行工作职责教育，主要能使班干部责任明确，知道履行什么样的职责，该怎样去做，保持思路清晰。这两类教育主要通过定期召开班委会进行，而工作方法上的指导，主要在实践中进行。对于班干部的工作，不包办，给予他们一个较宽阔的空间，但在工作中我注意监督、观察，不足之处及时指出，并给予指导，如指导对照工作职责，结合班级情况制定阶段性工作计划；如何开展工作等。</w:t>
      </w:r>
      <w:r>
        <w:rPr>
          <w:lang w:eastAsia="zh-CN"/>
        </w:rPr>
        <w:br/>
      </w:r>
      <w:r>
        <w:rPr>
          <w:lang w:eastAsia="zh-CN"/>
        </w:rPr>
        <w:t>　　二、建立二项制度保障</w:t>
      </w:r>
      <w:r>
        <w:rPr>
          <w:lang w:eastAsia="zh-CN"/>
        </w:rPr>
        <w:br/>
      </w:r>
      <w:r>
        <w:rPr>
          <w:lang w:eastAsia="zh-CN"/>
        </w:rPr>
        <w:t>　　制度是保障，除要求学生严格遵守校纪校规，还针对班级的实际情况，特制定了班级卫生要求，保持教室和校园清洁卫生是每个学生的义务，规定了教室值日生每天三小扫（早晨、下午上课前及放学后），室外值日生每堂课前一扫，制度的落实离不开班干部和班主任的监督和表率。班干部首先带头做到、做好，作为班主任，我也注意以身作则，不随便乱扔杂物，打扫卫生时亲自带着干，升旗仪式从不迟到，课间操坚持到场并且认真做。</w:t>
      </w:r>
      <w:r>
        <w:rPr>
          <w:lang w:eastAsia="zh-CN"/>
        </w:rPr>
        <w:br/>
      </w:r>
      <w:r>
        <w:rPr>
          <w:lang w:eastAsia="zh-CN"/>
        </w:rPr>
        <w:t>　　三、发挥三块阵地作用</w:t>
      </w:r>
      <w:r>
        <w:rPr>
          <w:lang w:eastAsia="zh-CN"/>
        </w:rPr>
        <w:br/>
      </w:r>
      <w:r>
        <w:rPr>
          <w:lang w:eastAsia="zh-CN"/>
        </w:rPr>
        <w:t>　　第一，是文化宣传阵地。学期初，重新布置教室，将班风“我成长、我快乐”、班级获奖奖状挂在墙上，并开辟了红领巾阵地专栏和阅读评比栏，为学生创设了一个美观、大方、富有教育意义的学习环境。坚持每两周更换一期剪贴报，板面活跃，内容丰富，充分发挥了宣传教育作用，有利于培养班集体形成健康向上的舆论氛围。</w:t>
      </w:r>
      <w:r>
        <w:rPr>
          <w:lang w:eastAsia="zh-CN"/>
        </w:rPr>
        <w:br/>
      </w:r>
      <w:r>
        <w:rPr>
          <w:lang w:eastAsia="zh-CN"/>
        </w:rPr>
        <w:t>　　第二，是队会阵地。这是培养教育学生的重要渠道。每周坚持召开一次队会课，根据学校要求，有计划地、及时地对学生进行爱国主义、行为规范、集体主义、法制安全、学习重要性等教育，教育内容丰富，教育形式多样，引导学生提升思想认识，树立正确的人生观，健康的成长。</w:t>
      </w:r>
      <w:r>
        <w:rPr>
          <w:lang w:eastAsia="zh-CN"/>
        </w:rPr>
        <w:br/>
      </w:r>
    </w:p>
    <w:p w:rsidR="001B1F19" w14:textId="27C3F48A">
      <w:pPr>
        <w:rPr>
          <w:rFonts w:hint="eastAsia"/>
          <w:lang w:eastAsia="zh-CN"/>
        </w:rPr>
      </w:pPr>
      <w:r>
        <w:rPr>
          <w:lang w:eastAsia="zh-CN"/>
        </w:rPr>
        <w:t>　　第三，是活动阵地。对于小学生，寓教于乐比刻板地说教效果好得多，在活动中可以使学生接受教育、锻炼才干、培养集体主义精神、增进班级凝聚力，因此，我积极组织学生参与学校的各项有意义的活动。</w:t>
      </w:r>
      <w:r>
        <w:rPr>
          <w:lang w:eastAsia="zh-CN"/>
        </w:rPr>
        <w:br/>
      </w:r>
      <w:r>
        <w:rPr>
          <w:lang w:eastAsia="zh-CN"/>
        </w:rPr>
        <w:t>　　四、加强四种思想教育</w:t>
      </w:r>
      <w:r>
        <w:rPr>
          <w:lang w:eastAsia="zh-CN"/>
        </w:rPr>
        <w:br/>
      </w:r>
      <w:r>
        <w:rPr>
          <w:lang w:eastAsia="zh-CN"/>
        </w:rPr>
        <w:t>　　第一，行为规范教育，也包含法制、社会公德教育。由于学生的自我约束力差，因此对行为规范教育是常抓不懈，每学期均要组织学生学习有关规范内容，督促学生在思想上提升认识，平时，对有些学生多讲、多提醒、多督促，对随地乱扔、蓄长发、说脏话等不文明行为及时指出，要求改正。一年来，绝大部分学生都能自觉遵守行为规范，维护集体荣誉。</w:t>
      </w:r>
      <w:r>
        <w:rPr>
          <w:lang w:eastAsia="zh-CN"/>
        </w:rPr>
        <w:br/>
      </w:r>
      <w:r>
        <w:rPr>
          <w:lang w:eastAsia="zh-CN"/>
        </w:rPr>
        <w:t>　　第二，集体主义教育。集体主义精神要求个人的行为融入集体中，个人要服从集体。但现在的学生自我意识较强，缺乏顾全大局的意识，因此，通过组织“手拉手”帮助三困学生活动，推动学生互帮互学，增进友谊，大家共同进步，树立集体意识，并通过参与学校组织的集体活动，如拍球赛、运动会等，培养学生的一荣俱荣、一损俱损的集体意识，大大增进了集体的凝聚力。</w:t>
      </w:r>
      <w:r>
        <w:rPr>
          <w:lang w:eastAsia="zh-CN"/>
        </w:rPr>
        <w:br/>
      </w:r>
      <w:r>
        <w:rPr>
          <w:lang w:eastAsia="zh-CN"/>
        </w:rPr>
        <w:t>　　第三，爱国主义教育。首先是通过班会组织学生学习有关教育材料；第二是要求学生观看新闻、阅读报纸，关心国家大事；从中接受教育。</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https://d.book118.com/877045140061006052</w:t>
        </w:r>
      </w:hyperlink>
    </w:p>
    <w:p w:rsidR="001B1F19">
      <w:pPr>
        <w:rPr>
          <w:rFonts w:hint="eastAsia"/>
          <w:lang w:eastAsia="zh-CN"/>
        </w:rPr>
      </w:pPr>
    </w:p>
    <w:sectPr>
      <w:type w:val="nextPage"/>
      <w:pgSz w:w="11906" w:h="16838"/>
      <w:pgMar w:top="1440" w:right="1800" w:bottom="1440" w:left="1800" w:header="851" w:footer="992" w:gutter="0"/>
      <w:pgNumType w:start="18"/>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877045140061006052"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26</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