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二年级读书心得体会（35篇）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二年级读书心得体会（精选35篇）</w:t>
      </w:r>
      <w:r>
        <w:rPr>
          <w:lang w:eastAsia="zh-CN"/>
        </w:rPr>
        <w:br/>
      </w:r>
      <w:r>
        <w:rPr>
          <w:lang w:eastAsia="zh-CN"/>
        </w:rPr>
        <w:t xml:space="preserve">    二年级读书心得体会 篇1 </w:t>
      </w:r>
      <w:r>
        <w:rPr>
          <w:lang w:eastAsia="zh-CN"/>
        </w:rPr>
        <w:br/>
      </w:r>
      <w:r>
        <w:rPr>
          <w:lang w:eastAsia="zh-CN"/>
        </w:rPr>
        <w:t>　　要是有人问我，在教育界你最崇拜的是哪位名师，我会毫不犹豫地说：薛瑞萍。不为别的，就因为她能面对当前语文教学形式的日新月异，抛开一切的名和利，带着自己的孩子做自己喜欢的，孩子们喜欢的事——阅读。因为崇拜，我买了她写的许多书籍：《心平气和的一年级》、《我们班的阅读日志》、《给我一个班我就心满意足》等等。又因为自己今年教二年级，所以我又买了她写的班级日志《我们二年级啦》。</w:t>
      </w:r>
      <w:r>
        <w:rPr>
          <w:lang w:eastAsia="zh-CN"/>
        </w:rPr>
        <w:br/>
      </w:r>
      <w:r>
        <w:rPr>
          <w:lang w:eastAsia="zh-CN"/>
        </w:rPr>
        <w:t>　　读完此书，首先有感于她的朴实。书中没有高深的理论说教，她只是简简单单，朴朴实实地把自己在工作中和教学中的一言一行，琐琐碎碎地记录下来。其次有感于她的真实，她把上课，批改、考试甚至能毫无掩饰地把对学生的惩罚写在她的书中。然而更让我感动的是她的坚持。一年级时，薛老师就带领全班孩子诵读《365儿歌》，每天坚持给学生读故事，还引导家长与孩子一起读书。二年级，她开始将大量的优秀儿童文学作品介绍给孩子们。日有所诵、图画书讲述等，把孩子一步步引进儿童阅读的广阔天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从书中，我们可以真真切切地感受到她是一位名符其实的儿童阅读的推广人。她在书中写道：我带孩子们读书，绝不光是为了功课，而是为了让他们拥有“幸福的能力”。播种快乐，播种幸福，培养幸福的能力，这才是语文教师的职责。就因为她有如此的教育观念，所以她能在沉重的考试压力下，毅然把目光和精力分给广阔的课外阅读，把语言世界丰富多彩的一面展示给孩子。正因为她的坚持不懈，她的与众不同，她就成了一代名师，一位教育家。</w:t>
      </w:r>
      <w:r>
        <w:rPr>
          <w:lang w:eastAsia="zh-CN"/>
        </w:rPr>
        <w:br/>
      </w:r>
      <w:r>
        <w:rPr>
          <w:lang w:eastAsia="zh-CN"/>
        </w:rPr>
        <w:t>　　由于读了她的书，由于受了她的影响，这两年来我也学着薛老师的做法，给孩子们读故事。虽然没有坚持每天，但也经常。这个学期来我给孩子们读了张秋生写的几本小巴掌童话故事。即使现在已经进入了紧张的复习阶段，我也没忘了让学生阅读。早上的经典诵读10分钟是他们诵读童诗的时候。每天的午睡是他们听故事的时候。每当午睡铃声响起，我们班的故事便开始了。教室里回荡着老师轻轻柔柔的读书声。孩子们静静地趴在桌子上倾听着。此时我的心静了，孩子们的心也静了。坚持读故事给孩子们听，不为别的，为的就是让孩子们在这紧张的复习的日子里能够放松心情，为的就是让孩子们在学习枯燥知识的同时，能够品尝到“故事”这一道精美的甜点，为的就是让孩子们能够爱上阅读，爱上语文，爱上我这样一个语文老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也许因为平时的熏陶，班里的孩子都很喜欢看故事书。即使到了这火烧眉毛的时候，孩子们也要抽空从书柜里找出自己喜欢看的故事书津津有味地读着。看着孩子们读书的那种专注，欣慰，满足，溢于言表。我们不在于孩子读多少，只要他们在读，就值得高兴，就应该鼓励。我相信只要孩子们尝到了读书的快乐，所有的问题，都会迎刃而解。而我作为一个语文老师，也只是想尽我所能，只管耕种，不问收获，一起和孩子们享受“阅读”的甜蜜和幸福。</w:t>
      </w:r>
      <w:r>
        <w:rPr>
          <w:lang w:eastAsia="zh-CN"/>
        </w:rPr>
        <w:br/>
      </w:r>
      <w:r>
        <w:rPr>
          <w:lang w:eastAsia="zh-CN"/>
        </w:rPr>
        <w:t xml:space="preserve">    二年级读书心得体会 篇2 </w:t>
      </w:r>
      <w:r>
        <w:rPr>
          <w:lang w:eastAsia="zh-CN"/>
        </w:rPr>
        <w:br/>
      </w:r>
      <w:r>
        <w:rPr>
          <w:lang w:eastAsia="zh-CN"/>
        </w:rPr>
        <w:t>　　我是二年级三班的，我很喜欢阅读，从一岁开始阅读过上百本各种类型的书籍，从书中我学到了许多知识。今年暑假到现在，我已经阅读了《昆虫记》《中国老故事》《小布头奇遇记》《彼德潘》《借东西的小人》《兰心的秘密》《怪老头》《精灵鼠小弟》等等。</w:t>
      </w:r>
      <w:r>
        <w:rPr>
          <w:lang w:eastAsia="zh-CN"/>
        </w:rPr>
        <w:br/>
      </w:r>
      <w:r>
        <w:rPr>
          <w:lang w:eastAsia="zh-CN"/>
        </w:rPr>
        <w:t>　　《昆虫记》让我们认识了各种各样的昆虫，《中国老故事》中的几个兄弟、《小布头奇遇记》里的小布头以及《借东西的小人》里面的小男孩都很善良，我们要学习他们善良、乐于帮助别人的品德。《精灵鼠小弟》中的鼠小弟勇敢，我们也要做一个坚强勇敢的人。《兰心的秘密》里的兰心很任性，我们不能向她学习。通过阅读，我不仅学到了一些做人的道理，还可以学到各类知识，学到好的词语和句子。</w:t>
      </w:r>
      <w:r>
        <w:rPr>
          <w:lang w:eastAsia="zh-CN"/>
        </w:rPr>
        <w:br/>
      </w:r>
      <w:r>
        <w:rPr>
          <w:lang w:eastAsia="zh-CN"/>
        </w:rPr>
        <w:t>　　我每天都会坚持阅读，已养成了坚持阅读的习惯，读到有趣的地方还会和妈妈分享。一年级开始大量阅读带拼音的书籍，我发现我的识字量逐渐增多，慢慢地可以开始看不带拼音的书，阅读和理解能力也有了很大的进步。我喜欢读书，喜欢在知识的海洋里遨游，读书让我成长，使我快乐。</w:t>
      </w:r>
      <w:r>
        <w:rPr>
          <w:lang w:eastAsia="zh-CN"/>
        </w:rPr>
        <w:br/>
      </w:r>
      <w:r>
        <w:rPr>
          <w:lang w:eastAsia="zh-CN"/>
        </w:rPr>
        <w:t xml:space="preserve">    二年级读书心得体会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当我从图书馆中无意取出你时，就为自己找到了知己。因为我们同是不理解母爱，不理解成长的小小花苞，在等待着绽放。</w:t>
      </w:r>
      <w:r>
        <w:rPr>
          <w:lang w:eastAsia="zh-CN"/>
        </w:rPr>
        <w:br/>
      </w:r>
      <w:r>
        <w:rPr>
          <w:lang w:eastAsia="zh-CN"/>
        </w:rPr>
        <w:t>　　书中的你认为:母亲的严厉是源于对儿女的另一种爱，是母爱的另一种解释。但为什么要选择这样的爱呢，为什么要严厉的执行这种爱呢，难道还在年龄上看待我们吗?还是为了我的未来着想?隐藏着母亲深深地爱?短短一句话引发了我种.种的问题，也带来了我对母爱的另一种感觉。</w:t>
      </w:r>
      <w:r>
        <w:rPr>
          <w:lang w:eastAsia="zh-CN"/>
        </w:rPr>
        <w:br/>
      </w:r>
      <w:r>
        <w:rPr>
          <w:lang w:eastAsia="zh-CN"/>
        </w:rPr>
        <w:t>　　我虽不像你那样因做饭不好，洗衣不行而被呵斥，但遭遇并不差多少。在我认为我的衣柜很整齐，但妈妈不觉得;当我无意中在她需要帮忙时写作业，却被她认为是在逃避;我在认真学习时，她却又说这是假认真。似乎在她的眼中我永远没有做过对的事情，我永远也无法达到她的标准，或许是我不能够读懂母爱这本书吧!现在的我有着你曾经的梦想，‘快点长大吧······逃开她，远远地逃开她’。因为想逃，我与母亲的关系并不好，时不时为些小事争吵。虽然我明明知道这样不对，但也无法克制自己的不满，每当争吵结束时，我总是会在梦中流下忏悔的眼泪。虽然也想说声对不起，但等到下次‘大战’开始时，一切的后悔都会抛到九霄云外。人可能就是有了大脑，有了思想才变得奇怪。</w:t>
      </w:r>
      <w:r>
        <w:rPr>
          <w:lang w:eastAsia="zh-CN"/>
        </w:rPr>
        <w:br/>
      </w:r>
      <w:r>
        <w:rPr>
          <w:lang w:eastAsia="zh-CN"/>
        </w:rPr>
        <w:t>　　当你要正真离开你的母亲去远方上学时，才暮然回首，发现爱的存在。原来你眼中的爱，是在离开才能体会。那我呢?我想是在于长大吧!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我祈求长大，不是长个子，长年龄的长大，而是思想的长大。就因为长大才能去理解，去维护母爱。因为与母亲有了隔阂，我有了自己的小秘密，我有了不能说的话，我有了沉默。日记是最好的倾诉对象，但有常常担心被人发现。这样的感觉很难受，但又无法释怀。如果能够去成长，去理解，或许我的心扉会敞开，去迎接新的每一天，母女的冷战也会宣告结束。</w:t>
      </w:r>
      <w:r>
        <w:rPr>
          <w:lang w:eastAsia="zh-CN"/>
        </w:rPr>
        <w:br/>
      </w:r>
      <w:r>
        <w:rPr>
          <w:lang w:eastAsia="zh-CN"/>
        </w:rPr>
        <w:t>　　可是我的沉默击碎了母亲对我的爱的表白，她是不想，我也一样。青春期是个过不去的坎儿，也将是我长大后对母亲的歉意与遗憾。好像把心儿打开，让爱进来，或许会感觉到妈妈的批评声里写满了温馨的期待。好像把心儿打开，月亮湖在爱的浇灌下漾开南极洲在爱的冒险中敞开胸怀。好想长大，好想走完青春的路，好想逃开沉默的陷阱。成长，如此美好，亲情萦绕着你，但需要你敞开胸怀，尽情绽放!</w:t>
      </w:r>
      <w:r>
        <w:rPr>
          <w:lang w:eastAsia="zh-CN"/>
        </w:rPr>
        <w:br/>
      </w:r>
      <w:r>
        <w:rPr>
          <w:lang w:eastAsia="zh-CN"/>
        </w:rPr>
        <w:t>　　小小的花苞何时才会绽放啊?</w:t>
      </w:r>
      <w:r>
        <w:rPr>
          <w:lang w:eastAsia="zh-CN"/>
        </w:rPr>
        <w:br/>
      </w:r>
      <w:r>
        <w:rPr>
          <w:lang w:eastAsia="zh-CN"/>
        </w:rPr>
        <w:t xml:space="preserve">    二年级读书心得体会 篇4 </w:t>
      </w:r>
      <w:r>
        <w:rPr>
          <w:lang w:eastAsia="zh-CN"/>
        </w:rPr>
        <w:br/>
      </w:r>
      <w:r>
        <w:rPr>
          <w:lang w:eastAsia="zh-CN"/>
        </w:rPr>
        <w:t>　　读书指获取他人已预备好的符号并加以辨认、理解、分析的过程，有时还伴随着朗读、鉴赏、记忆等行为。这些符号最常见的是语言文字，其他还有音符、密码、图表等...</w:t>
      </w:r>
      <w:r>
        <w:rPr>
          <w:lang w:eastAsia="zh-CN"/>
        </w:rPr>
        <w:br/>
      </w:r>
      <w:r>
        <w:rPr>
          <w:lang w:eastAsia="zh-CN"/>
        </w:rPr>
        <w:t>　　书可以使人废寝忘食，可以使人入迷，让人像在自由的环境里飞翔。</w:t>
      </w:r>
      <w:r>
        <w:rPr>
          <w:lang w:eastAsia="zh-CN"/>
        </w:rPr>
        <w:br/>
      </w:r>
      <w:r>
        <w:rPr>
          <w:lang w:eastAsia="zh-CN"/>
        </w:rPr>
        <w:t>　　书，是我除了娱乐外最重要的一件事，我常常偷偷读书，有时我上网查资料，在空隙的时间里，我会随便拿本课外书看，一转过神来，都已经过几十分钟了。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记得最深的一次是在寒假里，我偷偷拿出我的《格言》来看，因为那时作业没做完，但我想：寒假吗，有的是时间，看一会儿也不要紧。我看了半小时之久，妈妈看见了，把我手中的书夺去，说：“先把作业做完才能看。”我哀求道：“我只看了‘一会儿’，真只看了一会儿。”妈妈严肃地说：“一会儿也不行，让我看看你读的什么书?”你瞧，她也看得津津有味。半小时后，我冲着妈妈“嘿嘿”一笑，说：“咋的啦，你看了一会儿，一会儿就半小时。我刚才也只看了这么‘会儿’，抵消了，现在我作业做完了，给我看!”“我还没看完了，等会儿。”“不行!”于是，一场无休止的“争书大战”便开始了……</w:t>
      </w:r>
      <w:r>
        <w:rPr>
          <w:lang w:eastAsia="zh-CN"/>
        </w:rPr>
        <w:br/>
      </w:r>
      <w:r>
        <w:rPr>
          <w:lang w:eastAsia="zh-CN"/>
        </w:rPr>
        <w:t>　　书是一个广阔的世界，可以任你自由翱翔。里面有许多等待着你的良师益友。其实只用告诉你一点：读书——是一种享受。</w:t>
      </w:r>
      <w:r>
        <w:rPr>
          <w:lang w:eastAsia="zh-CN"/>
        </w:rPr>
        <w:br/>
      </w:r>
      <w:r>
        <w:rPr>
          <w:lang w:eastAsia="zh-CN"/>
        </w:rPr>
        <w:t>　　读书虽然有时也有点枯燥，但只要用心去感悟，就好像作者是自己，自己好像就有着一段难忘而有趣的经历。</w:t>
      </w:r>
      <w:r>
        <w:rPr>
          <w:lang w:eastAsia="zh-CN"/>
        </w:rPr>
        <w:br/>
      </w:r>
      <w:r>
        <w:rPr>
          <w:lang w:eastAsia="zh-CN"/>
        </w:rPr>
        <w:t>　　“一日无书，百事荒芜”。这句话是陈涛先生的读书心得。书中只有黄金屋，只要你认真吸取精华，持之以恒地读下去，那将会受益终生。</w:t>
      </w:r>
      <w:r>
        <w:rPr>
          <w:lang w:eastAsia="zh-CN"/>
        </w:rPr>
        <w:br/>
      </w:r>
      <w:r>
        <w:rPr>
          <w:lang w:eastAsia="zh-CN"/>
        </w:rPr>
        <w:t xml:space="preserve">    二年级读书心得体会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今天，我们上了一堂有特殊意义的课——《最后一分钟》，在学习中我读到了这样一句：当一纸发黄的旧条约悄然落地，烟尘中浮现出来的长城的脸上，黄皮肤的脸上，是什么在缓缓地流淌——百年的痛苦和欢乐。咦?这是什么意思啊?为什么是旧条约?于是我打开电脑仔细地查了查，终于我弄明白了，这是1842年当时的清政府与英国签订的《南京条约》，我便仔仔细细地看起来，谁知，我越看越生气，特别是：4、割地，清朝政府将香港岛割让给英国。看到这里，我眼珠都差点蹦出来了，心想：这可是中国一个不可分割的土地，他……他们竟然把它割让给了英国强盗，使我们国家失去了这样一块美丽富饶的宝岛，难道当时的清政府是真的那么没用吗?我忍怒看下去，“什么?”我已怒不可遏，“英法列强竟趁火打劫，可恶!可恶!”</w:t>
      </w:r>
      <w:r>
        <w:rPr>
          <w:lang w:eastAsia="zh-CN"/>
        </w:rPr>
        <w:br/>
      </w:r>
      <w:r>
        <w:rPr>
          <w:lang w:eastAsia="zh-CN"/>
        </w:rPr>
        <w:t>　　“你在看什么呢?竟气成这样。”老爸好奇地问。</w:t>
      </w:r>
      <w:r>
        <w:rPr>
          <w:lang w:eastAsia="zh-CN"/>
        </w:rPr>
        <w:br/>
      </w:r>
      <w:r>
        <w:rPr>
          <w:lang w:eastAsia="zh-CN"/>
        </w:rPr>
        <w:t>　　“没，没什么!”我忍怒道。</w:t>
      </w:r>
      <w:r>
        <w:rPr>
          <w:lang w:eastAsia="zh-CN"/>
        </w:rPr>
        <w:br/>
      </w:r>
      <w:r>
        <w:rPr>
          <w:lang w:eastAsia="zh-CN"/>
        </w:rPr>
        <w:t>　　我继续往下看，“什么?”我再也忍不住了，“破坏中国主权，要使香港成为他们进一步侵略中国的基地，实在是太可恨了，呜呼——”</w:t>
      </w:r>
      <w:r>
        <w:rPr>
          <w:lang w:eastAsia="zh-CN"/>
        </w:rPr>
        <w:br/>
      </w:r>
      <w:r>
        <w:rPr>
          <w:lang w:eastAsia="zh-CN"/>
        </w:rPr>
        <w:t>　　不平等的条约不止这一条，还有随后的《北京条约》、《天津条约》，这说明外国强盗正在加紧一步步地占领中国。</w:t>
      </w:r>
      <w:r>
        <w:rPr>
          <w:lang w:eastAsia="zh-CN"/>
        </w:rPr>
        <w:br/>
      </w:r>
      <w:r>
        <w:rPr>
          <w:lang w:eastAsia="zh-CN"/>
        </w:rPr>
        <w:t>　　我真没想到，当时的清政府这么落后，的确，旗人的马上功夫是很好，包括射箭，但这又有什么用呢?总抵不过侵略者的长枪大炮，一枪一个，一轰一群，只能当活靶子。所以，我们必须要发展，必须要学习，提高科学技术，邓爷爷不是说过“科技是第一生产力”吗，落后肯定要挨打。令人欣喜的是，现在的中国不再是几十年前、几百年前落后贫穷的中国，现在的我们科技发达、社会进步，国家欣欣向荣，六十周年大阅兵上所展示的国威、军威，使我们昂首阔步地迈步前进，骄傲地在全世界面前展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“勿望国耻，振兴中华”是我们应该铭记的一个警句，只有时刻把振兴中华放在心底，才能不忘“为中华之崛起而读书”，才能使祖国的明天更美好。</w:t>
      </w:r>
      <w:r>
        <w:rPr>
          <w:lang w:eastAsia="zh-CN"/>
        </w:rPr>
        <w:br/>
      </w:r>
      <w:r>
        <w:rPr>
          <w:lang w:eastAsia="zh-CN"/>
        </w:rPr>
        <w:t xml:space="preserve">    二年级读书心得体会 篇6 </w:t>
      </w:r>
      <w:r>
        <w:rPr>
          <w:lang w:eastAsia="zh-CN"/>
        </w:rPr>
        <w:br/>
      </w:r>
      <w:r>
        <w:rPr>
          <w:lang w:eastAsia="zh-CN"/>
        </w:rPr>
        <w:t>　　大家好！我是二级三班的张。</w:t>
      </w:r>
      <w:r>
        <w:rPr>
          <w:lang w:eastAsia="zh-CN"/>
        </w:rPr>
        <w:br/>
      </w:r>
      <w:r>
        <w:rPr>
          <w:lang w:eastAsia="zh-CN"/>
        </w:rPr>
        <w:t>　　我有很多的兴趣爱好，在这些爱好中我最喜欢读书，读各种各样有趣的书。在上幼儿园的时候，是爸爸妈妈给我讲故事，每次都听够，总想在听一个。上小学了，认识的字也越来越多，现在就可以自阅读，读到有趣的故事我也会讲给妈妈听，妈妈听得可高兴。最近，我读很多好看的书。我从《昆虫记》的书中认识很多昆虫的特点及它们的爱好。</w:t>
      </w:r>
      <w:r>
        <w:rPr>
          <w:lang w:eastAsia="zh-CN"/>
        </w:rPr>
        <w:br/>
      </w:r>
      <w:r>
        <w:rPr>
          <w:lang w:eastAsia="zh-CN"/>
        </w:rPr>
        <w:t>　　从《级大个子二级小个子》中体会到，做人要坚强、勇敢，要敢于尝试，不要向困难低头。从《没头脑和高兴》中体会到，我们从小要养成好习惯，刻苦学习，团结同学，做事情能拖拉，要敢于克服各种困难……</w:t>
      </w:r>
      <w:r>
        <w:rPr>
          <w:lang w:eastAsia="zh-CN"/>
        </w:rPr>
        <w:br/>
      </w:r>
      <w:r>
        <w:rPr>
          <w:lang w:eastAsia="zh-CN"/>
        </w:rPr>
        <w:t>　　我阅读，我快乐。阅读带给我许多的知识和快乐，让我从小故事中明白一些大道，我会一直坚持阅读，让阅读成为一种习惯。</w:t>
      </w:r>
      <w:r>
        <w:rPr>
          <w:lang w:eastAsia="zh-CN"/>
        </w:rPr>
        <w:br/>
      </w:r>
      <w:r>
        <w:rPr>
          <w:lang w:eastAsia="zh-CN"/>
        </w:rPr>
        <w:t xml:space="preserve">    二年级读书心得体会 篇7 </w:t>
      </w:r>
      <w:r>
        <w:rPr>
          <w:lang w:eastAsia="zh-CN"/>
        </w:rPr>
        <w:br/>
      </w:r>
      <w:r>
        <w:rPr>
          <w:lang w:eastAsia="zh-CN"/>
        </w:rPr>
        <w:t>　　大家好！我是二年级3班的曾，是一个开朗活泼的男孩。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我非常喜欢阅读，无论是汤素兰的《笨狼的故事》还是孙幼军的《怪老头儿》都让我沉醉其中，我还喜欢阅读《精灵鼠小弟》《时代广场的蟋蟀》《海底两万里》等许多有意义的书籍。我每天都坚持阅读，不认识的字就翻查字典，慢慢的就认识了很多字。书籍中常常有许多优美的词句，我会用笔把它勾画出来，反复阅读。最近我迷上了《猫武士》，这本书讲述了一只普通的宠物猫如何运用勇气和智慧，克服种种困难，成为了一名英勇的武士。里面的情节引人入胜，非常吸引我、激励我。</w:t>
      </w:r>
      <w:r>
        <w:rPr>
          <w:lang w:eastAsia="zh-CN"/>
        </w:rPr>
        <w:br/>
      </w:r>
      <w:r>
        <w:rPr>
          <w:lang w:eastAsia="zh-CN"/>
        </w:rPr>
        <w:t>　　阅读开阔了我的视野，丰富了我的知识，让我明白许多做人的道理。呼吁大家和好书交朋友，用知识武装我们的头脑，用智慧丰富我们的心田。总之，我爱阅读，阅读给我带来了无尽的快乐！</w:t>
      </w:r>
      <w:r>
        <w:rPr>
          <w:lang w:eastAsia="zh-CN"/>
        </w:rPr>
        <w:br/>
      </w:r>
      <w:r>
        <w:rPr>
          <w:lang w:eastAsia="zh-CN"/>
        </w:rPr>
        <w:t xml:space="preserve">    二年级读书心得体会 篇8 </w:t>
      </w:r>
      <w:r>
        <w:rPr>
          <w:lang w:eastAsia="zh-CN"/>
        </w:rPr>
        <w:br/>
      </w:r>
      <w:r>
        <w:rPr>
          <w:lang w:eastAsia="zh-CN"/>
        </w:rPr>
        <w:t>　　我非常爱读书，我读的书很杂，什么《西游记》《三十六计》《上下五千年》等等，我都看。记得在老家，每次妈妈带我去商场时，我就直往二楼的小书廊奔，坐在书架下，一看就是几个钟头。</w:t>
      </w:r>
      <w:r>
        <w:rPr>
          <w:lang w:eastAsia="zh-CN"/>
        </w:rPr>
        <w:br/>
      </w:r>
      <w:r>
        <w:rPr>
          <w:lang w:eastAsia="zh-CN"/>
        </w:rPr>
        <w:t>　　来到深圳后，一有时间我就缠着妈妈带我去深圳书城看书。有一次，妈妈又带我来到深圳书城。我们登上四楼，只见地上、架子上到处都堆满了书，看得我眼花缭乱。我走着，看着，突然，一本印刷精美的《三国演义》吸引了我的注意，我拿在手中翻了几页，就舍不得放了。我对妈妈说：妈妈，我就在这儿看看。你等一会儿再来找我!</w:t>
      </w:r>
      <w:r>
        <w:rPr>
          <w:lang w:eastAsia="zh-CN"/>
        </w:rPr>
        <w:br/>
      </w:r>
      <w:r>
        <w:rPr>
          <w:lang w:eastAsia="zh-CN"/>
        </w:rPr>
        <w:t>　　妈妈到别的地方去看大人的书了。我一屁股坐在地上津津有味地读起《三国演义》来。当读到刘备、张飞、关羽桃园三结义时，我不禁为他们由不相识到好朋友的短时间而感到惊讶;当读到蜀兵智烧藤甲兵，我不禁为诸葛亮的足智多谋而感到敬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不知看了多久，我觉得肚子有些饿了，就想时间不早了，该回家了。可举目一看，哪里有妈妈的踪影?我急了，就大喊起来，可是周围人来人往，就是没有妈妈。于是，我一边走，一边喊。突然，一个熟悉的声音在我耳边响起：小书迷，往哪儿跑呢?我一转身，发现妈妈正站在离我不远的地方，笑眯眯地看着我呢!</w:t>
      </w:r>
      <w:r>
        <w:rPr>
          <w:lang w:eastAsia="zh-CN"/>
        </w:rPr>
        <w:br/>
      </w:r>
      <w:r>
        <w:rPr>
          <w:lang w:eastAsia="zh-CN"/>
        </w:rPr>
        <w:t>　　我立刻跑过去，又高兴又生气，说：你怎么不来接我呢?妈妈笑呵呵地说：我怎么没有来接你?喊了你几遍了，你都没有听见!你呀，看书都入迷了!你起来的时候，连我就在你身边也没有看见!听了妈妈的话，我不好意思地笑了。</w:t>
      </w:r>
      <w:r>
        <w:rPr>
          <w:lang w:eastAsia="zh-CN"/>
        </w:rPr>
        <w:br/>
      </w:r>
      <w:r>
        <w:rPr>
          <w:lang w:eastAsia="zh-CN"/>
        </w:rPr>
        <w:t>　　瞧!我就是这样一个小书迷!</w:t>
      </w:r>
      <w:r>
        <w:rPr>
          <w:lang w:eastAsia="zh-CN"/>
        </w:rPr>
        <w:br/>
      </w:r>
      <w:r>
        <w:rPr>
          <w:lang w:eastAsia="zh-CN"/>
        </w:rPr>
        <w:t xml:space="preserve">    二年级读书心得体会 篇9 </w:t>
      </w:r>
      <w:r>
        <w:rPr>
          <w:lang w:eastAsia="zh-CN"/>
        </w:rPr>
        <w:br/>
      </w:r>
      <w:r>
        <w:rPr>
          <w:lang w:eastAsia="zh-CN"/>
        </w:rPr>
        <w:t>　　小老虎历险记读后感</w:t>
      </w:r>
      <w:r>
        <w:rPr>
          <w:lang w:eastAsia="zh-CN"/>
        </w:rPr>
        <w:br/>
      </w:r>
      <w:r>
        <w:rPr>
          <w:lang w:eastAsia="zh-CN"/>
        </w:rPr>
        <w:t>　　我一下子就读完了这本书，对小老虎力力和它的妈妈力雅的冒险精神感到十分佩服，对胖光头的行为感到十分仇恨。书上描写的是这两只老虎都想去红霞大山，原因是：咕咕先生写了一封信给它们：我是咕咕先生，欢迎你们来红霞大山玩。于是老虎们请小朋友们帮忙，小朋友给动物园园长胖光头爷爷写了两封信，第二封是这样写的：胖光头园长爷爷，您好!您要是不把老虎送到红霞大山来，我们以后不来玩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小老虎力力是被一次抢劫走的，但还是逃离了小偷的手掌心，被老爷爷和老奶奶收养。总之，力力的生活很好。力雅的生活没有这么幸福，后来跟咕咕先生、呼噜噜等人，一起消灭七匹狼，经过努力，把狼老大打下了山崖，最终和力力相聚。</w:t>
      </w:r>
      <w:r>
        <w:rPr>
          <w:lang w:eastAsia="zh-CN"/>
        </w:rPr>
        <w:br/>
      </w:r>
      <w:r>
        <w:rPr>
          <w:lang w:eastAsia="zh-CN"/>
        </w:rPr>
        <w:t>　　我觉得力力它们很勇敢，我们应该向它们学习。</w:t>
      </w:r>
      <w:r>
        <w:rPr>
          <w:lang w:eastAsia="zh-CN"/>
        </w:rPr>
        <w:br/>
      </w:r>
      <w:r>
        <w:rPr>
          <w:lang w:eastAsia="zh-CN"/>
        </w:rPr>
        <w:t>　　二年级读书心得体会范文8</w:t>
      </w:r>
      <w:r>
        <w:rPr>
          <w:lang w:eastAsia="zh-CN"/>
        </w:rPr>
        <w:br/>
      </w:r>
      <w:r>
        <w:rPr>
          <w:lang w:eastAsia="zh-CN"/>
        </w:rPr>
        <w:t>　　《小老虎历险记》这本书，我读后受益匪浅，我真的要像小老虎一样用勇气战胜困难，用微笑面对世界!</w:t>
      </w:r>
      <w:r>
        <w:rPr>
          <w:lang w:eastAsia="zh-CN"/>
        </w:rPr>
        <w:br/>
      </w:r>
      <w:r>
        <w:rPr>
          <w:lang w:eastAsia="zh-CN"/>
        </w:rPr>
        <w:t>　　让我们一起走进书香世界，体验书中的快乐吧!故事是这样的：小老虎力力和它的妈妈力雅原先生活在动物园里，后来他们在小朋友的帮助下，逃出了动物园，此时，小老虎和虎妈妈就走散了。后来，小老虎到了个小村庄，他经历了种种困难，打败了狡猾的幽灵猫和凶恶的七匹狼，最后，小老虎力力凭着自己的机智勇敢，在红霞山脚下，找到了自己的亲生妈妈力雅，从此，他们过上了幸福而充实的生活!</w:t>
      </w:r>
      <w:r>
        <w:rPr>
          <w:lang w:eastAsia="zh-CN"/>
        </w:rPr>
        <w:br/>
      </w:r>
      <w:r>
        <w:rPr>
          <w:lang w:eastAsia="zh-CN"/>
        </w:rPr>
        <w:t>　　读了这本书后，我受益匪浅，是它让我知道了，用勇气战胜困难，是它教会了我如何做人!再生活中，小老虎力力又是我的好榜样，每次，当我遇到困难时，我的眼前又仿佛出现了小老虎勇敢的身影，这时，我便不断的告诉自己：你是最棒的，加油!去战胜一切困难吧!我终于鼓起勇气，战胜了困难。</w:t>
      </w:r>
      <w:r>
        <w:rPr>
          <w:lang w:eastAsia="zh-CN"/>
        </w:rPr>
        <w:br/>
      </w:r>
      <w:r>
        <w:rPr>
          <w:lang w:eastAsia="zh-CN"/>
        </w:rPr>
        <w:t>　　小老虎力力呀，你真是我的好老师呀，在一点一点的教会我人品，让我用信心面对生活!同学们，读一读这本书吧，相信你，会和我一样受益匪浅，用自己的勇气面对生活，战胜困难!</w:t>
      </w:r>
      <w:r>
        <w:rPr>
          <w:lang w:eastAsia="zh-CN"/>
        </w:rPr>
        <w:br/>
      </w:r>
      <w:r>
        <w:rPr>
          <w:lang w:eastAsia="zh-CN"/>
        </w:rPr>
        <w:t xml:space="preserve">    二年级读书心得体会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高尔基曾说过这么一句话：书籍是人类进步的阶梯。由此可见，读书对于每个人同样重要，因为书的质量好坏会直接影响人的素质，智慧和财富。</w:t>
      </w:r>
      <w:r>
        <w:rPr>
          <w:lang w:eastAsia="zh-CN"/>
        </w:rPr>
        <w:br/>
      </w:r>
      <w:r>
        <w:rPr>
          <w:lang w:eastAsia="zh-CN"/>
        </w:rPr>
        <w:t>　　书上的知识取之不尽，用之不竭。而智慧就是靠自己从书上积累。所以我认为：书&amp;&amp;就是智慧。</w:t>
      </w:r>
      <w:r>
        <w:rPr>
          <w:lang w:eastAsia="zh-CN"/>
        </w:rPr>
        <w:br/>
      </w:r>
      <w:r>
        <w:rPr>
          <w:lang w:eastAsia="zh-CN"/>
        </w:rPr>
        <w:t>　　素质是金饭碗素质成就理想两句意蕴深刻的话语。想要拥有素质，那么素质是怎么来的。在我的人生哲学当中，我认为，素质来源与书籍，就犹如艺术来源与生活。两者具备同样的道理。</w:t>
      </w:r>
      <w:r>
        <w:rPr>
          <w:lang w:eastAsia="zh-CN"/>
        </w:rPr>
        <w:br/>
      </w:r>
      <w:r>
        <w:rPr>
          <w:lang w:eastAsia="zh-CN"/>
        </w:rPr>
        <w:t>　　也有过一句话：书中自有黄金屋。想必这句话是众所皆知吧。有人认为财富就是权利。OHNO!!我并不这样认为，但也可以这样认为，可是归根结底只在与读书。书才是人类最大的财富。知识就是财富。拥有了书本，并合理地利用它，我们就可以从中获得知识，获取智慧，提高素质，从而收获财富。作文</w:t>
      </w:r>
      <w:r>
        <w:rPr>
          <w:lang w:eastAsia="zh-CN"/>
        </w:rPr>
        <w:br/>
      </w:r>
      <w:r>
        <w:rPr>
          <w:lang w:eastAsia="zh-CN"/>
        </w:rPr>
        <w:t>　　大家一定听说过曾国藩是中国历史上最有影响的人物之一，然而他小时候的天赋却不高。有一天在家读书，一篇不知道重复多少遍的文章，但他还是在朗读。因为，他没有背下这篇文章。这时候他家来了一个贼，潜伏在他的屋檐下，希望等读书人睡觉之后捞点好处。可是等了酗酒，他还未合眼，还是翻来复去地读那篇文章。贼人大怒，跳出来说，这种水平读什么书?然后将那文章背诵一遍，扬长而去!这说明的就是读书这两个字。</w:t>
      </w:r>
      <w:r>
        <w:rPr>
          <w:lang w:eastAsia="zh-CN"/>
        </w:rPr>
        <w:br/>
      </w:r>
      <w:r>
        <w:rPr>
          <w:lang w:eastAsia="zh-CN"/>
        </w:rPr>
        <w:t xml:space="preserve">    二年级读书心得体会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每个人都有自己不喜欢做的事，我最不喜欢的就是每晚跳绳。可是妈妈从来不会放过我。一天晚饭后，妈妈又叫我到楼下去跳绳了，我实在不想跳，就故意不好好跳，说自己不会跳，跳不好。妈妈气得说不出话来，过了许久，妈妈让我上楼了。我心里可开心了，心想：哇，今天总算可以不用跳了。</w:t>
      </w:r>
      <w:r>
        <w:rPr>
          <w:lang w:eastAsia="zh-CN"/>
        </w:rPr>
        <w:br/>
      </w:r>
      <w:r>
        <w:rPr>
          <w:lang w:eastAsia="zh-CN"/>
        </w:rPr>
        <w:t>　　到了家里，妈妈还是不说话，只是直接走到我的房间，从我的书桌上拿下一本书对我说：你把这本书看看</w:t>
      </w:r>
      <w:r>
        <w:rPr>
          <w:lang w:eastAsia="zh-CN"/>
        </w:rPr>
        <w:br/>
      </w:r>
      <w:r>
        <w:rPr>
          <w:lang w:eastAsia="zh-CN"/>
        </w:rPr>
        <w:t>　　《小学生成为领袖的 100 个秘诀》这有什么好看的我想。看了一会儿，我还是被一个故事感动了。忍耐力是领袖必须具备的一种品质&amp;这个故事说得是意大利人马可&amp;波罗。 1211 年， 17 岁的马可下定决心乘船到中国中国旅行。与他同行的几个经验丰富的船员听到马可的这一决定都吓了一跳，纷纷劝道：马可，前往中国的路是非常危险的。没关系，再难我也能承受。前往中国的路的确无比艰苦。但是，马可&amp;波罗从来没有放弃过，经过三年的奋斗，终于完成了他的旅行。</w:t>
      </w:r>
      <w:r>
        <w:rPr>
          <w:lang w:eastAsia="zh-CN"/>
        </w:rPr>
        <w:br/>
      </w:r>
      <w:r>
        <w:rPr>
          <w:lang w:eastAsia="zh-CN"/>
        </w:rPr>
        <w:t>　　看完这个故事，我对自己说：原来忍耐力是人人必须要的，只要我坚持练，也一定会跳得很好的。走出房间，我对妈妈说：妈妈，我们去跳绳吧。妈妈笑了笑，我们一起往楼下走去。我相信我今天一定会跳得比昨天要好。</w:t>
      </w:r>
      <w:r>
        <w:rPr>
          <w:lang w:eastAsia="zh-CN"/>
        </w:rPr>
        <w:br/>
      </w:r>
      <w:r>
        <w:rPr>
          <w:lang w:eastAsia="zh-CN"/>
        </w:rPr>
        <w:t xml:space="preserve">    二年级读书心得体会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在《桂花雨》中，作者琦君写的多半是她一生最亲近的人，如父母、丈夫、儿子、朋友，由于作者和他们有天生的关系或至深至重的情谊存在，写来加倍扣人心弦。在这些文章，琦君并不特意去强调什么，去说明什么，也没有运用什么文字技巧。而只是老老实实的去叙述，而动人的气氛，就自然进到文章里去。</w:t>
      </w:r>
      <w:r>
        <w:rPr>
          <w:lang w:eastAsia="zh-CN"/>
        </w:rPr>
        <w:br/>
      </w:r>
      <w:r>
        <w:rPr>
          <w:lang w:eastAsia="zh-CN"/>
        </w:rPr>
        <w:t>　　《桂花雨》这篇文章名字取得很美，让人初见之下，便有了很芬芳的印象。读过琦君的《桂花雨》，桂花的香，更叫人神往。书中写她儿时在家摇院子里的桂花树，桂花纷纷落下来，落得满坑满地的盛况，真正叫我心向往之。认为那是一幅很美的画面，也是很美的经验。琦君的散文，不是任何人可以寥寥数言所能形容的。必须由读者亲自阅读，再三咀嚼，才能读出真味。</w:t>
      </w:r>
      <w:r>
        <w:rPr>
          <w:lang w:eastAsia="zh-CN"/>
        </w:rPr>
        <w:br/>
      </w:r>
      <w:r>
        <w:rPr>
          <w:lang w:eastAsia="zh-CN"/>
        </w:rPr>
        <w:t xml:space="preserve">    二年级读书心得体会 篇13 </w:t>
      </w:r>
      <w:r>
        <w:rPr>
          <w:lang w:eastAsia="zh-CN"/>
        </w:rPr>
        <w:br/>
      </w:r>
      <w:r>
        <w:rPr>
          <w:lang w:eastAsia="zh-CN"/>
        </w:rPr>
        <w:t>　　西塞罗曾说：“受惠的人，必须把那恩惠常藏心底，但是施恩的人则不可记住它。”在我所知道的记忆最深的就是叶圣陶笔下的稻草人，它就是这样的一个“施恩的人”。在叶圣陶童话的童话中，它拥有人的心灵，尽职尽责，而且还有一种可贵的品质——善良。</w:t>
      </w:r>
      <w:r>
        <w:rPr>
          <w:lang w:eastAsia="zh-CN"/>
        </w:rPr>
        <w:br/>
      </w:r>
      <w:r>
        <w:rPr>
          <w:lang w:eastAsia="zh-CN"/>
        </w:rPr>
        <w:t>　　文章叙述的是一个老太太的园子里摆放着一个稻草人，他帮着老太太驱逐害虫。直到一天漆黑的夜晚，他亲眼目睹了三件事：好不容易风调雨顺，可老太太种的稻子却被吃光了。河上有一只船，一位渔妇的儿子得了病，一直叫喊着喝茶，可那渔妇给他喝水又继续在河里捕捉鱼。另一位妇女的丈夫赌钱把家全败光，最后还要卖掉她，最后他跳河自尽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最后稻草人摔倒在地上，他不愿再看见这个灾难深重的世界，因为他空有善良，但却无能为力。他想要去帮助所有需要帮助的人，但他终究只是一捆捆稻草做成的，在泥土中，无法动弹。读完全文，我的心中却满是沉闷和压抑，那个稻草人的形象一直都挥之不去，不幸的老妇人也一直在我心头萦绕。虽然稻草人的善良感动我，但我也替她们感动悲哀。</w:t>
      </w:r>
      <w:r>
        <w:rPr>
          <w:lang w:eastAsia="zh-CN"/>
        </w:rPr>
        <w:br/>
      </w:r>
      <w:r>
        <w:rPr>
          <w:lang w:eastAsia="zh-CN"/>
        </w:rPr>
        <w:t>　　叶圣陶的《稻草人》让我们深刻地领会到了三十年代中国农村中风雨飘摇的人生百态。稻草人十分善良，善良不需要太多的诠释，它就犹如寒风中的一把火把，失意时候别人口中的一句安慰，痛苦时他人的一丝抚慰，无助时的一点点支援......把善良留给他人，也留给自己。中国台湾小说家张大春的《城邦暴力团》里有这样一句话：“你不觉得这个世界上的人根本不注意自己的邻居吗?”这句话，给我带来很深的思考，在物质文明极大丰富的今天，人与人之间的距离却日渐疏远，彼此的关系开始暗淡，有时甚至让真理和道德走向沦丧，让善良蒙上了一层尘埃。</w:t>
      </w:r>
      <w:r>
        <w:rPr>
          <w:lang w:eastAsia="zh-CN"/>
        </w:rPr>
        <w:br/>
      </w:r>
      <w:r>
        <w:rPr>
          <w:lang w:eastAsia="zh-CN"/>
        </w:rPr>
        <w:t>　　只要人人都献出一点善良，这个世界会变得更加温馨、和谐。稻草人拥有善良的心，无能为力，但我们却可以，为了不让稻草人的悲剧重演，从现在起，我们不仅要有一颗善良的心，还要多行善事，努力用我们的善良改变世界，让世界变成一个真正美好的世界。</w:t>
      </w:r>
      <w:r>
        <w:rPr>
          <w:lang w:eastAsia="zh-CN"/>
        </w:rPr>
        <w:br/>
      </w:r>
      <w:r>
        <w:rPr>
          <w:lang w:eastAsia="zh-CN"/>
        </w:rPr>
        <w:t xml:space="preserve">    二年级读书心得体会 篇14 </w:t>
      </w:r>
      <w:r>
        <w:rPr>
          <w:lang w:eastAsia="zh-CN"/>
        </w:rPr>
        <w:br/>
      </w:r>
      <w:r>
        <w:rPr>
          <w:lang w:eastAsia="zh-CN"/>
        </w:rPr>
        <w:t>　　《平凡的世界》是一本平凡的书，给我们讲述了一个平凡的故事，可读完这本书后我却久久不能释怀，我的脑海不断浮现其中的片段。作者在书中将人物的特点刻画得栩栩如生，淋淋尽致。令我影响最深刻的当然还是书的主人公——少平。他从一个羞涩的男孩逐步成为一个坚毅、有梦想有追求的男子汉。</w:t>
      </w:r>
      <w:r>
        <w:rPr>
          <w:lang w:eastAsia="zh-CN"/>
        </w:rPr>
        <w:br/>
      </w:r>
    </w:p>
    <w:p w:rsidR="001B1F19" w14:textId="27C3F48A">
      <w:pPr>
        <w:rPr>
          <w:rFonts w:hint="eastAsia"/>
          <w:lang w:eastAsia="zh-CN"/>
        </w:rPr>
      </w:pPr>
      <w:r>
        <w:rPr>
          <w:lang w:eastAsia="zh-CN"/>
        </w:rPr>
        <w:t>　　他的故乡是面朝天背朝土的双水村，他们世世代代都为农名民，少平也不例外，但他却有着比农民更好一层的思想境界，他不甘仅仅成为一个农民，他有自我的最求。在生活的压迫下，他没能上大学，家中艰苦的条件是不会允许的。都说穷人的孩子早当家，少平十分懂事，他要挑起家中的这份担子。在生活中遇到困难是难免的，有的人可能会抱怨命运的不公，有的人可能在荆棘中挣扎了会儿，到最终还是选择了放弃。而少平是属于另一种人，无论遭受多大的打击，困难，但是仍然选择在这条平凡之路上继续前行。</w:t>
      </w:r>
      <w:r>
        <w:rPr>
          <w:lang w:eastAsia="zh-CN"/>
        </w:rPr>
        <w:br/>
      </w:r>
      <w:r>
        <w:rPr>
          <w:lang w:eastAsia="zh-CN"/>
        </w:rPr>
        <w:t>　　他离开故乡，踏上一个陌生、无依无靠的地方–黄土高原，刚来到那里时，他是一个不起眼的揽工人，到最终成为一个正式的煤矿工人，其中付出了多少艰辛。少平的工作也许是低层的，他任一丝不苟、卖力地干活。对于职业，无高低贵贱之分，如今，许多人会觉得某某工作很低贱，例如扫大街，自我不应当做那种事，其实并不是那样，任何工作地位都是平等的，从事任何工作都要尽心尽力。少平尝到了感情的甜果他与晓霞的感情虽然完美，可是好景不长，他深爱的晓霞在一次釆访中牺牲了。晓霞在他心中占据了重要的位置。对他来说，是一种巨大的打击失去自我深爱的人。生活与精神的种种打击也没能将他打跨。而我们又有多少人能勇敢的战胜生活中的暴风雨我们要好好地去思考思考。我也很佩服晓霞，她是一名出色的记者，不顾世俗的眼光与少平相爱。为了救一个孩子，她奉献出自我宝贵的生命，她与少平的约定还未实现就走了。</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https://d.book118.com/877051034051006042</w:t>
        </w:r>
      </w:hyperlink>
    </w:p>
    <w:p w:rsidR="001B1F19">
      <w:pPr>
        <w:rPr>
          <w:rFonts w:hint="eastAsia"/>
          <w:lang w:eastAsia="zh-CN"/>
        </w:rPr>
      </w:pPr>
    </w:p>
    <w:sectPr>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77051034051006042"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