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教师师德师风心得体会</w:t>
      </w:r>
    </w:p>
    <w:p>
      <w:pPr>
        <w:spacing w:before="100" w:after="200" w:line="360" w:lineRule="auto"/>
        <w:ind w:firstLine="576"/>
        <w:jc w:val="left"/>
      </w:pPr>
      <w:r>
        <w:rPr>
          <w:rFonts w:ascii="宋体" w:eastAsia="宋体" w:hAnsi="宋体"/>
          <w:sz w:val="28"/>
        </w:rPr>
        <w:t>通过师德师风的教育学习，我对开展师德师风教育活动的重要好处有了较明确的认识。师德建设决定教师队伍建设的成败，也就决定教育事业发展和的成败。教书育人，教书者必先学为人师，育人者必先行为世范。教师职业的特点决定了教师务必具备更高的素质，而师德是教师最重要的素质，是教师的灵魂。</w:t>
      </w:r>
    </w:p>
    <w:p>
      <w:pPr>
        <w:spacing w:before="100" w:after="200" w:line="360" w:lineRule="auto"/>
        <w:ind w:firstLine="576"/>
        <w:jc w:val="left"/>
      </w:pPr>
      <w:r>
        <w:rPr>
          <w:rFonts w:ascii="宋体" w:eastAsia="宋体" w:hAnsi="宋体"/>
          <w:sz w:val="28"/>
        </w:rPr>
        <w:t>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的必然要求。</w:t>
      </w:r>
    </w:p>
    <w:p>
      <w:pPr>
        <w:spacing w:before="100" w:after="200" w:line="360" w:lineRule="auto"/>
        <w:ind w:firstLine="576"/>
        <w:jc w:val="left"/>
      </w:pPr>
      <w:r>
        <w:rPr>
          <w:rFonts w:ascii="宋体" w:eastAsia="宋体" w:hAnsi="宋体"/>
          <w:sz w:val="28"/>
        </w:rPr>
        <w:t>本人通过认真学习，自我进行深入剖析充分认识到自己在各方面还存在不少差距。我决心以这次师德师风教育活动为契机结合工作实际，深刻进行自我剖析，使自己的人生观、价值观得到改造。为解决工作和学习中的问题，进一步提高自己的师德水平，对自身存在的问题和不足制定整改措施。对照师德师风建设要求和自我剖析材料，我个人认为自己在工作作风，思想表现等方面存在的突出问题主要有以下几个方面：</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1、政策理论水平不高，运用理论进行实际工作不够。存在着素质能力不适应，知识透支的现象，平时虽然比较注重学习，但学习的深度和广度都不够，对教育教学理论、教育法律、法规知识研究过少，有时只注重学习现用的内容，保证不了足够的学习时间，加之在运用理论去指导工作还有差距，勉强适应当前工作的需求。</w:t>
      </w:r>
    </w:p>
    <w:p>
      <w:pPr>
        <w:spacing w:before="100" w:after="200" w:line="360" w:lineRule="auto"/>
        <w:ind w:firstLine="576"/>
        <w:jc w:val="left"/>
      </w:pPr>
      <w:r>
        <w:rPr>
          <w:rFonts w:ascii="宋体" w:eastAsia="宋体" w:hAnsi="宋体"/>
          <w:sz w:val="28"/>
        </w:rPr>
        <w:t>2、有时对自己不够严格，不能尽善尽美、时时处处争一流的标准上去把握。降低了对自己的要求，满足于过得去，差不多。</w:t>
      </w:r>
    </w:p>
    <w:p>
      <w:pPr>
        <w:spacing w:before="100" w:after="200" w:line="360" w:lineRule="auto"/>
        <w:ind w:firstLine="576"/>
        <w:jc w:val="left"/>
      </w:pPr>
      <w:r>
        <w:rPr>
          <w:rFonts w:ascii="宋体" w:eastAsia="宋体" w:hAnsi="宋体"/>
          <w:sz w:val="28"/>
        </w:rPr>
        <w:t>3、工作方式、方法不够科学。对待工作不够大胆和积极主动，平时只知道埋头工作，不注重向外界学习，特别是忽视向同志交流学习。这在一定程度上影响了工作效率，认为以有的业务知识可以适应目前的工作，不注重业务知识的全面性，缺乏一种敬业精神。从而导致有时感到工作开展起来，力不从心。</w:t>
      </w:r>
    </w:p>
    <w:p>
      <w:pPr>
        <w:spacing w:before="100" w:after="200" w:line="360" w:lineRule="auto"/>
        <w:jc w:val="left"/>
      </w:pPr>
      <w:r>
        <w:rPr>
          <w:rFonts w:ascii="宋体 (中文正文)" w:eastAsia="宋体" w:hAnsi="宋体 (中文正文)"/>
          <w:b/>
          <w:sz w:val="28"/>
        </w:rPr>
        <w:t>一、整改的任务目标</w:t>
      </w:r>
    </w:p>
    <w:p>
      <w:pPr>
        <w:spacing w:before="100" w:after="200" w:line="360" w:lineRule="auto"/>
        <w:ind w:firstLine="576"/>
        <w:jc w:val="left"/>
      </w:pPr>
      <w:r>
        <w:rPr>
          <w:rFonts w:ascii="宋体" w:eastAsia="宋体" w:hAnsi="宋体"/>
          <w:sz w:val="28"/>
        </w:rPr>
        <w:t>1、牢固树立共产主义理想信念，提高个人的党性观念和师德水平，努力为本地区的教育事业的发展，贡献自己的生命和力量。2、模范遵守执行各项规章制度，大胆坚持原则，积极开展批评和自我批评。</w:t>
      </w:r>
    </w:p>
    <w:p>
      <w:pPr>
        <w:spacing w:before="100" w:after="200" w:line="360" w:lineRule="auto"/>
        <w:ind w:firstLine="576"/>
        <w:jc w:val="left"/>
      </w:pPr>
      <w:r>
        <w:rPr>
          <w:rFonts w:ascii="宋体" w:eastAsia="宋体" w:hAnsi="宋体"/>
          <w:sz w:val="28"/>
        </w:rPr>
        <w:t>3、多做业务研究的工作。自觉学习教育教学理论和业务管理的有关法律法规知识，进一步提高自己的管理能力和领导水平。</w:t>
      </w:r>
    </w:p>
    <w:p>
      <w:pPr>
        <w:spacing w:before="100" w:after="200" w:line="360" w:lineRule="auto"/>
        <w:jc w:val="left"/>
      </w:pPr>
      <w:r>
        <w:rPr>
          <w:rFonts w:ascii="宋体 (中文正文)" w:eastAsia="宋体" w:hAnsi="宋体 (中文正文)"/>
          <w:sz w:val="28"/>
        </w:rPr>
        <w:t>二、下一步的整改措施：</w:t>
      </w:r>
    </w:p>
    <w:p>
      <w:pPr>
        <w:spacing w:before="100" w:after="200" w:line="360" w:lineRule="auto"/>
        <w:ind w:firstLine="576"/>
        <w:jc w:val="left"/>
      </w:pPr>
      <w:r>
        <w:rPr>
          <w:rFonts w:ascii="宋体" w:eastAsia="宋体" w:hAnsi="宋体"/>
          <w:sz w:val="28"/>
        </w:rPr>
        <w:t>首先，要持之以恒、坚持不懈地抓好学习，提高业务水平和管理能力。努力做到熟练掌握有关教育的法律、法规和理论。在今后的工作中要静下心来认真研究国家的教育方针、政策和路线，提高自己的办事效率。</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其次，进一步树立群众意识、服务意识。今后要在工作过程中，以先进典型人物为榜样，学习他们那种“爱的最高境界就是爱人民”“吃人民饭就得服人民管”“万事民为先”的好经验、好做法，以促进自身的全面发展。</w:t>
      </w:r>
    </w:p>
    <w:p>
      <w:pPr>
        <w:spacing w:before="100" w:after="200" w:line="360" w:lineRule="auto"/>
        <w:ind w:firstLine="576"/>
        <w:jc w:val="left"/>
      </w:pPr>
      <w:r>
        <w:rPr>
          <w:rFonts w:ascii="宋体" w:eastAsia="宋体" w:hAnsi="宋体"/>
          <w:sz w:val="28"/>
        </w:rPr>
        <w:t>第三，要加强政治理论学习，改造自己的世界观、人生观，不断加强个人的道德修养，培养为人民利益甘愿做出自我牺牲的精神。在今后，要以高度的责任感、事业心，完成好各项工作。</w:t>
      </w:r>
    </w:p>
    <w:p>
      <w:pPr>
        <w:spacing w:before="100" w:after="200" w:line="360" w:lineRule="auto"/>
        <w:ind w:firstLine="576"/>
        <w:jc w:val="left"/>
      </w:pPr>
      <w:r>
        <w:rPr>
          <w:rFonts w:ascii="宋体" w:eastAsia="宋体" w:hAnsi="宋体"/>
          <w:sz w:val="28"/>
        </w:rPr>
        <w:t>通过学习，今后要严格要求，应当做到吃苦在前，享受在后，克己奉公，多做贡献。认真做好本职工作，不断创造一流的的工作业绩。今后要自觉地置身于活动之中，努力学习，积极整改，认真总结，以学习促进工作，以工作业绩来验证教育活动的效果。从我做起，从现在做起，永葆工作热情，努力实践诺言，希望领导和群众对我的整改进行监督，以利于我的整改措施能落到实处。</w:t>
      </w:r>
    </w:p>
    <w:p>
      <w:pPr>
        <w:spacing w:before="100" w:after="200" w:line="360" w:lineRule="auto"/>
        <w:ind w:firstLine="576"/>
        <w:jc w:val="left"/>
      </w:pPr>
      <w:r>
        <w:rPr>
          <w:rFonts w:ascii="宋体" w:eastAsia="宋体" w:hAnsi="宋体"/>
          <w:sz w:val="28"/>
        </w:rPr>
        <w:t>努力使自己成为终身学习的教师。知识社会的显著特征就是知识像滚雪球一样急剧膨胀并快速陈旧。面对“生有涯，而知无涯”的现实，教师必须不断地学习方能胜任教师工作。因此，要坚持继续学习，坚持终身受教育。随着形势的发展，高科技突飞猛进，让人感觉到一停止学习，就会落伍。</w:t>
      </w:r>
    </w:p>
    <w:p>
      <w:pPr>
        <w:spacing w:before="100" w:after="200" w:line="360" w:lineRule="auto"/>
        <w:ind w:firstLine="576"/>
        <w:jc w:val="left"/>
      </w:pPr>
      <w:r>
        <w:rPr>
          <w:rFonts w:ascii="宋体" w:eastAsia="宋体" w:hAnsi="宋体"/>
          <w:sz w:val="28"/>
        </w:rPr>
        <w:t>当今的时代，人们只有具备了学习的能力，具备了可持续发展的能力，才能获得生存的社会位置。教师要把自己的学生培养成为全面发展的有用人才，就必须把书教好。</w:t>
      </w:r>
    </w:p>
    <w:p>
      <w:pPr>
        <w:spacing w:before="100" w:after="200" w:line="360" w:lineRule="auto"/>
        <w:ind w:firstLine="576"/>
        <w:jc w:val="left"/>
      </w:pPr>
      <w:r>
        <w:rPr>
          <w:rFonts w:ascii="宋体" w:eastAsia="宋体" w:hAnsi="宋体"/>
          <w:sz w:val="28"/>
        </w:rPr>
        <w:t>这就要求教师要具渊博知识。在知识的海洋里，宇宙间的任何事物都只是其中的一朵浪花，一粒泥沙，而教师如同一叶扁舟，常年累月航行于其中，将一批又一批渴望成才的求知者送达理想的彼岸，风雨无阻，无怨无悔。浪头上行舟，难免惊心动魄，但也有欣慰与欢畅，谁说不是呢</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选择了教师职业就选择了艰辛和挑战。胸无点墨，混迹社会，腰缠万贯者大有人在，但我们无法想象，更不能容忍一个滥竽充数的教师堂而皇之立于那些求知若渴者目光聚集的神圣讲坛。教师要有进行教育所需的扎实而宽厚的基础知识和专业知识，要透彻地懂得所教学科。加里宁所概括出的辩证过程：教师一方面要奉献出自己的东西，另一方面又要像海洋一样，从生活中吸收一切优良的东西，然后把这些优良的东西贡献给学生。</w:t>
      </w:r>
    </w:p>
    <w:p>
      <w:pPr>
        <w:spacing w:before="100" w:after="200" w:line="360" w:lineRule="auto"/>
        <w:ind w:firstLine="576"/>
        <w:jc w:val="left"/>
      </w:pPr>
      <w:r>
        <w:rPr>
          <w:rFonts w:ascii="宋体" w:eastAsia="宋体" w:hAnsi="宋体"/>
          <w:sz w:val="28"/>
        </w:rPr>
        <w:t>20xx年2月24，25日，我校全体教职工进行了为期2天的师德师风集中教育学习。通过学习，我对开展师德师风教育活动的重要意义有了较明确的认识。师德建设决定教师队伍建设的成败，也就决定教育事业发展和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的必然要求。</w:t>
      </w:r>
    </w:p>
    <w:p>
      <w:pPr>
        <w:spacing w:before="100" w:after="200" w:line="360" w:lineRule="auto"/>
        <w:ind w:firstLine="576"/>
        <w:jc w:val="left"/>
      </w:pPr>
      <w:r>
        <w:rPr>
          <w:rFonts w:ascii="宋体" w:eastAsia="宋体" w:hAnsi="宋体"/>
          <w:sz w:val="28"/>
        </w:rPr>
        <w:t>托尔斯泰认为：如果一个教师仅仅热爱教育，那么他只能是一个好教师；如果一个教师把热爱事业和热爱学生相结合，他就是一个完善的教师。由此可见，师爱是师德的重要表现之一、也正像教科文总干事马约翰先生说的：“世界上只有一种教育，爱的教育。”身为教师对每一个学生都要做到“捧着一颗心来，不带半根草去”的境地，让教师永远做到爱的播撒者。那么，平凡的师爱就会产生非凡的力量。</w:t>
      </w:r>
    </w:p>
    <w:p>
      <w:pPr>
        <w:spacing w:before="100" w:after="200" w:line="360" w:lineRule="auto"/>
        <w:jc w:val="left"/>
      </w:pPr>
      <w:r>
        <w:rPr>
          <w:rFonts w:ascii="宋体 (中文正文)" w:eastAsia="宋体" w:hAnsi="宋体 (中文正文)"/>
          <w:b/>
          <w:sz w:val="28"/>
        </w:rPr>
        <w:t>一、学无止境，师爱的源泉。</w:t>
      </w:r>
    </w:p>
    <w:p>
      <w:pPr>
        <w:spacing w:before="100" w:after="200" w:line="360" w:lineRule="auto"/>
        <w:jc w:val="left"/>
        <w:sectPr w:rsidSect="00034616">
          <w:type w:val="nextPage"/>
          <w:pgSz w:w="11906" w:h="16838"/>
          <w:pgMar w:top="1440" w:right="1440" w:bottom="1440" w:left="1440" w:header="720" w:footer="720" w:gutter="0"/>
          <w:pgNumType w:start="4"/>
          <w:cols w:space="720"/>
          <w:titlePg w:val="0"/>
          <w:docGrid w:linePitch="360"/>
        </w:sectPr>
      </w:pPr>
      <w:r>
        <w:rPr>
          <w:rFonts w:ascii="宋体 (中文正文)" w:eastAsia="宋体" w:hAnsi="宋体 (中文正文)"/>
          <w:b/>
          <w:sz w:val="28"/>
        </w:rPr>
        <w:t>二、爱每一个学生，师爱的准则。</w:t>
      </w:r>
    </w:p>
    <w:p>
      <w:pPr>
        <w:spacing w:before="100" w:after="200" w:line="360" w:lineRule="auto"/>
        <w:ind w:firstLine="576"/>
        <w:jc w:val="left"/>
      </w:pPr>
      <w:r>
        <w:rPr>
          <w:rFonts w:ascii="宋体" w:eastAsia="宋体" w:hAnsi="宋体"/>
          <w:sz w:val="28"/>
        </w:rPr>
        <w:t>一个人最崇高的爱是爱别人，一个教师最崇高的爱是爱每一位学生，这也是师爱的准则。在教育工作中，教师要把信任和期待的目光洒向每一个学生，把关爱倾注于整个教育教学过程之中，善于倾听学生的意见和呼声，和学生广交朋友，多开展谈心活动，与学生进行思想和情感上的交流，用爱去赢得每一位学生的信赖。爱，包容了教师工作的所有内涵。“金凤凰”可爱，“丑小鸭”更需要阳光，多给他们一份爱心、一声赞美、一个微笑，竭立寻找他们的优点，出自真心地去赞扬，去鼓</w:t>
      </w:r>
    </w:p>
    <w:p>
      <w:pPr>
        <w:spacing w:before="100" w:after="200" w:line="360" w:lineRule="auto"/>
        <w:ind w:firstLine="576"/>
        <w:jc w:val="left"/>
      </w:pPr>
      <w:r>
        <w:rPr>
          <w:rFonts w:ascii="宋体" w:eastAsia="宋体" w:hAnsi="宋体"/>
          <w:sz w:val="28"/>
        </w:rPr>
        <w:t>励。为他们提供更多体验成功的机会，让他们扬起自信的风帆。相信“丑小鸭”一定会变成美丽的“白天鹅”。</w:t>
      </w:r>
    </w:p>
    <w:p>
      <w:pPr>
        <w:spacing w:before="100" w:after="200" w:line="360" w:lineRule="auto"/>
        <w:ind w:firstLine="576"/>
        <w:jc w:val="left"/>
      </w:pPr>
      <w:r>
        <w:rPr>
          <w:rFonts w:ascii="宋体" w:eastAsia="宋体" w:hAnsi="宋体"/>
          <w:sz w:val="28"/>
        </w:rPr>
        <w:t>教师只要热爱学生，尊重学生，学生一定会把老师当成可以信赖的人，也愿意向老师敞开心扉。师生之间只有架起一座信任、友好的桥梁，教育才能生效。师爱会发挥巨大的力量。</w:t>
      </w:r>
    </w:p>
    <w:p>
      <w:pPr>
        <w:spacing w:before="100" w:after="200" w:line="360" w:lineRule="auto"/>
        <w:jc w:val="left"/>
      </w:pPr>
      <w:r>
        <w:rPr>
          <w:rFonts w:ascii="宋体 (中文正文)" w:eastAsia="宋体" w:hAnsi="宋体 (中文正文)"/>
          <w:b/>
          <w:sz w:val="28"/>
        </w:rPr>
        <w:t>三、培养学生的爱心，师爱的升华。</w:t>
      </w:r>
    </w:p>
    <w:p>
      <w:pPr>
        <w:spacing w:before="100" w:after="200" w:line="360" w:lineRule="auto"/>
        <w:ind w:firstLine="576"/>
        <w:jc w:val="left"/>
      </w:pPr>
      <w:r>
        <w:rPr>
          <w:rFonts w:ascii="宋体" w:eastAsia="宋体" w:hAnsi="宋体"/>
          <w:sz w:val="28"/>
        </w:rPr>
        <w:t>古人云：师者所以传道、授业、解惑也。解惑，不仅要解决知识上的疑惑，更要重视道德、行为上的疑惑。即教师在传授知识的同时，更重视孩子的行为习惯，教授做人的道理。“要立业，先树人”。现在很多学生是独生子，由于家庭的宠爱、溺爱。在家里是“小太阳、小皇帝”，从小就养成事事占先，以自己为中心的坏习惯。这样，教师在日常的教育教学活动中有针对性加强教育、引导和渗透，在一些小事情中让学生学会去帮助别人，关爱别人，去播撒爱心。</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两天的学习虽然短暂，但我认为意义重大。这次学习使我们增强了责任感和使命感，更加明确了作为一名教师应该肩负的任务。我相信在今后的工作中每一名教职员工都会严格要求自己，力争用最高标准去指导自己的本职工作，为学生的全面发展贡献自己的全部力量！</w:t>
      </w:r>
    </w:p>
    <w:p>
      <w:pPr>
        <w:spacing w:before="100" w:after="200" w:line="360" w:lineRule="auto"/>
        <w:ind w:firstLine="576"/>
        <w:jc w:val="left"/>
      </w:pPr>
      <w:r>
        <w:rPr>
          <w:rFonts w:ascii="宋体" w:eastAsia="宋体" w:hAnsi="宋体"/>
          <w:sz w:val="28"/>
        </w:rPr>
        <w:t>20xx年2月28日</w:t>
      </w:r>
    </w:p>
    <w:p>
      <w:pPr>
        <w:spacing w:before="100" w:after="200" w:line="360" w:lineRule="auto"/>
        <w:ind w:firstLine="576"/>
        <w:jc w:val="left"/>
      </w:pPr>
      <w:r>
        <w:rPr>
          <w:rFonts w:ascii="宋体" w:eastAsia="宋体" w:hAnsi="宋体"/>
          <w:sz w:val="28"/>
        </w:rPr>
        <w:t>加强师德师风修养，让教师社会尊重。百年大计，教育为本;教育大计，教师为本。广大教师认清肩负的使命和责任，努力为发展具有中国特色、世界水平的现代教育，培养社会主义事业建设者和接班人作出更大贡献。对教师履行使命责任的殷切希望，也是对各级党委和政府支持教师建功立业的明确要求。教师是立校之本，而师德则是教育之魂。从古至今，在人们心目中，似乎很难找出比教师更受敬重的职业。只要用真诚的心去感化学生，用真诚的爱去引导学生，只有真的爱学生才能当之无愧地说爱教育事业。教师，一个肩膀挑着学生的未来，一个肩膀挑着民族的未来，要始终不忘从教初心，牢记为党育人为国育才使命，坚持以“千教万教，教人求真”的执着追求，以“捧着一颗心来，不带半根草去”的奉献精神，加强师德修养，热爱教育事业、热爱学生，用高标准的师德观念规范自身的行为。要坚持以德立身，自觉践行社会主义核心价值观;坚持以德立学，在言传身教中引导学生正确对待知识和真理;坚持以德施教，让道德力量内化于心、外化于行，不断提高自身的素养，塑造自身的形象，锻造新一代的师魂。</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营造尊师重教风尚，让教师最令人羡慕。人非生而知之，孰能无惑惑而不从师，其为惑也，终不解也。尊师重教历来是中华民族的传统美德。1985年9月10日，是新中国第一个教师节，到今年9月10日的第x个教师节，x年来，每年的教师节，都成为了人们向老师们集中表达礼赞与祝福的日子：从高层看望，到官方表彰;从各界共祝，到学生感恩;从家长理解，到社会关心，广大老师享受着这个“太阳底下最光辉职业”应有的礼遇。比如，在今年的教师节，青城山-都江堰、巴山大峡谷等景区还向全国教师送来专属福利，在全社会营造尊师重教良好氛围，让教师切实感受到来自社会、企业等各方面的认可与关怀。近年来，我们党和政府从专业发展、道德素养、精神品质入手，全方位地关心关爱教师，努力提高教师政治地位、社会地位、职业地位，着力建设一支党和人民满意的师德高尚、业务精湛、结构合理、充满活力的高素质专业化教师队伍，为教师“亮灯”营造尊师重教的良好风尚，使教师成为最有价值、最令人尊敬和最使人羡慕的职业，这既是内在要义，也是众望所归。</w:t>
      </w:r>
    </w:p>
    <w:p>
      <w:pPr>
        <w:spacing w:before="100" w:after="200" w:line="360" w:lineRule="auto"/>
        <w:ind w:firstLine="576"/>
        <w:jc w:val="left"/>
      </w:pPr>
      <w:r>
        <w:rPr>
          <w:rFonts w:ascii="宋体" w:eastAsia="宋体" w:hAnsi="宋体"/>
          <w:sz w:val="28"/>
        </w:rPr>
        <w:t>教育兴则国兴，教育强则国强。教师是人类灵魂的工程师，是打造中华民族“梦之队”的筑梦人。作为人民教师要当好学生锤炼品格、学习知识、创新思维、奉献祖国的“引路人”，努力成为学生理想、信念和道德的表率，更好担当起学生健康成长的引路人和指导者重任，积极探索新时代教育教学方法，不断提升教书育人本领，为培养德智体美劳全面发展的社会主义建设者和接班人作出新的更大贡献，让教师真正成为社会尊重最令人羡慕职业。</w:t>
      </w:r>
    </w:p>
    <w:p>
      <w:pPr>
        <w:spacing w:before="100" w:after="200" w:line="360" w:lineRule="auto"/>
        <w:ind w:firstLine="576"/>
        <w:jc w:val="left"/>
      </w:pPr>
      <w:r>
        <w:rPr>
          <w:rFonts w:ascii="宋体" w:eastAsia="宋体" w:hAnsi="宋体"/>
          <w:sz w:val="28"/>
        </w:rPr>
        <w:t>教师师德建设，不仅要求教师确立自己的儿童观、幼儿教育观、幼儿学习观，而且要求老师具有较多、较深的关于幼儿发展的知识和幼儿如何学习的知识，以及教师在教育实践中运用这些知识、信息的能力。</w:t>
      </w:r>
    </w:p>
    <w:p>
      <w:pPr>
        <w:spacing w:before="100" w:after="200" w:line="360" w:lineRule="auto"/>
        <w:ind w:firstLine="576"/>
        <w:jc w:val="left"/>
      </w:pPr>
      <w:r>
        <w:rPr>
          <w:rFonts w:ascii="宋体" w:eastAsia="宋体" w:hAnsi="宋体"/>
          <w:sz w:val="28"/>
        </w:rPr>
        <w:t>一、以爱为本，尊重理解幼儿。霍姆林斯基说过：“热爱孩子是教师生活中最主要的东西。”尊重孩子是建立平等、友好、和谐的师生关系的基础。尊重幼儿人格，允许他们在思想、感情或行为中有自己的独特性，并为他们提供更大的、独立的生活空间。</w:t>
      </w:r>
    </w:p>
    <w:p>
      <w:pPr>
        <w:spacing w:before="100" w:after="200" w:line="360" w:lineRule="auto"/>
        <w:jc w:val="left"/>
      </w:pPr>
      <w:r>
        <w:rPr>
          <w:rFonts w:ascii="宋体 (中文正文)" w:eastAsia="宋体" w:hAnsi="宋体 (中文正文)"/>
          <w:b/>
          <w:sz w:val="28"/>
        </w:rPr>
        <w:t>二、营造平等民主氛围，促进师幼互动。“教师的态度可以决定教学的成败。”</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spacing w:before="100" w:after="200" w:line="360" w:lineRule="auto"/>
        <w:ind w:firstLine="576"/>
        <w:jc w:val="left"/>
      </w:pPr>
      <w:r>
        <w:rPr>
          <w:rFonts w:ascii="宋体" w:eastAsia="宋体" w:hAnsi="宋体"/>
          <w:sz w:val="28"/>
        </w:rPr>
        <w:t>和谐就是关心、和谐就是尊重，和谐就是平等，和谐更是幸福，在领导的关心和爱护下，我们将不断学习，不断探索，踏实工作，锐意进取，开拓创新，建立一个和谐的幼儿园，幸福的幼儿园，追求高品质的幼儿教育打下坚实的基础！</w:t>
      </w:r>
    </w:p>
    <w:p>
      <w:pPr>
        <w:spacing w:before="100" w:after="200" w:line="360" w:lineRule="auto"/>
        <w:jc w:val="left"/>
      </w:pPr>
      <w:r>
        <w:rPr>
          <w:rFonts w:ascii="宋体 (中文正文)" w:eastAsia="宋体" w:hAnsi="宋体 (中文正文)"/>
          <w:sz w:val="28"/>
        </w:rPr>
        <w:t>各位领导，各位老师：</w:t>
      </w:r>
    </w:p>
    <w:p>
      <w:pPr>
        <w:spacing w:before="100" w:after="200" w:line="360" w:lineRule="auto"/>
        <w:ind w:firstLine="576"/>
        <w:jc w:val="left"/>
      </w:pPr>
      <w:r>
        <w:rPr>
          <w:rFonts w:ascii="宋体" w:eastAsia="宋体" w:hAnsi="宋体"/>
          <w:sz w:val="28"/>
        </w:rPr>
        <w:t>大家好，今天我演讲的题目是《坚持》!</w:t>
      </w:r>
    </w:p>
    <w:p>
      <w:pPr>
        <w:spacing w:before="100" w:after="200" w:line="360" w:lineRule="auto"/>
        <w:ind w:firstLine="576"/>
        <w:jc w:val="left"/>
      </w:pPr>
      <w:r>
        <w:rPr>
          <w:rFonts w:ascii="宋体" w:eastAsia="宋体" w:hAnsi="宋体"/>
          <w:sz w:val="28"/>
        </w:rPr>
        <w:t>回想当初，我们满怀热情，选择了这“太阳底下最光辉的职业”。年少轻狂，意气风发，立志耕耘花园，培育花朵。可以说，走上讲台的我们都曾经有一番壮志宏图，想通过自己的拼搏成为一位名师，或者成为一名管理者，但随着时间的推移，岁月的流失，工作的打磨，雄心没有了，壮志消失了，原来现实和自己的理想差距如此遥远。</w:t>
      </w:r>
    </w:p>
    <w:p>
      <w:pPr>
        <w:spacing w:before="100" w:after="200" w:line="360" w:lineRule="auto"/>
        <w:ind w:firstLine="576"/>
        <w:jc w:val="left"/>
      </w:pPr>
      <w:r>
        <w:rPr>
          <w:rFonts w:ascii="宋体" w:eastAsia="宋体" w:hAnsi="宋体"/>
          <w:sz w:val="28"/>
        </w:rPr>
        <w:t>我们似乎变了：疲惫在日常琐碎里，埋没在备课和开会里，恼怒在差生的作业里，郁闷在学生的课堂表现里，感伤在对牛弹琴的传授里，惊讶无奈在学生的成绩里......</w:t>
      </w:r>
    </w:p>
    <w:p>
      <w:pPr>
        <w:spacing w:before="100" w:after="200" w:line="360" w:lineRule="auto"/>
        <w:ind w:firstLine="576"/>
        <w:jc w:val="left"/>
      </w:pPr>
      <w:r>
        <w:rPr>
          <w:rFonts w:ascii="宋体" w:eastAsia="宋体" w:hAnsi="宋体"/>
          <w:sz w:val="28"/>
        </w:rPr>
        <w:t>年轻老师抱怨机遇不佳，评优无望，评职无期。骨干教师抱怨回报太少，认可度太低。</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种种失意、困惑扑面而来。今年我们见面说的最多的一个词就是，累!</w:t>
      </w:r>
    </w:p>
    <w:p>
      <w:pPr>
        <w:spacing w:before="100" w:after="200" w:line="360" w:lineRule="auto"/>
        <w:ind w:firstLine="576"/>
        <w:jc w:val="left"/>
      </w:pPr>
      <w:r>
        <w:rPr>
          <w:rFonts w:ascii="宋体" w:eastAsia="宋体" w:hAnsi="宋体"/>
          <w:sz w:val="28"/>
        </w:rPr>
        <w:t>无数次我们自问：就这样沉沦了吗就这样放弃了吗就这样被打败了吗不，这只是我们一时的迷失，是重压下“口是心非”的发泄：有人天天喊“累死了。”结果她一有时间就生龙活虎地在给学生辅导;有人说：“不管了，什么也教不会”，结果他连学生的家庭作业也一页页的批改着;有的人孩子生病了，坚持上课，等周末回家才带着歉意照看两天;有的人，父母有病，也不能时时床前尽孝;有的人，一心为了学生，甚至无暇顾及自己孩子;有的人几十年如一日，最早来校，最晚离校，甚至有人笑称，放假还要来学校走两圈。</w:t>
      </w:r>
    </w:p>
    <w:p>
      <w:pPr>
        <w:spacing w:before="100" w:after="200" w:line="360" w:lineRule="auto"/>
        <w:ind w:firstLine="576"/>
        <w:jc w:val="left"/>
      </w:pPr>
      <w:r>
        <w:rPr>
          <w:rFonts w:ascii="宋体" w:eastAsia="宋体" w:hAnsi="宋体"/>
          <w:sz w:val="28"/>
        </w:rPr>
        <w:t>这是什么这就我们教师的师德，就是对学生充满责任的爱，就是对工作的执着，就是在平凡的日子里日复一日的坚持!</w:t>
      </w:r>
    </w:p>
    <w:p>
      <w:pPr>
        <w:spacing w:before="100" w:after="200" w:line="360" w:lineRule="auto"/>
        <w:ind w:firstLine="576"/>
        <w:jc w:val="left"/>
      </w:pPr>
      <w:r>
        <w:rPr>
          <w:rFonts w:ascii="宋体" w:eastAsia="宋体" w:hAnsi="宋体"/>
          <w:sz w:val="28"/>
        </w:rPr>
        <w:t>面对学生，身为人师的这颗心告诉我们：坚持，不要放弃!每一朵花都有盛开的理由，每一颗草都有泛绿的时候。坚持，用爱去宽容他们，呵护他们，赋予他们怒放的生命。坚持，用自己的人格魅力取得学生的信任，激起他们的情感浪花，塑造他们高贵的灵魂。</w:t>
      </w:r>
    </w:p>
    <w:p>
      <w:pPr>
        <w:spacing w:before="100" w:after="200" w:line="360" w:lineRule="auto"/>
        <w:ind w:firstLine="576"/>
        <w:jc w:val="left"/>
      </w:pPr>
      <w:r>
        <w:rPr>
          <w:rFonts w:ascii="宋体" w:eastAsia="宋体" w:hAnsi="宋体"/>
          <w:sz w:val="28"/>
        </w:rPr>
        <w:t>面对社会，当越来越多的人对金钱趋之若鹜，我们仍选择坚持，坚持捍卫教育这片净土，坚守：“教师”这个字眼的神圣，因为生命的意义远不止功利。</w:t>
      </w:r>
    </w:p>
    <w:p>
      <w:pPr>
        <w:spacing w:before="100" w:after="200" w:line="360" w:lineRule="auto"/>
        <w:ind w:firstLine="576"/>
        <w:jc w:val="left"/>
      </w:pPr>
      <w:r>
        <w:rPr>
          <w:rFonts w:ascii="宋体" w:eastAsia="宋体" w:hAnsi="宋体"/>
          <w:sz w:val="28"/>
        </w:rPr>
        <w:t>面对我们学校的现状，我们选择坚持，坚持付出，坚持教书育人，为人师表;坚持学习，坚持，这是时代的召唤，更是我们每一位教师义不容辞的使命。</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在我身边，有我亲爱的同事，你们兢兢业业、无私奉献，高尚的师德筑起了一座座榜样的丰碑!</w:t>
      </w:r>
    </w:p>
    <w:p>
      <w:pPr>
        <w:spacing w:before="100" w:after="200" w:line="360" w:lineRule="auto"/>
        <w:ind w:firstLine="576"/>
        <w:jc w:val="left"/>
      </w:pPr>
      <w:r>
        <w:rPr>
          <w:rFonts w:ascii="宋体" w:eastAsia="宋体" w:hAnsi="宋体"/>
          <w:sz w:val="28"/>
        </w:rPr>
        <w:t>教育，这是我们选择的道路，这条路漫长，艰难，充满太多的未知。从现实出发，纵然会历经坎坷，纵然将来我们依旧平凡，但我们一定会坚守心灵家园，走向未来，走向美好!</w:t>
      </w:r>
    </w:p>
    <w:p>
      <w:pPr>
        <w:spacing w:before="100" w:after="200" w:line="360" w:lineRule="auto"/>
        <w:ind w:firstLine="576"/>
        <w:jc w:val="left"/>
      </w:pPr>
      <w:r>
        <w:rPr>
          <w:rFonts w:ascii="宋体" w:eastAsia="宋体" w:hAnsi="宋体"/>
          <w:sz w:val="28"/>
        </w:rPr>
        <w:t>为了我校的未来，我们应该坚持理想，进一步提高思想觉悟，珍惜从教的时光，以“教书育人”为己任，爱岗敬业，用高尚的师德铸就我们新的师魂!</w:t>
      </w:r>
    </w:p>
    <w:p>
      <w:pPr>
        <w:spacing w:before="100" w:after="200" w:line="360" w:lineRule="auto"/>
        <w:ind w:firstLine="576"/>
        <w:jc w:val="left"/>
      </w:pPr>
      <w:r>
        <w:rPr>
          <w:rFonts w:ascii="宋体" w:eastAsia="宋体" w:hAnsi="宋体"/>
          <w:sz w:val="28"/>
        </w:rPr>
        <w:t>通过前几天学校组织师德师风教育的学习活动，使我进一步认识到作为教师在新时期的素质要求。下面简单谈谈几点体会：</w:t>
      </w:r>
    </w:p>
    <w:p>
      <w:pPr>
        <w:spacing w:before="100" w:after="200" w:line="360" w:lineRule="auto"/>
        <w:jc w:val="left"/>
      </w:pPr>
      <w:r>
        <w:rPr>
          <w:rFonts w:ascii="宋体 (中文正文)" w:eastAsia="宋体" w:hAnsi="宋体 (中文正文)"/>
          <w:b/>
          <w:sz w:val="28"/>
        </w:rPr>
        <w:t>一、敬岗爱业，要热爱教育事业，要对教学工作有“鞠躬尽瘁”的决心</w:t>
      </w:r>
    </w:p>
    <w:p>
      <w:pPr>
        <w:spacing w:before="100" w:after="200" w:line="360" w:lineRule="auto"/>
        <w:ind w:firstLine="576"/>
        <w:jc w:val="left"/>
      </w:pPr>
      <w:r>
        <w:rPr>
          <w:rFonts w:ascii="宋体" w:eastAsia="宋体" w:hAnsi="宋体"/>
          <w:sz w:val="28"/>
        </w:rPr>
        <w:t>既然我们选取了教育事业，就要对自己的选取无怨无悔，不计名利，积极进取，开拓创新，无私奉献，力求干好自己的本职工作，尽职尽责地完成每一项教学工作，不求最好，但求更好，不断的挑战自己，超越自己。</w:t>
      </w:r>
    </w:p>
    <w:p>
      <w:pPr>
        <w:spacing w:before="100" w:after="200" w:line="360" w:lineRule="auto"/>
        <w:jc w:val="left"/>
      </w:pPr>
      <w:r>
        <w:rPr>
          <w:rFonts w:ascii="宋体 (中文正文)" w:eastAsia="宋体" w:hAnsi="宋体 (中文正文)"/>
          <w:b/>
          <w:sz w:val="28"/>
        </w:rPr>
        <w:t>二、加强政治学习，不断提高政治素养</w:t>
      </w:r>
    </w:p>
    <w:p>
      <w:pPr>
        <w:spacing w:before="100" w:after="200" w:line="360" w:lineRule="auto"/>
        <w:ind w:firstLine="576"/>
        <w:jc w:val="left"/>
      </w:pPr>
      <w:r>
        <w:rPr>
          <w:rFonts w:ascii="宋体" w:eastAsia="宋体" w:hAnsi="宋体"/>
          <w:sz w:val="28"/>
        </w:rPr>
        <w:t>自己就应系统地学习《义务教育法》、《中华人民共和国教师法》、《教师资格条例》等法律法规文件，按照《中小学教师职业道德规范》严格要求自己，奉公守法，恪尽职守，遵守社会公德，忠诚人民的教育事业，为人师表。</w:t>
      </w:r>
    </w:p>
    <w:p>
      <w:pPr>
        <w:spacing w:before="100" w:after="200" w:line="360" w:lineRule="auto"/>
        <w:jc w:val="left"/>
      </w:pPr>
      <w:r>
        <w:rPr>
          <w:rFonts w:ascii="宋体 (中文正文)" w:eastAsia="宋体" w:hAnsi="宋体 (中文正文)"/>
          <w:b/>
          <w:sz w:val="28"/>
        </w:rPr>
        <w:t>三、爱心是师德素养的重要表现</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崇高的师爱表此刻对学生一视同仁，绝不能厚此薄彼，按成绩区别对待，要做到“三心俱到”，即“爱心、耐心、细心，”无论在生活上还是学习上，时时刻刻关爱学生，个性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spacing w:before="100" w:after="200" w:line="360" w:lineRule="auto"/>
        <w:jc w:val="left"/>
      </w:pPr>
      <w:r>
        <w:rPr>
          <w:rFonts w:ascii="宋体 (中文正文)" w:eastAsia="宋体" w:hAnsi="宋体 (中文正文)"/>
          <w:b/>
          <w:sz w:val="28"/>
        </w:rPr>
        <w:t>四、孜孜不倦，积极进取</w:t>
      </w:r>
    </w:p>
    <w:p>
      <w:pPr>
        <w:spacing w:before="100" w:after="200" w:line="360" w:lineRule="auto"/>
        <w:ind w:firstLine="576"/>
        <w:jc w:val="left"/>
      </w:pPr>
      <w:r>
        <w:rPr>
          <w:rFonts w:ascii="宋体" w:eastAsia="宋体" w:hAnsi="宋体"/>
          <w:sz w:val="28"/>
        </w:rPr>
        <w:t>有句话说的好，没有学不会的学生，只有不会教的老师。这就向老师提出了更高的要求，不断提高自身素质，不断完善自己，以求教好每一位学生。怎样提高自身素质呢？这就要求我们必须要与时俱进，孜孜不倦的学习，积极进取，开辟新教法，并且要做到严谨治学，诲人不倦、精益求精，厚积薄发，时时刻刻准备着用“一眼泉的水”来供给学生“一碗水”。</w:t>
      </w:r>
    </w:p>
    <w:p>
      <w:pPr>
        <w:spacing w:before="100" w:after="200" w:line="360" w:lineRule="auto"/>
        <w:jc w:val="left"/>
      </w:pPr>
      <w:r>
        <w:rPr>
          <w:rFonts w:ascii="宋体 (中文正文)" w:eastAsia="宋体" w:hAnsi="宋体 (中文正文)"/>
          <w:b/>
          <w:sz w:val="28"/>
        </w:rPr>
        <w:t>五、以身作则、率先垂范</w:t>
      </w:r>
    </w:p>
    <w:p>
      <w:pPr>
        <w:spacing w:before="100" w:after="200" w:line="360" w:lineRule="auto"/>
        <w:ind w:firstLine="576"/>
        <w:jc w:val="left"/>
      </w:pPr>
      <w:r>
        <w:rPr>
          <w:rFonts w:ascii="宋体" w:eastAsia="宋体" w:hAnsi="宋体"/>
          <w:sz w:val="28"/>
        </w:rPr>
        <w:t>教师的一言一行对学生的思想、行为和品质具有潜移默化的影响，教师一言一行，一举一动，学生都喜欢模仿，将会给学生带来一生的影响，因此，教师必须要时时处处为学生做出榜样，凡是教师要求学生要做到的，自己首先做到；凡是要求学生不能做的，自己坚决不做。严于律已，以身作则，才能让学生心服囗服，把你当成良师益友。</w:t>
      </w:r>
    </w:p>
    <w:p>
      <w:pPr>
        <w:spacing w:before="100" w:after="200" w:line="360" w:lineRule="auto"/>
        <w:ind w:firstLine="576"/>
        <w:jc w:val="left"/>
      </w:pPr>
      <w:r>
        <w:rPr>
          <w:rFonts w:ascii="宋体" w:eastAsia="宋体" w:hAnsi="宋体"/>
          <w:sz w:val="28"/>
        </w:rPr>
        <w:t>总之，作为一名人民教师，我们要从思想上严格要求自己，在行动上提高自己的工作职责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"学高为师，身正为范"，良好的职业道德是教师职业活动最基本的要求，教师是学生增长知识和思想进步的导师。</w:t>
      </w:r>
    </w:p>
    <w:p>
      <w:pPr>
        <w:spacing w:before="100" w:after="200" w:line="360" w:lineRule="auto"/>
        <w:ind w:firstLine="576"/>
        <w:jc w:val="left"/>
      </w:pPr>
      <w:r>
        <w:rPr>
          <w:rFonts w:ascii="宋体" w:eastAsia="宋体" w:hAnsi="宋体"/>
          <w:sz w:val="28"/>
        </w:rPr>
        <w:t>教育的目标是"德才并重，以德为主"。要说何为良好的职业道德，在我看来，道德的好坏并无严格的法律依据，它随人们的思想观念体现于非正式的舆论之中。所谓的明善恶、秉正义、知荣辱等都是人们意象中的代名词。</w:t>
      </w:r>
    </w:p>
    <w:p>
      <w:pPr>
        <w:spacing w:before="100" w:after="200" w:line="360" w:lineRule="auto"/>
        <w:ind w:firstLine="576"/>
        <w:jc w:val="left"/>
      </w:pPr>
      <w:r>
        <w:rPr>
          <w:rFonts w:ascii="宋体" w:eastAsia="宋体" w:hAnsi="宋体"/>
          <w:sz w:val="28"/>
        </w:rPr>
        <w:t>所以我说，道德立于心、工作成于手。作为一名教师就应该现身说法、以身示范，培养自己良好的师德，在师德中体现自我价值，实现良好的教育目的。</w:t>
      </w:r>
    </w:p>
    <w:p>
      <w:pPr>
        <w:spacing w:before="100" w:after="200" w:line="360" w:lineRule="auto"/>
        <w:ind w:firstLine="576"/>
        <w:jc w:val="left"/>
      </w:pPr>
      <w:r>
        <w:rPr>
          <w:rFonts w:ascii="宋体" w:eastAsia="宋体" w:hAnsi="宋体"/>
          <w:sz w:val="28"/>
        </w:rPr>
        <w:t>我认为要提高自身的师德师风要从以下几个方面下手：</w:t>
      </w:r>
    </w:p>
    <w:p>
      <w:pPr>
        <w:spacing w:before="100" w:after="200" w:line="360" w:lineRule="auto"/>
        <w:ind w:firstLine="576"/>
        <w:jc w:val="left"/>
      </w:pPr>
      <w:r>
        <w:rPr>
          <w:rFonts w:ascii="宋体" w:eastAsia="宋体" w:hAnsi="宋体"/>
          <w:sz w:val="28"/>
        </w:rPr>
        <w:t>1、热爱、投身教育事业</w:t>
      </w:r>
    </w:p>
    <w:p>
      <w:pPr>
        <w:spacing w:before="100" w:after="200" w:line="360" w:lineRule="auto"/>
        <w:ind w:firstLine="576"/>
        <w:jc w:val="left"/>
      </w:pPr>
      <w:r>
        <w:rPr>
          <w:rFonts w:ascii="宋体" w:eastAsia="宋体" w:hAnsi="宋体"/>
          <w:sz w:val="28"/>
        </w:rPr>
        <w:t>要对教育事业尽心尽力。既然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spacing w:before="100" w:after="200" w:line="360" w:lineRule="auto"/>
        <w:ind w:firstLine="576"/>
        <w:jc w:val="left"/>
      </w:pPr>
      <w:r>
        <w:rPr>
          <w:rFonts w:ascii="宋体" w:eastAsia="宋体" w:hAnsi="宋体"/>
          <w:sz w:val="28"/>
        </w:rPr>
        <w:t>2、尊重、关爱每位学生</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学生们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spacing w:before="100" w:after="200" w:line="360" w:lineRule="auto"/>
        <w:ind w:firstLine="576"/>
        <w:jc w:val="left"/>
      </w:pPr>
      <w:r>
        <w:rPr>
          <w:rFonts w:ascii="宋体" w:eastAsia="宋体" w:hAnsi="宋体"/>
          <w:sz w:val="28"/>
        </w:rPr>
        <w:t>3、思想、行为以身作则</w:t>
      </w:r>
    </w:p>
    <w:p>
      <w:pPr>
        <w:spacing w:before="100" w:after="200" w:line="360" w:lineRule="auto"/>
        <w:ind w:firstLine="576"/>
        <w:jc w:val="left"/>
      </w:pPr>
      <w:r>
        <w:rPr>
          <w:rFonts w:ascii="宋体" w:eastAsia="宋体" w:hAnsi="宋体"/>
          <w:sz w:val="28"/>
        </w:rPr>
        <w:t>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spacing w:before="100" w:after="200" w:line="360" w:lineRule="auto"/>
        <w:ind w:firstLine="576"/>
        <w:jc w:val="left"/>
      </w:pPr>
      <w:r>
        <w:rPr>
          <w:rFonts w:ascii="宋体" w:eastAsia="宋体" w:hAnsi="宋体"/>
          <w:sz w:val="28"/>
        </w:rPr>
        <w:t>4、勤奋、刻苦钻研业务</w:t>
      </w:r>
    </w:p>
    <w:p>
      <w:pPr>
        <w:spacing w:before="100" w:after="200" w:line="360" w:lineRule="auto"/>
        <w:ind w:firstLine="576"/>
        <w:jc w:val="left"/>
      </w:pPr>
      <w:r>
        <w:rPr>
          <w:rFonts w:ascii="宋体" w:eastAsia="宋体" w:hAnsi="宋体"/>
          <w:sz w:val="28"/>
        </w:rPr>
        <w:t>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spacing w:before="100" w:after="200" w:line="360" w:lineRule="auto"/>
        <w:ind w:firstLine="576"/>
        <w:jc w:val="left"/>
      </w:pPr>
      <w:r>
        <w:rPr>
          <w:rFonts w:ascii="宋体" w:eastAsia="宋体" w:hAnsi="宋体"/>
          <w:sz w:val="28"/>
        </w:rPr>
        <w:t>5、加强、提升教师魅力</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w:t>
      </w:r>
    </w:p>
    <w:p>
      <w:pPr>
        <w:spacing w:before="100" w:after="200" w:line="360" w:lineRule="auto"/>
        <w:ind w:firstLine="576"/>
        <w:jc w:val="left"/>
      </w:pPr>
      <w:r>
        <w:rPr>
          <w:rFonts w:ascii="宋体" w:eastAsia="宋体" w:hAnsi="宋体"/>
          <w:sz w:val="28"/>
        </w:rPr>
        <w:t>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告诉我们：教师除了要修品，还要练功。要勇于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spacing w:before="100" w:after="200" w:line="360" w:lineRule="auto"/>
        <w:ind w:firstLine="576"/>
        <w:jc w:val="left"/>
      </w:pPr>
      <w:r>
        <w:rPr>
          <w:rFonts w:ascii="宋体" w:eastAsia="宋体" w:hAnsi="宋体"/>
          <w:sz w:val="28"/>
        </w:rPr>
        <w:t>6、努力、积极勤奋进取</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https://d.book118.com/877156130133006053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77156130133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