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服装销售工作计划书范文（30篇）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服装销售工作计划书范文（精选30篇）</w:t>
      </w:r>
      <w:r>
        <w:rPr>
          <w:lang w:eastAsia="zh-CN"/>
        </w:rPr>
        <w:br/>
      </w:r>
      <w:r>
        <w:rPr>
          <w:lang w:eastAsia="zh-CN"/>
        </w:rPr>
        <w:t xml:space="preserve">    服装销售工作计划书范文 篇1 </w:t>
      </w:r>
      <w:r>
        <w:rPr>
          <w:lang w:eastAsia="zh-CN"/>
        </w:rPr>
        <w:br/>
      </w:r>
      <w:r>
        <w:rPr>
          <w:lang w:eastAsia="zh-CN"/>
        </w:rPr>
        <w:t>　　为了20__年自已的业绩能够更上一层楼，不辜负店长对我的期望，现制定20__年工作计划如下：</w:t>
      </w:r>
      <w:r>
        <w:rPr>
          <w:lang w:eastAsia="zh-CN"/>
        </w:rPr>
        <w:br/>
      </w:r>
      <w:r>
        <w:rPr>
          <w:lang w:eastAsia="zh-CN"/>
        </w:rPr>
        <w:t>　　一、清点货品，做到心中有数</w:t>
      </w:r>
      <w:r>
        <w:rPr>
          <w:lang w:eastAsia="zh-CN"/>
        </w:rPr>
        <w:br/>
      </w:r>
      <w:r>
        <w:rPr>
          <w:lang w:eastAsia="zh-CN"/>
        </w:rPr>
        <w:t>　　1、掌握每款货品数量</w:t>
      </w:r>
      <w:r>
        <w:rPr>
          <w:lang w:eastAsia="zh-CN"/>
        </w:rPr>
        <w:br/>
      </w:r>
      <w:r>
        <w:rPr>
          <w:lang w:eastAsia="zh-CN"/>
        </w:rPr>
        <w:t>　　2、掌握每款号码情况及数量</w:t>
      </w:r>
      <w:r>
        <w:rPr>
          <w:lang w:eastAsia="zh-CN"/>
        </w:rPr>
        <w:br/>
      </w:r>
      <w:r>
        <w:rPr>
          <w:lang w:eastAsia="zh-CN"/>
        </w:rPr>
        <w:t>　　3、掌握前十大货品库存情况及时补货，并让每位员了解。</w:t>
      </w:r>
      <w:r>
        <w:rPr>
          <w:lang w:eastAsia="zh-CN"/>
        </w:rPr>
        <w:br/>
      </w:r>
      <w:r>
        <w:rPr>
          <w:lang w:eastAsia="zh-CN"/>
        </w:rPr>
        <w:t>　　4、近期整理库房，做到井然有序，便于找货、盘货。</w:t>
      </w:r>
      <w:r>
        <w:rPr>
          <w:lang w:eastAsia="zh-CN"/>
        </w:rPr>
        <w:br/>
      </w:r>
      <w:r>
        <w:rPr>
          <w:lang w:eastAsia="zh-CN"/>
        </w:rPr>
        <w:t>　　二、管理好账目</w:t>
      </w:r>
      <w:r>
        <w:rPr>
          <w:lang w:eastAsia="zh-CN"/>
        </w:rPr>
        <w:br/>
      </w:r>
      <w:r>
        <w:rPr>
          <w:lang w:eastAsia="zh-CN"/>
        </w:rPr>
        <w:t>　　1、做到日清、日结、日总、日存、日报。</w:t>
      </w:r>
      <w:r>
        <w:rPr>
          <w:lang w:eastAsia="zh-CN"/>
        </w:rPr>
        <w:br/>
      </w:r>
      <w:r>
        <w:rPr>
          <w:lang w:eastAsia="zh-CN"/>
        </w:rPr>
        <w:t>　　2、做到心中有数，每款每日销售数量及占比。并进行销售同比及环比分析，同时对货品进行调整。</w:t>
      </w:r>
      <w:r>
        <w:rPr>
          <w:lang w:eastAsia="zh-CN"/>
        </w:rPr>
        <w:br/>
      </w:r>
      <w:r>
        <w:rPr>
          <w:lang w:eastAsia="zh-CN"/>
        </w:rPr>
        <w:t>　　三、团结好员工</w:t>
      </w:r>
      <w:r>
        <w:rPr>
          <w:lang w:eastAsia="zh-CN"/>
        </w:rPr>
        <w:br/>
      </w:r>
      <w:r>
        <w:rPr>
          <w:lang w:eastAsia="zh-CN"/>
        </w:rPr>
        <w:t>　　与同事之间和平友好相处，相互交流和分享经验，形成团队凝聚力。</w:t>
      </w:r>
      <w:r>
        <w:rPr>
          <w:lang w:eastAsia="zh-CN"/>
        </w:rPr>
        <w:br/>
      </w:r>
      <w:r>
        <w:rPr>
          <w:lang w:eastAsia="zh-CN"/>
        </w:rPr>
        <w:t>　　四、商品陈列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1、按公司要求，做好服装陈列。做到精中有细，细中有致。通过陈列使顾客产生购买行为。</w:t>
      </w:r>
      <w:r>
        <w:rPr>
          <w:lang w:eastAsia="zh-CN"/>
        </w:rPr>
        <w:br/>
      </w:r>
      <w:r>
        <w:rPr>
          <w:lang w:eastAsia="zh-CN"/>
        </w:rPr>
        <w:t>　　2、在陈列上争取创新，开发员工的创新思维，激发员工创新力，并根据创新结果给予物质奖励。目的是挖掘员工潜力，激励员工创新思想。</w:t>
      </w:r>
      <w:r>
        <w:rPr>
          <w:lang w:eastAsia="zh-CN"/>
        </w:rPr>
        <w:br/>
      </w:r>
      <w:r>
        <w:rPr>
          <w:lang w:eastAsia="zh-CN"/>
        </w:rPr>
        <w:t>　　3、调整服装陈列，随时变换搭配，让新顾客有耳目一新的感觉，老顾客有新感觉。</w:t>
      </w:r>
      <w:r>
        <w:rPr>
          <w:lang w:eastAsia="zh-CN"/>
        </w:rPr>
        <w:br/>
      </w:r>
      <w:r>
        <w:rPr>
          <w:lang w:eastAsia="zh-CN"/>
        </w:rPr>
        <w:t>　　五、增加销售额</w:t>
      </w:r>
      <w:r>
        <w:rPr>
          <w:lang w:eastAsia="zh-CN"/>
        </w:rPr>
        <w:br/>
      </w:r>
      <w:r>
        <w:rPr>
          <w:lang w:eastAsia="zh-CN"/>
        </w:rPr>
        <w:t>　　1、通过培训加强技能，从单个顾客销售数量上入手，挖掘顾客需求分析顾客类型，多做销售附加。</w:t>
      </w:r>
      <w:r>
        <w:rPr>
          <w:lang w:eastAsia="zh-CN"/>
        </w:rPr>
        <w:br/>
      </w:r>
      <w:r>
        <w:rPr>
          <w:lang w:eastAsia="zh-CN"/>
        </w:rPr>
        <w:t>　　2、掌握每次促销活动，在活动前与所有员工共同分析，做到事前的准备，事中有跟进，事后有总结。</w:t>
      </w:r>
      <w:r>
        <w:rPr>
          <w:lang w:eastAsia="zh-CN"/>
        </w:rPr>
        <w:br/>
      </w:r>
      <w:r>
        <w:rPr>
          <w:lang w:eastAsia="zh-CN"/>
        </w:rPr>
        <w:t>　　3、促销宣传方面，对老顾客通过电话、手机短信等方式将信息及时发出；对新顾客通过宣传页等方式，争取更大的宣传范围。</w:t>
      </w:r>
      <w:r>
        <w:rPr>
          <w:lang w:eastAsia="zh-CN"/>
        </w:rPr>
        <w:br/>
      </w:r>
      <w:r>
        <w:rPr>
          <w:lang w:eastAsia="zh-CN"/>
        </w:rPr>
        <w:t>　　4、对于销售业绩较高的员工和销售附加较高的员工，做到业绩分享，共同学习提高，增加整体销售业绩。</w:t>
      </w:r>
      <w:r>
        <w:rPr>
          <w:lang w:eastAsia="zh-CN"/>
        </w:rPr>
        <w:br/>
      </w:r>
      <w:r>
        <w:rPr>
          <w:lang w:eastAsia="zh-CN"/>
        </w:rPr>
        <w:t xml:space="preserve">    服装销售工作计划书范文 篇2 </w:t>
      </w:r>
      <w:r>
        <w:rPr>
          <w:lang w:eastAsia="zh-CN"/>
        </w:rPr>
        <w:br/>
      </w:r>
      <w:r>
        <w:rPr>
          <w:lang w:eastAsia="zh-CN"/>
        </w:rPr>
        <w:t>　　20__年，新的开端，新的计划，为了在新的一年里达到业绩指标，特制定工作计划如下：</w:t>
      </w:r>
      <w:r>
        <w:rPr>
          <w:lang w:eastAsia="zh-CN"/>
        </w:rPr>
        <w:br/>
      </w:r>
      <w:r>
        <w:rPr>
          <w:lang w:eastAsia="zh-CN"/>
        </w:rPr>
        <w:t>　　一、主要的工作来做</w:t>
      </w:r>
      <w:r>
        <w:rPr>
          <w:lang w:eastAsia="zh-CN"/>
        </w:rPr>
        <w:br/>
      </w:r>
      <w:r>
        <w:rPr>
          <w:lang w:eastAsia="zh-CN"/>
        </w:rPr>
        <w:t>　　1、建立一支熟悉业务，比较稳定的销售团队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人才是企业最宝贵的资源，一切销售业绩都起源于有一个好的销售人员。没错，先制定出销售人员个人工作计划并监督完成。建立一支具有凝聚力，合作精神的销售团队是我们现在的一个重点。在工作中建立一个和谐，具有杀伤力的销售团队应作为一项主要的工作来抓。</w:t>
      </w:r>
      <w:r>
        <w:rPr>
          <w:lang w:eastAsia="zh-CN"/>
        </w:rPr>
        <w:br/>
      </w:r>
      <w:r>
        <w:rPr>
          <w:lang w:eastAsia="zh-CN"/>
        </w:rPr>
        <w:t>　　2、培养销售人员发现问题，总结问题，不断自我提高的习惯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培养销售人员发现问题，总结问题目的在于提高销售人员综合素质，在工作中能发现问题总结问题并能提出自己的看法和建议，业务能力提高到一个成熟业务员的档次。</w:t>
      </w:r>
      <w:r>
        <w:rPr>
          <w:lang w:eastAsia="zh-CN"/>
        </w:rPr>
        <w:br/>
      </w:r>
      <w:r>
        <w:rPr>
          <w:lang w:eastAsia="zh-CN"/>
        </w:rPr>
        <w:t>　　3、完善销售制度，建立一套明确系统的业务管理办法</w:t>
      </w:r>
      <w:r>
        <w:rPr>
          <w:lang w:eastAsia="zh-CN"/>
        </w:rPr>
        <w:br/>
      </w:r>
      <w:r>
        <w:rPr>
          <w:lang w:eastAsia="zh-CN"/>
        </w:rPr>
        <w:t>　　销售管理是企业的难问题，销售人员出差，见客户处于放任自流的状态。完善销售管理制度的目的是让销售人员在工作中发挥主观能动性，对工作有较强的责任心，提高销售人员的主人公意识。</w:t>
      </w:r>
      <w:r>
        <w:rPr>
          <w:lang w:eastAsia="zh-CN"/>
        </w:rPr>
        <w:br/>
      </w:r>
      <w:r>
        <w:rPr>
          <w:lang w:eastAsia="zh-CN"/>
        </w:rPr>
        <w:t>　　4、市场分析</w:t>
      </w:r>
      <w:r>
        <w:rPr>
          <w:lang w:eastAsia="zh-CN"/>
        </w:rPr>
        <w:br/>
      </w:r>
      <w:r>
        <w:rPr>
          <w:lang w:eastAsia="zh-CN"/>
        </w:rPr>
        <w:t>　　也就是根据我们所了解到的市场情况，对我们公司产品的卖点，消费体，销量等进行适当的定位。</w:t>
      </w:r>
      <w:r>
        <w:rPr>
          <w:lang w:eastAsia="zh-CN"/>
        </w:rPr>
        <w:br/>
      </w:r>
      <w:r>
        <w:rPr>
          <w:lang w:eastAsia="zh-CN"/>
        </w:rPr>
        <w:t>　　5、客户管理</w:t>
      </w:r>
      <w:r>
        <w:rPr>
          <w:lang w:eastAsia="zh-CN"/>
        </w:rPr>
        <w:br/>
      </w:r>
      <w:r>
        <w:rPr>
          <w:lang w:eastAsia="zh-CN"/>
        </w:rPr>
        <w:t>　　就是对一开发的客户如何进行服务和怎样促使他们提高销售或购买；对潜在客户怎样进行跟进。</w:t>
      </w:r>
      <w:r>
        <w:rPr>
          <w:lang w:eastAsia="zh-CN"/>
        </w:rPr>
        <w:br/>
      </w:r>
      <w:r>
        <w:rPr>
          <w:lang w:eastAsia="zh-CN"/>
        </w:rPr>
        <w:t>　　二、加强自已对于新品的认知度</w:t>
      </w:r>
      <w:r>
        <w:rPr>
          <w:lang w:eastAsia="zh-CN"/>
        </w:rPr>
        <w:br/>
      </w:r>
      <w:r>
        <w:rPr>
          <w:lang w:eastAsia="zh-CN"/>
        </w:rPr>
        <w:t>　　为了更好的向顾客介绍新的服装，可以从他的材质、面料、时尚、搭配等各方面向顾客介绍。作为一名销售人员，首先自已要清楚自已产品的优势在哪，才能提高顾客的购买欲望。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总的来说，以上就是我对于20__年的工作计划。我坚信在自身的努力和公司的培训以及在工作的磨练下自己在这方面一定会有所成就！</w:t>
      </w:r>
      <w:r>
        <w:rPr>
          <w:lang w:eastAsia="zh-CN"/>
        </w:rPr>
        <w:br/>
      </w:r>
      <w:r>
        <w:rPr>
          <w:lang w:eastAsia="zh-CN"/>
        </w:rPr>
        <w:t xml:space="preserve">    服装销售工作计划书范文 篇3 </w:t>
      </w:r>
      <w:r>
        <w:rPr>
          <w:lang w:eastAsia="zh-CN"/>
        </w:rPr>
        <w:br/>
      </w:r>
      <w:r>
        <w:rPr>
          <w:lang w:eastAsia="zh-CN"/>
        </w:rPr>
        <w:t>　　20__年到了，该对自已的工作做个具体的工作计划了，这样在开展工作的时候才能有条有序的展开，达到共赢的效果。</w:t>
      </w:r>
      <w:r>
        <w:rPr>
          <w:lang w:eastAsia="zh-CN"/>
        </w:rPr>
        <w:br/>
      </w:r>
      <w:r>
        <w:rPr>
          <w:lang w:eastAsia="zh-CN"/>
        </w:rPr>
        <w:t>　　一、市场方面</w:t>
      </w:r>
      <w:r>
        <w:rPr>
          <w:lang w:eastAsia="zh-CN"/>
        </w:rPr>
        <w:br/>
      </w:r>
      <w:r>
        <w:rPr>
          <w:lang w:eastAsia="zh-CN"/>
        </w:rPr>
        <w:t>　　1、客户维护：回访不及时，沟通方法太单调，软性口碑无动力不能及客户所需。</w:t>
      </w:r>
      <w:r>
        <w:rPr>
          <w:lang w:eastAsia="zh-CN"/>
        </w:rPr>
        <w:br/>
      </w:r>
      <w:r>
        <w:rPr>
          <w:lang w:eastAsia="zh-CN"/>
        </w:rPr>
        <w:t>　　2、客户开发：一贯打价格牌，没能体现出公司的综合优势。</w:t>
      </w:r>
      <w:r>
        <w:rPr>
          <w:lang w:eastAsia="zh-CN"/>
        </w:rPr>
        <w:br/>
      </w:r>
      <w:r>
        <w:rPr>
          <w:lang w:eastAsia="zh-CN"/>
        </w:rPr>
        <w:t>　　3、市场动向：信息搜集不够，影响与客户的沟通。</w:t>
      </w:r>
      <w:r>
        <w:rPr>
          <w:lang w:eastAsia="zh-CN"/>
        </w:rPr>
        <w:br/>
      </w:r>
      <w:r>
        <w:rPr>
          <w:lang w:eastAsia="zh-CN"/>
        </w:rPr>
        <w:t>　　4、竞争对手：根据各自的优势和资源都在调整市场策略紧跟我们。</w:t>
      </w:r>
      <w:r>
        <w:rPr>
          <w:lang w:eastAsia="zh-CN"/>
        </w:rPr>
        <w:br/>
      </w:r>
      <w:r>
        <w:rPr>
          <w:lang w:eastAsia="zh-CN"/>
        </w:rPr>
        <w:t>　　5、客户类别分析：学会抓大放小用好二八法则，一切从细节抓起。</w:t>
      </w:r>
      <w:r>
        <w:rPr>
          <w:lang w:eastAsia="zh-CN"/>
        </w:rPr>
        <w:br/>
      </w:r>
      <w:r>
        <w:rPr>
          <w:lang w:eastAsia="zh-CN"/>
        </w:rPr>
        <w:t>　　二、管理方面</w:t>
      </w:r>
      <w:r>
        <w:rPr>
          <w:lang w:eastAsia="zh-CN"/>
        </w:rPr>
        <w:br/>
      </w:r>
      <w:r>
        <w:rPr>
          <w:lang w:eastAsia="zh-CN"/>
        </w:rPr>
        <w:t>　　1、进出库商品要有详细的明细台帐和管理制度，特殊产品设立最低库存量。</w:t>
      </w:r>
      <w:r>
        <w:rPr>
          <w:lang w:eastAsia="zh-CN"/>
        </w:rPr>
        <w:br/>
      </w:r>
      <w:r>
        <w:rPr>
          <w:lang w:eastAsia="zh-CN"/>
        </w:rPr>
        <w:t>　　2、细化出货流程，确保商品的出货质量。</w:t>
      </w:r>
      <w:r>
        <w:rPr>
          <w:lang w:eastAsia="zh-CN"/>
        </w:rPr>
        <w:br/>
      </w:r>
      <w:r>
        <w:rPr>
          <w:lang w:eastAsia="zh-CN"/>
        </w:rPr>
        <w:t>　　3、建立客户花名册，以月份为单位设立客户的销售曲线示意图等。</w:t>
      </w:r>
      <w:r>
        <w:rPr>
          <w:lang w:eastAsia="zh-CN"/>
        </w:rPr>
        <w:br/>
      </w:r>
      <w:r>
        <w:rPr>
          <w:lang w:eastAsia="zh-CN"/>
        </w:rPr>
        <w:t>　　三、自我要求</w:t>
      </w:r>
      <w:r>
        <w:rPr>
          <w:lang w:eastAsia="zh-CN"/>
        </w:rPr>
        <w:br/>
      </w:r>
      <w:r>
        <w:rPr>
          <w:lang w:eastAsia="zh-CN"/>
        </w:rPr>
        <w:t>　　1、每月要增加两个新客户，还要有三个潜在客户。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4、对客户不能有隐瞒和欺骗，这样不会有忠诚的客户。在有些问题上你和客户是一至的。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8、自信是非常重要的。要经常对自己说我是的，我是独一无二的。拥有健康乐观积极向上的工作态度才能更好的完成任务。</w:t>
      </w:r>
      <w:r>
        <w:rPr>
          <w:lang w:eastAsia="zh-CN"/>
        </w:rPr>
        <w:br/>
      </w:r>
      <w:r>
        <w:rPr>
          <w:lang w:eastAsia="zh-CN"/>
        </w:rPr>
        <w:t>　　9、和公司其他员工要有良好的沟通，有团队意识，多交流，多探讨，才能不断增长业务技能。</w:t>
      </w:r>
      <w:r>
        <w:rPr>
          <w:lang w:eastAsia="zh-CN"/>
        </w:rPr>
        <w:br/>
      </w:r>
      <w:r>
        <w:rPr>
          <w:lang w:eastAsia="zh-CN"/>
        </w:rPr>
        <w:t>　　10、工作中总会有各种各样的困难，我们要向公司请示，向同事探讨，抓好细节共同努力克服，为公司做出自己的贡献。</w:t>
      </w:r>
      <w:r>
        <w:rPr>
          <w:lang w:eastAsia="zh-CN"/>
        </w:rPr>
        <w:br/>
      </w:r>
      <w:r>
        <w:rPr>
          <w:lang w:eastAsia="zh-CN"/>
        </w:rPr>
        <w:t>　　20__年，为了充分发挥自已的积极性，实施多劳多得，不劳不得，实干加巧干，确保本月的销售工作计划能如期完成，故写下工作计划。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服装销售工作计划书范文 篇4 </w:t>
      </w:r>
      <w:r>
        <w:rPr>
          <w:lang w:eastAsia="zh-CN"/>
        </w:rPr>
        <w:br/>
      </w:r>
      <w:r>
        <w:rPr>
          <w:lang w:eastAsia="zh-CN"/>
        </w:rPr>
        <w:t>　　1、对于老客户，和固定客户，要经常保持联系，在有时间有条件的情况下，送一些小礼物或宴请客户，好稳定与客户关系。</w:t>
      </w:r>
      <w:r>
        <w:rPr>
          <w:lang w:eastAsia="zh-CN"/>
        </w:rPr>
        <w:br/>
      </w:r>
      <w:r>
        <w:rPr>
          <w:lang w:eastAsia="zh-CN"/>
        </w:rPr>
        <w:t>　　2、在拥有老客户的同时还要不断从各种渠道快速开发新客户，推广新产品。</w:t>
      </w:r>
      <w:r>
        <w:rPr>
          <w:lang w:eastAsia="zh-CN"/>
        </w:rPr>
        <w:br/>
      </w:r>
      <w:r>
        <w:rPr>
          <w:lang w:eastAsia="zh-CN"/>
        </w:rPr>
        <w:t>　　3、要有好业绩就得加强业务学习，开拓视野，丰富知识，采取多样化形式，把学业务与交流技能相结合。</w:t>
      </w:r>
      <w:r>
        <w:rPr>
          <w:lang w:eastAsia="zh-CN"/>
        </w:rPr>
        <w:br/>
      </w:r>
      <w:r>
        <w:rPr>
          <w:lang w:eastAsia="zh-CN"/>
        </w:rPr>
        <w:t>　　4、今年对自己有以下要求：</w:t>
      </w:r>
      <w:r>
        <w:rPr>
          <w:lang w:eastAsia="zh-CN"/>
        </w:rPr>
        <w:br/>
      </w:r>
      <w:r>
        <w:rPr>
          <w:lang w:eastAsia="zh-CN"/>
        </w:rPr>
        <w:t>　　每周要拜服4个以上的新客户，还要有1到2个潜在客户;一周一小结，每月一大结，看看有哪些工作上的.失误，及时改正下次不要再犯;见客户之前要多了解客户的状态和需求，再做好准备工作才有可能与这个客户合作;对自己严格要求，学习亮剑精神，工作扎实细致，要不断加强业务方面的学习，多看书及相关产品知识，上网查阅相关资料，与同行们交流，向他们学习更好的方式方法;对所有客户的工作态度都要一样，加强产品质量和服务意识，为公司树立更好的形象，让客户相信我们的工作实力，才能更好的完成任务;和公司其他员工要有良好的沟通，有团队意识，多交流，多探讨，才能不断增长业务技能;为了今年的销售任务每月我要努力完成1万到2万元的任务额，为公司创造利润。</w:t>
      </w:r>
      <w:r>
        <w:rPr>
          <w:lang w:eastAsia="zh-CN"/>
        </w:rPr>
        <w:br/>
      </w:r>
      <w:r>
        <w:rPr>
          <w:lang w:eastAsia="zh-CN"/>
        </w:rPr>
        <w:t xml:space="preserve">    服装销售工作计划书范文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作为一名店长我深感到责任的重大，多年来的工作经验，让我明白了这样一个道理：对于一个经济效益好的零售店来说，一是要有一个专业的管理者;二是要有良好的专业知识做后盾;三是要有一套良好的管理制度。用心去观察，用心去与顾客交流，你就可以做好。</w:t>
      </w:r>
      <w:r>
        <w:rPr>
          <w:lang w:eastAsia="zh-CN"/>
        </w:rPr>
        <w:br/>
      </w:r>
      <w:r>
        <w:rPr>
          <w:lang w:eastAsia="zh-CN"/>
        </w:rPr>
        <w:t>　　具体归纳为以下几点：</w:t>
      </w:r>
      <w:r>
        <w:rPr>
          <w:lang w:eastAsia="zh-CN"/>
        </w:rPr>
        <w:br/>
      </w:r>
      <w:r>
        <w:rPr>
          <w:lang w:eastAsia="zh-CN"/>
        </w:rPr>
        <w:t>　　1.认真贯彻公司的经营方针，同时将公司的经营策略正确并及时的传达给每个员工，起好承上启下的桥梁作用。</w:t>
      </w:r>
      <w:r>
        <w:rPr>
          <w:lang w:eastAsia="zh-CN"/>
        </w:rPr>
        <w:br/>
      </w:r>
      <w:r>
        <w:rPr>
          <w:lang w:eastAsia="zh-CN"/>
        </w:rPr>
        <w:t>　　2.做好员工的思想工作，团结好店内员工，充分调动和发挥员工的积极性，了解每一位员工的优点所在，并发挥其特长，做到量才适用。增强本店的凝聚力，使之成为一个团结的集体。</w:t>
      </w:r>
      <w:r>
        <w:rPr>
          <w:lang w:eastAsia="zh-CN"/>
        </w:rPr>
        <w:br/>
      </w:r>
      <w:r>
        <w:rPr>
          <w:lang w:eastAsia="zh-CN"/>
        </w:rPr>
        <w:t>　　3.通过各种渠道了解同业信息，了解顾客的购物心理，做到知己知彼，心中有数，有的放矢，使我们的工作更具针对性，从而避免因此而带来的不必要的损失。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4.以身作则，做员工的表帅。不断的向员工灌输企业文化，教育员工有全局意识，做事情要从公司整体利益出发。</w:t>
      </w:r>
      <w:r>
        <w:rPr>
          <w:lang w:eastAsia="zh-CN"/>
        </w:rPr>
        <w:br/>
      </w:r>
      <w:r>
        <w:rPr>
          <w:lang w:eastAsia="zh-CN"/>
        </w:rPr>
        <w:t>　　5.靠周到而细致的服务去吸引顾客。发挥所有员工的主动性和创作性，使员工从被动的让我干到积极的我要干。为了给顾客创造一个良好的购物环境，为公司创作更多的销售业绩，带领员工在以下几方面做好本职工作。首先，做好每天的清洁工作，为顾客营造一个舒心的购物环境;其次，积极主动的为顾客服务，尽可能的满足消费者需求;要不断强化服务意识，并以发自内心的微笑和礼貌的文明用语，使顾客满意的离开本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6.处理好部门间的合作、上下级之间的工作协作，少一些牢_，多一些热情，客观的去看待工作中的问题，并以积极的态度去解决。</w:t>
      </w:r>
      <w:r>
        <w:rPr>
          <w:lang w:eastAsia="zh-CN"/>
        </w:rPr>
        <w:br/>
      </w:r>
      <w:r>
        <w:rPr>
          <w:lang w:eastAsia="zh-CN"/>
        </w:rPr>
        <w:t>　　现在，门店的管理正在逐步走向数据化、科学化，管理手段的提升，对店长提出了新的工作要求，熟练的业务将帮助我们实现各项营运指标。新的一年开始了，成绩只能代表过去。我将以更精湛熟练的业务治理好我们华东店。</w:t>
      </w:r>
      <w:r>
        <w:rPr>
          <w:lang w:eastAsia="zh-CN"/>
        </w:rPr>
        <w:br/>
      </w:r>
      <w:r>
        <w:rPr>
          <w:lang w:eastAsia="zh-CN"/>
        </w:rPr>
        <w:t>　　面对-__年的工作，我深感责任重大。要随时保持清醒的头脑，理清明年的工作思路，重点要在以下几个方面狠下功夫：</w:t>
      </w:r>
      <w:r>
        <w:rPr>
          <w:lang w:eastAsia="zh-CN"/>
        </w:rPr>
        <w:br/>
      </w:r>
      <w:r>
        <w:rPr>
          <w:lang w:eastAsia="zh-CN"/>
        </w:rPr>
        <w:t>　　1.加强日常管理，特别是抓好基础工作的管理;</w:t>
      </w:r>
      <w:r>
        <w:rPr>
          <w:lang w:eastAsia="zh-CN"/>
        </w:rPr>
        <w:br/>
      </w:r>
      <w:r>
        <w:rPr>
          <w:lang w:eastAsia="zh-CN"/>
        </w:rPr>
        <w:t>　　2.对内加大员工的培训力度，全面提高员工的整体素质;</w:t>
      </w:r>
      <w:r>
        <w:rPr>
          <w:lang w:eastAsia="zh-CN"/>
        </w:rPr>
        <w:br/>
      </w:r>
      <w:r>
        <w:rPr>
          <w:lang w:eastAsia="zh-CN"/>
        </w:rPr>
        <w:t>　　3.树立对公司高度忠诚，爱岗敬业，顾全大局，一切为公司着想，为公司全面提升经济效益增砖添瓦。</w:t>
      </w:r>
      <w:r>
        <w:rPr>
          <w:lang w:eastAsia="zh-CN"/>
        </w:rPr>
        <w:br/>
      </w:r>
      <w:r>
        <w:rPr>
          <w:lang w:eastAsia="zh-CN"/>
        </w:rPr>
        <w:t>　　4.加强和各部门、各兄弟公司的团结协作，创造_良好、无间的工作环境，去掉不和-谐的音符，发挥员工_大的工作热情，逐步成为一个_优秀的团队。</w:t>
      </w:r>
      <w:r>
        <w:rPr>
          <w:lang w:eastAsia="zh-CN"/>
        </w:rPr>
        <w:br/>
      </w:r>
      <w:r>
        <w:rPr>
          <w:lang w:eastAsia="zh-CN"/>
        </w:rPr>
        <w:t xml:space="preserve">    服装销售工作计划书范文 篇6 </w:t>
      </w:r>
      <w:r>
        <w:rPr>
          <w:lang w:eastAsia="zh-CN"/>
        </w:rPr>
        <w:br/>
      </w:r>
      <w:r>
        <w:rPr>
          <w:lang w:eastAsia="zh-CN"/>
        </w:rPr>
        <w:t>　　一、渠道的拓展</w:t>
      </w:r>
      <w:r>
        <w:rPr>
          <w:lang w:eastAsia="zh-CN"/>
        </w:rPr>
        <w:br/>
      </w:r>
      <w:r>
        <w:rPr>
          <w:lang w:eastAsia="zh-CN"/>
        </w:rPr>
        <w:t>　　我们的品牌现在主要做的是旗舰店的销售，但是其实还是比较单一，没有更多的渠道来促进我们的销售，下半年，我计划再开拓几个渠道。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个就是特卖的平台，现在有两个特卖的平台都是比较不错的，销量也很可观，看了一下与我们同类型的品牌，在特卖平台上的销售都是可观的，而我之前也安排同事经过咨询，我们品牌是有入驻的资质的，下半年特卖平台需要好好研究和入驻。</w:t>
      </w:r>
      <w:r>
        <w:rPr>
          <w:lang w:eastAsia="zh-CN"/>
        </w:rPr>
        <w:br/>
      </w:r>
      <w:r>
        <w:rPr>
          <w:lang w:eastAsia="zh-CN"/>
        </w:rPr>
        <w:t>　　还有一个就是清仓的平台入驻，清仓的平台对品牌的要求并不高，而且销量也的确可观，但是价格差不多要接近成本价了，这块的入驻的目的主要是为了清除我们公司压仓没销量的一些堆积服装，有些服装在仓库都压了快一年多了，而且在旗舰店平常的大促，活动中也有拿出来做过活动，或者当成赠品来配送，但是量还是有点大，所以下半年这块的清理可以用清仓平台来处理，虽然没什么利润，但是可以清理库存加快资金周转。</w:t>
      </w:r>
      <w:r>
        <w:rPr>
          <w:lang w:eastAsia="zh-CN"/>
        </w:rPr>
        <w:br/>
      </w:r>
      <w:r>
        <w:rPr>
          <w:lang w:eastAsia="zh-CN"/>
        </w:rPr>
        <w:t>　　二、目标的达成</w:t>
      </w:r>
      <w:r>
        <w:rPr>
          <w:lang w:eastAsia="zh-CN"/>
        </w:rPr>
        <w:br/>
      </w:r>
      <w:r>
        <w:rPr>
          <w:lang w:eastAsia="zh-CN"/>
        </w:rPr>
        <w:t>　　下半年的销售目标是万，按照目标的分解，旗舰店我给到每个月的具体目标，以及分到几个平台上面去做一些。</w:t>
      </w:r>
      <w:r>
        <w:rPr>
          <w:lang w:eastAsia="zh-CN"/>
        </w:rPr>
        <w:br/>
      </w:r>
      <w:r>
        <w:rPr>
          <w:lang w:eastAsia="zh-CN"/>
        </w:rPr>
        <w:t>　　作为销售，最终的目的还是要有销售额，给公司带来利润，除了年底大促，我还计划参加多次的平台活动，目标的完成主要是旗舰店为主题，其他几个入驻的平台，下半年的销售暂时还是不定具体的目标，只要有绩效，以后就可以作为一个参考，来制定目标了。</w:t>
      </w:r>
      <w:r>
        <w:rPr>
          <w:lang w:eastAsia="zh-CN"/>
        </w:rPr>
        <w:br/>
      </w:r>
      <w:r>
        <w:rPr>
          <w:lang w:eastAsia="zh-CN"/>
        </w:rPr>
        <w:t>　　除了活动，日常的销售额也是需要做好基础的工作来保证。确定主推款式，还有每周的上新做好数据的跟踪，了解哪些产品比较容易出销量，并做好后续的追单。下半年是秋冬款式的服装，客单价相对来说也是比较高一些，但是七八月份却是比较淡的季节，夏装已经买了，秋装却还没到季节，但是也不能放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下半年对于服装行业来说，只要到了九月份就是旺季了，四个月的时间，可以做出全年占比大半以上的销售额，所以更要重点注重好，接下来的每月月底都要做好下月的计划，和分析好当月的销售数据。</w:t>
      </w:r>
      <w:r>
        <w:rPr>
          <w:lang w:eastAsia="zh-CN"/>
        </w:rPr>
        <w:br/>
      </w:r>
      <w:r>
        <w:rPr>
          <w:lang w:eastAsia="zh-CN"/>
        </w:rPr>
        <w:t xml:space="preserve">    服装销售工作计划书范文 篇7 </w:t>
      </w:r>
      <w:r>
        <w:rPr>
          <w:lang w:eastAsia="zh-CN"/>
        </w:rPr>
        <w:br/>
      </w:r>
      <w:r>
        <w:rPr>
          <w:lang w:eastAsia="zh-CN"/>
        </w:rPr>
        <w:t>　　一、计划概要</w:t>
      </w:r>
      <w:r>
        <w:rPr>
          <w:lang w:eastAsia="zh-CN"/>
        </w:rPr>
        <w:br/>
      </w:r>
      <w:r>
        <w:rPr>
          <w:lang w:eastAsia="zh-CN"/>
        </w:rPr>
        <w:t>　　目前民人数号称9000万，但实际在网上购物的是一群网虫和追求时尚的人，这样的人恐怕只占其中20%，大量的网民想要网上购物，还是习惯于货到付款。这是由中国的环境决定的，在短期内也无法解决。其中，制约网上购物最不利的有三大因素：①诚信问题②支付的方便和安全问题③物流配送。现在，我们的这个全新模式几乎能一举解决这三个问题，同时，更着眼于的是在于抢先占领商业销售的渠道和可以迅速扩大销售的规模。在现在这个竞争激烈的市场，得渠道者得天下，已成为不争的事实。而规模为王更是被在商业领域创造了神话的国美电器等所证明。我们这个模式从以下几方面来开拓渠道。第一要和电信等宽带接入商合作，打入家庭宽带用户。</w:t>
      </w:r>
      <w:r>
        <w:rPr>
          <w:lang w:eastAsia="zh-CN"/>
        </w:rPr>
        <w:br/>
      </w:r>
      <w:r>
        <w:rPr>
          <w:lang w:eastAsia="zh-CN"/>
        </w:rPr>
        <w:t>　　第二和网吧合作抢占这个遍布全城的渠道。网吧在中国的普及是美国所没有的中国特色。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三、我们在第二阶段会针对遍布全城的小商店让他们也接上电脑上网，而成为我们的加盟商，让渠道更进一步拓宽。在这个过程中，都是同城货到付款，网吧和小商店可以代收货款，因此，支付和物流问题自然解决。而我们的商城是由几个顶级信用的大卖家组成，诚信问题也可以讲基本解决。我们粗略估算一下针对网吧的销售量。在上海有2到3千家网吧，我们保守估计会有100到200家网吧加盟，一个网吧一天销售20__元，一个月就有6万。100家，一个月就有600万的销售额。大家想想如果加上其他的销售和得力的促销措施，我们会达到多少的量。更重要的是，只要我们这个系统建立起来，</w:t>
      </w:r>
      <w:r>
        <w:rPr>
          <w:lang w:eastAsia="zh-CN"/>
        </w:rPr>
        <w:br/>
      </w:r>
      <w:r>
        <w:rPr>
          <w:lang w:eastAsia="zh-CN"/>
        </w:rPr>
        <w:t>　　很多品牌商会自动要求加入我们，那时。我们的实力和利润可以讲就无人可以匹敌了。</w:t>
      </w:r>
      <w:r>
        <w:rPr>
          <w:lang w:eastAsia="zh-CN"/>
        </w:rPr>
        <w:br/>
      </w:r>
      <w:r>
        <w:rPr>
          <w:lang w:eastAsia="zh-CN"/>
        </w:rPr>
        <w:t>　　二、计划的具体实施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们这些联合的大卖家都是位于上海的各个不同种类的大卖家。各大卖家各自负责自己那一个领域的产品销售。在对外招商时，以各大卖家联合成立起来的总公司出面招商。总公司是由各大卖家共同出资建立的。在向全国其他城市推进时，所建立的分公司由总公司统一管理，各大卖家按各自的股份享受相应的利润和责任。在上海，总公司没有销售利润。下面是渠道的建设方案：①和宽带接入商合作。因为宽带接入商也有推销自己宽带用户的任务，和保持用户缴费的压力，我们可以将宽带用户的宽带费用免交一年，但他的费用须在购物中，逐次扣除，这对宽带用户来讲，会是一个很大的吸引力，对宽带接入商来讲也是一个很大的促销手段。②和网吧合作。将我们商城的商品给到网吧批发价，网吧在不增加什么投入的情况下，会获得另外一个源源不断的收入，对网吧来讲，会有很多愿意加入我们的行列。这个市场是个空白。如果先进入，先发优势，不言自明。③通过传单的.形式让各大写字楼和居民了解我们的网上商城。这个做法现在是各大超市卖场的作法，非常有实效。④前面的步骤完善后，可以将招商的范围扩大。一个是针对网上开店的，我们可以提供批发价，他们只负责销售。第二个是针对遍布全城的小商店，让他们加盟，他们只需在自己店里做一个无盘系统，不需花多少钱就可以有几台终端上网了，而成为我们的终端销售商。我们自己也可以在各个小区附近尝试开这样的网上销售店。</w:t>
      </w:r>
      <w:r>
        <w:rPr>
          <w:lang w:eastAsia="zh-CN"/>
        </w:rPr>
        <w:br/>
      </w:r>
      <w:r>
        <w:rPr>
          <w:lang w:eastAsia="zh-CN"/>
        </w:rPr>
        <w:t>　　三、总公司的运作</w:t>
      </w:r>
      <w:r>
        <w:rPr>
          <w:lang w:eastAsia="zh-CN"/>
        </w:rPr>
        <w:br/>
      </w:r>
      <w:r>
        <w:rPr>
          <w:lang w:eastAsia="zh-CN"/>
        </w:rPr>
        <w:t>　　1、由总公司确定招商的计划，并执行向网吧招商的工作，并具体负责和宽带接入商的谈判。</w:t>
      </w:r>
      <w:r>
        <w:rPr>
          <w:lang w:eastAsia="zh-CN"/>
        </w:rPr>
        <w:br/>
      </w:r>
      <w:r>
        <w:rPr>
          <w:lang w:eastAsia="zh-CN"/>
        </w:rPr>
        <w:t>　　2、由总公司协调好各大卖家的快递，完善货到付款的流程。</w:t>
      </w:r>
      <w:r>
        <w:rPr>
          <w:lang w:eastAsia="zh-CN"/>
        </w:rPr>
        <w:br/>
      </w:r>
      <w:r>
        <w:rPr>
          <w:lang w:eastAsia="zh-CN"/>
        </w:rPr>
        <w:t>　　3、开发共同的网上商城，完善和网吧的对接，并随着不断出现的问题，完善自己的功能；</w:t>
      </w:r>
      <w:r>
        <w:rPr>
          <w:lang w:eastAsia="zh-CN"/>
        </w:rPr>
        <w:br/>
      </w:r>
      <w:r>
        <w:rPr>
          <w:lang w:eastAsia="zh-CN"/>
        </w:rPr>
        <w:t>　　4、在销售渠道成型后，有计划的增加其他商品的卖家的加入，但他们不会占总公司的股份。或者由总公司自己建立。</w:t>
      </w:r>
      <w:r>
        <w:rPr>
          <w:lang w:eastAsia="zh-CN"/>
        </w:rPr>
        <w:br/>
      </w:r>
      <w:r>
        <w:rPr>
          <w:lang w:eastAsia="zh-CN"/>
        </w:rPr>
        <w:t>　　5、建立公共的客服中心，完善客服服务；</w:t>
      </w:r>
      <w:r>
        <w:rPr>
          <w:lang w:eastAsia="zh-CN"/>
        </w:rPr>
        <w:br/>
      </w:r>
      <w:r>
        <w:rPr>
          <w:lang w:eastAsia="zh-CN"/>
        </w:rPr>
        <w:t>　　6、建立自己的用户对购买产品使用后进行评价的数据库；</w:t>
      </w:r>
      <w:r>
        <w:rPr>
          <w:lang w:eastAsia="zh-CN"/>
        </w:rPr>
        <w:br/>
      </w:r>
      <w:r>
        <w:rPr>
          <w:lang w:eastAsia="zh-CN"/>
        </w:rPr>
        <w:t>　　7、在全国招商或者建立自己的分公司。</w:t>
      </w:r>
      <w:r>
        <w:rPr>
          <w:lang w:eastAsia="zh-CN"/>
        </w:rPr>
        <w:br/>
      </w:r>
      <w:r>
        <w:rPr>
          <w:lang w:eastAsia="zh-CN"/>
        </w:rPr>
        <w:t>　　四、总公司的运作成本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总公司开始可以先设立招商部、技术部、客服部。最先需要的是网站技术人员。接着是招商人员，他们需要订出招商计划和网吧促销计划。那么具体的成本的产生由以下几个方面组成：工作人员的工资、基本的办公用具、建设自己的独立服务器、促销费用。具体的数目暂时没有列出来，大家坐到一起的时候，可以讨论出来的。</w:t>
      </w:r>
      <w:r>
        <w:rPr>
          <w:lang w:eastAsia="zh-CN"/>
        </w:rPr>
        <w:br/>
      </w:r>
      <w:r>
        <w:rPr>
          <w:lang w:eastAsia="zh-CN"/>
        </w:rPr>
        <w:t>　　五、可能出现的问题</w:t>
      </w:r>
      <w:r>
        <w:rPr>
          <w:lang w:eastAsia="zh-CN"/>
        </w:rPr>
        <w:br/>
      </w:r>
      <w:r>
        <w:rPr>
          <w:lang w:eastAsia="zh-CN"/>
        </w:rPr>
        <w:t>　　1、随着销售的增加，仓库的费用和送货的费用以及管理难度会加大。</w:t>
      </w:r>
      <w:r>
        <w:rPr>
          <w:lang w:eastAsia="zh-CN"/>
        </w:rPr>
        <w:br/>
      </w:r>
      <w:r>
        <w:rPr>
          <w:lang w:eastAsia="zh-CN"/>
        </w:rPr>
        <w:t>　　2、在前期对网吧招商时，可能会出现在网吧销售不动的情况，要设计好网吧开业促销活动。在网吧招商时也有一个布点的考虑。</w:t>
      </w:r>
      <w:r>
        <w:rPr>
          <w:lang w:eastAsia="zh-CN"/>
        </w:rPr>
        <w:br/>
      </w:r>
      <w:r>
        <w:rPr>
          <w:lang w:eastAsia="zh-CN"/>
        </w:rPr>
        <w:t>　　3、在网吧销售，货到付款时快递到达的时间会要求比较高，可能会要求在二个小时内。服装销售工作计划范文三：20__年服装销售工作计划</w:t>
      </w:r>
      <w:r>
        <w:rPr>
          <w:lang w:eastAsia="zh-CN"/>
        </w:rPr>
        <w:br/>
      </w:r>
      <w:r>
        <w:rPr>
          <w:lang w:eastAsia="zh-CN"/>
        </w:rPr>
        <w:t>　　如何作为一名合格的营销人员，需要一份营销计划;如何作为一名优秀的营销人员，需要一份优秀的营销计划;如何制作一份优秀的营销计划，需要出国为您提供、搜集的规范模板。营销工作计划模板如下：</w:t>
      </w:r>
      <w:r>
        <w:rPr>
          <w:lang w:eastAsia="zh-CN"/>
        </w:rPr>
        <w:br/>
      </w:r>
      <w:r>
        <w:rPr>
          <w:lang w:eastAsia="zh-CN"/>
        </w:rPr>
        <w:t>　　(一)、服装产品营销策划目的</w:t>
      </w:r>
      <w:r>
        <w:rPr>
          <w:lang w:eastAsia="zh-CN"/>
        </w:rPr>
        <w:br/>
      </w:r>
      <w:r>
        <w:rPr>
          <w:lang w:eastAsia="zh-CN"/>
        </w:rPr>
        <w:t>　　要对本服装产品营销策划所要达到的目标、宗旨树立明确的观点(如：提高市场占有率;扩大产品知名度;树立规模、优质、专业、服务的良好形象)，作为执行本策划的动力或强调其执行的意义所在，以要求全员统一思想，协调行动，共同努力保证策划高质量地完成。</w:t>
      </w:r>
      <w:r>
        <w:rPr>
          <w:lang w:eastAsia="zh-CN"/>
        </w:rPr>
        <w:br/>
      </w:r>
      <w:r>
        <w:rPr>
          <w:lang w:eastAsia="zh-CN"/>
        </w:rPr>
        <w:t>　　(二)、分析当前的服装产品营销环境状况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对同类产品市场状况，竞争状况及宏观环境要有一个清醒的认识。它是为指订相应的营销策略，采取正确的营销手段提供依据的。"知己知彼方能百战不殆"，因此这一部分需要策划者对市场比较了解。</w:t>
      </w:r>
      <w:r>
        <w:rPr>
          <w:lang w:eastAsia="zh-CN"/>
        </w:rPr>
        <w:br/>
      </w:r>
      <w:r>
        <w:rPr>
          <w:lang w:eastAsia="zh-CN"/>
        </w:rPr>
        <w:t>　　(三)、市场机会与问题分析</w:t>
      </w:r>
      <w:r>
        <w:rPr>
          <w:lang w:eastAsia="zh-CN"/>
        </w:rPr>
        <w:br/>
      </w:r>
      <w:r>
        <w:rPr>
          <w:lang w:eastAsia="zh-CN"/>
        </w:rPr>
        <w:t>　　服装产品营销方案，是对市场机会的把握和策略的运用，因此分析市场机会，就成了服装产品营销策划的关键。只是找准了市场机会，策划就成功了一半。</w:t>
      </w:r>
      <w:r>
        <w:rPr>
          <w:lang w:eastAsia="zh-CN"/>
        </w:rPr>
        <w:br/>
      </w:r>
      <w:r>
        <w:rPr>
          <w:lang w:eastAsia="zh-CN"/>
        </w:rPr>
        <w:t>　　(四)、服装产品营销目标</w:t>
      </w:r>
      <w:r>
        <w:rPr>
          <w:lang w:eastAsia="zh-CN"/>
        </w:rPr>
        <w:br/>
      </w:r>
      <w:r>
        <w:rPr>
          <w:lang w:eastAsia="zh-CN"/>
        </w:rPr>
        <w:t>　　营销目标是在前面目的任务基础上公司所要实现的具体目标，即服装产品营销策划方案执行期间，经济效益目标达到：总销售量为万件，预计毛利_万元，市场占有率实现。通过市场分析，找出市场机会，提炼自身优势，确定销售目标。例如确定的目标市场：以行业销售为主(利润和稳定市场)、渠道销售为辅(提高知名度，扩大市场占有率);行业主要主要系指工矿，交通，建筑，消防，制造，工厂等有一定采购规模的目标客户;渠道销售主要系指区县级的加盟或者代理商。</w:t>
      </w:r>
      <w:r>
        <w:rPr>
          <w:lang w:eastAsia="zh-CN"/>
        </w:rPr>
        <w:br/>
      </w:r>
      <w:r>
        <w:rPr>
          <w:lang w:eastAsia="zh-CN"/>
        </w:rPr>
        <w:t>　　(五)、服装产品营销战略(具体行销方案)</w:t>
      </w:r>
      <w:r>
        <w:rPr>
          <w:lang w:eastAsia="zh-CN"/>
        </w:rPr>
        <w:br/>
      </w:r>
      <w:r>
        <w:rPr>
          <w:lang w:eastAsia="zh-CN"/>
        </w:rPr>
        <w:t>　　(六)、服装产品策划方案各项费用预算</w:t>
      </w:r>
      <w:r>
        <w:rPr>
          <w:lang w:eastAsia="zh-CN"/>
        </w:rPr>
        <w:br/>
      </w:r>
      <w:r>
        <w:rPr>
          <w:lang w:eastAsia="zh-CN"/>
        </w:rPr>
        <w:t>　　这一部分记载的是整个营销方案推进过程中的费用投入，包括服装产品营销过程中的总费用、阶段费用、项目费用等，其原则是以较少投入获得最优效果。</w:t>
      </w:r>
      <w:r>
        <w:rPr>
          <w:lang w:eastAsia="zh-CN"/>
        </w:rPr>
        <w:br/>
      </w:r>
      <w:r>
        <w:rPr>
          <w:lang w:eastAsia="zh-CN"/>
        </w:rPr>
        <w:t>　　(七)、销售增长预测与效益分析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该部分对营销行动方案投入实施后的效益分析，包括服装产品营销后未来1-5年的销售增长、利润与收益分析、现金流分析、投资回报率等。</w:t>
      </w:r>
      <w:r>
        <w:rPr>
          <w:lang w:eastAsia="zh-CN"/>
        </w:rPr>
        <w:br/>
      </w:r>
      <w:r>
        <w:rPr>
          <w:lang w:eastAsia="zh-CN"/>
        </w:rPr>
        <w:t>　　(八)、服装产品营销方案调整</w:t>
      </w:r>
      <w:r>
        <w:rPr>
          <w:lang w:eastAsia="zh-CN"/>
        </w:rPr>
        <w:br/>
      </w:r>
      <w:r>
        <w:rPr>
          <w:lang w:eastAsia="zh-CN"/>
        </w:rPr>
        <w:t>　　这一部分是作为服装产品策划方案的补充部分。在方案执行中都可能出现与现实情况不相适应的地方，因此方案贯彻必须随时根据市场的反馈及时对方案进行调整。</w:t>
      </w:r>
      <w:r>
        <w:rPr>
          <w:lang w:eastAsia="zh-CN"/>
        </w:rPr>
        <w:br/>
      </w:r>
      <w:r>
        <w:rPr>
          <w:lang w:eastAsia="zh-CN"/>
        </w:rPr>
        <w:t xml:space="preserve">    服装销售工作计划书范文 篇8 </w:t>
      </w:r>
      <w:r>
        <w:rPr>
          <w:lang w:eastAsia="zh-CN"/>
        </w:rPr>
        <w:br/>
      </w:r>
      <w:r>
        <w:rPr>
          <w:lang w:eastAsia="zh-CN"/>
        </w:rPr>
        <w:t>　　一、 计划概要</w:t>
      </w:r>
      <w:r>
        <w:rPr>
          <w:lang w:eastAsia="zh-CN"/>
        </w:rPr>
        <w:br/>
      </w:r>
      <w:r>
        <w:rPr>
          <w:lang w:eastAsia="zh-CN"/>
        </w:rPr>
        <w:t>　　目前我国网民人数号称9000万，但实际在网上购物的是一群网虫和追求时尚的人，这样的人恐怕只占其中20%，大量的网民想要网上购物，还是习惯于货到付款。这是由中国的环境决定的，在短期内也无法解决。其中，制约网上购物最不利的有三大因素：①诚信问题②支付的方便和安全问题③物流配送。现在，我们的这个全新模式几乎能一举解决这三个问题，同时，更着眼于的是在于抢先占领商业销售的渠道和可以迅速扩大销售的规模。在现在这个竞争激烈的市场，得渠道者得天下，已成为不争的事实。而规模为王更是被在商业领域创造了神话的国美电器等所证明。 我们这个模式从以下几方面来开拓渠道。</w:t>
      </w:r>
      <w:r>
        <w:rPr>
          <w:lang w:eastAsia="zh-CN"/>
        </w:rPr>
        <w:br/>
      </w:r>
      <w:r>
        <w:rPr>
          <w:lang w:eastAsia="zh-CN"/>
        </w:rPr>
        <w:t>　　第一要和电信等宽带接入商合作，打入家庭宽带用户。</w:t>
      </w:r>
      <w:r>
        <w:rPr>
          <w:lang w:eastAsia="zh-CN"/>
        </w:rPr>
        <w:br/>
      </w:r>
      <w:r>
        <w:rPr>
          <w:lang w:eastAsia="zh-CN"/>
        </w:rPr>
        <w:t>　　第二和网吧合作抢占这个遍布全城的渠道。网吧在中国的普及是美国所没有的中国特色。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三、我们在第二阶段会针对遍布全城的小商店让他们也接上电脑上网，而成为我们的加盟商，让渠道更进一步拓宽。在这个过程中，都是同城货到付款，网吧和小商店可以代收货款，因此，支付和物流问题自然解决。而我们的商城是由几个顶级信用的大卖家组成，诚信问题也可以讲基本解决。</w:t>
      </w:r>
      <w:r>
        <w:rPr>
          <w:lang w:eastAsia="zh-CN"/>
        </w:rPr>
        <w:t xml:space="preserve"> 我们粗略估算一下针对网吧的销售量。在上海有2到3千家网吧，我们保守估计会有100到200家网吧加盟，一个网吧一天销售__元，一个月就有6万。100家，一个月就有600万的销售额。大家想想如果加上其他的销售和得力的促销措施，我们会达到多少的量。更重要的是，只要我们这个系统建立起来，很多品牌商会自动要求加入我们，那时。我们的实力和利润可以讲就无人可以匹敌了。</w:t>
      </w:r>
      <w:r>
        <w:rPr>
          <w:lang w:eastAsia="zh-CN"/>
        </w:rPr>
        <w:br/>
      </w:r>
      <w:r>
        <w:rPr>
          <w:lang w:eastAsia="zh-CN"/>
        </w:rPr>
        <w:t>　　二、 计划的具体实施</w:t>
      </w:r>
      <w:r>
        <w:rPr>
          <w:lang w:eastAsia="zh-CN"/>
        </w:rPr>
        <w:br/>
      </w:r>
      <w:r>
        <w:rPr>
          <w:lang w:eastAsia="zh-CN"/>
        </w:rPr>
        <w:t>　　我们这些联合的大卖家都是位于上海的各个不同种类的大卖家。各大卖家各自负责自己那一个领域的产品销售。在对外招商时，以各大卖家联合成立起来的总公司出面招商。总公司是由各大卖家共同出资建立的。在向全国其他城市推进时，所建立的分公司由总公司统一管理，各大卖家按各自的股份享受相应的利润和责任。在上海，总公司没有销售利润。</w:t>
      </w:r>
      <w:r>
        <w:rPr>
          <w:lang w:eastAsia="zh-CN"/>
        </w:rPr>
        <w:br/>
      </w:r>
      <w:r>
        <w:rPr>
          <w:lang w:eastAsia="zh-CN"/>
        </w:rPr>
        <w:t>　　下面是渠道的建设方案</w:t>
      </w:r>
      <w:r>
        <w:rPr>
          <w:lang w:eastAsia="zh-CN"/>
        </w:rPr>
        <w:br/>
      </w:r>
      <w:r>
        <w:rPr>
          <w:lang w:eastAsia="zh-CN"/>
        </w:rPr>
        <w:t>　　①和宽带接入商合作。 因为宽带接入商也有推销自己宽带用户的任务，和保持用户缴费的压力，我们可以将宽带用户的宽带费用免交一年，但他的费用须在购物中，逐次扣除，这对宽带用户来讲，会是一个很大的吸引力，对宽带接入商来讲也是一个很大的促销手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②和网吧合作。 将我们商城的商品给到网吧批发价，网吧在不增加什么投入的情况下，会获得另外一个源源不断的收入，对网吧来讲，会有很多愿意加入我们的行列。这个市场是个空白。如果先进入，先发优势，不言自明。</w:t>
      </w:r>
      <w:r>
        <w:rPr>
          <w:lang w:eastAsia="zh-CN"/>
        </w:rPr>
        <w:br/>
      </w:r>
      <w:r>
        <w:rPr>
          <w:lang w:eastAsia="zh-CN"/>
        </w:rPr>
        <w:t>　　③通过传单的形式让各大写字楼和居民了解我们的网上商城。这个做法现在是各大超市卖场的作法，非常有实效。</w:t>
      </w:r>
      <w:r>
        <w:rPr>
          <w:lang w:eastAsia="zh-CN"/>
        </w:rPr>
        <w:br/>
      </w:r>
      <w:r>
        <w:rPr>
          <w:lang w:eastAsia="zh-CN"/>
        </w:rPr>
        <w:t>　　④前面的步骤完善后，可以将招商的范围扩大。一个是针对网上开店的，我们可以提供批发价，他们只负责销售。第二个是针对遍布全城的小商店，让他们加盟，他们只需在自己店里做一个无盘系统，不需花多少钱就可以有几台终端上网了，而成为我们的终端销售商。我们自己也可以在各个小区附近尝试开这样的网上销售店。</w:t>
      </w:r>
      <w:r>
        <w:rPr>
          <w:lang w:eastAsia="zh-CN"/>
        </w:rPr>
        <w:br/>
      </w:r>
      <w:r>
        <w:rPr>
          <w:lang w:eastAsia="zh-CN"/>
        </w:rPr>
        <w:t>　　三、总公司的运作</w:t>
      </w:r>
      <w:r>
        <w:rPr>
          <w:lang w:eastAsia="zh-CN"/>
        </w:rPr>
        <w:br/>
      </w:r>
      <w:r>
        <w:rPr>
          <w:lang w:eastAsia="zh-CN"/>
        </w:rPr>
        <w:t>　　1、 由总公司确定招商的计划，并执行向网吧招商的工作，并具体负责和宽带接入商的谈判。</w:t>
      </w:r>
      <w:r>
        <w:rPr>
          <w:lang w:eastAsia="zh-CN"/>
        </w:rPr>
        <w:br/>
      </w:r>
      <w:r>
        <w:rPr>
          <w:lang w:eastAsia="zh-CN"/>
        </w:rPr>
        <w:t>　　2、 由总公司协调好各大卖家的快递，完善货到付款的流程。</w:t>
      </w:r>
      <w:r>
        <w:rPr>
          <w:lang w:eastAsia="zh-CN"/>
        </w:rPr>
        <w:br/>
      </w:r>
      <w:r>
        <w:rPr>
          <w:lang w:eastAsia="zh-CN"/>
        </w:rPr>
        <w:t>　　3、 开发共同的网上商城，完善和网吧的对接，并随着不断出现的问题，完善自己的功能；</w:t>
      </w:r>
      <w:r>
        <w:rPr>
          <w:lang w:eastAsia="zh-CN"/>
        </w:rPr>
        <w:br/>
      </w:r>
      <w:r>
        <w:rPr>
          <w:lang w:eastAsia="zh-CN"/>
        </w:rPr>
        <w:t>　　4、在销售渠道成型后，有计划的增加其他商品的卖家的加入，但他们不会占总公司的股份。或者由总公司自己建立。</w:t>
      </w:r>
      <w:r>
        <w:rPr>
          <w:lang w:eastAsia="zh-CN"/>
        </w:rPr>
        <w:br/>
      </w:r>
      <w:r>
        <w:rPr>
          <w:lang w:eastAsia="zh-CN"/>
        </w:rPr>
        <w:t>　　5、建立公共的客服中心，完善客服服务；</w:t>
      </w:r>
      <w:r>
        <w:rPr>
          <w:lang w:eastAsia="zh-CN"/>
        </w:rPr>
        <w:br/>
      </w:r>
      <w:r>
        <w:rPr>
          <w:lang w:eastAsia="zh-CN"/>
        </w:rPr>
        <w:t>　　6、 建立自己的用户对购买产品使用后进行评价的数据库；</w:t>
      </w:r>
      <w:r>
        <w:rPr>
          <w:lang w:eastAsia="zh-CN"/>
        </w:rPr>
        <w:br/>
      </w:r>
      <w:r>
        <w:rPr>
          <w:lang w:eastAsia="zh-CN"/>
        </w:rPr>
        <w:t>　　7、 在全国招商或者建立自己的分公司。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四、总公司的运作成本</w:t>
      </w:r>
      <w:r>
        <w:rPr>
          <w:lang w:eastAsia="zh-CN"/>
        </w:rPr>
        <w:br/>
      </w:r>
      <w:r>
        <w:rPr>
          <w:lang w:eastAsia="zh-CN"/>
        </w:rPr>
        <w:t>　　总公司开始可以先设立招商部、技术部、客服部。最先需要的是 网站技术人员。接着是招商人员，他们需要订出招商计划和网吧促销计划。那么具体的成本的产生由以下几个方面组成：工作人员的工资、基本的办公用具、建设自己的独立服务器、促销费用。具体的数目暂时没有列出来，大家坐到一起的时候，可以讨论出来的。</w:t>
      </w:r>
      <w:r>
        <w:rPr>
          <w:lang w:eastAsia="zh-CN"/>
        </w:rPr>
        <w:br/>
      </w:r>
      <w:r>
        <w:rPr>
          <w:lang w:eastAsia="zh-CN"/>
        </w:rPr>
        <w:t>　　五、可能出现的问题</w:t>
      </w:r>
      <w:r>
        <w:rPr>
          <w:lang w:eastAsia="zh-CN"/>
        </w:rPr>
        <w:br/>
      </w:r>
      <w:r>
        <w:rPr>
          <w:lang w:eastAsia="zh-CN"/>
        </w:rPr>
        <w:t>　　1、随着销售的增加，仓库的费用和送货的费用以及管理难度会加大。</w:t>
      </w:r>
      <w:r>
        <w:rPr>
          <w:lang w:eastAsia="zh-CN"/>
        </w:rPr>
        <w:br/>
      </w:r>
      <w:r>
        <w:rPr>
          <w:lang w:eastAsia="zh-CN"/>
        </w:rPr>
        <w:t>　　2、在前期对网吧招商时，可能会出现在网吧销售不动的情况，要设计好网吧开业促销活动。在网吧招商时也有一个布点的考虑。</w:t>
      </w:r>
      <w:r>
        <w:rPr>
          <w:lang w:eastAsia="zh-CN"/>
        </w:rPr>
        <w:br/>
      </w:r>
      <w:r>
        <w:rPr>
          <w:lang w:eastAsia="zh-CN"/>
        </w:rPr>
        <w:t>　　3、在网吧销售，货到付款时快递到达的时间会要求比较高，可能会要求在二个小时内。</w:t>
      </w:r>
      <w:r>
        <w:rPr>
          <w:lang w:eastAsia="zh-CN"/>
        </w:rPr>
        <w:br/>
      </w:r>
      <w:r>
        <w:rPr>
          <w:lang w:eastAsia="zh-CN"/>
        </w:rPr>
        <w:t xml:space="preserve">    服装销售工作计划书范文 篇9 </w:t>
      </w:r>
      <w:r>
        <w:rPr>
          <w:lang w:eastAsia="zh-CN"/>
        </w:rPr>
        <w:br/>
      </w:r>
      <w:r>
        <w:rPr>
          <w:lang w:eastAsia="zh-CN"/>
        </w:rPr>
        <w:t>　　作为一名服装店的店长我深感到责任的重大，多年来的工作经验，让我明白了这样一个道理：对于一个经济效益好的零售店来说，一是要有一个专业的管理者;二是要有良好的专业知识做后盾;三是要有一套良好的管理制度。用心去观察，用心去与顾客交流，你就可以做好。</w:t>
      </w:r>
      <w:r>
        <w:rPr>
          <w:lang w:eastAsia="zh-CN"/>
        </w:rPr>
        <w:br/>
      </w:r>
      <w:r>
        <w:rPr>
          <w:lang w:eastAsia="zh-CN"/>
        </w:rPr>
        <w:t>　　一、清点货品，做到心中有数</w:t>
      </w:r>
      <w:r>
        <w:rPr>
          <w:lang w:eastAsia="zh-CN"/>
        </w:rPr>
        <w:br/>
      </w:r>
      <w:r>
        <w:rPr>
          <w:lang w:eastAsia="zh-CN"/>
        </w:rPr>
        <w:t>　　1.掌握每款货品数量</w:t>
      </w:r>
      <w:r>
        <w:rPr>
          <w:lang w:eastAsia="zh-CN"/>
        </w:rPr>
        <w:br/>
      </w:r>
      <w:r>
        <w:rPr>
          <w:lang w:eastAsia="zh-CN"/>
        </w:rPr>
        <w:t>　　2.掌握每款号码情况及数量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3.掌握前十大货品库存情况及时补货，并让每位员了解。</w:t>
      </w:r>
      <w:r>
        <w:rPr>
          <w:lang w:eastAsia="zh-CN"/>
        </w:rPr>
        <w:br/>
      </w:r>
      <w:r>
        <w:rPr>
          <w:lang w:eastAsia="zh-CN"/>
        </w:rPr>
        <w:t>　　4.近期整理库房，做到井然有序，便于找货、盘货。</w:t>
      </w:r>
      <w:r>
        <w:rPr>
          <w:lang w:eastAsia="zh-CN"/>
        </w:rPr>
        <w:br/>
      </w:r>
      <w:r>
        <w:rPr>
          <w:lang w:eastAsia="zh-CN"/>
        </w:rPr>
        <w:t>　　二、管理好账目</w:t>
      </w:r>
      <w:r>
        <w:rPr>
          <w:lang w:eastAsia="zh-CN"/>
        </w:rPr>
        <w:br/>
      </w:r>
      <w:r>
        <w:rPr>
          <w:lang w:eastAsia="zh-CN"/>
        </w:rPr>
        <w:t>　　1.做到日清、日结、日总、日存、日报。</w:t>
      </w:r>
      <w:r>
        <w:rPr>
          <w:lang w:eastAsia="zh-CN"/>
        </w:rPr>
        <w:br/>
      </w:r>
      <w:r>
        <w:rPr>
          <w:lang w:eastAsia="zh-CN"/>
        </w:rPr>
        <w:t>　　2.做到心中有数，每款每日销售数量及占比。并进行销售同比及环比分析，同时对货品进行调整。</w:t>
      </w:r>
      <w:r>
        <w:rPr>
          <w:lang w:eastAsia="zh-CN"/>
        </w:rPr>
        <w:br/>
      </w:r>
      <w:r>
        <w:rPr>
          <w:lang w:eastAsia="zh-CN"/>
        </w:rPr>
        <w:t>　　三、管理好员工</w:t>
      </w:r>
      <w:r>
        <w:rPr>
          <w:lang w:eastAsia="zh-CN"/>
        </w:rPr>
        <w:br/>
      </w:r>
      <w:r>
        <w:rPr>
          <w:lang w:eastAsia="zh-CN"/>
        </w:rPr>
        <w:t>　　1.稳，稳定在职员工，逐一谈，了解内心需求及动向。</w:t>
      </w:r>
      <w:r>
        <w:rPr>
          <w:lang w:eastAsia="zh-CN"/>
        </w:rPr>
        <w:br/>
      </w:r>
      <w:r>
        <w:rPr>
          <w:lang w:eastAsia="zh-CN"/>
        </w:rPr>
        <w:t>　　2.招，招聘新员工，做到招之能来，来之能用，用之能胜。</w:t>
      </w:r>
      <w:r>
        <w:rPr>
          <w:lang w:eastAsia="zh-CN"/>
        </w:rPr>
        <w:br/>
      </w:r>
      <w:r>
        <w:rPr>
          <w:lang w:eastAsia="zh-CN"/>
        </w:rPr>
        <w:t>　　3.训，培训员工。</w:t>
      </w:r>
      <w:r>
        <w:rPr>
          <w:lang w:eastAsia="zh-CN"/>
        </w:rPr>
        <w:br/>
      </w:r>
      <w:r>
        <w:rPr>
          <w:lang w:eastAsia="zh-CN"/>
        </w:rPr>
        <w:t>　　(1)做到每位员工均了解公司制度，</w:t>
      </w:r>
      <w:r>
        <w:rPr>
          <w:lang w:eastAsia="zh-CN"/>
        </w:rPr>
        <w:br/>
      </w:r>
      <w:r>
        <w:rPr>
          <w:lang w:eastAsia="zh-CN"/>
        </w:rPr>
        <w:t>　　(2)在无顾客时，培训员工的销售技巧如服饰搭配、话术表达等知识技巧。</w:t>
      </w:r>
      <w:r>
        <w:rPr>
          <w:lang w:eastAsia="zh-CN"/>
        </w:rPr>
        <w:br/>
      </w:r>
      <w:r>
        <w:rPr>
          <w:lang w:eastAsia="zh-CN"/>
        </w:rPr>
        <w:t>　　4.保，保证卖场有足够的销售人员，目的是保证销售额。</w:t>
      </w:r>
      <w:r>
        <w:rPr>
          <w:lang w:eastAsia="zh-CN"/>
        </w:rPr>
        <w:br/>
      </w:r>
      <w:r>
        <w:rPr>
          <w:lang w:eastAsia="zh-CN"/>
        </w:rPr>
        <w:t>　　5.提，提高销售人员的销售技巧，货品知识等，便销售人员成为一顶一的干将，并为企业提供优秀的管理人员。</w:t>
      </w:r>
      <w:r>
        <w:rPr>
          <w:lang w:eastAsia="zh-CN"/>
        </w:rPr>
        <w:br/>
      </w:r>
      <w:r>
        <w:rPr>
          <w:lang w:eastAsia="zh-CN"/>
        </w:rPr>
        <w:t>　　四、商品陈列</w:t>
      </w:r>
      <w:r>
        <w:rPr>
          <w:lang w:eastAsia="zh-CN"/>
        </w:rPr>
        <w:br/>
      </w:r>
      <w:r>
        <w:rPr>
          <w:lang w:eastAsia="zh-CN"/>
        </w:rPr>
        <w:t>　　1.按公司要求，做好服装陈列。做到精中有细，细中有致。通过陈列使顾客产生购买行为。</w:t>
      </w:r>
      <w:r>
        <w:rPr>
          <w:lang w:eastAsia="zh-CN"/>
        </w:rPr>
        <w:br/>
      </w:r>
      <w:r>
        <w:rPr>
          <w:lang w:eastAsia="zh-CN"/>
        </w:rPr>
        <w:t>　　2.在陈列上争取创新，开发员工的创新思维，激发员工创新力，并根据创新结果给予物质奖励。目的是挖掘员工潜力，激励员工创新思想。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3.调整服装陈列，随时变换搭配，让新顾客有耳目一新的感觉，老顾客有新感觉。</w:t>
      </w:r>
      <w:r>
        <w:rPr>
          <w:lang w:eastAsia="zh-CN"/>
        </w:rPr>
        <w:br/>
      </w:r>
      <w:r>
        <w:rPr>
          <w:lang w:eastAsia="zh-CN"/>
        </w:rPr>
        <w:t>　　五、增加销售额</w:t>
      </w:r>
      <w:r>
        <w:rPr>
          <w:lang w:eastAsia="zh-CN"/>
        </w:rPr>
        <w:br/>
      </w:r>
      <w:r>
        <w:rPr>
          <w:lang w:eastAsia="zh-CN"/>
        </w:rPr>
        <w:t>　　1.通过培训指导员工，从单个顾客销售数量上入手，挖掘顾客需求分析顾客类型，多做销售附加。</w:t>
      </w:r>
      <w:r>
        <w:rPr>
          <w:lang w:eastAsia="zh-CN"/>
        </w:rPr>
        <w:br/>
      </w:r>
      <w:r>
        <w:rPr>
          <w:lang w:eastAsia="zh-CN"/>
        </w:rPr>
        <w:t>　　2.掌握每次促销活动，在活动前与所有员工共同分析，做到事前的准备，事中有跟进，事后有总结。</w:t>
      </w:r>
      <w:r>
        <w:rPr>
          <w:lang w:eastAsia="zh-CN"/>
        </w:rPr>
        <w:br/>
      </w:r>
      <w:r>
        <w:rPr>
          <w:lang w:eastAsia="zh-CN"/>
        </w:rPr>
        <w:t>　　3.促销宣传方面，对老顾客通过电话、手机短信等方式将信息及时发出;对新顾客通过宣传页等方式，争取更大的宣传范围。</w:t>
      </w:r>
      <w:r>
        <w:rPr>
          <w:lang w:eastAsia="zh-CN"/>
        </w:rPr>
        <w:br/>
      </w:r>
      <w:r>
        <w:rPr>
          <w:lang w:eastAsia="zh-CN"/>
        </w:rPr>
        <w:t>　　4.对于销售业绩较高的员工和销售附加较高的员工，做到业绩分享，共同学习提高，增加整体销售业绩。</w:t>
      </w:r>
      <w:r>
        <w:rPr>
          <w:lang w:eastAsia="zh-CN"/>
        </w:rPr>
        <w:br/>
      </w:r>
      <w:r>
        <w:rPr>
          <w:lang w:eastAsia="zh-CN"/>
        </w:rPr>
        <w:t xml:space="preserve">    服装销售工作计划书范文 篇10 </w:t>
      </w:r>
      <w:r>
        <w:rPr>
          <w:lang w:eastAsia="zh-CN"/>
        </w:rPr>
        <w:br/>
      </w:r>
      <w:r>
        <w:rPr>
          <w:lang w:eastAsia="zh-CN"/>
        </w:rPr>
        <w:t>　　一、服装的陈列</w:t>
      </w:r>
      <w:r>
        <w:rPr>
          <w:lang w:eastAsia="zh-CN"/>
        </w:rPr>
        <w:br/>
      </w:r>
      <w:r>
        <w:rPr>
          <w:lang w:eastAsia="zh-CN"/>
        </w:rPr>
        <w:t>　　在卖场除了店铺的设计和橱窗的造型外，需要在服装的陈列上表新立异，以求强烈的视觉冲击力，营造成一种商业空间的销售环境，以浓重的设计烘托自身的卖场氛围，以独特的个性确立商圈的形象，以争取更多消费者的光顾，来获取更大的利润。因此，服装陈列也越来越受商家的注意，成为销售系统的重要环节。作为营销系统中重要的一环，如何陈列商品，有以下几点建议：</w:t>
      </w:r>
      <w:r>
        <w:rPr>
          <w:lang w:eastAsia="zh-CN"/>
        </w:rPr>
        <w:br/>
      </w:r>
      <w:r>
        <w:rPr>
          <w:lang w:eastAsia="zh-CN"/>
        </w:rPr>
        <w:t>　　1、叠装陈列</w:t>
      </w:r>
      <w:r>
        <w:rPr>
          <w:lang w:eastAsia="zh-CN"/>
        </w:rPr>
        <w:br/>
      </w:r>
      <w:r>
        <w:rPr>
          <w:lang w:eastAsia="zh-CN"/>
        </w:rPr>
        <w:t>　　(1)首先强调视觉，在色块掌握上，原则应是从外到内，有浅至深，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由暖至冷，由明至暗，因为这是人观察事物的习性，这样也能使消费者对商品产生兴趣，从注意、吸引、观察、购买等几个环节进行购物。</w:t>
      </w:r>
      <w:r>
        <w:rPr>
          <w:lang w:eastAsia="zh-CN"/>
        </w:rPr>
        <w:br/>
      </w:r>
      <w:r>
        <w:rPr>
          <w:lang w:eastAsia="zh-CN"/>
        </w:rPr>
        <w:t>　　(2)同季节同类型同系列的产品陈列同一区域。</w:t>
      </w:r>
      <w:r>
        <w:rPr>
          <w:lang w:eastAsia="zh-CN"/>
        </w:rPr>
        <w:br/>
      </w:r>
      <w:r>
        <w:rPr>
          <w:lang w:eastAsia="zh-CN"/>
        </w:rPr>
        <w:t>　　(3)叠装区域附近位置尽量设计模特，展示叠装中的代表款式，以吸引注意增进视觉，并且可以摆放相应的服装的海报，宣传单张，以全方位位展示代表款。</w:t>
      </w:r>
      <w:r>
        <w:rPr>
          <w:lang w:eastAsia="zh-CN"/>
        </w:rPr>
        <w:br/>
      </w:r>
      <w:r>
        <w:rPr>
          <w:lang w:eastAsia="zh-CN"/>
        </w:rPr>
        <w:t>　　2、挂装陈列：</w:t>
      </w:r>
      <w:r>
        <w:rPr>
          <w:lang w:eastAsia="zh-CN"/>
        </w:rPr>
        <w:br/>
      </w:r>
      <w:r>
        <w:rPr>
          <w:lang w:eastAsia="zh-CN"/>
        </w:rPr>
        <w:t>　　(1)每款服饰应同时连续挂2件以上，挂装应保持整洁，无折痕。</w:t>
      </w:r>
      <w:r>
        <w:rPr>
          <w:lang w:eastAsia="zh-CN"/>
        </w:rPr>
        <w:br/>
      </w:r>
      <w:r>
        <w:rPr>
          <w:lang w:eastAsia="zh-CN"/>
        </w:rPr>
        <w:t>　　(2)挂装的陈列颜色应从外到内，从前到后，由浅到深，由明至暗，侧列从前到后，从外到内，由浅到深，由明至暗，这些得根据店铺的面积与服装的主推风格来定。</w:t>
      </w:r>
      <w:r>
        <w:rPr>
          <w:lang w:eastAsia="zh-CN"/>
        </w:rPr>
        <w:br/>
      </w:r>
      <w:r>
        <w:rPr>
          <w:lang w:eastAsia="zh-CN"/>
        </w:rPr>
        <w:t>　　3、模特服装的陈列，二到三天则须更换一次，这样给顾客保持新鲜感，吸引人流进店。在细节决定成败的今天，商家想在激烈的市场竞争中，立于不败之地，就得从细微处入手，作为服装销售的专卖店，有三个因素决定着专卖店开得是否成功，一是硬件，二是其货品陈列，三是专卖店的员工素质，服务质量提高销售量也必将随之提高。</w:t>
      </w:r>
      <w:r>
        <w:rPr>
          <w:lang w:eastAsia="zh-CN"/>
        </w:rPr>
        <w:br/>
      </w:r>
      <w:r>
        <w:rPr>
          <w:lang w:eastAsia="zh-CN"/>
        </w:rPr>
        <w:t>　　二、提高服务质量：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服装导购代表工作的目的不尽相同，有的是为了收入，有的是为了喜好，有的兼而有之，不论是那一种目的首先工作就必须具备工作责任心及工作要求，好的服务必将赢得顾客认同，获得顾客认同也必将提高销售量。</w:t>
      </w:r>
      <w:r>
        <w:rPr>
          <w:lang w:eastAsia="zh-CN"/>
        </w:rPr>
        <w:br/>
      </w:r>
      <w:r>
        <w:rPr>
          <w:lang w:eastAsia="zh-CN"/>
        </w:rPr>
        <w:t>　　1、自身工作要求：</w:t>
      </w:r>
      <w:r>
        <w:rPr>
          <w:lang w:eastAsia="zh-CN"/>
        </w:rPr>
        <w:br/>
      </w:r>
      <w:r>
        <w:rPr>
          <w:lang w:eastAsia="zh-CN"/>
        </w:rPr>
        <w:t>　　(1)保证积极的工作态度，在工作中持有饱满的工作热情;</w:t>
      </w:r>
      <w:r>
        <w:rPr>
          <w:lang w:eastAsia="zh-CN"/>
        </w:rPr>
        <w:br/>
      </w:r>
      <w:r>
        <w:rPr>
          <w:lang w:eastAsia="zh-CN"/>
        </w:rPr>
        <w:t>　　(2)善于与同事合作，精诚合作发挥团队销售力量;和公司其他员工要有良好的沟通，有团队意识，多交流，多探讨，才能不断增长业务技能;</w:t>
      </w:r>
      <w:r>
        <w:rPr>
          <w:lang w:eastAsia="zh-CN"/>
        </w:rPr>
        <w:br/>
      </w:r>
      <w:r>
        <w:rPr>
          <w:lang w:eastAsia="zh-CN"/>
        </w:rPr>
        <w:t>　　(3)要有好业绩就得加强业务学习，开拓视野，丰富知识，采取多样化形式，把学业务与交流技能相结合。</w:t>
      </w:r>
      <w:r>
        <w:rPr>
          <w:lang w:eastAsia="zh-CN"/>
        </w:rPr>
        <w:br/>
      </w:r>
      <w:r>
        <w:rPr>
          <w:lang w:eastAsia="zh-CN"/>
        </w:rPr>
        <w:t>　　(4)对自己严格要求，学习亮剑精神，工作扎实细致，要不断加强业务方面的学习，多看书及相关产品知识，上网查阅相关资料，与同行们交流，向他们学习更好的方式方法。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(5)善于做出工作总结，一周一小结，每月一大结，看看有哪些工作上的失误，及时改正下次不要再犯，学会自主严格要求自己。</w:t>
      </w:r>
      <w:r>
        <w:rPr>
          <w:lang w:eastAsia="zh-CN"/>
        </w:rPr>
        <w:br/>
      </w:r>
      <w:r>
        <w:rPr>
          <w:lang w:eastAsia="zh-CN"/>
        </w:rPr>
        <w:t>　　2、客户维系要求：</w:t>
      </w:r>
      <w:r>
        <w:rPr>
          <w:lang w:eastAsia="zh-CN"/>
        </w:rPr>
        <w:br/>
      </w:r>
      <w:r>
        <w:rPr>
          <w:lang w:eastAsia="zh-CN"/>
        </w:rPr>
        <w:t>　　(1)知道顾客的真正需求，在了解顾客的需求同时，满足顾客提出的合理要求，提高与顾客之间的信任度，这是维系客户所必要的条件。</w:t>
      </w:r>
      <w:r>
        <w:rPr>
          <w:lang w:eastAsia="zh-CN"/>
        </w:rPr>
        <w:br/>
      </w:r>
      <w:r>
        <w:rPr>
          <w:lang w:eastAsia="zh-CN"/>
        </w:rPr>
        <w:t>　　(2)建立客户资料，对客服的喜好要清楚了解，客户电话必须详细记录，在每季有新产品上架时可以通知客户。</w:t>
      </w:r>
      <w:r>
        <w:rPr>
          <w:lang w:eastAsia="zh-CN"/>
        </w:rPr>
        <w:br/>
      </w:r>
      <w:r>
        <w:rPr>
          <w:lang w:eastAsia="zh-CN"/>
        </w:rPr>
        <w:t>　　(3)对于老客户，和固定客户，要经常保持联系，在有时间有条件的情况下，送一些小礼物或宴请客户，好稳定与客户关系。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(4)对所有客户的工作态度都要一样，加强产品质量和服务意识，为公司树立更好的形象，让客户相信我们的工作实力，才能更好的完成任务。了解客户最需要的服务质量，尽自己最大的努力做的更好。</w:t>
      </w:r>
      <w:r>
        <w:rPr>
          <w:lang w:eastAsia="zh-CN"/>
        </w:rPr>
        <w:br/>
      </w:r>
      <w:r>
        <w:rPr>
          <w:lang w:eastAsia="zh-CN"/>
        </w:rPr>
        <w:t>　　三、具体工作计划</w:t>
      </w:r>
      <w:r>
        <w:rPr>
          <w:lang w:eastAsia="zh-CN"/>
        </w:rPr>
        <w:br/>
      </w:r>
      <w:r>
        <w:rPr>
          <w:lang w:eastAsia="zh-CN"/>
        </w:rPr>
        <w:t>　　1、对销售任务的细化分解，将每月的任务量分配至每周、每天，每日当班工作结束后核对任务完成情况，总结工作得失;</w:t>
      </w:r>
      <w:r>
        <w:rPr>
          <w:lang w:eastAsia="zh-CN"/>
        </w:rPr>
        <w:br/>
      </w:r>
      <w:r>
        <w:rPr>
          <w:lang w:eastAsia="zh-CN"/>
        </w:rPr>
        <w:t>　　2、于老客户保持良好关系，在周末时发送祝福短信，让客户感受到被重视。</w:t>
      </w:r>
      <w:r>
        <w:rPr>
          <w:lang w:eastAsia="zh-CN"/>
        </w:rPr>
        <w:br/>
      </w:r>
      <w:r>
        <w:rPr>
          <w:lang w:eastAsia="zh-CN"/>
        </w:rPr>
        <w:t>　　3、新品上架或换季活动时主动通过电话通知顾客，邀约顾客到店消费。</w:t>
      </w:r>
      <w:r>
        <w:rPr>
          <w:lang w:eastAsia="zh-CN"/>
        </w:rPr>
        <w:br/>
      </w:r>
      <w:r>
        <w:rPr>
          <w:lang w:eastAsia="zh-CN"/>
        </w:rPr>
        <w:t>　　在日益激烈的竞争环境中，我将以公司利益为中心，以服务客户为宗旨、提高自身素质同时加强客户维系量。当稳定的客户群体带动散户消费群体，确保销售稳定才是面对竞争的利器。</w:t>
      </w:r>
      <w:r>
        <w:rPr>
          <w:lang w:eastAsia="zh-CN"/>
        </w:rPr>
        <w:br/>
      </w:r>
      <w:r>
        <w:rPr>
          <w:lang w:eastAsia="zh-CN"/>
        </w:rPr>
        <w:t xml:space="preserve">    服装销售工作计划书范文 篇11 </w:t>
      </w:r>
      <w:r>
        <w:rPr>
          <w:lang w:eastAsia="zh-CN"/>
        </w:rPr>
        <w:br/>
      </w:r>
      <w:r>
        <w:rPr>
          <w:lang w:eastAsia="zh-CN"/>
        </w:rPr>
        <w:t>　　作为一名服装销售我深感到责任的重大，多年来的工作经验，让我明白了这样一个道理：对于一个经济效益好的零售店来说，一是要有一个专业的管理者；二是要有良好的专业知识做后盾；三是要有一套良好的管理制度。用心去观察，用心去与顾客交流，你就可以做好。</w:t>
      </w:r>
      <w:r>
        <w:rPr>
          <w:lang w:eastAsia="zh-CN"/>
        </w:rPr>
        <w:br/>
      </w:r>
      <w:r>
        <w:rPr>
          <w:lang w:eastAsia="zh-CN"/>
        </w:rPr>
        <w:t>　　具体归纳为以下几点：</w:t>
      </w:r>
      <w:r>
        <w:rPr>
          <w:lang w:eastAsia="zh-CN"/>
        </w:rPr>
        <w:br/>
      </w:r>
      <w:r>
        <w:rPr>
          <w:lang w:eastAsia="zh-CN"/>
        </w:rPr>
        <w:t>　　1、认真贯彻公司的经营方针，同时将公司的经营策略正确并及时的传达给每个员工，起好承上启下的桥梁作用。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2、做好员工的思想工作，团结好店内员工，充分调动和发挥员工的积极性，了解每一位员工的优点所在，并发挥其特长，做到量才适用。增强本店的凝聚力，使之成为一个团结的集体。</w:t>
      </w:r>
      <w:r>
        <w:rPr>
          <w:lang w:eastAsia="zh-CN"/>
        </w:rPr>
        <w:br/>
      </w:r>
      <w:r>
        <w:rPr>
          <w:lang w:eastAsia="zh-CN"/>
        </w:rPr>
        <w:t>　　3、通过各种渠道了解同业信息，了解顾客的购物心理，做到知己知彼，心中有数，有的放矢，使我们的工作更具针对性，从而避免因此而带来的不必要的损失。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4、以身作则，做员工的表帅。不断的向员工灌输企业文化，教育员工有全局意识，做事情要从公司整体利益出发。</w:t>
      </w:r>
      <w:r>
        <w:rPr>
          <w:lang w:eastAsia="zh-CN"/>
        </w:rPr>
        <w:br/>
      </w:r>
      <w:r>
        <w:rPr>
          <w:lang w:eastAsia="zh-CN"/>
        </w:rPr>
        <w:t>　　5、靠周到而细致的服务去吸引顾客。发挥所有员工的主动性和创作性，使员工从被动的“让我干”到积极的“我要干”。为了给顾客创造一个良好的购物环境，为公司创作更多的销售业绩，带领员工在以下几方面做好本职工作。</w:t>
      </w:r>
      <w:r>
        <w:rPr>
          <w:lang w:eastAsia="zh-CN"/>
        </w:rPr>
        <w:br/>
      </w:r>
      <w:r>
        <w:rPr>
          <w:lang w:eastAsia="zh-CN"/>
        </w:rPr>
        <w:t>　　首先，做好每天的清洁工作，为顾客营造一个舒心的购物环境；其次，积极主动的为顾客服务，尽可能的满足消费者需求；要不断强化服务意识，并以发自内心的微笑和礼貌的文明用语，使顾客满意的离开本店。</w:t>
      </w:r>
      <w:r>
        <w:rPr>
          <w:lang w:eastAsia="zh-CN"/>
        </w:rPr>
        <w:br/>
      </w:r>
      <w:r>
        <w:rPr>
          <w:lang w:eastAsia="zh-CN"/>
        </w:rPr>
        <w:t>　　6、处理好部门间的合作、上下级之间的工作协作，少一些牢骚，多一些热情，客观的去看待工作中的问题，并以积极的态度去解决。</w:t>
      </w:r>
      <w:r>
        <w:rPr>
          <w:lang w:eastAsia="zh-CN"/>
        </w:rPr>
        <w:br/>
      </w:r>
      <w:r>
        <w:rPr>
          <w:lang w:eastAsia="zh-CN"/>
        </w:rPr>
        <w:t>　　现在，门店的管理正在逐步走向数据化、科学化，管理手段的提升，对店长提出了新的工作要求，熟练的业务将帮助我们实现各项营运指标。新的一年开始了，成绩只能代表过去。我将以更精湛熟练的业务治理好我们华东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面对20____年的工作，我深感责任重大。要随时保持清醒的头脑，理清明年的工作思路，重点要在以下几个方面狠下功夫：</w:t>
      </w:r>
      <w:r>
        <w:rPr>
          <w:lang w:eastAsia="zh-CN"/>
        </w:rPr>
        <w:br/>
      </w:r>
      <w:r>
        <w:rPr>
          <w:lang w:eastAsia="zh-CN"/>
        </w:rPr>
        <w:t>　　1、加强日常管理，特别是抓好基础工作的管理。</w:t>
      </w:r>
      <w:r>
        <w:rPr>
          <w:lang w:eastAsia="zh-CN"/>
        </w:rPr>
        <w:br/>
      </w:r>
      <w:r>
        <w:rPr>
          <w:lang w:eastAsia="zh-CN"/>
        </w:rPr>
        <w:t>　　2、对内加大员工的培训力度，全面提高员工的整体素质。</w:t>
      </w:r>
      <w:r>
        <w:rPr>
          <w:lang w:eastAsia="zh-CN"/>
        </w:rPr>
        <w:br/>
      </w:r>
      <w:r>
        <w:rPr>
          <w:lang w:eastAsia="zh-CN"/>
        </w:rPr>
        <w:t>　　3、树立对公司高度忠诚，爱岗敬业，顾全大局，一切为公司着想，为公司全面提升经济效益增砖添瓦。</w:t>
      </w:r>
      <w:r>
        <w:rPr>
          <w:lang w:eastAsia="zh-CN"/>
        </w:rPr>
        <w:br/>
      </w:r>
      <w:r>
        <w:rPr>
          <w:lang w:eastAsia="zh-CN"/>
        </w:rPr>
        <w:t>　　4、加强和各部门、各兄弟公司的团结协作，创造最良好、无间的工作环境，去掉不和—谐的音符，发挥员工最大的工作热情，逐步成为一个最优秀的团队。</w:t>
      </w:r>
      <w:r>
        <w:rPr>
          <w:lang w:eastAsia="zh-CN"/>
        </w:rPr>
        <w:br/>
      </w:r>
      <w:r>
        <w:rPr>
          <w:lang w:eastAsia="zh-CN"/>
        </w:rPr>
        <w:t xml:space="preserve">    服装销售工作计划书范文 篇12 </w:t>
      </w:r>
      <w:r>
        <w:rPr>
          <w:lang w:eastAsia="zh-CN"/>
        </w:rPr>
        <w:br/>
      </w:r>
      <w:r>
        <w:rPr>
          <w:lang w:eastAsia="zh-CN"/>
        </w:rPr>
        <w:t>　　20__年商场服装销售工作计划一在竞争日趋激烈的时代，商家为了吸引消费者的眼球，提高销售量，应该在每个细节上力求做到于众不同，在原有硬件设施设备的条件下除了店铺的设计，橱窗的造型外，软件服务尤为总要。服务提升销售业绩才会随之提高，如何提升服务重点有以下几方面：</w:t>
      </w:r>
      <w:r>
        <w:rPr>
          <w:lang w:eastAsia="zh-CN"/>
        </w:rPr>
        <w:br/>
      </w:r>
      <w:r>
        <w:rPr>
          <w:lang w:eastAsia="zh-CN"/>
        </w:rPr>
        <w:t>　　一、服装的陈列</w:t>
      </w:r>
      <w:r>
        <w:rPr>
          <w:lang w:eastAsia="zh-CN"/>
        </w:rPr>
        <w:br/>
      </w:r>
      <w:r>
        <w:rPr>
          <w:lang w:eastAsia="zh-CN"/>
        </w:rPr>
        <w:t>　　在卖场除了店铺的设计和橱窗的造型外，需要在服装的陈列上表新立异，以求强烈的视觉冲击力，营造成一种商业空间的销售环境，以浓重的设计烘托自身的卖场氛围，以独特的个性确立商圈的形象，以争取更多消费者的光顾，来获取更大的利润。因此，服装陈列也越来越受商家的注意，成为销售系统的重要环节。作为营销系统中重要的一环，如何陈列商品，有以下几点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1.叠装陈列</w:t>
      </w:r>
      <w:r>
        <w:rPr>
          <w:lang w:eastAsia="zh-CN"/>
        </w:rPr>
        <w:br/>
      </w:r>
      <w:r>
        <w:rPr>
          <w:lang w:eastAsia="zh-CN"/>
        </w:rPr>
        <w:t>　　(1)首先强调视觉，在色块掌握上，原则应是从外到内，有浅至深，由暖至冷，由明至暗，因为这是人观察事物的习性，这样也能使消费者对商品产生兴趣，从注意、吸引、观察、购买等几个环节进行购物。</w:t>
      </w:r>
      <w:r>
        <w:rPr>
          <w:lang w:eastAsia="zh-CN"/>
        </w:rPr>
        <w:br/>
      </w:r>
      <w:r>
        <w:rPr>
          <w:lang w:eastAsia="zh-CN"/>
        </w:rPr>
        <w:t>　　(2)同季节同类型同系列的产品陈列同一区域。</w:t>
      </w:r>
      <w:r>
        <w:rPr>
          <w:lang w:eastAsia="zh-CN"/>
        </w:rPr>
        <w:br/>
      </w:r>
      <w:r>
        <w:rPr>
          <w:lang w:eastAsia="zh-CN"/>
        </w:rPr>
        <w:t>　　(3)叠装区域附近位置尽量设计模特，展示叠装中的代表款式，以吸引注意增进视觉，并且可以摆放相应的服装的海报，宣传单张，以全方位位展示代表款。</w:t>
      </w:r>
      <w:r>
        <w:rPr>
          <w:lang w:eastAsia="zh-CN"/>
        </w:rPr>
        <w:br/>
      </w:r>
      <w:r>
        <w:rPr>
          <w:lang w:eastAsia="zh-CN"/>
        </w:rPr>
        <w:t>　　2.挂装陈列</w:t>
      </w:r>
      <w:r>
        <w:rPr>
          <w:lang w:eastAsia="zh-CN"/>
        </w:rPr>
        <w:br/>
      </w:r>
      <w:r>
        <w:rPr>
          <w:lang w:eastAsia="zh-CN"/>
        </w:rPr>
        <w:t>　　(1)每款服饰应同时连续挂2件以上，挂装应保持整洁，无折痕。</w:t>
      </w:r>
      <w:r>
        <w:rPr>
          <w:lang w:eastAsia="zh-CN"/>
        </w:rPr>
        <w:br/>
      </w:r>
      <w:r>
        <w:rPr>
          <w:lang w:eastAsia="zh-CN"/>
        </w:rPr>
        <w:t>　　(2)挂装的陈列颜色应从外到内，从前到后，由浅到深，由明至暗，侧列从前到后，从外到内，由浅到深，由明至暗，这些得根据店铺的面积与服装的主推风格来定。</w:t>
      </w:r>
      <w:r>
        <w:rPr>
          <w:lang w:eastAsia="zh-CN"/>
        </w:rPr>
        <w:br/>
      </w:r>
      <w:r>
        <w:rPr>
          <w:lang w:eastAsia="zh-CN"/>
        </w:rPr>
        <w:t>　　3.模特服装的陈列，二到三天则须更换一次，这样给顾客保持新鲜感，吸引人流进店。</w:t>
      </w:r>
      <w:r>
        <w:rPr>
          <w:lang w:eastAsia="zh-CN"/>
        </w:rPr>
        <w:br/>
      </w:r>
      <w:r>
        <w:rPr>
          <w:lang w:eastAsia="zh-CN"/>
        </w:rPr>
        <w:t>　　二、提高服务质量</w:t>
      </w:r>
      <w:r>
        <w:rPr>
          <w:lang w:eastAsia="zh-CN"/>
        </w:rPr>
        <w:br/>
      </w:r>
      <w:r>
        <w:rPr>
          <w:lang w:eastAsia="zh-CN"/>
        </w:rPr>
        <w:t>　　服装导购代表工作的目的不尽相同，有的是为了收入，有的是为了喜好，有的兼而有之，不论是那一种目的首先工作就必须具备工作责任心及工作要求，好的服务必将赢得顾客认同，获得顾客认同也必将提高销售量。</w:t>
      </w:r>
      <w:r>
        <w:rPr>
          <w:lang w:eastAsia="zh-CN"/>
        </w:rPr>
        <w:br/>
      </w:r>
      <w:r>
        <w:rPr>
          <w:lang w:eastAsia="zh-CN"/>
        </w:rPr>
        <w:t>　　1.自身工作要求：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(1)保证积极的工作态度，在工作中持有饱满的工作热情;</w:t>
      </w:r>
      <w:r>
        <w:rPr>
          <w:lang w:eastAsia="zh-CN"/>
        </w:rPr>
        <w:br/>
      </w:r>
      <w:r>
        <w:rPr>
          <w:lang w:eastAsia="zh-CN"/>
        </w:rPr>
        <w:t>　　(2)善于与同事合作，精诚合作发挥团队销售力量;和公司其他员工要有良好的沟通，有团队意识，多交流，多探讨，才能不断增长业务技能;</w:t>
      </w:r>
      <w:r>
        <w:rPr>
          <w:lang w:eastAsia="zh-CN"/>
        </w:rPr>
        <w:br/>
      </w:r>
      <w:r>
        <w:rPr>
          <w:lang w:eastAsia="zh-CN"/>
        </w:rPr>
        <w:t>　　(3)要有好业绩就得加强业务学习，开拓视野，丰富知识，采取多样化形式，把学业务与交流技能相结合。</w:t>
      </w:r>
      <w:r>
        <w:rPr>
          <w:lang w:eastAsia="zh-CN"/>
        </w:rPr>
        <w:br/>
      </w:r>
      <w:r>
        <w:rPr>
          <w:lang w:eastAsia="zh-CN"/>
        </w:rPr>
        <w:t>　　(4)对自己严格要求，学习亮剑精神，工作扎实细致，要不断加强业务方面的学习，多看书及相关产品知识，上网查阅相关资料，与同行们交流，向他们学习更好的方式方法。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(5)善于做出工作总结，一周一小结，每月一大结，看看有哪些工作上的失误，及时改正下次不要再犯，学会自主严格要求自己。</w:t>
      </w:r>
      <w:r>
        <w:rPr>
          <w:lang w:eastAsia="zh-CN"/>
        </w:rPr>
        <w:br/>
      </w:r>
      <w:r>
        <w:rPr>
          <w:lang w:eastAsia="zh-CN"/>
        </w:rPr>
        <w:t>　　2.客户维系要求：</w:t>
      </w:r>
      <w:r>
        <w:rPr>
          <w:lang w:eastAsia="zh-CN"/>
        </w:rPr>
        <w:br/>
      </w:r>
      <w:r>
        <w:rPr>
          <w:lang w:eastAsia="zh-CN"/>
        </w:rPr>
        <w:t>　　(1)知道顾客的真正需求，在了解顾客的需求同时，满足顾客提出的合理要求，提高与顾客之间的信任度，这是维系客户所必要的条件。</w:t>
      </w:r>
      <w:r>
        <w:rPr>
          <w:lang w:eastAsia="zh-CN"/>
        </w:rPr>
        <w:br/>
      </w:r>
      <w:r>
        <w:rPr>
          <w:lang w:eastAsia="zh-CN"/>
        </w:rPr>
        <w:t>　　(2)建立客户资料，对客服的喜好要清楚了解，客户电话必须详细记录，在每季有新产品上架时可以通知客户。</w:t>
      </w:r>
      <w:r>
        <w:rPr>
          <w:lang w:eastAsia="zh-CN"/>
        </w:rPr>
        <w:br/>
      </w:r>
      <w:r>
        <w:rPr>
          <w:lang w:eastAsia="zh-CN"/>
        </w:rPr>
        <w:t>　　(3)对于老客户，和固定客户，要经常保持联系，在有时间有条件的情况下，送一些小礼物或宴请客户，好稳定与客户关系。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(4)对所有客户的工作态度都要一样，加强产品质量和服务意识，为公司树立更好的形象，让客户相信我们的工作实力，才能更好的完成任务。了解客户最需要的服务质量，尽自己最大的努力做的更好。</w:t>
      </w:r>
      <w:r>
        <w:rPr>
          <w:lang w:eastAsia="zh-CN"/>
        </w:rPr>
        <w:br/>
      </w:r>
      <w:r>
        <w:rPr>
          <w:lang w:eastAsia="zh-CN"/>
        </w:rPr>
        <w:t>　　三、具体工作计划</w:t>
      </w:r>
      <w:r>
        <w:rPr>
          <w:lang w:eastAsia="zh-CN"/>
        </w:rPr>
        <w:br/>
      </w:r>
      <w:r>
        <w:rPr>
          <w:lang w:eastAsia="zh-CN"/>
        </w:rPr>
        <w:t>　　1.对销售任务的细化分解，将每月的任务量分配至每周、每天，每日当班工作结束后核对任务完成情况，总结工作得失;</w:t>
      </w:r>
      <w:r>
        <w:rPr>
          <w:lang w:eastAsia="zh-CN"/>
        </w:rPr>
        <w:br/>
      </w:r>
      <w:r>
        <w:rPr>
          <w:lang w:eastAsia="zh-CN"/>
        </w:rPr>
        <w:t>　　2.于老客户保持良好关系，在周末时发送祝福短信，让客户感受到被重视。</w:t>
      </w:r>
      <w:r>
        <w:rPr>
          <w:lang w:eastAsia="zh-CN"/>
        </w:rPr>
        <w:br/>
      </w:r>
      <w:r>
        <w:rPr>
          <w:lang w:eastAsia="zh-CN"/>
        </w:rPr>
        <w:t>　　3.新品上架或换季活动时主动通过电话通知顾客，邀约顾客到店消费。</w:t>
      </w:r>
      <w:r>
        <w:rPr>
          <w:lang w:eastAsia="zh-CN"/>
        </w:rPr>
        <w:br/>
      </w:r>
      <w:r>
        <w:rPr>
          <w:lang w:eastAsia="zh-CN"/>
        </w:rPr>
        <w:t xml:space="preserve">    服装销售工作计划书范文 篇13 </w:t>
      </w:r>
      <w:r>
        <w:rPr>
          <w:lang w:eastAsia="zh-CN"/>
        </w:rPr>
        <w:br/>
      </w:r>
      <w:r>
        <w:rPr>
          <w:lang w:eastAsia="zh-CN"/>
        </w:rPr>
        <w:t>　　一、销售准备</w:t>
      </w:r>
      <w:r>
        <w:rPr>
          <w:lang w:eastAsia="zh-CN"/>
        </w:rPr>
        <w:br/>
      </w:r>
      <w:r>
        <w:rPr>
          <w:lang w:eastAsia="zh-CN"/>
        </w:rPr>
        <w:t>　　作为服装店，到了换季的时候常常会遇上相同的状况。为了换季我们要进新货物，有了新货就需要仓库来存货，这个时候，如何去清空在上个季度的库存就是很重要的了。换季后的衣服如果不及时处理掉，留在明年就会更难办，更不用说还要一直占着空间一年！虽然在月底的时候已经在疯狂的做着特价甩卖，但是根据情况来看，还是需要延长一下活动时间，调整一下打折的力度，尽快解决。</w:t>
      </w:r>
      <w:r>
        <w:rPr>
          <w:lang w:eastAsia="zh-CN"/>
        </w:rPr>
        <w:br/>
      </w:r>
      <w:r>
        <w:rPr>
          <w:lang w:eastAsia="zh-CN"/>
        </w:rPr>
        <w:t>　　二、第四季度的准备</w:t>
      </w:r>
      <w:r>
        <w:rPr>
          <w:lang w:eastAsia="zh-CN"/>
        </w:rPr>
        <w:br/>
      </w:r>
      <w:r>
        <w:rPr>
          <w:lang w:eastAsia="zh-CN"/>
        </w:rPr>
        <w:t>　　第四季度是个“节日”多多的季节。不只是传统的节日，说道现在的购物节日，当然还是“双11”以及“双12”才是第四季度的重头戏。当然，作为店铺，我们不能忘了在实体店上的打理，但是作为赶上潮流的服装业的销售者，我们更是不能脱离潮流的浪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在第四季度时，除了在实体和网店内换上换季的服装我们还需要针对第四季度的“节日”做好充分的活动策划，做到实体与网店齐头并进。</w:t>
      </w:r>
      <w:r>
        <w:rPr>
          <w:lang w:eastAsia="zh-CN"/>
        </w:rPr>
        <w:br/>
      </w:r>
      <w:r>
        <w:rPr>
          <w:lang w:eastAsia="zh-CN"/>
        </w:rPr>
        <w:t>　　首先是在实体店方面，作为实体店，现在在年轻人心中的竞争力确实不如网店。比起在店内与老板讲价，他们更愿意去在网上寻觅优惠活动和优惠卷。为了能让实体店也能在这个四月得到收获，我们要在节日和换季阶段也做出相应的活动，给出优惠，或是赠送礼品。让顾客能感受到身边的实惠。</w:t>
      </w:r>
      <w:r>
        <w:rPr>
          <w:lang w:eastAsia="zh-CN"/>
        </w:rPr>
        <w:br/>
      </w:r>
      <w:r>
        <w:rPr>
          <w:lang w:eastAsia="zh-CN"/>
        </w:rPr>
        <w:t>　　其次在网店上，针对第四季度的产品，要准备的地方也有很多。首先是要对网店内摆放的货物进行及时的更新，并群发消息给所有关注的客户。及时的给出一些小优惠也是不错的选择。遇上客服请求的时候，要及时去解决。</w:t>
      </w:r>
      <w:r>
        <w:rPr>
          <w:lang w:eastAsia="zh-CN"/>
        </w:rPr>
        <w:br/>
      </w:r>
      <w:r>
        <w:rPr>
          <w:lang w:eastAsia="zh-CN"/>
        </w:rPr>
        <w:t>　　在折扣日开始的时候，要准时的将折扣活动准备好，并且货源也要准备充分！</w:t>
      </w:r>
      <w:r>
        <w:rPr>
          <w:lang w:eastAsia="zh-CN"/>
        </w:rPr>
        <w:br/>
      </w:r>
      <w:r>
        <w:rPr>
          <w:lang w:eastAsia="zh-CN"/>
        </w:rPr>
        <w:t>　　三、总结</w:t>
      </w:r>
      <w:r>
        <w:rPr>
          <w:lang w:eastAsia="zh-CN"/>
        </w:rPr>
        <w:br/>
      </w:r>
      <w:r>
        <w:rPr>
          <w:lang w:eastAsia="zh-CN"/>
        </w:rPr>
        <w:t>　　第四季度，这将会是非常忙碌的一年，我们对我们的品牌有信心，所以我们也必须在这个第四季度来做出成绩来！</w:t>
      </w:r>
      <w:r>
        <w:rPr>
          <w:lang w:eastAsia="zh-CN"/>
        </w:rPr>
        <w:br/>
      </w:r>
      <w:r>
        <w:rPr>
          <w:lang w:eastAsia="zh-CN"/>
        </w:rPr>
        <w:t xml:space="preserve">    服装销售工作计划书范文 篇14 </w:t>
      </w:r>
      <w:r>
        <w:rPr>
          <w:lang w:eastAsia="zh-CN"/>
        </w:rPr>
        <w:br/>
      </w:r>
      <w:r>
        <w:rPr>
          <w:lang w:eastAsia="zh-CN"/>
        </w:rPr>
        <w:t>　　一、了解公司年度市场开发计划，主要应了解以下方面的内容：</w:t>
      </w:r>
      <w:r>
        <w:rPr>
          <w:lang w:eastAsia="zh-CN"/>
        </w:rPr>
        <w:br/>
      </w:r>
      <w:r>
        <w:rPr>
          <w:lang w:eastAsia="zh-CN"/>
        </w:rPr>
        <w:t>　　增加店铺的数量；扩大单店面积的多少；提升单店增长率的计划；折扣促销、赠送礼品、VIP客户管理计划；地域倾向计划；价格调整计划；广告及媒体宣传计划；上一年度本季资料等。</w:t>
      </w:r>
      <w:r>
        <w:rPr>
          <w:lang w:eastAsia="zh-CN"/>
        </w:rPr>
        <w:br/>
      </w:r>
      <w:r>
        <w:rPr>
          <w:lang w:eastAsia="zh-CN"/>
        </w:rPr>
        <w:t>　　二、了解设计师对新一季产品的整体设计规划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服装设计师在入行新一季产品设计时，陈列师淘宝开店能赚钱吗要做的并不是等待，而应该随时了解服装设计师的思路及进展，与此同时，启动新一季终端陈列策划案。</w:t>
      </w:r>
      <w:r>
        <w:rPr>
          <w:lang w:eastAsia="zh-CN"/>
        </w:rPr>
        <w:br/>
      </w:r>
      <w:r>
        <w:rPr>
          <w:lang w:eastAsia="zh-CN"/>
        </w:rPr>
        <w:t>　　三、了解新品上市计划，入行色系整合</w:t>
      </w:r>
      <w:r>
        <w:rPr>
          <w:lang w:eastAsia="zh-CN"/>
        </w:rPr>
        <w:br/>
      </w:r>
      <w:r>
        <w:rPr>
          <w:lang w:eastAsia="zh-CN"/>
        </w:rPr>
        <w:t>　　在进行陈列策划的过程中，有一个很重要的程序，即面对上百种面料进行色系整合。服装设计师在进行服装设计的时候不怎样进行网上开店是已经有色彩搭配方案了吗？没错，服装设计师在设计服装的时候一定会有一套色彩搭配方案，但仅有一套而已。作为陈列师，只有一种搭配方案远远不够，因为服装设计师的搭配方案不一定能够应对所有店铺的实际情况，不一定能被市场认可，这时第一反应就是通过更改陈列促进销售，这便是陈列师所准备的第二方案、第三方案大显身手的时候。</w:t>
      </w:r>
      <w:r>
        <w:rPr>
          <w:lang w:eastAsia="zh-CN"/>
        </w:rPr>
        <w:br/>
      </w:r>
      <w:r>
        <w:rPr>
          <w:lang w:eastAsia="zh-CN"/>
        </w:rPr>
        <w:t>　　四、了解当季库存成衣数量及清减计划表</w:t>
      </w:r>
      <w:r>
        <w:rPr>
          <w:lang w:eastAsia="zh-CN"/>
        </w:rPr>
        <w:br/>
      </w:r>
      <w:r>
        <w:rPr>
          <w:lang w:eastAsia="zh-CN"/>
        </w:rPr>
        <w:t>　　成衣库存分为两种，一种是销售较好的畅销库存，一种是销售不好的滞销库存。畅销库存自然不必担心，关键在于滞销库存。如何将这些卖得不好的款式与新一季的货品重新组合，带动滞销库存的销售，这是陈列设计师必须考虑的。陈列师有责任通过自己的二次陈列搭配、组合设计为公司清减成衣库存。比如增加上衣与配饰的组合搭配方案dnf怎么开店，增加裤装的搭配、配饰的作用等。</w:t>
      </w:r>
      <w:r>
        <w:rPr>
          <w:lang w:eastAsia="zh-CN"/>
        </w:rPr>
        <w:br/>
      </w:r>
      <w:r>
        <w:rPr>
          <w:lang w:eastAsia="zh-CN"/>
        </w:rPr>
        <w:t>　　五、了解库存面料及清减计划表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当年非常受欢迎的面料，企业可能会进行大量采购，这种做法很可能导致第二年面料有剩余，企业会将剩余的面料继续设计、生产成好卖的款式。陈列师此时要做的是掌握这些剩余面料的数量，通过剩余面料数量的多少判断该款服装的生产情况，制定相应的陈列方案。另外，一些曾经不好卖的剩余面料也需要陈列师关注，企业可能将它们重新设计成新的款式、重新加工染色或作为服装的辅料。</w:t>
      </w:r>
      <w:r>
        <w:rPr>
          <w:lang w:eastAsia="zh-CN"/>
        </w:rPr>
        <w:br/>
      </w:r>
      <w:r>
        <w:rPr>
          <w:lang w:eastAsia="zh-CN"/>
        </w:rPr>
        <w:t>　　总之，陈列师要了解它们的动向，因为总有一天，它们会变成成品，成为本季服装系列中的组成部分，而提前规划它们的陈列方式，将决定这些库存能否与新一季服装系列完美融合。</w:t>
      </w:r>
      <w:r>
        <w:rPr>
          <w:lang w:eastAsia="zh-CN"/>
        </w:rPr>
        <w:br/>
      </w:r>
      <w:r>
        <w:rPr>
          <w:lang w:eastAsia="zh-CN"/>
        </w:rPr>
        <w:t xml:space="preserve">    服装销售工作计划书范文 篇15 </w:t>
      </w:r>
      <w:r>
        <w:rPr>
          <w:lang w:eastAsia="zh-CN"/>
        </w:rPr>
        <w:br/>
      </w:r>
      <w:r>
        <w:rPr>
          <w:lang w:eastAsia="zh-CN"/>
        </w:rPr>
        <w:t>　　在竞争日趋激烈的时代，商家为了吸引消费者的眼球，提高销售量，应该在每个细节上力求做到于众不同，在原有硬件设施设备的条件下除了店铺的设计，橱窗的造型外，软件服务尤为总要。服务提升销售业绩才会随之提高，如何提升服务重点有以下几方面：</w:t>
      </w:r>
      <w:r>
        <w:rPr>
          <w:lang w:eastAsia="zh-CN"/>
        </w:rPr>
        <w:br/>
      </w:r>
      <w:r>
        <w:rPr>
          <w:lang w:eastAsia="zh-CN"/>
        </w:rPr>
        <w:t>　　一、服装的陈列</w:t>
      </w:r>
      <w:r>
        <w:rPr>
          <w:lang w:eastAsia="zh-CN"/>
        </w:rPr>
        <w:br/>
      </w:r>
      <w:r>
        <w:rPr>
          <w:lang w:eastAsia="zh-CN"/>
        </w:rPr>
        <w:t>　　在卖场除了店铺的设计和橱窗的造型外，需要在服装的陈列上表新立异，以求强烈的视觉冲击力，营造成一种商业空间的销售环境，以浓重的设计烘托自身的卖场氛围，以独特的个性确立商圈的形象，以争取更多消费者的光顾，来获取更大的利润。因此，服装陈列也越来越受商家的注意，成为销售系统的重要环节。作为营销系统中重要的一环，如何陈列商品，有以下几点建议：</w:t>
      </w:r>
      <w:r>
        <w:rPr>
          <w:lang w:eastAsia="zh-CN"/>
        </w:rPr>
        <w:br/>
      </w:r>
      <w:r>
        <w:rPr>
          <w:lang w:eastAsia="zh-CN"/>
        </w:rPr>
        <w:t>　　1、叠装陈列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①、首先强调视觉，在色块掌握上，原则应是从外到内，有浅至深，由暖至冷，由明至暗，因为这是人观察事物的习性，这样也能使消费者对商品产生兴趣，从注意、吸引、观察、购买等几个环节进行购物。</w:t>
      </w:r>
      <w:r>
        <w:rPr>
          <w:lang w:eastAsia="zh-CN"/>
        </w:rPr>
        <w:br/>
      </w:r>
      <w:r>
        <w:rPr>
          <w:lang w:eastAsia="zh-CN"/>
        </w:rPr>
        <w:t>　　②、同季节同类型同系列的产品陈列同一区域。</w:t>
      </w:r>
      <w:r>
        <w:rPr>
          <w:lang w:eastAsia="zh-CN"/>
        </w:rPr>
        <w:br/>
      </w:r>
      <w:r>
        <w:rPr>
          <w:lang w:eastAsia="zh-CN"/>
        </w:rPr>
        <w:t>　　③、叠装区域附近位置尽量设计模特，展示叠装中的代表款式，以吸引注意增进视觉，并且可以摆放相应的服装的海报，宣传单张，以全方位位展示代表款。</w:t>
      </w:r>
      <w:r>
        <w:rPr>
          <w:lang w:eastAsia="zh-CN"/>
        </w:rPr>
        <w:br/>
      </w:r>
      <w:r>
        <w:rPr>
          <w:lang w:eastAsia="zh-CN"/>
        </w:rPr>
        <w:t>　　2、挂装陈列：</w:t>
      </w:r>
      <w:r>
        <w:rPr>
          <w:lang w:eastAsia="zh-CN"/>
        </w:rPr>
        <w:br/>
      </w:r>
      <w:r>
        <w:rPr>
          <w:lang w:eastAsia="zh-CN"/>
        </w:rPr>
        <w:t>　　①、每款服饰应同时连续挂2件以上，挂装应保持整洁，无折痕。</w:t>
      </w:r>
      <w:r>
        <w:rPr>
          <w:lang w:eastAsia="zh-CN"/>
        </w:rPr>
        <w:br/>
      </w:r>
      <w:r>
        <w:rPr>
          <w:lang w:eastAsia="zh-CN"/>
        </w:rPr>
        <w:t>　　②、挂装的陈列颜色应从外到内，从前到后，由浅到深，由明至暗，侧列从前到后，从外到内，由浅到深，由明至暗，这些得根据店铺的面积与服装的主推风格来定。</w:t>
      </w:r>
      <w:r>
        <w:rPr>
          <w:lang w:eastAsia="zh-CN"/>
        </w:rPr>
        <w:br/>
      </w:r>
      <w:r>
        <w:rPr>
          <w:lang w:eastAsia="zh-CN"/>
        </w:rPr>
        <w:t>　　3、模特服装的陈列，二到三天则须更换一次，这样给顾客保持新鲜感，吸引人流进店。</w:t>
      </w:r>
      <w:r>
        <w:rPr>
          <w:lang w:eastAsia="zh-CN"/>
        </w:rPr>
        <w:br/>
      </w:r>
      <w:r>
        <w:rPr>
          <w:lang w:eastAsia="zh-CN"/>
        </w:rPr>
        <w:t>　　在细节决定成败的今天，商家想在激烈的市场竞争中，立于不败之地，就得从细微处入手，作为服装销售的专卖店，有三个因素决定着专卖店开得是否成功，一是硬件，二是其货品陈列，三是专卖店的员工素质，服务质量提高销售量也必将随之提高。</w:t>
      </w:r>
      <w:r>
        <w:rPr>
          <w:lang w:eastAsia="zh-CN"/>
        </w:rPr>
        <w:br/>
      </w:r>
      <w:r>
        <w:rPr>
          <w:lang w:eastAsia="zh-CN"/>
        </w:rPr>
        <w:t>　　二、提高服务质量</w:t>
      </w:r>
      <w:r>
        <w:rPr>
          <w:lang w:eastAsia="zh-CN"/>
        </w:rPr>
        <w:br/>
      </w:r>
    </w:p>
    <w:p w:rsidR="001B1F19" w14:textId="27C3F48A">
      <w:pPr>
        <w:rPr>
          <w:rFonts w:hint="eastAsia"/>
          <w:lang w:eastAsia="zh-CN"/>
        </w:rPr>
      </w:pPr>
      <w:r>
        <w:rPr>
          <w:lang w:eastAsia="zh-CN"/>
        </w:rPr>
        <w:t>　　服装导购代表工作的目的不尽相同，有的是为了收入，有的是为了喜好，有的兼而有之，不论是那一种目的首先工作就必须具备工作责任心及工作要求，好的服务必将赢得顾客认同，获得顾客认同也必将提高销售量。</w:t>
      </w:r>
      <w:r>
        <w:rPr>
          <w:lang w:eastAsia="zh-CN"/>
        </w:rPr>
        <w:br/>
      </w:r>
      <w:r>
        <w:rPr>
          <w:lang w:eastAsia="zh-CN"/>
        </w:rPr>
        <w:t>　　1、自身工作要求：</w:t>
      </w:r>
      <w:r>
        <w:rPr>
          <w:lang w:eastAsia="zh-CN"/>
        </w:rPr>
        <w:br/>
      </w:r>
      <w:r>
        <w:rPr>
          <w:lang w:eastAsia="zh-CN"/>
        </w:rPr>
        <w:t>　　①、保证积极的工作态度，在工作中持有饱满的工作热情;</w:t>
      </w:r>
      <w:r>
        <w:rPr>
          <w:lang w:eastAsia="zh-CN"/>
        </w:rPr>
        <w:br/>
      </w:r>
      <w:r>
        <w:rPr>
          <w:lang w:eastAsia="zh-CN"/>
        </w:rPr>
        <w:t>　　②、善于与同事合作，精诚合作发挥团队销售力量;和公司其他员工要有良好的沟通，有团队意识，多交流，多探讨，才能不断增长业务技能;</w:t>
      </w:r>
      <w:r>
        <w:rPr>
          <w:lang w:eastAsia="zh-CN"/>
        </w:rPr>
        <w:br/>
      </w:r>
      <w:r>
        <w:rPr>
          <w:lang w:eastAsia="zh-CN"/>
        </w:rPr>
        <w:t>　　③、要有好业绩就得加强业务学习，开拓视野，丰富知识，采取多样化形式，把学业务与交流技能相结合。</w:t>
      </w:r>
      <w:r>
        <w:rPr>
          <w:lang w:eastAsia="zh-CN"/>
        </w:rPr>
        <w:br/>
      </w:r>
      <w:r>
        <w:rPr>
          <w:lang w:eastAsia="zh-CN"/>
        </w:rPr>
        <w:t>　　④、对自己严格要求，学习亮剑精神，工作扎实细致，要不断加强业务方面的学习，多看书及相关产品知识，上网查阅相关资料，与同行们交流，向他们学习更好的方式方法。</w:t>
      </w:r>
      <w:r>
        <w:rPr>
          <w:lang w:eastAsia="zh-CN"/>
        </w:rPr>
        <w:br/>
      </w:r>
      <w:r>
        <w:rPr>
          <w:lang w:eastAsia="zh-CN"/>
        </w:rPr>
        <w:t>　　⑤、善于做出工作总结，一周一小结，每月一大结，看看有哪些工作上的失误，及时改正下次不要再犯，学会自主严格要求自己。</w:t>
      </w:r>
      <w:r>
        <w:rPr>
          <w:lang w:eastAsia="zh-CN"/>
        </w:rPr>
        <w:br/>
      </w:r>
      <w:r>
        <w:rPr>
          <w:lang w:eastAsia="zh-CN"/>
        </w:rPr>
        <w:t>　　2、客户维系要求：</w:t>
      </w:r>
      <w:r>
        <w:rPr>
          <w:lang w:eastAsia="zh-CN"/>
        </w:rPr>
        <w:br/>
      </w:r>
      <w:r>
        <w:rPr>
          <w:lang w:eastAsia="zh-CN"/>
        </w:rPr>
        <w:t>　　①、知道顾客的真正需求，在了解顾客的需求同时，满足顾客提出的合理要求，提高与顾客之间的信任度，这是维系客户所必要的条件。</w:t>
      </w:r>
      <w:r>
        <w:rPr>
          <w:lang w:eastAsia="zh-CN"/>
        </w:rPr>
        <w:br/>
      </w:r>
      <w:r>
        <w:rPr>
          <w:lang w:eastAsia="zh-CN"/>
        </w:rPr>
        <w:t>　　②、建立客户资料，对客服的喜好要清楚了解，客户电话必须详细记录，在每季有新产品上架时可以通知客户。</w:t>
      </w:r>
      <w:r>
        <w:rPr>
          <w:lang w:eastAsia="zh-CN"/>
        </w:rPr>
        <w:br/>
      </w:r>
      <w:r>
        <w:rPr>
          <w:lang w:eastAsia="zh-CN"/>
        </w:rPr>
        <w:t>　　③、对于老客户，和固定客户，要经常保持联系，在有时间有条件的情况下，送一些小礼物或宴请客户，好稳定与客户关系。</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https://d.book118.com/877161021014006044</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716102101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