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《飞鸟集》读书心得集锦（30篇）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《飞鸟集》读书心得集锦（通用30篇）</w:t>
      </w:r>
      <w:r>
        <w:rPr>
          <w:lang w:eastAsia="zh-CN"/>
        </w:rPr>
        <w:br/>
      </w:r>
      <w:r>
        <w:rPr>
          <w:lang w:eastAsia="zh-CN"/>
        </w:rPr>
        <w:t xml:space="preserve">    《飞鸟集》读书心得集锦 篇1 </w:t>
      </w:r>
      <w:r>
        <w:rPr>
          <w:lang w:eastAsia="zh-CN"/>
        </w:rPr>
        <w:br/>
      </w:r>
      <w:r>
        <w:rPr>
          <w:lang w:eastAsia="zh-CN"/>
        </w:rPr>
        <w:t>　　“让尘世的牵累消失吧，让广大的宇宙把他抱在臂间，让他在他无畏的心中，认识过这伟大的无名作者吧。”读完了《飞鸟集》的最后一句诗，心颤动了。不是滔滔不绝的长篇大论，不是虚幻飘渺的幻想意境，让人感到实事求是、富含哲理。</w:t>
      </w:r>
      <w:r>
        <w:rPr>
          <w:lang w:eastAsia="zh-CN"/>
        </w:rPr>
        <w:br/>
      </w:r>
      <w:r>
        <w:rPr>
          <w:lang w:eastAsia="zh-CN"/>
        </w:rPr>
        <w:t>　　《飞鸟集》中的每一句话都是那么耐人寻味。“如果你因失去了太阳而流泪，那么你也将失去群星了。”黄昏时，太阳落下如果使你流泪，然而，你就没有想过当傍晚璀璨的群星发光时，该是令人多么心旷神怡啊。最重要的是，太阳不是永远地落下了，当第二天小鸟奏鸣时，它还是冉冉升起。就像时间过了，并不意味着将失去时间，而是更应该去珍惜接下来的每一分一秒，去做我们应该做的事。人死了，但他这一生过得是值得的，哪怕这一生只有一秒，哪怕太阳在那天只升起了一秒!所以，请不要为你失去的东西流泪，你失去多少，就会得到多少，有舍才有得。就像我们挥手告别的小学生涯，是的，他已成为过去式，不该回首眸望。但是，迎接我们的是崭新的初中生活，这不是求学路上的转变吗?请放下从前的，珍惜眼前的，迎接未来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细细回味，又让我想起了一句话：鸟儿愿为一朵云，云儿愿为一只鸟。白云衬着洁白的身体，在湛蓝的空中飘着;鸟儿拖着幼嫩的肢体在空中飞着。我想，他们为什么要这样想呢?如果鸟儿变成了云，是不是会羡慕身边自由翱翔的鸟儿呢?我不知道，但我知道它们永远都不会满足。人们也是这样，往往对自己期望得很高，即使他现在已经很好很好了，但是还是会经常羡慕身边比他更好的人。对自己的幸福生活视而不见，对自己自视甚高，对别人又羡慕不已，就是这样，才会得不到满足。这句话，同样也是让人们珍惜眼前的生活，别被周围的景象迷惑了。</w:t>
      </w:r>
      <w:r>
        <w:rPr>
          <w:lang w:eastAsia="zh-CN"/>
        </w:rPr>
        <w:br/>
      </w:r>
      <w:r>
        <w:rPr>
          <w:lang w:eastAsia="zh-CN"/>
        </w:rPr>
        <w:t>　　泰戈尔以他楚楚动人的文字、简短的语句，一遍又一遍地告诉人们生活的真谛。告诉我们金钱与地位的不屑，告诉我们待人处事的低调，告诉我们珍惜眼前所拥有的，告诉我们人活在世上，必须实事求是。我作为一名即将步入中学的初中生，眼前的一切遥远而望不到边，记得那时我们都很担心自己是否被分进了好班，老师告诉我们：“只要你认为是好班，那就是好班。重要的是靠自己内在的修炼”。是啊，好班差班又有什么关系呢?我相信，只要通过自己的努力，无论是好班还是差班，都是好班!天空还是湛蓝，笑容依然灿烂，请相信，人生路上，会很美好、很美好。</w:t>
      </w:r>
      <w:r>
        <w:rPr>
          <w:lang w:eastAsia="zh-CN"/>
        </w:rPr>
        <w:br/>
      </w:r>
      <w:r>
        <w:rPr>
          <w:lang w:eastAsia="zh-CN"/>
        </w:rPr>
        <w:t>　　我愿意变成一只飞鸟，在辽阔无边的空中寻找……</w:t>
      </w:r>
      <w:r>
        <w:rPr>
          <w:lang w:eastAsia="zh-CN"/>
        </w:rPr>
        <w:br/>
      </w:r>
      <w:r>
        <w:rPr>
          <w:lang w:eastAsia="zh-CN"/>
        </w:rPr>
        <w:t xml:space="preserve">    《飞鸟集》读书心得集锦 篇2 </w:t>
      </w:r>
      <w:r>
        <w:rPr>
          <w:lang w:eastAsia="zh-CN"/>
        </w:rPr>
        <w:br/>
      </w:r>
      <w:r>
        <w:rPr>
          <w:lang w:eastAsia="zh-CN"/>
        </w:rPr>
        <w:t>　　在这清静透明的夏天里，我读完了一本安静完美的书——《飞鸟集》。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《飞鸟集》由325句诗组成，句句短小精悍，有的甚至只有一行，却无不透出深刻的人生哲理或闲静惬意的文采。它很薄，薄得能够随意塞进哪个旅行包，却使我们能无时不刻地享受到它带给我们的恬淡甘霖。</w:t>
      </w:r>
      <w:r>
        <w:rPr>
          <w:lang w:eastAsia="zh-CN"/>
        </w:rPr>
        <w:br/>
      </w:r>
      <w:r>
        <w:rPr>
          <w:lang w:eastAsia="zh-CN"/>
        </w:rPr>
        <w:t>　　“使生如夏花之绚烂，死如秋叶之静美。”这是译者放在《飞鸟集》卷首的一句诗，看见它，我眼前立即呈现出了金光下夏花在闪闪发光以及秋风里落叶翩跹及地的美景。在看见这句话之前，我总觉得，生是疲累，死是绝望，生和死，无论哪一样都不容易。而泰戈尔却用他曼妙的文字让我的眼睛豁然明亮。人生只但是匆匆几十年，自己和自己过不去，到头来还不是枉费这珍重的一生!因此，体会生的美丽，也理解死的自然，快乐、健康地度过这一生，才是明智的选取。生的宝贵与绚丽，是每一个幸福地活着的人都清楚并向往的。而死亡也是无可避免的。我们固然要好好活着，但当繁华落尽之时，我们也终将明白，自然的规律是超越人类的智慧的，而死也并非是生的对立面，而是生的一部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除了对静谧又优美的生死的感悟，泰戈尔还写了许多激励人心的诗句——“如果你把所有的错误都关在门外时，真理也要被关在外面了。”生动的语言，如孩子般天真可爱，又不乏哲理。我们若什么错误也不犯，自然也不可能有吸取教训的机会。错误是迈向真理的台阶，爱迪生失败了无数次，才发明了白炽灯。我们此刻虽不会像爱迪生那样伟大，但是若能从错误中获得教训，一步一步做一个理性、聪慧的人，说不定哪一天，就真的获得了一番成就。伟大的人在伟大之前，也都只是平凡的主角。</w:t>
      </w:r>
      <w:r>
        <w:rPr>
          <w:lang w:eastAsia="zh-CN"/>
        </w:rPr>
        <w:br/>
      </w:r>
      <w:r>
        <w:rPr>
          <w:lang w:eastAsia="zh-CN"/>
        </w:rPr>
        <w:t>　　泰戈尔的诗，不仅仅有光明直白地勉励人的，也有好处隐喻的诗。“道路虽然拥挤，却是寂寞的，正因它是不被爱的。”一千个观众眼里有一千个哈姆雷特。这句诗让我想到了那些虚伪的人——朋友无数却无真心交往，对人赔笑却无坦诚相待。又或想到那些心存诡念、善于伪装的或步入卖笑生涯的人。群众的眼睛是雪亮的，真心与否，迟早会被发现。正如林肯的那句名言：“你能够一时蒙骗所有人，也能够一向蒙骗一些人，但你不可能一向蒙骗所有人。”真心待人，用诚实、纯彻的心灵应对心镜中的蓝天，将爱播散人间。这样，就算道路不拥挤，它也是快乐的，正因它是被爱的。</w:t>
      </w:r>
      <w:r>
        <w:rPr>
          <w:lang w:eastAsia="zh-CN"/>
        </w:rPr>
        <w:br/>
      </w:r>
      <w:r>
        <w:rPr>
          <w:lang w:eastAsia="zh-CN"/>
        </w:rPr>
        <w:t>　　325句诗，各有各的风采，就如同325位仪态万千的姑娘。它们共同组成了这本生活的教科书，教你如何“让生活慢下来，让心灵快活起来”。</w:t>
      </w:r>
      <w:r>
        <w:rPr>
          <w:lang w:eastAsia="zh-CN"/>
        </w:rPr>
        <w:br/>
      </w:r>
      <w:r>
        <w:rPr>
          <w:lang w:eastAsia="zh-CN"/>
        </w:rPr>
        <w:t xml:space="preserve">    《飞鸟集》读书心得集锦 篇3 </w:t>
      </w:r>
      <w:r>
        <w:rPr>
          <w:lang w:eastAsia="zh-CN"/>
        </w:rPr>
        <w:br/>
      </w:r>
      <w:r>
        <w:rPr>
          <w:lang w:eastAsia="zh-CN"/>
        </w:rPr>
        <w:t>　　夏天的飞鸟，飞到我窗前歌唱，又飞去了。秋天的黄叶，它们没有什么可唱，只叹息一声，飞落在那里。</w:t>
      </w:r>
      <w:r>
        <w:rPr>
          <w:lang w:eastAsia="zh-CN"/>
        </w:rPr>
        <w:br/>
      </w:r>
      <w:r>
        <w:rPr>
          <w:lang w:eastAsia="zh-CN"/>
        </w:rPr>
        <w:t>　　因为一朵“金色花”，因为一句“我可不告诉你，妈妈”，徜徉于纯真想象中，我想我真的被吸引了。继而找来了泰戈尔的《飞鸟集》来读，它对于我来说，就是心中的青山绿水，是一树一树的花开，是雪化后那片鹅黄，使我深陷，使我陶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我陶醉于这位印度诗人的炉火纯青，白昼与黑夜，溪流与--，落叶与流萤，自由与背叛，无不化为泰戈尔笔下的小诗，像新鲜初放芽的绿般的小诗，一股如云烟的清新撩逗着我的心。我陶醉于泰戈尔像宇宙般无边而又神奇的想象与视角，“‘海水呀，你说的是什么?’‘是永恒的疑问。’‘天空呀，你回答的话是什么?’‘是永恒的沉默。’”我陶醉于泰戈尔的独特人生视角和感悟，“如果你因失去了太阳而流泪，那么你也将失去群星。”我就在这陶醉中，带着一点欣欣然地读完了。</w:t>
      </w:r>
      <w:r>
        <w:rPr>
          <w:lang w:eastAsia="zh-CN"/>
        </w:rPr>
        <w:br/>
      </w:r>
      <w:r>
        <w:rPr>
          <w:lang w:eastAsia="zh-CN"/>
        </w:rPr>
        <w:t>　　可我更陶醉于这本诗集给我的感觉，雨后春笋般清新;给我的意境，一种无与伦比的宁静;还有它给我宁静如秋穹的想象：我仿佛置身于一个黄，金黄的黄昏，天空还未被染红，太阳射下万丈金光，柔柔的金光。深绿色的贾克果树被镀上了一片金黄，远处的屋顶被镀上了金黄，那袅袅炊烟被镀上了金黄，黢黑的农民也被镀上了一层金黄，就连金色的麦浪也笼罩在一片金黄下，和着热气涌动。在那似乎也是金黄的风中，妇人哼唱着不知名的歌谣，手上的金镯叮当作响。天渐暗，渐暗，妇人在渐暗中走远走远……最终成为远际的一点，天黑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读美的诗总能给人美的享受，美的感觉，美的想象。叶芝曾说过：“每天读一句泰戈尔的诗，可以让我忘却世上一切苦痛。”确实，泰戈尔的诗给了我宁静的感受，是我走进宁静。总怀念那大声读“儿童放学归来早，忙趁东风放纸鸢”的年纪，那是我们会吹柳笛，会捕鸣蝉，会追着夕阳跑，我们生活在四月早天的春风细雨中，享受纯真，享受宁静。渐渐地，我们长大了，每天似乎都有做不完的作业，我们在题海中怎么也逃不出来。有空了，我们这群像逃出鸟笼的小鸟，在科技发达的今天，宁愿多看一集泡沫剧，多玩一盘电子游戏，多对着电脑一点时间，也不愿静坐下来，看夕阳西下，看柳条抽新，漫步于宁静中。于是，我们的心变得喧嚣了。</w:t>
      </w:r>
      <w:r>
        <w:rPr>
          <w:lang w:eastAsia="zh-CN"/>
        </w:rPr>
        <w:br/>
      </w:r>
      <w:r>
        <w:rPr>
          <w:lang w:eastAsia="zh-CN"/>
        </w:rPr>
        <w:t>　　泰戈尔曾说“休息与工作的关系，正如眼睑与眼睛的关系”。一根总是绷紧的弦，总需要放松下来，否则，不知在将来某一天便会断掉。一颗总沉于喧嚣嘈杂的心，也应该走进宁静。闲暇时，抬头看看蓝天，你会惊叹那种蓝像大海深处中采撷的，蓝得让人心旷神怡。无奈时，看看树，你会发现张牙舞爪却充满生命力的树上，每片绿叶都是向上的。傍晚，看看那夕阳，你便走进了无可描述的金色朦胧。轻轻跨出步子，跟着夕阳的步伐，跟着夕阳奔跑。那时，高飞的心便归巢了，重归于生命本身。</w:t>
      </w:r>
      <w:r>
        <w:rPr>
          <w:lang w:eastAsia="zh-CN"/>
        </w:rPr>
        <w:br/>
      </w:r>
      <w:r>
        <w:rPr>
          <w:lang w:eastAsia="zh-CN"/>
        </w:rPr>
        <w:t>　　走进宁静，走进如歌般浩渺的宁静。</w:t>
      </w:r>
      <w:r>
        <w:rPr>
          <w:lang w:eastAsia="zh-CN"/>
        </w:rPr>
        <w:br/>
      </w:r>
      <w:r>
        <w:rPr>
          <w:lang w:eastAsia="zh-CN"/>
        </w:rPr>
        <w:t xml:space="preserve">    《飞鸟集》读书心得集锦 篇4 </w:t>
      </w:r>
      <w:r>
        <w:rPr>
          <w:lang w:eastAsia="zh-CN"/>
        </w:rPr>
        <w:br/>
      </w:r>
      <w:r>
        <w:rPr>
          <w:lang w:eastAsia="zh-CN"/>
        </w:rPr>
        <w:t>　　《飞鸟集》由105段诗歌组成。每段诗歌都只有简短的两三句话，却在冥冥中，悄悄为我们点亮了什么东西。而在这些集灵感与思索为一身的精悍短诗中，泰戈尔更向我们展示了他的多个身份&amp;&amp;他时而是一个襁褓中的婴孩，为母亲的微笑而手舞足蹈;时而是一名四海为家的探险家，向着高山大海发出感叹;时而是一位热恋中的青年，因心爱的姑娘而讴歌爱情;时而是一位满头银发的老朽，独自在回忆中反思人生;但更多时他只是一个无名的过客，为世间万物记录下灵感闪动的瞬间，然后微笑着安静离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除去泰戈尔清新自然的文笔，在《飞鸟集》中，我更多感受到的是一种对生活的热爱以及对爱的思索。毫无疑问，泰戈尔的灵感来源于生活，但同时更高于生活;他用自己对生活的热爱，巧妙地隐去了一些苦难与黑暗，而将所剩的光明与微笑毫无保留地献给了读《者。他对爱的思索，更是涵盖了多个方面，包括青年男女间纯真的爱情、母亲对孩子永存的母爱、人与自然间难以言喻的爱尤其是对于爱情，泰戈尔毫不吝啬地运用了大量的比喻修辞来赞美爱情的美好与伟大。在泰戈尔眼中，世界需要爱，人生更需要爱，正如他在《飞鸟集》中所写的一样：我相信你的爱，就让这作为我最后的话吧。</w:t>
      </w:r>
      <w:r>
        <w:rPr>
          <w:lang w:eastAsia="zh-CN"/>
        </w:rPr>
        <w:br/>
      </w:r>
      <w:r>
        <w:rPr>
          <w:lang w:eastAsia="zh-CN"/>
        </w:rPr>
        <w:t>　　在另一方面，泰戈尔捕捉了大量关于自然界的灵感。他说天空的黄昏像一盏灯，说微风中的树叶像思绪的断片，说鸟儿的鸣唱是晨曦来自大地的回音;他将自然界的一切拟人化。他让天空和大海对话，让鸟儿和云对话，让花儿和太阳对话总之，在泰戈尔的诗里，世界是人性化的，自然也是人性化的，万物都有它们自己的生长与思考;而他只是为它们的人性化整理思想碎片而已。而这，便也是《飞鸟集》名字的由来：思想掠过我的心头，仿佛群群野鸭飞过天空，我听到了它们振翅高飞的声音。</w:t>
      </w:r>
      <w:r>
        <w:rPr>
          <w:lang w:eastAsia="zh-CN"/>
        </w:rPr>
        <w:br/>
      </w:r>
      <w:r>
        <w:rPr>
          <w:lang w:eastAsia="zh-CN"/>
        </w:rPr>
        <w:t>　　这就是泰戈尔，这就是《飞鸟集》。或许，对于人类的文明史来讲，《飞鸟集》不过是沧海一粟而已;然而，我却只想说，它是一种别具一格的清新，在如今繁忙拥挤的都市里，用它蕴涵的广阔无边的自然荒野，为我们开创另一个天堂。</w:t>
      </w:r>
      <w:r>
        <w:rPr>
          <w:lang w:eastAsia="zh-CN"/>
        </w:rPr>
        <w:br/>
      </w:r>
      <w:r>
        <w:rPr>
          <w:lang w:eastAsia="zh-CN"/>
        </w:rPr>
        <w:t xml:space="preserve">    《飞鸟集》读书心得集锦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今天，我读了著名诗人泰戈尔的诗集《飞鸟集》。刚读，就喜欢上了这本书。</w:t>
      </w:r>
      <w:r>
        <w:rPr>
          <w:lang w:eastAsia="zh-CN"/>
        </w:rPr>
        <w:br/>
      </w:r>
      <w:r>
        <w:rPr>
          <w:lang w:eastAsia="zh-CN"/>
        </w:rPr>
        <w:t>　　这本书由325篇短小精悍的小诗组成。这些形式自由、语言精湛、笔法清隽朴素的小诗中，似乎带着一点点童趣，细细品味，仿佛又蕴含着一点儿哲理……总之，一个字：美。</w:t>
      </w:r>
      <w:r>
        <w:rPr>
          <w:lang w:eastAsia="zh-CN"/>
        </w:rPr>
        <w:br/>
      </w:r>
      <w:r>
        <w:rPr>
          <w:lang w:eastAsia="zh-CN"/>
        </w:rPr>
        <w:t>　　说它有童趣，是因为《飞鸟集》中的诗，写的都是生活中常见的“死物”，并赋予它们“生命力”和“说话的权力”。例如：他在第36篇中写道，“瀑布歌唱道：‘我得到自由时便有歌声了。’”这句话就是作者赋予了瀑布“唱歌的权力”;又如他在第86篇中写道：“‘你离我有多远呢，果实呀?’‘我藏在你心里呢，花呀。’”这是一则“花”与“果实”的对话，在对话中，作者赋予了它们“说话的权力“。</w:t>
      </w:r>
      <w:r>
        <w:rPr>
          <w:lang w:eastAsia="zh-CN"/>
        </w:rPr>
        <w:br/>
      </w:r>
      <w:r>
        <w:rPr>
          <w:lang w:eastAsia="zh-CN"/>
        </w:rPr>
        <w:t>　　说它有哲理，是因为泰戈尔从那些似乎平常的事情中，却能看出许多错综复杂的做人道理。例如：他在第16篇中的诗句：“我今晨坐在窗前，时间如一个过路人似的，停留了一会儿，向我点点头又走过去了。”如果你仔细读的话，那么你就会发现这句话中的哲理并不难找：时间就象一个顽皮的孩童，稍不留神，他就会从你眼皮底下溜过，因此，时间是宝贵的，一寸光阴一寸金也是这个道理。著名戏剧作家莎士比亚有过一句名言：“在时间的大钟上，只有两个字——现在!”意思是：钟上的时间都是现在的，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前的，而不是刚才的或是明天的。时间过得很快，在不停向前走。刚刚还是现在的，一转眼已经变成过去了。我们不断看到的都是“现在”，但它们</w:t>
      </w:r>
      <w:r>
        <w:rPr>
          <w:lang w:eastAsia="zh-CN"/>
        </w:rPr>
        <w:br/>
      </w:r>
      <w:r>
        <w:rPr>
          <w:lang w:eastAsia="zh-CN"/>
        </w:rPr>
        <w:t>　　立刻就变成了“过去”，不断地“现在”，不断地“过去”，快得不得了!所以我们现在要抓紧时间，抓住每一个“现在”，好好地努力地读书，从“现在”的这每一分钟、每一秒钟开始努力!</w:t>
      </w:r>
      <w:r>
        <w:rPr>
          <w:lang w:eastAsia="zh-CN"/>
        </w:rPr>
        <w:br/>
      </w:r>
      <w:r>
        <w:rPr>
          <w:lang w:eastAsia="zh-CN"/>
        </w:rPr>
        <w:t>　　虽然，我现在只看懂了全书的三分之一，还有三分之二没看懂，泰戈尔的诗对我来说还是比较深奥、难懂的，不过，他的那些带有灵性的语言却有着自己独特的风格和韵味儿，这就使他的诗给人带来一种美感，也是他的书令我爱不释手的原因所在。</w:t>
      </w:r>
      <w:r>
        <w:rPr>
          <w:lang w:eastAsia="zh-CN"/>
        </w:rPr>
        <w:br/>
      </w:r>
      <w:r>
        <w:rPr>
          <w:lang w:eastAsia="zh-CN"/>
        </w:rPr>
        <w:t xml:space="preserve">    《飞鸟集》读书心得集锦 篇6 </w:t>
      </w:r>
      <w:r>
        <w:rPr>
          <w:lang w:eastAsia="zh-CN"/>
        </w:rPr>
        <w:br/>
      </w:r>
      <w:r>
        <w:rPr>
          <w:lang w:eastAsia="zh-CN"/>
        </w:rPr>
        <w:t>　　《飞鸟集》，它是着名诗人泰戈尔的杰作。就在今天，我合上了它的最后一页，它一直让我回味无穷。</w:t>
      </w:r>
      <w:r>
        <w:rPr>
          <w:lang w:eastAsia="zh-CN"/>
        </w:rPr>
        <w:br/>
      </w:r>
      <w:r>
        <w:rPr>
          <w:lang w:eastAsia="zh-CN"/>
        </w:rPr>
        <w:t>　　这部伟大的杰作由325首小诗组成，小诗虽然短小，却蕴藏着一丝童趣和深刻的道理。从不止哭泣的婴孩，到历尽艰险的探险者;从没有经验的青年，到饱经风霜的老者;从平凡不过的小草，到美丽妖艳的小花;从展翅高飞的小鸟，到洁净无暇的白云，无一不充满趣味。泰戈尔用了拟人的手法，让天下万物都活了起来，让它们有机会诉说自己的欢乐与痛苦。这本书的第一页就写道：秋天的黄叶，它没有什么可唱的，只叹息一声，飞落在那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这本书的诗句里面，有描写一片美景的，有描写一段对话的，还有凭着对生活感悟写出的警世格言。其中有一句，叫：我今晨坐在窗前，时间如一个过路人似的，停留了一会儿，向我点点头又走过去了。这句话饱含的哲理其实也就是要告诉我们要珍惜时间，这些格言不但能在我们的生活中起到警世作用，还能作为我们的座右铭，时时刻刻激励着我们不断进步。</w:t>
      </w:r>
      <w:r>
        <w:rPr>
          <w:lang w:eastAsia="zh-CN"/>
        </w:rPr>
        <w:br/>
      </w:r>
      <w:r>
        <w:rPr>
          <w:lang w:eastAsia="zh-CN"/>
        </w:rPr>
        <w:t>　　在宝贵的时间里，我应该不断创新，现在很快就要变成以前，我不能为一点成绩而骄傲自满，因为那已成为了历史，不足挂齿。时间如一个过路人似的，停留了一会儿就像秒针每走一点，然后歇歇脚这样停留了一会儿，当我想要抓住这即将变成历史的那一会儿时，它却从我的指缝中流失，成为了历史，所以，要保留时间，是不可能的，只有争取时间，利用时间，抓紧奋斗，那才是最重要的。</w:t>
      </w:r>
      <w:r>
        <w:rPr>
          <w:lang w:eastAsia="zh-CN"/>
        </w:rPr>
        <w:br/>
      </w:r>
      <w:r>
        <w:rPr>
          <w:lang w:eastAsia="zh-CN"/>
        </w:rPr>
        <w:t>　　看《飞鸟集》的第一感觉就是清新，既不是村上春树那阳光中带着忧伤彷徨的青春故事，也没有雨果那种悲痛的剧情，它仿佛是浩瀚宇宙中最最新鲜的空气，让我有一种想一口气吞并、吸收它们的感觉。</w:t>
      </w:r>
      <w:r>
        <w:rPr>
          <w:lang w:eastAsia="zh-CN"/>
        </w:rPr>
        <w:br/>
      </w:r>
      <w:r>
        <w:rPr>
          <w:lang w:eastAsia="zh-CN"/>
        </w:rPr>
        <w:t>　　我原来跟随时尚，哼流行歌曲，买新颖文具，读科幻小说，看动漫电影，我认为它们充满趣味，但是，读了《飞鸟集》，我不这么想了，我认为文学和时尚是反义词，时尚在此岸，文学就在彼岸;时尚是波光，文学是河床;时尚哗哗地向前流，文学则静静地沉淀;时尚也许可以流传的很广，但文学可以流传的更久远;时尚也许可以在瞬间让你眼前一亮，文学却可以在你掩卷闭目后悠然心动!</w:t>
      </w:r>
      <w:r>
        <w:rPr>
          <w:lang w:eastAsia="zh-CN"/>
        </w:rPr>
        <w:br/>
      </w:r>
      <w:r>
        <w:rPr>
          <w:lang w:eastAsia="zh-CN"/>
        </w:rPr>
        <w:t>　　我不知道泰戈尔如何把所见翻译成诗句，让那神奇的文字穿过阡陌红尘，穿越种族国别，安抚我这颗纷繁芜杂的心灵。但是，我知道，我要努力，我要按照《飞鸟集》中的格言警句去做，从现在作起，为中华之崛起而读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家园包括大家和小家，大到国家，小到私家。品味书香，和谐家园，顾名思意，就是读好书，才能光宗耀祖，出人头地;才能回报社会，报效祖国。我们的身上背负着建设国家的责任，只有认真读书，从小立志，珍惜时间，抓紧奋斗，将来长大了才能为国家做奉献。</w:t>
      </w:r>
      <w:r>
        <w:rPr>
          <w:lang w:eastAsia="zh-CN"/>
        </w:rPr>
        <w:br/>
      </w:r>
      <w:r>
        <w:rPr>
          <w:lang w:eastAsia="zh-CN"/>
        </w:rPr>
        <w:t>　　《飞鸟集》的诗句不仅能激励我上进，还能在我消极沮丧之时就像一曲美妙的乐曲深入人们的心灵一样用它清新的文字来让我的心静下来，想想花儿与果实的对话，想想鸟儿与白云的理论，再想想山峰与落日的结合，多么充满趣味，我那颗杂乱的新心自然也就平静下来，回头再想想刚才令我生气的事情，才会觉得十分可笑，不必为其绞劲。这时的《飞鸟集》还真是一位很好的心理医生呢!</w:t>
      </w:r>
      <w:r>
        <w:rPr>
          <w:lang w:eastAsia="zh-CN"/>
        </w:rPr>
        <w:br/>
      </w:r>
      <w:r>
        <w:rPr>
          <w:lang w:eastAsia="zh-CN"/>
        </w:rPr>
        <w:t>　　《飞鸟集》是我百看不厌的好书，泰戈尔是我认为最善于观察、发现与思考的学者。在书的最末页，尼赫鲁说：泰戈尔是印度最伟大的人道主义者。</w:t>
      </w:r>
      <w:r>
        <w:rPr>
          <w:lang w:eastAsia="zh-CN"/>
        </w:rPr>
        <w:br/>
      </w:r>
      <w:r>
        <w:rPr>
          <w:lang w:eastAsia="zh-CN"/>
        </w:rPr>
        <w:t>　　这就是泰戈尔，这就是《飞鸟集》，也许，对人类文明的历史上，《飞鸟集》只不过是沧海一粟而已;但是我觉得《飞鸟集》更别具一格，在如今嘈杂喧闹的大都市里，用它与众不同的文笔，为我们开创了另一个美丽的天堂。</w:t>
      </w:r>
      <w:r>
        <w:rPr>
          <w:lang w:eastAsia="zh-CN"/>
        </w:rPr>
        <w:br/>
      </w:r>
      <w:r>
        <w:rPr>
          <w:lang w:eastAsia="zh-CN"/>
        </w:rPr>
        <w:t xml:space="preserve">    《飞鸟集》读书心得集锦 篇7 </w:t>
      </w:r>
      <w:r>
        <w:rPr>
          <w:lang w:eastAsia="zh-CN"/>
        </w:rPr>
        <w:br/>
      </w:r>
      <w:r>
        <w:rPr>
          <w:lang w:eastAsia="zh-CN"/>
        </w:rPr>
        <w:t>　　读完《飞鸟集》才恍然发现，原来传诵于世的大量富有哲理的诗句，都出自于泰戈尔之笔。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有人说，阅读《飞鸟集》能体会世间万物的意义。它是天堂送给大地的诗篇，爱与美共同交织的智慧。</w:t>
      </w:r>
      <w:r>
        <w:rPr>
          <w:lang w:eastAsia="zh-CN"/>
        </w:rPr>
        <w:br/>
      </w:r>
      <w:r>
        <w:rPr>
          <w:lang w:eastAsia="zh-CN"/>
        </w:rPr>
        <w:t>　　《飞鸟集》中所说的都是平常但却容易被人遗忘的美好。</w:t>
      </w:r>
      <w:r>
        <w:rPr>
          <w:lang w:eastAsia="zh-CN"/>
        </w:rPr>
        <w:br/>
      </w:r>
      <w:r>
        <w:rPr>
          <w:lang w:eastAsia="zh-CN"/>
        </w:rPr>
        <w:t>　　“如果你因为错过太阳而哭泣，那么你也会错过群星”。</w:t>
      </w:r>
      <w:r>
        <w:rPr>
          <w:lang w:eastAsia="zh-CN"/>
        </w:rPr>
        <w:br/>
      </w:r>
      <w:r>
        <w:rPr>
          <w:lang w:eastAsia="zh-CN"/>
        </w:rPr>
        <w:t>　　群星虽不如太阳亮眼，却也能照到每一寸土地，为人类带来一份光明。然而有些人却不懂珍惜，往往在他们的抱怨声中失去同样美好的东西。</w:t>
      </w:r>
      <w:r>
        <w:rPr>
          <w:lang w:eastAsia="zh-CN"/>
        </w:rPr>
        <w:br/>
      </w:r>
      <w:r>
        <w:rPr>
          <w:lang w:eastAsia="zh-CN"/>
        </w:rPr>
        <w:t>　　“夏天的飞鸟，来到我的窗前，唱歌，又飞走了”。</w:t>
      </w:r>
      <w:r>
        <w:rPr>
          <w:lang w:eastAsia="zh-CN"/>
        </w:rPr>
        <w:br/>
      </w:r>
      <w:r>
        <w:rPr>
          <w:lang w:eastAsia="zh-CN"/>
        </w:rPr>
        <w:t>　　飞鸟集的句子十分简单最长不过十余字，读来却是至高的享受。在泰戈尔的诗句里，世界是人性化的，人类是人性化的，自然也是人性化的。万物都有它们自我的生长，而泰戈尔，只是为它们的独立的思想碎片做一个整理总结而已。</w:t>
      </w:r>
      <w:r>
        <w:rPr>
          <w:lang w:eastAsia="zh-CN"/>
        </w:rPr>
        <w:br/>
      </w:r>
      <w:r>
        <w:rPr>
          <w:lang w:eastAsia="zh-CN"/>
        </w:rPr>
        <w:t>　　清新精致的诗句。让我学会带着爱，用一颗平和的心去看待这个世界，去感受被城市的喧闹掩埋的一份安逸……</w:t>
      </w:r>
      <w:r>
        <w:rPr>
          <w:lang w:eastAsia="zh-CN"/>
        </w:rPr>
        <w:br/>
      </w:r>
      <w:r>
        <w:rPr>
          <w:lang w:eastAsia="zh-CN"/>
        </w:rPr>
        <w:t xml:space="preserve">    《飞鸟集》读书心得集锦 篇8 </w:t>
      </w:r>
      <w:r>
        <w:rPr>
          <w:lang w:eastAsia="zh-CN"/>
        </w:rPr>
        <w:br/>
      </w:r>
      <w:r>
        <w:rPr>
          <w:lang w:eastAsia="zh-CN"/>
        </w:rPr>
        <w:t>　　说实话，我还没有完全读懂这本集子。现在冒然写读后感，虽然有点不适合，但我觉得目前我的理解层面就到这里了。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这里有句我能耳熟能详的：“生如夏花之绚烂，死如秋叶之静美”。解释起来当然是小菜一碟，但是对内容本身我不是完全同意。生不一定要有夏花的绚丽夺目，做人要低调，中国人不喜欢出风头，“枪打出头鸟”，“擒贼先擒王”之类的俗语比比皆是。都说明了这个道理，在我们的思想观念里，生应如春风之微漾，死如冬雪般洒脱。中国人讲究默默无闻，凡事没有七分把握决不轻易做。这可能就是文化背景与我们不同所造成的吧。或者，根本就是我的理解能力还远远没有达到大师的那个层面吧。</w:t>
      </w:r>
      <w:r>
        <w:rPr>
          <w:lang w:eastAsia="zh-CN"/>
        </w:rPr>
        <w:br/>
      </w:r>
      <w:r>
        <w:rPr>
          <w:lang w:eastAsia="zh-CN"/>
        </w:rPr>
        <w:t>　　神对人说：“我医治你所以伤害你，爱你所以惩罚你。”这句话我觉得很不错，生动地阐述了凡事都有两面的道理，其实也隐含了万物都是公平的原则。世界是多维的，简单地说世界是由线组成。将万物看成一根根线段，就很容易发现，每条线段都有两个端点。我们称ab两点，现在假设a是我们所认知的好的地方，相应的，b就是那不好的。不管线段长短如何，这两点总是不可避免的出现。有人要问了，那么长为0怎么解释。其实也简单，其好的地方在某种角度上来说是不好的。举个例子，工业革命给资本主义国家带来了前所未有的机遇与无限的财富积累，却给当时包括中国在内的世界老牌强国带去了危机甚至于灾难。ab线段内找个点，我们付与其意义，可以说是好与坏的一个过度点，这样又出现两个新的线段，也非常好理解，好与坏嘛。关键要看人把握线段时是好的还是坏的了。!</w:t>
      </w:r>
      <w:r>
        <w:rPr>
          <w:lang w:eastAsia="zh-CN"/>
        </w:rPr>
        <w:br/>
      </w:r>
      <w:r>
        <w:rPr>
          <w:lang w:eastAsia="zh-CN"/>
        </w:rPr>
        <w:t>　　看了这集子之后，虽然没有什么很多的想法，但是对一些经典的句子有很深的印象。飞鸟集我觉得更带着一种自由主义的思想，所谓自由主义，就是一种开放的，无限制的思想大解放主义。这集子打破了原有的那种固定的对自然美的描写，更多的则是一种对世界的思考，这无疑是一种极大的突破!说起来，我也没什么资格去评论，不过心里那一点点没有价值的想法还是忍不住说出来，大家见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《飞鸟集》读书心得集锦 篇9 </w:t>
      </w:r>
      <w:r>
        <w:rPr>
          <w:lang w:eastAsia="zh-CN"/>
        </w:rPr>
        <w:br/>
      </w:r>
      <w:r>
        <w:rPr>
          <w:lang w:eastAsia="zh-CN"/>
        </w:rPr>
        <w:t>　　今年暑假，我有幸得到了一本令人感触极深、过目难忘、恋恋不舍、依依不舍、爱不释手、泪流满面、睡觉也抱着、做梦也梦到的书,那就是大名鼎鼎、鼎鼎有名、举世无双、名声在外、人人皆知、享誉中外、中外闻名的伟大作家泰戈尔写的《飞鸟集》。今天，我阅读了这本泰戈尔的诗集《飞鸟集》。刚读上，就喜欢上了这本书，还上了隐。从今往后，我对泰戈尔佩服地五体投地。</w:t>
      </w:r>
      <w:r>
        <w:rPr>
          <w:lang w:eastAsia="zh-CN"/>
        </w:rPr>
        <w:br/>
      </w:r>
      <w:r>
        <w:rPr>
          <w:lang w:eastAsia="zh-CN"/>
        </w:rPr>
        <w:t>　　这本书由325篇短小精悍的小诗组成。这些形式自由、语言精湛、短小精悍、气质悠扬、出类拔萃、令人深思、笔法清隽、朴素无华的小诗中，似乎带着一点点童趣，一点沧桑、一点忧郁、一点悲伤、一点心痛。细细品味，仿佛又蕴含着一点儿哲理…… 总之，一个字：好!两个字：很好!三个字：特别好!四个字： 特别的好!。说它有童趣，是因为《飞鸟集》中的诗，写的都是生活中常见的“死物”，并赋予它们“生命力”和“说话的权力”。例如：他在第36篇中写道，“瀑布歌唱道：‘我得到自由时便有歌声了。</w:t>
      </w:r>
      <w:r>
        <w:rPr>
          <w:lang w:eastAsia="zh-CN"/>
        </w:rPr>
        <w:br/>
      </w:r>
      <w:r>
        <w:rPr>
          <w:lang w:eastAsia="zh-CN"/>
        </w:rPr>
        <w:t>　　”这句话就是作者赋予了瀑布“唱歌的权力”;又如他在第86篇中写道：“‘你离我有话中，作者赋予了它们“说话的权力“。 说它有哲理，是因为泰戈尔从那些似乎平常的事情中，却能看出许多错综复杂的做人道理。例如：他在第16篇中的诗句：“我今晨坐在窗前，时间如一个过路人似的，停留了一会儿，向我点点头又走过去了。”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如果你仔细读的话，那么你就会发现这句话中的哲理并不难找：时间就象一个顽皮的孩童，稍不留神，他就会从你眼皮底下溜过，因此，时间是宝贵的，一寸光阴一寸金也是这个道理。著名戏剧作家莎士比亚有过一句名言：“在时间的大钟上，只有两个字——现在!”意思是：钟上的时间都是现在的，眼前的，而不是刚才的或是明天的。</w:t>
      </w:r>
      <w:r>
        <w:rPr>
          <w:lang w:eastAsia="zh-CN"/>
        </w:rPr>
        <w:br/>
      </w:r>
      <w:r>
        <w:rPr>
          <w:lang w:eastAsia="zh-CN"/>
        </w:rPr>
        <w:t>　　时间过得很快，在不停向前走。刚刚还是现在的，一转眼已经变成过去了。我们不断看到的都是“现在”，但它们立刻就变成了“过去”，不断地“现在”，不断地“过去”，快得不得了!所以我们现在要抓紧时间，抓住每一个“现在”，好好地努力地读书，从“现在”的这每一分钟、每一秒钟开始努力!</w:t>
      </w:r>
      <w:r>
        <w:rPr>
          <w:lang w:eastAsia="zh-CN"/>
        </w:rPr>
        <w:br/>
      </w:r>
      <w:r>
        <w:rPr>
          <w:lang w:eastAsia="zh-CN"/>
        </w:rPr>
        <w:t>　　虽然，我现在只看懂了全书的三分之一，还有三分之二没看懂，泰戈尔的诗对我来说还是比较深奥、难懂、神秘、怪异、奇特、恐怖的，不过，他的那些带有灵性的语言却有着自己独特的风格和韵味儿，这就使他的诗给人带来一种美感，也是他的书令我爱不释手的原因所在。</w:t>
      </w:r>
      <w:r>
        <w:rPr>
          <w:lang w:eastAsia="zh-CN"/>
        </w:rPr>
        <w:br/>
      </w:r>
      <w:r>
        <w:rPr>
          <w:lang w:eastAsia="zh-CN"/>
        </w:rPr>
        <w:t>　　我相信你的爱。”泰戈尔如是说。</w:t>
      </w:r>
      <w:r>
        <w:rPr>
          <w:lang w:eastAsia="zh-CN"/>
        </w:rPr>
        <w:br/>
      </w:r>
      <w:r>
        <w:rPr>
          <w:lang w:eastAsia="zh-CN"/>
        </w:rPr>
        <w:t>　　夏天的飞鸟，穿透黎明前雾霭般的晨光，带过云朵的边角，沾染了森林高处树梢上的凝露，划过天空留下点点痕迹。飞鸟，永远没有栖息的理由。它沉默的瞳孔里映射着淡薄的天光，流淌着对大自然隽永的爱恋。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暴风雨后的初夏清晨，推开卧室的窗户，看到一个淡泊清新的世界。正如读《飞鸟集》一样，似有淙淙的流水从山间飞漱而下，直流进心田，以缓慢的姿势，流出满满一腔的清新与宁静。薄暮的晨光从地平线处发散，千万缕光芒明亮了大地，恍恍惚惚间，似回到了童年无数个天真玩耍的早晨。几只飞鸟来到我的窗前，歌唱，又飞走了。</w:t>
      </w:r>
      <w:r>
        <w:rPr>
          <w:lang w:eastAsia="zh-CN"/>
        </w:rPr>
        <w:br/>
      </w:r>
      <w:r>
        <w:rPr>
          <w:lang w:eastAsia="zh-CN"/>
        </w:rPr>
        <w:t xml:space="preserve">    《飞鸟集》读书心得集锦 篇10 </w:t>
      </w:r>
      <w:r>
        <w:rPr>
          <w:lang w:eastAsia="zh-CN"/>
        </w:rPr>
        <w:br/>
      </w:r>
      <w:r>
        <w:rPr>
          <w:lang w:eastAsia="zh-CN"/>
        </w:rPr>
        <w:t>　　进入泰戈尔的《飞鸟集》，就仿佛进入了一个美丽的伊甸园。那里的一切，都是那么的清新，自然。我愉快的诵读着主人泰戈尔的寻路牌，心中一片豁然。这是神的世界，飞鸟的乐土，人类的天堂。在这里，神，并非遥不可及，并非高高在上，而是以一种谦逊的姿态，与身边的一切友好相处。</w:t>
      </w:r>
      <w:r>
        <w:rPr>
          <w:lang w:eastAsia="zh-CN"/>
        </w:rPr>
        <w:br/>
      </w:r>
      <w:r>
        <w:rPr>
          <w:lang w:eastAsia="zh-CN"/>
        </w:rPr>
        <w:t>　　有一句话写得很好。权利对神说：“你是属于我的。”神把权力赶出了伊甸;爱对神说：“我是属于你的。”神给爱处于他宫殿的自由。因为谦逊，爱得到了长住伊甸的权利。</w:t>
      </w:r>
      <w:r>
        <w:rPr>
          <w:lang w:eastAsia="zh-CN"/>
        </w:rPr>
        <w:br/>
      </w:r>
      <w:r>
        <w:rPr>
          <w:lang w:eastAsia="zh-CN"/>
        </w:rPr>
        <w:t>　　力量来自谦逊。伟大来自谦逊。成功来自谦逊。千古流芳来自谦逊。是的，谦逊，就是神成为神的原因。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庄子说：“吾生也有涯，而知也无涯。”他很明确地指出了学无止境地道理。也就是说，假如你知道的是天上的“一颗星”，那么知识就是整个宇宙，辽阔无边。一个人只有掌握了许多必要的，有用的知识，成功的大门才会向你打开。因此，我们要谦虚好学。著名学者笛卡尔说过：“愈学习，愈发现自己的不足。”是啊，只有通过学习，不断扩大知识领域，扩充知识面，储蓄更多的信息，你才能真正领悟到“知也无涯”的深刻含义。这样你既不会妄自菲薄，也不会妄自尊大，做到谦逊成熟，不断进取，成功便不招自来。</w:t>
      </w:r>
      <w:r>
        <w:rPr>
          <w:lang w:eastAsia="zh-CN"/>
        </w:rPr>
        <w:br/>
      </w:r>
      <w:r>
        <w:rPr>
          <w:lang w:eastAsia="zh-CN"/>
        </w:rPr>
        <w:t>　　那么，当我们在学习上或事业上有了一定作为的时候，还要不要谦逊呢?要!因为“谦虚使人进步，骄傲使人落后。”有些人往往就是由于骄傲自大而陷入泥坑。古人说得好：“谦受益，满招损。”如果取得了一点点成绩就沾沾自喜，被眼前的胜利冲昏头脑，就会把辛辛苦苦得来的成绩毁于一旦。在我们的学习生活中尤其不能骄傲，格言曰：“虚心的人十有九成，自满的人十有九空。”我们在取得好成绩时不自满，才会更上一层楼。</w:t>
      </w:r>
      <w:r>
        <w:rPr>
          <w:lang w:eastAsia="zh-CN"/>
        </w:rPr>
        <w:br/>
      </w:r>
      <w:r>
        <w:rPr>
          <w:lang w:eastAsia="zh-CN"/>
        </w:rPr>
        <w:t>　　相传我国唐朝著名诗人白居易，每当作好一首诗，总是先念给牧童或老妇人听，然后再反复修改，直到他们听了拍手称好，才算定稿。像白居易这样一位著名的诗人，并不因牧童和村妇的无知而轻视他们，因为他懂得真正的文学作品，必须得到人民的承认。</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著名学者钱钟书的谦虚之风和他的学问一样为人所称道。一次，正在创作电视连续剧《围城》的编剧孙雄飞和导演黄蜀芹就此剧改编的有关问题请教钱钟书。谈话中，孙雄飞向钱钟书及其夫人杨绛讨要他们的菱并请签名题字。钱钟书摊开《围城》一书，将毛笔微蘸墨汁，微笑着对孙雄飞说：“我称你为兄吧!”孙飞雄手足无措地连说：“不不不!”可钱钟书已经飞快地在扉页写上了”雄飞兄存览”五个字，并说：“这作为我们一段文字之交的纪念吧!其实，谦逊是一种美德，一种修养。能否做到谦逊也是衡量一个人思想品德是否高尚的方法之一。忠于真理的人，虚怀若谷，为人民的事业鞠躬尽瘁的人，永不自满。我们敬爱的周恩来总理就是这方面的杰出代表。他文能治国，武能安邦，文武兼备，但他又何等不谦虚谨慎，表现出比一般人更谦逊更成熟。我们要学习周恩来，那么谦逊这一高尚品德就是首先要学习的方面。</w:t>
      </w:r>
      <w:r>
        <w:rPr>
          <w:lang w:eastAsia="zh-CN"/>
        </w:rPr>
        <w:br/>
      </w:r>
      <w:r>
        <w:rPr>
          <w:lang w:eastAsia="zh-CN"/>
        </w:rPr>
        <w:t>　　成熟的谷穗低着头，成熟的苹果红着脸，幸福的爱心点着头。</w:t>
      </w:r>
      <w:r>
        <w:rPr>
          <w:lang w:eastAsia="zh-CN"/>
        </w:rPr>
        <w:br/>
      </w:r>
      <w:r>
        <w:rPr>
          <w:lang w:eastAsia="zh-CN"/>
        </w:rPr>
        <w:t xml:space="preserve">    《飞鸟集》读书心得集锦 篇11 </w:t>
      </w:r>
      <w:r>
        <w:rPr>
          <w:lang w:eastAsia="zh-CN"/>
        </w:rPr>
        <w:br/>
      </w:r>
      <w:r>
        <w:rPr>
          <w:lang w:eastAsia="zh-CN"/>
        </w:rPr>
        <w:t>　　世界以痛吻我，我要报之以歌</w:t>
      </w:r>
      <w:r>
        <w:rPr>
          <w:lang w:eastAsia="zh-CN"/>
        </w:rPr>
        <w:br/>
      </w:r>
      <w:r>
        <w:rPr>
          <w:lang w:eastAsia="zh-CN"/>
        </w:rPr>
        <w:t>　　The world has kissed my soul with its pain, asking for its return insongs.</w:t>
      </w:r>
      <w:r>
        <w:rPr>
          <w:lang w:eastAsia="zh-CN"/>
        </w:rPr>
        <w:br/>
      </w:r>
      <w:r>
        <w:rPr>
          <w:lang w:eastAsia="zh-CN"/>
        </w:rPr>
        <w:t>　　---泰戈尔 《飞鸟集》</w:t>
      </w:r>
      <w:r>
        <w:rPr>
          <w:lang w:eastAsia="zh-CN"/>
        </w:rPr>
        <w:br/>
      </w:r>
      <w:r>
        <w:rPr>
          <w:lang w:eastAsia="zh-CN"/>
        </w:rPr>
        <w:t>　　打开泰戈尔《飞鸟集》的扉页，映入我眼帘的是那一行熟悉的娟秀字体――“世界以痛吻我，我要报之以歌。”这本《飞鸟集》是谢老师送给我的。由于她脊椎骨突然受伤，病痛一直缠绕着她，无法正常进行教学，她只能回老家就医诊治。临行前，她留了一封长长的信给我，并托人送给了我这一本泰戈尔的《飞鸟集》。</w:t>
      </w:r>
      <w:r>
        <w:rPr>
          <w:lang w:eastAsia="zh-CN"/>
        </w:rPr>
        <w:br/>
      </w:r>
      <w:r>
        <w:rPr>
          <w:lang w:eastAsia="zh-CN"/>
        </w:rPr>
        <w:t>　　“世界以痛吻我，我要报之以歌。”每当我读到这句诗时，我常常在想，一个人有怎样的胸怀才能把疼痛当作亲吻?他对生命有着怎样的热爱才会对生活的苦难报之以歌?谢老师又为何将这句诗送给我，她想要告诉我些什么?带着这些疑问，我开始细读《飞鸟集》、走近泰戈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拉宾德拉纳特·泰戈尔，印度诗人、文学家，诺贝尔文学奖获得者――这位印度哲学家，用美丽的诗文，把我带入一个深幽美丽的世界。《飞鸟集》中诗句短小而精悍，背后却是深深的感悟与启迪。为了记住书中的佳句，我特意找了一本漂亮的小本子，将喜爱的诗句摘抄了下来：</w:t>
      </w:r>
      <w:r>
        <w:rPr>
          <w:lang w:eastAsia="zh-CN"/>
        </w:rPr>
        <w:br/>
      </w:r>
      <w:r>
        <w:rPr>
          <w:lang w:eastAsia="zh-CN"/>
        </w:rPr>
        <w:t>　　“假如你为了思念太阳而落泪，难道你没有错过群星吗?”</w:t>
      </w:r>
      <w:r>
        <w:rPr>
          <w:lang w:eastAsia="zh-CN"/>
        </w:rPr>
        <w:br/>
      </w:r>
      <w:r>
        <w:rPr>
          <w:lang w:eastAsia="zh-CN"/>
        </w:rPr>
        <w:t>　　“在群星之中，有一颗星是指导着我的生命通过不可知的黑暗。”</w:t>
      </w:r>
      <w:r>
        <w:rPr>
          <w:lang w:eastAsia="zh-CN"/>
        </w:rPr>
        <w:br/>
      </w:r>
      <w:r>
        <w:rPr>
          <w:lang w:eastAsia="zh-CN"/>
        </w:rPr>
        <w:t>　　“使卵石臻于完美的，并非锤的打击，而是水的且歌且舞。”</w:t>
      </w:r>
      <w:r>
        <w:rPr>
          <w:lang w:eastAsia="zh-CN"/>
        </w:rPr>
        <w:br/>
      </w:r>
      <w:r>
        <w:rPr>
          <w:lang w:eastAsia="zh-CN"/>
        </w:rPr>
        <w:t>　　“生如夏花之绚烂，死如秋叶之静美。”</w:t>
      </w:r>
      <w:r>
        <w:rPr>
          <w:lang w:eastAsia="zh-CN"/>
        </w:rPr>
        <w:br/>
      </w:r>
      <w:r>
        <w:rPr>
          <w:lang w:eastAsia="zh-CN"/>
        </w:rPr>
        <w:t>　　“生命之所以变得越来也丰富，是由于有太多舍出的爱。”</w:t>
      </w:r>
      <w:r>
        <w:rPr>
          <w:lang w:eastAsia="zh-CN"/>
        </w:rPr>
        <w:br/>
      </w:r>
      <w:r>
        <w:rPr>
          <w:lang w:eastAsia="zh-CN"/>
        </w:rPr>
        <w:t>　　……</w:t>
      </w:r>
      <w:r>
        <w:rPr>
          <w:lang w:eastAsia="zh-CN"/>
        </w:rPr>
        <w:br/>
      </w:r>
      <w:r>
        <w:rPr>
          <w:lang w:eastAsia="zh-CN"/>
        </w:rPr>
        <w:t>　　一天天过去，我摘录的句子越来越多。我讶异于泰戈尔会用如此简洁精练的语句，如一幅优美的画，向我呈现出一个真诚又智慧的世界。“世界以痛吻我，我要报之以歌。”泰戈尔用“吻”来形容“痛”，这是一种大爱，他从来都没有放弃对世界的希望。</w:t>
      </w:r>
      <w:r>
        <w:rPr>
          <w:lang w:eastAsia="zh-CN"/>
        </w:rPr>
        <w:br/>
      </w:r>
      <w:r>
        <w:rPr>
          <w:lang w:eastAsia="zh-CN"/>
        </w:rPr>
        <w:t>　　谢老师送给我泰戈尔的这句诗，是向我昭示了一个人如何面对人生困难的道理。在学习和生活中，总有困难和艰险，有的人承受不了，悲观面对;有的人接受了考验，向困难挑战，把困难当作对自己的磨练。谢老师现在病痛在身，但是她却以一份坦然、一份大度、一份对世界的一切苦难的感恩之心来面对。</w:t>
      </w:r>
      <w:r>
        <w:rPr>
          <w:lang w:eastAsia="zh-CN"/>
        </w:rPr>
        <w:br/>
      </w:r>
      <w:r>
        <w:rPr>
          <w:lang w:eastAsia="zh-CN"/>
        </w:rPr>
        <w:t>　　即将步入小学毕业班的我，又何尝不把泰戈尔和谢老师作为榜样，把痛苦抛之脑后，多一份坦然和大度。穿过人生的瓶颈，继续奋斗。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如果你痛，请回报以歌。这句话谢老师不仅是对我说的，也是对疾病缠身的自己的一种激励。</w:t>
      </w:r>
      <w:r>
        <w:rPr>
          <w:lang w:eastAsia="zh-CN"/>
        </w:rPr>
        <w:br/>
      </w:r>
      <w:r>
        <w:rPr>
          <w:lang w:eastAsia="zh-CN"/>
        </w:rPr>
        <w:t>　　“加油吧!”我捧着《飞鸟集》仰天长啸――祝福我和远在江苏的谢老师。</w:t>
      </w:r>
      <w:r>
        <w:rPr>
          <w:lang w:eastAsia="zh-CN"/>
        </w:rPr>
        <w:br/>
      </w:r>
      <w:r>
        <w:rPr>
          <w:lang w:eastAsia="zh-CN"/>
        </w:rPr>
        <w:t xml:space="preserve">    《飞鸟集》读书心得集锦 篇12 </w:t>
      </w:r>
      <w:r>
        <w:rPr>
          <w:lang w:eastAsia="zh-CN"/>
        </w:rPr>
        <w:br/>
      </w:r>
      <w:r>
        <w:rPr>
          <w:lang w:eastAsia="zh-CN"/>
        </w:rPr>
        <w:t>　　《飞鸟集》是我这个暑假最大的收获。不仅从头到尾细细读过一遍，更字字句句摘抄下来。伟大的泰戈尔，用他高尚的思想洞悉世间的一切，用他纯美的文字记录下每一个思想的光辉。人性的善恶，在他的笔下展现得淋漓尽致;对美好的讴歌，对丑恶的批驳，更是登封造极。虽比不上荷马诗歌的壮阔，但是《飞鸟集》这一部长诗，却更像一杯淡淡的清茶，初读时生涩难懂，但多读便将寓意看得分明了，正如茶的本性，使人唇齿留香。</w:t>
      </w:r>
      <w:r>
        <w:rPr>
          <w:lang w:eastAsia="zh-CN"/>
        </w:rPr>
        <w:br/>
      </w:r>
      <w:r>
        <w:rPr>
          <w:lang w:eastAsia="zh-CN"/>
        </w:rPr>
        <w:t>　　美感和韵律是诗歌的灵魂，《飞鸟集》将人带入了一个美妙的天堂般的境界。这里有明媚的阳光，整齐的白桦林，仿佛一幅简单明了的彩绘画。这里有“泉水激石，泠泠作响”，也有“好鸟相鸣，嘤嘤成韵”，犹如一幅清雅脱俗的山水画。这里有黑夜笼罩下的狂风暴雨，也有沉沉暮霭下烛与灯的对话，好似一幅色彩浓重的油画。这里同样是奇妙的童话世界。看看不知深浅的萤火虫嘲笑着沉默的星星，瞧瞧马与草之间的精彩辩论，听听花朵与绿叶之间的低语，我领悟了深邃的哲理，同时又收获了可贵的天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泰戈尔的笔下，人性这个话题屡见不鲜。对人性的思考，在泰戈尔看来是永恒的。他用看似简单的语句揭示了许多深刻的道理。在可怖的夜幕中，我唤醒内心的理性，与泰戈尔一道，剖析着人性的弱点;在温暖的阳光下，我调动着感性的情感，与泰戈尔一道，感受着世界的气息。我在泰戈尔的引导下，明白了美的含义，也领悟了情的真谛。拒绝冷漠，拒绝愚昧。泰戈尔用自己的情感感动了我。</w:t>
      </w:r>
      <w:r>
        <w:rPr>
          <w:lang w:eastAsia="zh-CN"/>
        </w:rPr>
        <w:br/>
      </w:r>
      <w:r>
        <w:rPr>
          <w:lang w:eastAsia="zh-CN"/>
        </w:rPr>
        <w:t>　　《飞鸟集》的意义并不在于它的文字如何的优美，而在于它的内涵。它用唯美的方式演绎了晶莹剔透的篇章。我采撷着它闪耀的光芒，并从中获得了新生。</w:t>
      </w:r>
      <w:r>
        <w:rPr>
          <w:lang w:eastAsia="zh-CN"/>
        </w:rPr>
        <w:br/>
      </w:r>
      <w:r>
        <w:rPr>
          <w:lang w:eastAsia="zh-CN"/>
        </w:rPr>
        <w:t>　　在它面前，我以前的文字都黯淡了下来，唯有它光彩夺目。在泰戈尔面前，我终于意识到我过去的灵魂是多么的卑微。</w:t>
      </w:r>
      <w:r>
        <w:rPr>
          <w:lang w:eastAsia="zh-CN"/>
        </w:rPr>
        <w:br/>
      </w:r>
      <w:r>
        <w:rPr>
          <w:lang w:eastAsia="zh-CN"/>
        </w:rPr>
        <w:t>　　《飞鸟集》，好一部美的箴言。</w:t>
      </w:r>
      <w:r>
        <w:rPr>
          <w:lang w:eastAsia="zh-CN"/>
        </w:rPr>
        <w:br/>
      </w:r>
      <w:r>
        <w:rPr>
          <w:lang w:eastAsia="zh-CN"/>
        </w:rPr>
        <w:t xml:space="preserve">    《飞鸟集》读书心得集锦 篇13 </w:t>
      </w:r>
      <w:r>
        <w:rPr>
          <w:lang w:eastAsia="zh-CN"/>
        </w:rPr>
        <w:br/>
      </w:r>
      <w:r>
        <w:rPr>
          <w:lang w:eastAsia="zh-CN"/>
        </w:rPr>
        <w:t>　　万年的时间染绿了石缝间的青苔，千年的岁月斑驳着门前的古树，百年的辉煌则默默在他的笔下跳舞。</w:t>
      </w:r>
      <w:r>
        <w:rPr>
          <w:lang w:eastAsia="zh-CN"/>
        </w:rPr>
        <w:br/>
      </w:r>
      <w:r>
        <w:rPr>
          <w:lang w:eastAsia="zh-CN"/>
        </w:rPr>
        <w:t>　　从来没有见过一个作家可以只用短短几句话便将一个道理、一些思考、一种我从前以为抽象而不可描述的事物用语言急促而富有节奏地刻画出来。</w:t>
      </w:r>
      <w:r>
        <w:rPr>
          <w:lang w:eastAsia="zh-CN"/>
        </w:rPr>
        <w:br/>
      </w:r>
      <w:r>
        <w:rPr>
          <w:lang w:eastAsia="zh-CN"/>
        </w:rPr>
        <w:t>　　直到一个安静的下午，我无意拂去了埋葬着昔日沉默灵魂的微黄纸张上的灰尘，开始了无声的对话。</w:t>
      </w:r>
      <w:r>
        <w:rPr>
          <w:lang w:eastAsia="zh-CN"/>
        </w:rPr>
        <w:br/>
      </w:r>
      <w:r>
        <w:rPr>
          <w:lang w:eastAsia="zh-CN"/>
        </w:rPr>
        <w:t>　　如果你因失去了太阳而流泪，那么你也将失去群星了。他告诉我星星的光辉再柔弱也是对坚强的一种奖章，不值得为已经失去的事物而再次失去。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你看不见你自己，你所看见的只是你的影子。他向我展示了认清自己是难上加难，影子或许只是一个水中的倒影，恰好与自身相反。</w:t>
      </w:r>
      <w:r>
        <w:rPr>
          <w:lang w:eastAsia="zh-CN"/>
        </w:rPr>
        <w:br/>
      </w:r>
      <w:r>
        <w:rPr>
          <w:lang w:eastAsia="zh-CN"/>
        </w:rPr>
        <w:t>　　我满怀期待地读下一首诗，深情地用眼睛抚摸着最后一个词。寂静一直持续到我看到这首只有14个字的诗。</w:t>
      </w:r>
      <w:r>
        <w:rPr>
          <w:lang w:eastAsia="zh-CN"/>
        </w:rPr>
        <w:br/>
      </w:r>
      <w:r>
        <w:rPr>
          <w:lang w:eastAsia="zh-CN"/>
        </w:rPr>
        <w:t>　　有一次朋友问我，月亮的彼岸是什么，花的彼岸又是什么。我想了半天却回答不出来，知道今天下午和这首小诗相遇了。泰戈尔说：“鸟愿为云，云愿为鸟。”</w:t>
      </w:r>
      <w:r>
        <w:rPr>
          <w:lang w:eastAsia="zh-CN"/>
        </w:rPr>
        <w:br/>
      </w:r>
      <w:r>
        <w:rPr>
          <w:lang w:eastAsia="zh-CN"/>
        </w:rPr>
        <w:t>　　此岸触手可及，飘渺的幻想是一种美，也许你是羡慕别人的同时，别人也在你的彼岸俯瞰这一边，就像鸟和云，鲜花和月，距离使美在不同的角度有不同的魅力。</w:t>
      </w:r>
      <w:r>
        <w:rPr>
          <w:lang w:eastAsia="zh-CN"/>
        </w:rPr>
        <w:br/>
      </w:r>
      <w:r>
        <w:rPr>
          <w:lang w:eastAsia="zh-CN"/>
        </w:rPr>
        <w:t>　　后来，我终于知道了这个问题的答案：“看那花在雾里像月亮，在水里像月亮。”泰戈尔把我不知道怎样表达的答案藏在《飞鸟集》里，给了我启示和惊奇，使我豁然大悟。</w:t>
      </w:r>
      <w:r>
        <w:rPr>
          <w:lang w:eastAsia="zh-CN"/>
        </w:rPr>
        <w:br/>
      </w:r>
      <w:r>
        <w:rPr>
          <w:lang w:eastAsia="zh-CN"/>
        </w:rPr>
        <w:t>　　在阅读中，我被他丰富的想象力和思维所震惊。他像一匹野马，在草原上奔驰，挣脱了枷锁。听见风的呼啸声给了他灵感，眼前群山的跳跃给了他视觉的盛宴。</w:t>
      </w:r>
      <w:r>
        <w:rPr>
          <w:lang w:eastAsia="zh-CN"/>
        </w:rPr>
        <w:br/>
      </w:r>
      <w:r>
        <w:rPr>
          <w:lang w:eastAsia="zh-CN"/>
        </w:rPr>
        <w:t>　　他的笔触触遍大地的每一个角落：水中沉默的鱼，陆地上喧闹的动物，空中歌唱的鸟，以及形形色色的人。他畅所欲言，毫不顾忌自己的灵魂，在崇拜世界的同时，他似乎对世界不屑一顾。</w:t>
      </w:r>
      <w:r>
        <w:rPr>
          <w:lang w:eastAsia="zh-CN"/>
        </w:rPr>
        <w:br/>
      </w:r>
      <w:r>
        <w:rPr>
          <w:lang w:eastAsia="zh-CN"/>
        </w:rPr>
        <w:t>　　他的世界的纯洁、浩瀚、神秘莫测。</w:t>
      </w:r>
      <w:r>
        <w:rPr>
          <w:lang w:eastAsia="zh-CN"/>
        </w:rPr>
        <w:br/>
      </w:r>
      <w:r>
        <w:rPr>
          <w:lang w:eastAsia="zh-CN"/>
        </w:rPr>
        <w:t>　　没有丝毫的思维模式，他的话在大自然中流走。</w:t>
      </w:r>
      <w:r>
        <w:rPr>
          <w:lang w:eastAsia="zh-CN"/>
        </w:rPr>
        <w:br/>
      </w:r>
      <w:r>
        <w:rPr>
          <w:lang w:eastAsia="zh-CN"/>
        </w:rPr>
        <w:t>　　摒除杂念，我扬帆起航，驶向新的起点。</w:t>
      </w:r>
      <w:r>
        <w:rPr>
          <w:lang w:eastAsia="zh-CN"/>
        </w:rPr>
        <w:br/>
      </w:r>
      <w:r>
        <w:rPr>
          <w:lang w:eastAsia="zh-CN"/>
        </w:rPr>
        <w:t xml:space="preserve">    《飞鸟集》读书心得集锦 篇14 </w:t>
      </w:r>
      <w:r>
        <w:rPr>
          <w:lang w:eastAsia="zh-CN"/>
        </w:rPr>
        <w:br/>
      </w:r>
    </w:p>
    <w:p w:rsidR="001B1F19" w14:textId="27C3F48A">
      <w:pPr>
        <w:rPr>
          <w:rFonts w:hint="eastAsia"/>
          <w:lang w:eastAsia="zh-CN"/>
        </w:rPr>
      </w:pPr>
      <w:r>
        <w:rPr>
          <w:lang w:eastAsia="zh-CN"/>
        </w:rPr>
        <w:t>　　曾经，苦痛，伤悲无数次地刺痛我的心房;曾经，想逃离这个喧嚣的城市;曾经，我以为这个世界上已经没有了爱。直到有一天，飞鸟邂逅了我的心，擦出绚丽的火花</w:t>
      </w:r>
      <w:r>
        <w:rPr>
          <w:lang w:eastAsia="zh-CN"/>
        </w:rPr>
        <w:br/>
      </w:r>
      <w:r>
        <w:rPr>
          <w:lang w:eastAsia="zh-CN"/>
        </w:rPr>
        <w:t>　　《飞鸟集》出自印度诗人泰戈尔的笔下。读他的诗，我感受到的是一种在俗世中脱胎换骨的超然，庆幸自己在喧闹的城市中寻找到一角宁静。飞鸟带给我的，是一场心灵的洗礼，是一种爱与美交织的智慧，是一个真实而清新亮丽的梦。</w:t>
      </w:r>
      <w:r>
        <w:rPr>
          <w:lang w:eastAsia="zh-CN"/>
        </w:rPr>
        <w:br/>
      </w:r>
      <w:r>
        <w:rPr>
          <w:lang w:eastAsia="zh-CN"/>
        </w:rPr>
        <w:t>　　当飞鸟遇上我的心，我学会了爱。爱自己，是一切爱的前提。</w:t>
      </w:r>
      <w:r>
        <w:rPr>
          <w:lang w:eastAsia="zh-CN"/>
        </w:rPr>
        <w:br/>
      </w:r>
      <w:r>
        <w:rPr>
          <w:lang w:eastAsia="zh-CN"/>
        </w:rPr>
        <w:t>　　我曾伤痛过，也曾失望过，还曾体会过死亡&amp;，我很高兴生活在这个伟大的世界里。谁不曾苦恼过然而在失落与苦痛中，泰戈尔选择了爱，爱自己的生命</w:t>
      </w:r>
      <w:r>
        <w:rPr>
          <w:lang w:eastAsia="zh-CN"/>
        </w:rPr>
        <w:br/>
      </w:r>
      <w:r>
        <w:rPr>
          <w:lang w:eastAsia="zh-CN"/>
        </w:rPr>
        <w:t>　　年华如潮水般推着我涌上远方的堤岸，我知道，有一天，我也会一点一点地老去，于是，我越发珍惜生命。是飞鸟，让我明白爱就是充实的生命，一如盛满了酒的酒杯，才发现，每个角落，都有爱，有美，还有平凡的感动。当烦恼来临时，把它看得轻一点，淡一点，一切都好。何必要顽固地令自己沉沦在苦里头呢风也没动，幡也没动，美也好，丑也罢，能活着本来就是一种幸福，何必庸人自扰</w:t>
      </w:r>
      <w:r>
        <w:rPr>
          <w:lang w:eastAsia="zh-CN"/>
        </w:rPr>
        <w:br/>
      </w:r>
      <w:r>
        <w:rPr>
          <w:lang w:eastAsia="zh-CN"/>
        </w:rPr>
        <w:t>　　当飞鸟触摸我的心，我学会了爱。爱他人，更是幸福的延续。</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https://d.book118.com/878010113044006036</w:t>
        </w:r>
      </w:hyperlink>
    </w:p>
    <w:p w:rsidR="001B1F19">
      <w:pPr>
        <w:rPr>
          <w:rFonts w:hint="eastAsia"/>
          <w:lang w:eastAsia="zh-CN"/>
        </w:rPr>
      </w:pPr>
    </w:p>
    <w:sectPr>
      <w:type w:val="nextPage"/>
      <w:pgSz w:w="11906" w:h="16838"/>
      <w:pgMar w:top="1440" w:right="1800" w:bottom="1440" w:left="1800" w:header="851" w:footer="992" w:gutter="0"/>
      <w:pgNumType w:start="2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78010113044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