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个人安全工作总结范例（30篇）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个人安全工作总结范例（精选30篇）</w:t>
      </w:r>
      <w:r>
        <w:rPr>
          <w:lang w:eastAsia="zh-CN"/>
        </w:rPr>
        <w:br/>
      </w:r>
      <w:r>
        <w:rPr>
          <w:lang w:eastAsia="zh-CN"/>
        </w:rPr>
        <w:t xml:space="preserve">    个人安全工作总结范例 篇1 </w:t>
      </w:r>
      <w:r>
        <w:rPr>
          <w:lang w:eastAsia="zh-CN"/>
        </w:rPr>
        <w:br/>
      </w:r>
      <w:r>
        <w:rPr>
          <w:lang w:eastAsia="zh-CN"/>
        </w:rPr>
        <w:t>　　安全生产实践中，我队坚持安全发展理念，深入开展“安全生产年”活动，强力推进隐患排查整改，确保风险受控，安全生产管理水平不断提高。</w:t>
      </w:r>
      <w:r>
        <w:rPr>
          <w:lang w:eastAsia="zh-CN"/>
        </w:rPr>
        <w:br/>
      </w:r>
      <w:r>
        <w:rPr>
          <w:lang w:eastAsia="zh-CN"/>
        </w:rPr>
        <w:t>　　一是坚持依法合规管理，完善责任体系。</w:t>
      </w:r>
      <w:r>
        <w:rPr>
          <w:lang w:eastAsia="zh-CN"/>
        </w:rPr>
        <w:br/>
      </w:r>
      <w:r>
        <w:rPr>
          <w:lang w:eastAsia="zh-CN"/>
        </w:rPr>
        <w:t>　　我队贯彻《安全生产法》、《国务院关于进一步加强安全生产工作的决定》、《河南省安全生产条例》等法律法规，将安全生产方针政策落实到生产经营全过程。贯彻“以人为本，安康至上，预防为主，持续改进”的安全工作方针，实行安全生产主要领导亲自抓、主管领导重点抓、专业领导具体抓、职工安全自主抓，将安全责任落实到各级、各部门，形成了各负其责、分工协作、综合治理、齐抓共管的安全生产长效机制。</w:t>
      </w:r>
      <w:r>
        <w:rPr>
          <w:lang w:eastAsia="zh-CN"/>
        </w:rPr>
        <w:br/>
      </w:r>
      <w:r>
        <w:rPr>
          <w:lang w:eastAsia="zh-CN"/>
        </w:rPr>
        <w:t>　　二是建立职业健康安全标准体系，推进标准化管理。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队构建安全管理系统工程，以管理标准化为基础，完善管理制度，防范管理缺陷。以现场标准化为条件，消除物的不安全状态，提高本质化安全程度。以操作标准化为核心，引导职工对照操作标准，规范作业，杜绝不安全行为。从源头上消除危害，过程中控制风险，建立起自我约束、持续改进的安全生产工作机制。</w:t>
      </w:r>
      <w:r>
        <w:rPr>
          <w:lang w:eastAsia="zh-CN"/>
        </w:rPr>
        <w:br/>
      </w:r>
      <w:r>
        <w:rPr>
          <w:lang w:eastAsia="zh-CN"/>
        </w:rPr>
        <w:t>　　三是建立科学的风险管理模式，实施风险“四预”管理。</w:t>
      </w:r>
      <w:r>
        <w:rPr>
          <w:lang w:eastAsia="zh-CN"/>
        </w:rPr>
        <w:br/>
      </w:r>
      <w:r>
        <w:rPr>
          <w:lang w:eastAsia="zh-CN"/>
        </w:rPr>
        <w:t>　　针对工程施工存在高风险的特点，对各类危险因素进行岗位辨识、专业辨识、综合辨识，对风险进行评价和控制，确立了工程施工中安全生产26项重点风险，对煤气、氧气、锅炉、高温液体、危险化学品、高空作业等重大危险源，开展预知、预防、预控、预案“四预”管理，</w:t>
      </w:r>
      <w:r>
        <w:rPr>
          <w:lang w:eastAsia="zh-CN"/>
        </w:rPr>
        <w:br/>
      </w:r>
      <w:r>
        <w:rPr>
          <w:lang w:eastAsia="zh-CN"/>
        </w:rPr>
        <w:t>　　制定和演练应急预案，确保了重大风险可控、在控、受控。</w:t>
      </w:r>
      <w:r>
        <w:rPr>
          <w:lang w:eastAsia="zh-CN"/>
        </w:rPr>
        <w:br/>
      </w:r>
      <w:r>
        <w:rPr>
          <w:lang w:eastAsia="zh-CN"/>
        </w:rPr>
        <w:t>　　四是突出“谁主管、谁负责”，强化专业管理，支撑安全生产、安全发展。</w:t>
      </w:r>
      <w:r>
        <w:rPr>
          <w:lang w:eastAsia="zh-CN"/>
        </w:rPr>
        <w:br/>
      </w:r>
      <w:r>
        <w:rPr>
          <w:lang w:eastAsia="zh-CN"/>
        </w:rPr>
        <w:t>　　各专业系统建立安全责任体系、制度体系、评价考核体系，建立隐患排查分析整改机制，加强技防支撑，开展科技攻关，提高安全工作的科技含量，确保安全防护设施功能不削减，并不断完善和提高安全本质化水平。</w:t>
      </w:r>
      <w:r>
        <w:rPr>
          <w:lang w:eastAsia="zh-CN"/>
        </w:rPr>
        <w:br/>
      </w:r>
      <w:r>
        <w:rPr>
          <w:lang w:eastAsia="zh-CN"/>
        </w:rPr>
        <w:t>　　五是把握事故规律，围绕现场抓安全。</w:t>
      </w:r>
      <w:r>
        <w:rPr>
          <w:lang w:eastAsia="zh-CN"/>
        </w:rPr>
        <w:br/>
      </w:r>
      <w:r>
        <w:rPr>
          <w:lang w:eastAsia="zh-CN"/>
        </w:rPr>
        <w:t>　　立足现场，以精细管理为手段，以过程控制为基础，加强对安全工作的研究，总结事故规律，开展“平安确认”、“平安工地”，从管理缺陷、人的不安全行为、物的不安全状态三个方面着手，突出预防，加大投入，把消除隐患作为第一要务，不以安全为代价降成本，持续提升安全生产保障力。</w:t>
      </w:r>
      <w:r>
        <w:rPr>
          <w:lang w:eastAsia="zh-CN"/>
        </w:rPr>
        <w:br/>
      </w:r>
      <w:r>
        <w:rPr>
          <w:lang w:eastAsia="zh-CN"/>
        </w:rPr>
        <w:t>　　六是强化基层，夯实基础，加强培训，推进安全文化建设。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开展(班)组安全标准化达标晋级活动，组织实施全员安全承诺，加强全员安全培训，着力实现员工安全意识和技能的根本性转变。推进安全文化建设，增强安全文化的渗透力、凝聚力、导向力，实现自主规范管理。</w:t>
      </w:r>
      <w:r>
        <w:rPr>
          <w:lang w:eastAsia="zh-CN"/>
        </w:rPr>
        <w:br/>
      </w:r>
      <w:r>
        <w:rPr>
          <w:lang w:eastAsia="zh-CN"/>
        </w:rPr>
        <w:t xml:space="preserve">    个人安全工作总结范例 篇2 </w:t>
      </w:r>
      <w:r>
        <w:rPr>
          <w:lang w:eastAsia="zh-CN"/>
        </w:rPr>
        <w:br/>
      </w:r>
      <w:r>
        <w:rPr>
          <w:lang w:eastAsia="zh-CN"/>
        </w:rPr>
        <w:t>　　消防安全工作是我综合治理的重要内容，关系到我财产安全和全体职工工的生命安全。对于这项工作，我们从来不敢有丝毫懈怠与麻痹大意。我们在实际工作中能坚持做到不断总结经验教训，不断改进和完善工作方法，提高安全防范能力，将事故隐患减少到最低指数，可能的提供安全保障。</w:t>
      </w:r>
      <w:r>
        <w:rPr>
          <w:lang w:eastAsia="zh-CN"/>
        </w:rPr>
        <w:br/>
      </w:r>
      <w:r>
        <w:rPr>
          <w:lang w:eastAsia="zh-CN"/>
        </w:rPr>
        <w:t>　　一、高度重视，积极做好消防安全的宣传工作</w:t>
      </w:r>
      <w:r>
        <w:rPr>
          <w:lang w:eastAsia="zh-CN"/>
        </w:rPr>
        <w:br/>
      </w:r>
      <w:r>
        <w:rPr>
          <w:lang w:eastAsia="zh-CN"/>
        </w:rPr>
        <w:t>　　只有思想上重视起来，安全行为才有保障。这是我们多年来的工作经验之一。为此，我们十分重视消防安全工作的宣传。上半年以来我们主要从三个方面落实这项工作。</w:t>
      </w:r>
      <w:r>
        <w:rPr>
          <w:lang w:eastAsia="zh-CN"/>
        </w:rPr>
        <w:br/>
      </w:r>
      <w:r>
        <w:rPr>
          <w:lang w:eastAsia="zh-CN"/>
        </w:rPr>
        <w:t>　　首先是通过会议进行消防安全宣传。我综治领导小组坚持召开消防安全工作例会，分析问题讨论措施布置工作。我领导在每次会议上都反复强调，要求大家小心谨慎，预防为主。</w:t>
      </w:r>
      <w:r>
        <w:rPr>
          <w:lang w:eastAsia="zh-CN"/>
        </w:rPr>
        <w:br/>
      </w:r>
      <w:r>
        <w:rPr>
          <w:lang w:eastAsia="zh-CN"/>
        </w:rPr>
        <w:t>　　其次，要求大家掌握了基本的消防安全知识，增强了消防安全意识。</w:t>
      </w:r>
      <w:r>
        <w:rPr>
          <w:lang w:eastAsia="zh-CN"/>
        </w:rPr>
        <w:br/>
      </w:r>
      <w:r>
        <w:rPr>
          <w:lang w:eastAsia="zh-CN"/>
        </w:rPr>
        <w:t>　　第三是在全职工之中进行了一次系统全面的消防安全培训。这次培训既有书面的又有实际操作，理论与实践相结合。参加培训人员面广量大，培训工作细致全面，效果显著。</w:t>
      </w:r>
      <w:r>
        <w:rPr>
          <w:lang w:eastAsia="zh-CN"/>
        </w:rPr>
        <w:br/>
      </w:r>
      <w:r>
        <w:rPr>
          <w:lang w:eastAsia="zh-CN"/>
        </w:rPr>
        <w:t>　　二、推进消防安全责任制，充分落实管理责任与具体措施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只有加强管理，做到责任到人，才能真正做到防微杜渐。这是我们多年来做好消防安全工作的另一条重要经验。明岗明责，检查评比，是强化管理力求实效的重要举措。</w:t>
      </w:r>
      <w:r>
        <w:rPr>
          <w:lang w:eastAsia="zh-CN"/>
        </w:rPr>
        <w:br/>
      </w:r>
      <w:r>
        <w:rPr>
          <w:lang w:eastAsia="zh-CN"/>
        </w:rPr>
        <w:t>　　具体说来，我们在以下四个方面加强了规范管理：</w:t>
      </w:r>
      <w:r>
        <w:rPr>
          <w:lang w:eastAsia="zh-CN"/>
        </w:rPr>
        <w:br/>
      </w:r>
      <w:r>
        <w:rPr>
          <w:lang w:eastAsia="zh-CN"/>
        </w:rPr>
        <w:t>　　1、确定重点防火部位，明确重点防火部位负责人。</w:t>
      </w:r>
      <w:r>
        <w:rPr>
          <w:lang w:eastAsia="zh-CN"/>
        </w:rPr>
        <w:br/>
      </w:r>
      <w:r>
        <w:rPr>
          <w:lang w:eastAsia="zh-CN"/>
        </w:rPr>
        <w:t>　　2、加强对仓库、电脑房的管理，不定期检查安全情况。这两处是事故易发地，我们对有关人员加强消防安全教育的同时加大检查力度。</w:t>
      </w:r>
      <w:r>
        <w:rPr>
          <w:lang w:eastAsia="zh-CN"/>
        </w:rPr>
        <w:br/>
      </w:r>
      <w:r>
        <w:rPr>
          <w:lang w:eastAsia="zh-CN"/>
        </w:rPr>
        <w:t>　　3、加强对消防器具的管理和保养。</w:t>
      </w:r>
      <w:r>
        <w:rPr>
          <w:lang w:eastAsia="zh-CN"/>
        </w:rPr>
        <w:br/>
      </w:r>
      <w:r>
        <w:rPr>
          <w:lang w:eastAsia="zh-CN"/>
        </w:rPr>
        <w:t>　　4、加强评比，发放防火安全奖。我们主要以奖励为主，但对在消防安全中制造隐患、渎职犯错的同志，我们一方面加强教育，一方面执行相应惩处。</w:t>
      </w:r>
      <w:r>
        <w:rPr>
          <w:lang w:eastAsia="zh-CN"/>
        </w:rPr>
        <w:br/>
      </w:r>
      <w:r>
        <w:rPr>
          <w:lang w:eastAsia="zh-CN"/>
        </w:rPr>
        <w:t>　　三、加大力度对农机市场部门的整顿措施</w:t>
      </w:r>
      <w:r>
        <w:rPr>
          <w:lang w:eastAsia="zh-CN"/>
        </w:rPr>
        <w:br/>
      </w:r>
      <w:r>
        <w:rPr>
          <w:lang w:eastAsia="zh-CN"/>
        </w:rPr>
        <w:t>　　年初，我积极配合上级部门的有关精神，展开了一次对农机修理等部门消防隐患排查工作，要求其配备必要的消防器材，并与其签订了消防安全责任书等活动。</w:t>
      </w:r>
      <w:r>
        <w:rPr>
          <w:lang w:eastAsia="zh-CN"/>
        </w:rPr>
        <w:br/>
      </w:r>
      <w:r>
        <w:rPr>
          <w:lang w:eastAsia="zh-CN"/>
        </w:rPr>
        <w:t>　　消防安全工作是一个艰巨的长期的任务，不是一劳永逸的事情。我们在加强日常工作管理和阶段情况总结的同时，要真正树立一种防患于未然的安全意识。只有防治结合，才能保证安全。每个人都要关心消防安全，不能以为看不到就没事，事不关己就没事。我们相信，在大家的共同努力下，我们一定能将消防安全工作做得更好。</w:t>
      </w:r>
      <w:r>
        <w:rPr>
          <w:lang w:eastAsia="zh-CN"/>
        </w:rPr>
        <w:br/>
      </w:r>
      <w:r>
        <w:rPr>
          <w:lang w:eastAsia="zh-CN"/>
        </w:rPr>
        <w:t xml:space="preserve">    个人安全工作总结范例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20__年是安全生产年，在公司的正确领导下，在安环部的监督管理下，设备管理部在20__年内未发生重特大设备及人身伤害事故，取得死亡事故为0，重伤事故为0，轻伤事故为0的安全良好成绩。而我作为供料净化车间设备点检员及点检站临时负责人，在安全方面做了一些工作，其中有成绩也有不足，现在，我就过去的一年内的安全工作进行总结：</w:t>
      </w:r>
      <w:r>
        <w:rPr>
          <w:lang w:eastAsia="zh-CN"/>
        </w:rPr>
        <w:br/>
      </w:r>
      <w:r>
        <w:rPr>
          <w:lang w:eastAsia="zh-CN"/>
        </w:rPr>
        <w:t>　　一、20__年安全工作主要的内容</w:t>
      </w:r>
      <w:r>
        <w:rPr>
          <w:lang w:eastAsia="zh-CN"/>
        </w:rPr>
        <w:br/>
      </w:r>
      <w:r>
        <w:rPr>
          <w:lang w:eastAsia="zh-CN"/>
        </w:rPr>
        <w:t>　　1、努力提高安全的自我要求，做一名“安全的人”。</w:t>
      </w:r>
      <w:r>
        <w:rPr>
          <w:lang w:eastAsia="zh-CN"/>
        </w:rPr>
        <w:br/>
      </w:r>
      <w:r>
        <w:rPr>
          <w:lang w:eastAsia="zh-CN"/>
        </w:rPr>
        <w:t>　　在思想上，积极上进，爱祖国爱公司，同时努力学习公司的各项安全制度。在行动上，我时时以安全作为标杆，规范自已的各种行为，保障自身的安全。</w:t>
      </w:r>
      <w:r>
        <w:rPr>
          <w:lang w:eastAsia="zh-CN"/>
        </w:rPr>
        <w:br/>
      </w:r>
      <w:r>
        <w:rPr>
          <w:lang w:eastAsia="zh-CN"/>
        </w:rPr>
        <w:t>　　2、组织进行部门的安全培训工作。</w:t>
      </w:r>
      <w:r>
        <w:rPr>
          <w:lang w:eastAsia="zh-CN"/>
        </w:rPr>
        <w:br/>
      </w:r>
      <w:r>
        <w:rPr>
          <w:lang w:eastAsia="zh-CN"/>
        </w:rPr>
        <w:t>　　平时利用自已负责组织部门培训的机会，协同部门兼职安全员，每月两次对部门的员工进行安全知识培训，共同学习公司的各项安全制度、各项事故案例、上级及公司安全部门的要求文件等，提高部门职工的安全意识与责任意识。</w:t>
      </w:r>
      <w:r>
        <w:rPr>
          <w:lang w:eastAsia="zh-CN"/>
        </w:rPr>
        <w:br/>
      </w:r>
      <w:r>
        <w:rPr>
          <w:lang w:eastAsia="zh-CN"/>
        </w:rPr>
        <w:t>　　3、加强各点检员的安全保障工作。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点检站的日常工作中，利用点检员办公地点统一的便利，向各点的点检员提出安全的要求，要求各点检员在现场点检及其它作业时，一切须以安全为原则，在从事高空或电气点检作业时，须按要求配戴安全带及停电验电挂牌等措施，同时在点检作业时，须与设备操作工结成安全对子，做好安全互保。通过大家的共同努力，部门在20__年取得了良好的安全成绩。</w:t>
      </w:r>
      <w:r>
        <w:rPr>
          <w:lang w:eastAsia="zh-CN"/>
        </w:rPr>
        <w:br/>
      </w:r>
      <w:r>
        <w:rPr>
          <w:lang w:eastAsia="zh-CN"/>
        </w:rPr>
        <w:t>　　4、加强检修作业的安全监督。</w:t>
      </w:r>
      <w:r>
        <w:rPr>
          <w:lang w:eastAsia="zh-CN"/>
        </w:rPr>
        <w:br/>
      </w:r>
      <w:r>
        <w:rPr>
          <w:lang w:eastAsia="zh-CN"/>
        </w:rPr>
        <w:t>　　作为一个点检员，日常工作中直接向设备检修人员下达检修指令，亦对检修过程中的安全负有较大的责任。假若在工作安排时，未考虑到相应的危险因素，极易导致安全事件的发生。因此在每一次的工作安排中，都对检修过程中的危险因素进行再三强调，并督促检修人员对所有的危险因素进行相应的防范。同时，要求其他各点的点检员，在工作安排时充分考虑检修时的危险因素，加强安全强调及监督，保障设备检修人员的安全。</w:t>
      </w:r>
      <w:r>
        <w:rPr>
          <w:lang w:eastAsia="zh-CN"/>
        </w:rPr>
        <w:br/>
      </w:r>
      <w:r>
        <w:rPr>
          <w:lang w:eastAsia="zh-CN"/>
        </w:rPr>
        <w:t>　　5、组织参与设备的消缺技改及安全的设备保障工作。</w:t>
      </w:r>
      <w:r>
        <w:rPr>
          <w:lang w:eastAsia="zh-CN"/>
        </w:rPr>
        <w:br/>
      </w:r>
      <w:r>
        <w:rPr>
          <w:lang w:eastAsia="zh-CN"/>
        </w:rPr>
        <w:t>　　一方面，组织推进辖区内设备的消缺技改工作。年内积极推进供料净化车间的卸料站开袋平台收尘改造、三四系净化出口阀门改造这两个技改工作。从方案准备到具体实施，全程对改造过程进行安排。在技改完成后，将有效减少职工的职业病危害及烫伤。另外，组织参与了电解多功能天车12、5t葫芦安全缺陷的整改，消除了天车安全上的隐患，保障设备及电解员工的安全。</w:t>
      </w:r>
      <w:r>
        <w:rPr>
          <w:lang w:eastAsia="zh-CN"/>
        </w:rPr>
        <w:br/>
      </w:r>
      <w:r>
        <w:rPr>
          <w:lang w:eastAsia="zh-CN"/>
        </w:rPr>
        <w:t>　　6、组织参与设备违章现象的检查与冶理。</w:t>
      </w:r>
      <w:r>
        <w:rPr>
          <w:lang w:eastAsia="zh-CN"/>
        </w:rPr>
        <w:br/>
      </w:r>
      <w:r>
        <w:rPr>
          <w:lang w:eastAsia="zh-CN"/>
        </w:rPr>
        <w:t>　　在安环部、设备部联合进行的的设备违章现象冶理活动中，积极参与，对违章现象进行通报及查处，消除设备指挥、操作过程中的不安全因素，防止安全事故的发生。</w:t>
      </w:r>
      <w:r>
        <w:rPr>
          <w:lang w:eastAsia="zh-CN"/>
        </w:rPr>
        <w:br/>
      </w:r>
      <w:r>
        <w:rPr>
          <w:lang w:eastAsia="zh-CN"/>
        </w:rPr>
        <w:t>　　二、20__年安全工作的感想与认识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纵观全年的安全工作，我认为首先必须牢固的树立安全的核心思想，在一切活动中，都要把安全作为行动的基石，在职工的安全培训中，必须时时灌输此一思想；另外，必须加强安全的检查，对所有不安全的行为，都要受到相应的批评及考核，因此建立各单位的安全检查与考核制度是十分有必要的；再者，要加强设备方面对安全的保障，通过对设备进行消缺、技术改造，减少设备本身的不安全因素，减少对设备操作人员及使用人员的伤害。</w:t>
      </w:r>
      <w:r>
        <w:rPr>
          <w:lang w:eastAsia="zh-CN"/>
        </w:rPr>
        <w:br/>
      </w:r>
      <w:r>
        <w:rPr>
          <w:lang w:eastAsia="zh-CN"/>
        </w:rPr>
        <w:t>　　三、不足与展望</w:t>
      </w:r>
      <w:r>
        <w:rPr>
          <w:lang w:eastAsia="zh-CN"/>
        </w:rPr>
        <w:br/>
      </w:r>
      <w:r>
        <w:rPr>
          <w:lang w:eastAsia="zh-CN"/>
        </w:rPr>
        <w:t>　　一年来的工作虽然取得了一定的成绩，但也存在一些不足，主要表现在力度方面。在组织、沟通能力上还尚有不足之处。另外，对于其它车间的设备及安全知识尚需要时间学习。在今后的工作中，我一定认真学习相关安全制度，敢说敢管，努力把设备相关的安全工作做得更好。</w:t>
      </w:r>
      <w:r>
        <w:rPr>
          <w:lang w:eastAsia="zh-CN"/>
        </w:rPr>
        <w:br/>
      </w:r>
      <w:r>
        <w:rPr>
          <w:lang w:eastAsia="zh-CN"/>
        </w:rPr>
        <w:t xml:space="preserve">    个人安全工作总结范例 篇4 </w:t>
      </w:r>
      <w:r>
        <w:rPr>
          <w:lang w:eastAsia="zh-CN"/>
        </w:rPr>
        <w:br/>
      </w:r>
      <w:r>
        <w:rPr>
          <w:lang w:eastAsia="zh-CN"/>
        </w:rPr>
        <w:t>　　20__年我校以对全体学生和人民高度负责的精神，认真贯彻省市区及薛阁街道办事处有关安全工作文件精神，依靠全体教职工在全校组织开展了一系列安全教育宣传活动，并取得了一定实际性效果，现将我校安全工作总结如下：</w:t>
      </w:r>
      <w:r>
        <w:rPr>
          <w:lang w:eastAsia="zh-CN"/>
        </w:rPr>
        <w:br/>
      </w:r>
      <w:r>
        <w:rPr>
          <w:lang w:eastAsia="zh-CN"/>
        </w:rPr>
        <w:t>　　一、领导重视，措施有力。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安全工作，是学校顺利开展教育教学工作的前提和基矗没有安全稳定的校园环境，学校的各项工作都无法正常进行为进一步做好安全教育工作，切实加强对安全工作的领导，我校成立了以校长王宗民为组长的安全工作领导小组，特别是发挥了班主任在安全工作中的重要作用，确保了工作的实效性、有效性和安全性。</w:t>
      </w:r>
      <w:r>
        <w:rPr>
          <w:lang w:eastAsia="zh-CN"/>
        </w:rPr>
        <w:br/>
      </w:r>
      <w:r>
        <w:rPr>
          <w:lang w:eastAsia="zh-CN"/>
        </w:rPr>
        <w:t>　　1、建立安全工作责任制和责任追究制。20__春季开学之际学校同各班班主任签订了安全工作负责书，将此项工作做为相关责任人目标考核的重要内容，并进行严格考核，严格执行责任追究制度，对因此项工作力度不够而造成安全事故的，要严肃追究有关责任人的责任。</w:t>
      </w:r>
      <w:r>
        <w:rPr>
          <w:lang w:eastAsia="zh-CN"/>
        </w:rPr>
        <w:br/>
      </w:r>
      <w:r>
        <w:rPr>
          <w:lang w:eastAsia="zh-CN"/>
        </w:rPr>
        <w:t>　　2、建立健全定期检查和日常防范相结合的安全管理制度以及学生管理、领导带班、值日值班、防中毒、防溺水、防火安全管理、防交通事故、两练（应急疏散演练，自救、互救演练）等制度。每个楼梯口和大门口都有值班教师和带班领导值班，并且签到。</w:t>
      </w:r>
      <w:r>
        <w:rPr>
          <w:lang w:eastAsia="zh-CN"/>
        </w:rPr>
        <w:br/>
      </w:r>
      <w:r>
        <w:rPr>
          <w:lang w:eastAsia="zh-CN"/>
        </w:rPr>
        <w:t>　　3、完善各类安全台账。做到详细、分类合理。</w:t>
      </w:r>
      <w:r>
        <w:rPr>
          <w:lang w:eastAsia="zh-CN"/>
        </w:rPr>
        <w:br/>
      </w:r>
      <w:r>
        <w:rPr>
          <w:lang w:eastAsia="zh-CN"/>
        </w:rPr>
        <w:t>　　4、加大防火力度。召开了三次广播会，各班也都开展了各类活动，预防火灾。11月初，学校给家长下发了冬季防火的一封信，三个班学生参加了防火知识考试等。</w:t>
      </w:r>
      <w:r>
        <w:rPr>
          <w:lang w:eastAsia="zh-CN"/>
        </w:rPr>
        <w:br/>
      </w:r>
      <w:r>
        <w:rPr>
          <w:lang w:eastAsia="zh-CN"/>
        </w:rPr>
        <w:t>　　二、内容丰富，效果显著。</w:t>
      </w:r>
      <w:r>
        <w:rPr>
          <w:lang w:eastAsia="zh-CN"/>
        </w:rPr>
        <w:br/>
      </w:r>
      <w:r>
        <w:rPr>
          <w:lang w:eastAsia="zh-CN"/>
        </w:rPr>
        <w:t>　　在本年度，我们组织学习了安全教育工作管理制度，对校内易发事故及重点部位保护、工作薄弱环节、各类人员安全意识与安全技能等方面，开展两次深入全面的大检查，并建好了记录，消除了重点隐患。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要确保安全，根本在于提高安全意识、自我防范和自护自救能力，抓好安全教育，是学校安全工作的基矗我们以安全教育宣传月为重点，经常性地对学生开展安全教育，特别是抓好交通、活动、楼道等的安全教育。开展了形式多样，内容丰富的各项活动，寓教于乐，收到了良好的效果。</w:t>
      </w:r>
      <w:r>
        <w:rPr>
          <w:lang w:eastAsia="zh-CN"/>
        </w:rPr>
        <w:br/>
      </w:r>
      <w:r>
        <w:rPr>
          <w:lang w:eastAsia="zh-CN"/>
        </w:rPr>
        <w:t>　　1、校长带头，领导班子及各班班主任每人在大门口值班一天，从学生进校开始，直到放学；</w:t>
      </w:r>
      <w:r>
        <w:rPr>
          <w:lang w:eastAsia="zh-CN"/>
        </w:rPr>
        <w:br/>
      </w:r>
      <w:r>
        <w:rPr>
          <w:lang w:eastAsia="zh-CN"/>
        </w:rPr>
        <w:t>　　2、学校放学后，广播</w:t>
      </w:r>
      <w:r>
        <w:rPr>
          <w:lang w:eastAsia="zh-CN"/>
        </w:rPr>
        <w:br/>
      </w:r>
      <w:r>
        <w:rPr>
          <w:lang w:eastAsia="zh-CN"/>
        </w:rPr>
        <w:t>　　提示回家路上注意安全，门岗关闭大门；</w:t>
      </w:r>
      <w:r>
        <w:rPr>
          <w:lang w:eastAsia="zh-CN"/>
        </w:rPr>
        <w:br/>
      </w:r>
      <w:r>
        <w:rPr>
          <w:lang w:eastAsia="zh-CN"/>
        </w:rPr>
        <w:t>　　3、学校从保安公司聘请了一名保安人员，建立的一个薛阁派出所驻薛阁小学门卫室，配备了警务器械等；</w:t>
      </w:r>
      <w:r>
        <w:rPr>
          <w:lang w:eastAsia="zh-CN"/>
        </w:rPr>
        <w:br/>
      </w:r>
      <w:r>
        <w:rPr>
          <w:lang w:eastAsia="zh-CN"/>
        </w:rPr>
        <w:t>　　4、我校统一向各学生家长发放了有关学生安全防范的公开信，要求学生家长监督孩子在汛期、在雨雪天气等特殊情况下，家长陪护上学等；</w:t>
      </w:r>
      <w:r>
        <w:rPr>
          <w:lang w:eastAsia="zh-CN"/>
        </w:rPr>
        <w:br/>
      </w:r>
      <w:r>
        <w:rPr>
          <w:lang w:eastAsia="zh-CN"/>
        </w:rPr>
        <w:t>　　5、我校利用校园文化建设之际，在楼体上对安全知识、交通常识、用火用电知识、防雷击常识、野外洗澡等制作了__个宣传牌教育学生，受到家长的好评；</w:t>
      </w:r>
      <w:r>
        <w:rPr>
          <w:lang w:eastAsia="zh-CN"/>
        </w:rPr>
        <w:br/>
      </w:r>
      <w:r>
        <w:rPr>
          <w:lang w:eastAsia="zh-CN"/>
        </w:rPr>
        <w:t>　　6、继续积极开展学生自我教育活动。五月下旬和10月上旬，我校要求各班自办了"安全教育专刊"两期黑板报；内容包括"交通安全常识、用火用电知识、防雷击常识、野外洗澡、防中毒、防溺水等等。这项活动的开展，不但增强了学生的安全意识、也提高了自我实践能力；</w:t>
      </w:r>
      <w:r>
        <w:rPr>
          <w:lang w:eastAsia="zh-CN"/>
        </w:rPr>
        <w:br/>
      </w:r>
      <w:r>
        <w:rPr>
          <w:lang w:eastAsia="zh-CN"/>
        </w:rPr>
        <w:t>　　7、各班班主任根据本班的实际情况，在每周都保证上一节安全教育课，内容涉及了安全知识的方方面面，方式方法灵活多样。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8、聘请司法、公安干警为全校师生进行"安全知识讲座"等。另外，我校还利用体育课，认真进行了逃生自救演练活动。演练活动按原计划和要求顺利进行，师生行动迅速且井然有序，全校师生从听到信号到在操场上整齐列队仅用时二分钟。通过本次演练活动全校师生的提高了安全防范意识，学生的自救求生能力得到了很好的锻炼。</w:t>
      </w:r>
      <w:r>
        <w:rPr>
          <w:lang w:eastAsia="zh-CN"/>
        </w:rPr>
        <w:br/>
      </w:r>
      <w:r>
        <w:rPr>
          <w:lang w:eastAsia="zh-CN"/>
        </w:rPr>
        <w:t>　　三、安全工作存在的问题</w:t>
      </w:r>
      <w:r>
        <w:rPr>
          <w:lang w:eastAsia="zh-CN"/>
        </w:rPr>
        <w:br/>
      </w:r>
      <w:r>
        <w:rPr>
          <w:lang w:eastAsia="zh-CN"/>
        </w:rPr>
        <w:t>　　经过我们的排查，目前学校安全工作存在以下问题。一是学校两座教学楼后边的300米围墙，由于是十几年前建造的，加上建房挖地基，致使墙体出现倾斜，现在存在一定的安全隐患，变成了危墙，希望上级领导给与重视并立即批准我们新建。二是薛阁塔是我市重点文物，由于多年没有维修，并且在我校墙外，上边的装饰物很容易给过往的行人及学生带来不安全的因素，强烈建议上级能够重视起来，给学生一个安全依靠。我校也几次对文物部门进行通报此事。得到的答复是马上加固，整修，可至今没有见实施。三是最值得注意的是，学校周边的小吃摊点和成人麻将点，每天都有几十人在距离学校不到二十米的地方进行所谓的"游戏"，有的甚至就在学校门口玩游戏，对学生的身心带来很大的影响。</w:t>
      </w:r>
      <w:r>
        <w:rPr>
          <w:lang w:eastAsia="zh-CN"/>
        </w:rPr>
        <w:br/>
      </w:r>
      <w:r>
        <w:rPr>
          <w:lang w:eastAsia="zh-CN"/>
        </w:rPr>
        <w:t>　　学校多次进行交涉未果，希望有关单位清查。</w:t>
      </w:r>
      <w:r>
        <w:rPr>
          <w:lang w:eastAsia="zh-CN"/>
        </w:rPr>
        <w:br/>
      </w:r>
      <w:r>
        <w:rPr>
          <w:lang w:eastAsia="zh-CN"/>
        </w:rPr>
        <w:t xml:space="preserve">    个人安全工作总结范例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半年来在集团领导和处长的正确领导下，以一种有人负责我服从，无人负责我负责的工作态度，扎扎实实任劳任怨的工作，维护集团利益、保护集团财物、维持治安秩序，做好全面工作，半年总结如下：</w:t>
      </w:r>
      <w:r>
        <w:rPr>
          <w:lang w:eastAsia="zh-CN"/>
        </w:rPr>
        <w:br/>
      </w:r>
      <w:r>
        <w:rPr>
          <w:lang w:eastAsia="zh-CN"/>
        </w:rPr>
        <w:t>　　一、抓治理、练内功、增强整体素质</w:t>
      </w:r>
      <w:r>
        <w:rPr>
          <w:lang w:eastAsia="zh-CN"/>
        </w:rPr>
        <w:br/>
      </w:r>
      <w:r>
        <w:rPr>
          <w:lang w:eastAsia="zh-CN"/>
        </w:rPr>
        <w:t>　　保卫工作是企业的第一形象，搞好保卫工作，必须有一支敢管、敢抓、敢处理，不怕得罪人的队伍。火车跑得快，全凭车头带，为了增强治理素质，先后举办了五次“敢管、会管做一名合格治理干部”的班长以上干部的培训，通过培训，使班长进一步提高了自身素质、业务水平和工作能力，在实际工作中，起模范带头作用，碰到问题不推诿，不徇私情，认真负责。为了提高保卫人员的素质，召开了三次全体保卫人员会议，进行“保卫工作的任务、意义、责任和怎样做好治安保卫消防工作”的教育,使全体保卫人员提高了对本职工作的熟悉，增强了责任感、事业心和专业知识。并且在日常工作中大力提倡对客人送一张笑脸，问一声您好、说一声再见的文明用语。针对部分员工仪表、仪容、站姿不端正的现象，组织全体人员以科为单位利用班前、班后的时间强化军事练习，通过军训使员工的形象有了较大的改善和提高。半年来通过抓治理、练内功、增强整体素质，保卫人员能够认真学习企业文化，严格遵守各项规章制度，履行保卫职责，涌现出了很多工作认真负责、积极主动、敢抓、敢管、不怕得罪人的先进标兵，使整个保卫处的形象有了很大的改观。</w:t>
      </w:r>
      <w:r>
        <w:rPr>
          <w:lang w:eastAsia="zh-CN"/>
        </w:rPr>
        <w:br/>
      </w:r>
      <w:r>
        <w:rPr>
          <w:lang w:eastAsia="zh-CN"/>
        </w:rPr>
        <w:t>　　二、为集团生产经营创造稳定的治安环境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随着企业的发展规模越来越大，企业的知名度越来越高，政府部门和经营合作部门非常关注我们，并且有部分不法分子也非常关注我们，这就给保卫工作带来了极大的工作量。今年在处长的带领下，我们抓获偷窃公司财物20余起，查获被盗物资一宗。协助公安机关查处治安案件5起，行政拘留7人。破获刑事案件一起(作案人在逃)。查获诈骗经营案件一起。查获违规违纪事件100余起。上半年保证了56万吨产成品，33万吨原材料的进出厂安全。</w:t>
      </w:r>
      <w:r>
        <w:rPr>
          <w:lang w:eastAsia="zh-CN"/>
        </w:rPr>
        <w:br/>
      </w:r>
      <w:r>
        <w:rPr>
          <w:lang w:eastAsia="zh-CN"/>
        </w:rPr>
        <w:t>　　妥善处理与驻地村庄、村民的矛盾，今年项目多、任务重、工期紧，四周村民以种.种理由阻拦施工10余次100余人，及时与村领导、镇领导、唐山派出所联系，并耐心细致的做好了他们的工作。但是这些人的工作是很难做的，他们不懂法，乱闹一气，真是磨破嘴、跑段腿。每次出现这种事情，我都第一个跑到现场，控制事态扩大，给他们讲政策、讲 法律、拉家常，对他们晓之以理、动之以情，妥善做好工作。</w:t>
      </w:r>
      <w:r>
        <w:rPr>
          <w:lang w:eastAsia="zh-CN"/>
        </w:rPr>
        <w:br/>
      </w:r>
      <w:r>
        <w:rPr>
          <w:lang w:eastAsia="zh-CN"/>
        </w:rPr>
        <w:t>　　电视监控是一种先进的集治安、保卫、消防监控的机防设施，它能第一时间发现问题，提高预防。为了利用好监控，对操作人员严格要求，让他们学会操作，学会修理，认真负责，并在半年中监督了多起违规违纪行为。出现故障及时与安装单位联系维修，保证了电视监控正常使用。</w:t>
      </w:r>
      <w:r>
        <w:rPr>
          <w:lang w:eastAsia="zh-CN"/>
        </w:rPr>
        <w:br/>
      </w:r>
      <w:r>
        <w:rPr>
          <w:lang w:eastAsia="zh-CN"/>
        </w:rPr>
        <w:t>　　随着集团规模扩大，上级领导来集团视察、参观、学习的次数增多，半年来到集团参观80余次20__余人，我们认真安排参观期间的治安保卫工作，让中、夜班的人员加班加点，确保了参观领导和客人的安全。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通过保卫处全体人员的共同努力，为集团的生产经营创造了稳定的治安环境。</w:t>
      </w:r>
      <w:r>
        <w:rPr>
          <w:lang w:eastAsia="zh-CN"/>
        </w:rPr>
        <w:br/>
      </w:r>
      <w:r>
        <w:rPr>
          <w:lang w:eastAsia="zh-CN"/>
        </w:rPr>
        <w:t>　　三、消防治理与监督</w:t>
      </w:r>
      <w:r>
        <w:rPr>
          <w:lang w:eastAsia="zh-CN"/>
        </w:rPr>
        <w:br/>
      </w:r>
      <w:r>
        <w:rPr>
          <w:lang w:eastAsia="zh-CN"/>
        </w:rPr>
        <w:t>　　在制定了《消防治理流程》的基础上做好消防治理与监督工作，今年项目多、任务紧，积极主动与各项目部联系协商，督促消防、设计的实施及现场的消防规划落实，并且督促、跟踪办理了消防申报手续，及时为神舟一期、DS608、万吨PTFE、142b、152a、134a、单职楼、科研楼、氟硅二期办理了消防手续，并且根据消防专篇的设计与现场的实际情况，逐项落实消防设施、位置、型号、提计划、安装消防设施时现场跟踪验收。上半年各个项目安装可燃气体报警器10个、感温探测器2个、感烟探测器9个、报警器按钮4个，保证了新项目消防设施安装质量的检查和使用在良好的待用状态。坚持落实消防设施、器材“巡检制度”，定期对消防设施、器材检测、保养、充装，上半年共检修灭火器330具，校验报警器8个，一月一次对消防栓注油、保养，使消防设施、器材处在良好的待用状态。根据新职工多，对消防器材的使用不了解，上半年与各公司安全部组织搞消防演习，先后在化工公司、神舟公司搞了消防演习，参加人数500余人，在演习前，先对所有人员讲明我公司配有哪些消防设施，针对哪一种原材料每一种消防设施的使用方法。并且讲明了两个能力：一个是自救能力，一个是事故初期的扑救能力，使所有参加演习的人员把握消防设施使用方法与两个能力，并在演习现场让职工实习一次消防设施的使用方法。</w:t>
      </w:r>
      <w:r>
        <w:rPr>
          <w:lang w:eastAsia="zh-CN"/>
        </w:rPr>
        <w:br/>
      </w:r>
      <w:r>
        <w:rPr>
          <w:lang w:eastAsia="zh-CN"/>
        </w:rPr>
        <w:t xml:space="preserve">    个人安全工作总结范例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今年以来，我盘山制梁场坚持“安全第一、预防为主、综合治理”的方针，深入落实科学发展观，牢固树立安全发展理念，夯实基础，细化责任，强化现场监督监管，深化隐患排查治理，进一步完善职业健康安全管理体系，以法制化、标准化、规范化、系统化的方式推进安全生产，不断提高企业本质化安全水平，截止目前，我盘山制梁场未发生一起轻伤事故，开创了安全生产工作的新局面，为构建和谐社会、打造平安社会，作出了积极的贡献。</w:t>
      </w:r>
      <w:r>
        <w:rPr>
          <w:lang w:eastAsia="zh-CN"/>
        </w:rPr>
        <w:br/>
      </w:r>
      <w:r>
        <w:rPr>
          <w:lang w:eastAsia="zh-CN"/>
        </w:rPr>
        <w:t>　　我们的工作措施是：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建立考核机制，落实安全责任我们把安全工作切实摆在各项工作的首位，与各架子队层层签订安全生产目标管理责任书，各部门，架子队“一把手”是安全生产的第一责任人，安全奖惩等的兑现和发放都与安全责任人考核结果挂勾，实行“一票否决”，凡安全工作不到位的部门和个人，一律不得参加评先。增加了安全运行奖，加大了对安全目标、安全事故、“三违”现象的考核力度；加大了对事故队主要领导、责任区领导、安全员的考核力度；加大了对违规违章的治理力度，严格执行现场开取“违规单”制度。同时，对工作责任心强，发现较大事故隐患，避免事故发生的有功人员，给予一次性奖励50——100元，鼓励职工提合理化建议，举报险肇事故和违规行为，凡对强化安全管理，预防事故发生有积极作用的职工给予适当一次性奖励。并推行人性化安全管理模式，提出了“每位职工都是安全第一责任人”的管理新理念，把安全生产目标责任落实到部门、班组、岗位，将安全承诺签订到每一位在岗职工，形成了“制梁场统一领导、单位全面负责、职工广泛参与”的共同责任网络；做到了领导强化，任务细化，措施硬化，工作深化，促进了各级安全生产责任的落实。</w:t>
      </w:r>
      <w:r>
        <w:rPr>
          <w:lang w:eastAsia="zh-CN"/>
        </w:rPr>
        <w:br/>
      </w:r>
      <w:r>
        <w:rPr>
          <w:lang w:eastAsia="zh-CN"/>
        </w:rPr>
        <w:t>　　二、完善安全管理制度体系，依法规范安全生产管理</w:t>
      </w:r>
      <w:r>
        <w:rPr>
          <w:lang w:eastAsia="zh-CN"/>
        </w:rPr>
        <w:br/>
      </w:r>
      <w:r>
        <w:rPr>
          <w:lang w:eastAsia="zh-CN"/>
        </w:rPr>
        <w:t>　　分析近期其他兄弟单位事故原因、教训，对现有的安全生产规章制度进行全面梳理、评审、依据新的法律法规，进一步细化了安全生产责任追究制度，重新制订完善了《安全生产责任制》、《安全生产奖惩制度》等文件制度，形成了完整、规范、科学、有效的安全管理规章制度体系，实现了全面依法管理。</w:t>
      </w:r>
      <w:r>
        <w:rPr>
          <w:lang w:eastAsia="zh-CN"/>
        </w:rPr>
        <w:br/>
      </w:r>
      <w:r>
        <w:rPr>
          <w:lang w:eastAsia="zh-CN"/>
        </w:rPr>
        <w:t>　　三、深化全员安全评价，注重安全教育培训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们不断创新丰富安全评价的方法和内容，建立了全员、全方位、全过程的科学评价机制，把基础管理、作业现场、体系运行、安全文化建设、教育培训、创新管理、危险源辨识、双确认等作为安全评价的内容，预知预控，提高了安全评价的系统性和有效性，使全体职工的自主参与程度，安全管理水平得到了明显提升。我们注重抓教育培训，加大对各部门负责人、安全管理人员、从业人员、特种作业人员的安全管理知识、安全操作规程、安全操作技能和特种作业操作等方面的培训教育，努力提高各类人员的安全素质。开展了安全管理人员取证、特种操作人员职业技能鉴定、青工文化教育、法律法规普及、安全知识学习、安全技能教育等一系列培训工作，培训率达98%。还通过组织“每周一题”、规程考试、技能大赛、为广大职工开辟了学知识、长技能的渠道。通过深化全员安全评价和开展多种形式培训，提高了的安全责任意识，专业人员的安全管理水平，作业人员的安全文化素质。</w:t>
      </w:r>
      <w:r>
        <w:rPr>
          <w:lang w:eastAsia="zh-CN"/>
        </w:rPr>
        <w:br/>
      </w:r>
      <w:r>
        <w:rPr>
          <w:lang w:eastAsia="zh-CN"/>
        </w:rPr>
        <w:t>　　四、推进专业管理力度，狠抓隐患排查治理</w:t>
      </w:r>
      <w:r>
        <w:rPr>
          <w:lang w:eastAsia="zh-CN"/>
        </w:rPr>
        <w:br/>
      </w:r>
      <w:r>
        <w:rPr>
          <w:lang w:eastAsia="zh-CN"/>
        </w:rPr>
        <w:t>　　从系统安全、本质化安全入手，我们大力加强专业管理，严格监督检查，落实管理责任，重点对我制梁场的电器、机械设备、皮带机、放射源、压力容器、工艺等方面组织专业人员进行检查。尤其是龙门吊、提梁机、压力容器等关键设备做到了班班点检、次次试吊、严格确认。对查出的隐患以“隐患整改通知书”的形式及时通知相关单位进行整改，并跟踪隐患整改落实情况。各队组织班组开展好安全自查工作，对所查隐患及时整改。制梁场专业人员各负其责，对各部门专业管理进行监督、指导、检查和考核，做到了“双基”管理基础扎实；专业管理支撑有力；综合监管保障有为，为安全生产提供了强有力的专业保证。针对我制梁场生产经营活动实际，我们对照适用的法律法规和规程标准，认真、细致、全面的开展隐患排查治理工作，不走过场，不留盲区、死角、治理不留后患，各单位共排查治理隐患60多起，做到了责任、措施、资金、时限和预案“五落实”。</w:t>
      </w:r>
      <w:r>
        <w:rPr>
          <w:lang w:eastAsia="zh-CN"/>
        </w:rPr>
        <w:br/>
      </w:r>
      <w:r>
        <w:rPr>
          <w:lang w:eastAsia="zh-CN"/>
        </w:rPr>
        <w:t>　　五、抓好班组日常管理、把握四个关键，开展各种活动本文章来自：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班组是安全生产最基层的单位，我们结合工作实际，从小、从细、从实抓起，不断提高班组长的安全管理水平和安全操作技能，着力提高每名职工的安全自我保护意识和能力，做好班组安全工作日常管理，抓好了四个关键：一是抓好关键时间二是抓好关键部位（制梁场重大危险源）的安全，把这些关键部位时刻处在监控状态，在控状态。三是抓好关键作业（特种作业、检修作业、改造作业、临时作业及受限空间作业）的安全。四是抓好关键人员的安全。对关键人员重点监护，重点管理，重点培训、重点教育。把好进人入口关和上岗入口关，在提高职工安全技能上下功夫，不胜任岗位要求的坚决不准上岗。并根据各时期安全生产特点和上级要求，扎实开展“安全演讲”、“百日安全”“安全五要素”、安全观摩会、一法三卡”、等形式多样的安全生产活动。注重实效，全员参与，确保了安全活动既扎扎实实，又富有成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六、加强检修安全组织，严格外来施工队的安全管理。我们牢固树立“生命优先、不安全不工作、不安全不操作”的新理念，贯彻我制梁场检修安全管理规定，严格落实安全确认制，实现风险受控。在检查和临时性工作中，必须指定总负责或总协调人，安全负责人，单项安全监护人。按照“谁主管、谁负责，谁检修、谁负责”的原则，实行安全许可、确认制度，实行工作票、责任人签字制度（开工前首先办理开工单，其次在现场召开开工预备会），实行联保互保和监护制度。所有检修和临时性工作必须落实“五同时”，事事安全确认，处处落实责任，确保检修和临时作业安全。进一步明确外协单位的安全生产责任和义务，签定安全责任书，交纳安全抵押金。并加强对外协单位的安全管理，落实安全教育，督促外协单位对所用员工进行安全考试，做好备案，严格持证上岗。确保了外来施工队伍的安全监管工作“有人管、有法管、管得住、管得好”。</w:t>
      </w:r>
      <w:r>
        <w:rPr>
          <w:lang w:eastAsia="zh-CN"/>
        </w:rPr>
        <w:br/>
      </w:r>
      <w:r>
        <w:rPr>
          <w:lang w:eastAsia="zh-CN"/>
        </w:rPr>
        <w:t>　　安全工作既是挑战、又意义深远，在以后的工作中，我们要紧密落实科学发展观，努力实现从人治向法治转变；努力实现从集中开展安全生产专项整治向规范化、制度化、经常化管理转变；努力实现从事后查处向强化基础转变；努力实现从被动防范向管住源头转变；努力实现从以控制事故为主向全面做好职业安全健康工作转变，全覆盖、长周期的实现安全生产，为我制梁场生产经营任务的顺利完成奠定坚实的基础。</w:t>
      </w:r>
      <w:r>
        <w:rPr>
          <w:lang w:eastAsia="zh-CN"/>
        </w:rPr>
        <w:br/>
      </w:r>
      <w:r>
        <w:rPr>
          <w:lang w:eastAsia="zh-CN"/>
        </w:rPr>
        <w:t xml:space="preserve">    个人安全工作总结范例 篇7 </w:t>
      </w:r>
      <w:r>
        <w:rPr>
          <w:lang w:eastAsia="zh-CN"/>
        </w:rPr>
        <w:br/>
      </w:r>
      <w:r>
        <w:rPr>
          <w:lang w:eastAsia="zh-CN"/>
        </w:rPr>
        <w:t>　　安全是一个人人知、天天提的词。它也在我的心里已经深深地扎下了根!小时候上学出门前，爸妈总是会重复那句“路上小心点，注意安全”，细想这样类似的话在我的成长中时刻相伴!参加工作后，我真正深深地感受到“注意安全”的分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20--年即将远去，回想自己工作的这一年时光，竟感觉自己真的有了些许的成长。在走过的`这一年中，我严格按照自己关于安全生产制订的安全措施：勤巡视、细查看，遇问题、不简办，不明之处、追根求源，问以明白，排除隐患，确保安全生产。每天上班，我也会给自己，给徒弟提醒“安全第一”;每次安全学习，将那些前人用鲜血换来的教训牢牢地记在心上以时刻提醒自己;每次巡检，我都不放过任何一处，小到电机上的一个螺丝、别人容易忽略的接地线等等。记得有一次巡检时发现循环水冷却塔风机有巨大的撞击声，于是我赶紧通知班长并首先将风机打停，在我和班长的仔细查找下，最终确定风扇叶片根部连接处螺丝断裂，于是找来新的螺丝和扳手快速的将其更换后将风机重新开启。正是由于自己制订了严格的安全产措施，工作起来才能得心应手，安全生产才有保障。千里之堤溃于蚁穴，因此，对自己的每一次操作，每一回检查都与自己学习的安全知识联系起来，做到有的放矢，防患于未然。</w:t>
      </w:r>
      <w:r>
        <w:rPr>
          <w:lang w:eastAsia="zh-CN"/>
        </w:rPr>
        <w:br/>
      </w:r>
      <w:r>
        <w:rPr>
          <w:lang w:eastAsia="zh-CN"/>
        </w:rPr>
        <w:t>　　安全是一项常抓不懈的工作，虽然自己在走过的一年中查找、排除了几处安全隐患，可事情千变万化，我不敢松懈!既然安全在我的脑海中已经扎了根，那我就要将它照看的枝繁叶茂!生产与安全同行，我当再加倍努力!新的一年，新的挑战，我将一如既往，以前面的经历为指导，始终坚持“安全第一，预防为主”，为化工产业的安全生产作出努力，我感到骄傲和自豪!</w:t>
      </w:r>
      <w:r>
        <w:rPr>
          <w:lang w:eastAsia="zh-CN"/>
        </w:rPr>
        <w:br/>
      </w:r>
      <w:r>
        <w:rPr>
          <w:lang w:eastAsia="zh-CN"/>
        </w:rPr>
        <w:t xml:space="preserve">    个人安全工作总结范例 篇8 </w:t>
      </w:r>
      <w:r>
        <w:rPr>
          <w:lang w:eastAsia="zh-CN"/>
        </w:rPr>
        <w:br/>
      </w:r>
      <w:r>
        <w:rPr>
          <w:lang w:eastAsia="zh-CN"/>
        </w:rPr>
        <w:t>　　大家好!我叫，现在分公司担任项目安全员一职。今天我能有机会参加总公司两年一届的安全总结大全，感到很荣幸，同时也非常激动!此时此刻，我最想说的话只有两个字：感谢!感谢公司、分公司各位领导和同事们对我的“信任、帮助、支持和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安全”是一个无人不知、无人不晓的词。它也在我的心里已经深深地扎下了根!每次出门前，爸妈总会重复叮嘱“路上小心点，注意安全”类似的话在我的成长中时刻相伴!自从参加建筑工程工作并担任安全员一职后，我真正深深地感受到“注意安全”的分量!它就像是人生的“拐杖”，没有它，我们走不过风风雨雨，更不可能到达人生辉煌的顶峰。“安全”对于我是重要的，对于建筑员工，它的意义,在于工程施工的顺利进行;在于千家万户的幸福与欢乐;更在于人身财产的安危!“隐患险于明火，防范胜于救灾，责任重于泰山”这是我每天上班的信念!</w:t>
      </w:r>
      <w:r>
        <w:rPr>
          <w:lang w:eastAsia="zh-CN"/>
        </w:rPr>
        <w:br/>
      </w:r>
      <w:r>
        <w:rPr>
          <w:lang w:eastAsia="zh-CN"/>
        </w:rPr>
        <w:t>　　回顾20__至今的三年来，我分别担任了“广场”、“_大厦”和现在的“花园”这三个项目的安全员。这三年紧张而忙碌的工作中，有欢笑也有泪水;有失败也有成功。在公司、分公司各领导的正确指导下，牢固树立安全发展理念，始终坚持“安全第一、预防为主、综合治理”的方针，全面开展安全隐患排查、落实安全隐患整改，确保让安全隐患消除于萌芽状态。在项目部各位同事的帮助、指点、共同探讨下，我所主管安全的项目均顺利实现了分公司制定的“不发生因工责任重伤、死亡事故;轻伤率控制在0.4‰以内;不发生重大交通、火灾、机械事故;防止职业病发生”的“职业健康安全管理目标”，安全生产工作成绩显著。现就本人在近三年的工作从以下几个方面做简要总结：</w:t>
      </w:r>
      <w:r>
        <w:rPr>
          <w:lang w:eastAsia="zh-CN"/>
        </w:rPr>
        <w:br/>
      </w:r>
      <w:r>
        <w:rPr>
          <w:lang w:eastAsia="zh-CN"/>
        </w:rPr>
        <w:t>　　一、做好安全员的基本要求</w:t>
      </w:r>
      <w:r>
        <w:rPr>
          <w:lang w:eastAsia="zh-CN"/>
        </w:rPr>
        <w:br/>
      </w:r>
      <w:r>
        <w:rPr>
          <w:lang w:eastAsia="zh-CN"/>
        </w:rPr>
        <w:t>　　随着时代的发展，建筑行业也在突飞猛进。从技术工艺、质量进度以及机械材料等各方面都在发生日新月异的变化，这对安全工作也提出了很高的要求。想要成为一名现代化的合格安全员，必须要跟得上时代前进的步伐和努力学习、勤奋工作，把安全工作做到尽善尽美。所以，我觉得做个合格的安全员必须具备如下几点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1、国家有关安全生产的法律、法规、政策及有关安全生产的规章、规程、规范等知识;</w:t>
      </w:r>
      <w:r>
        <w:rPr>
          <w:lang w:eastAsia="zh-CN"/>
        </w:rPr>
        <w:br/>
      </w:r>
      <w:r>
        <w:rPr>
          <w:lang w:eastAsia="zh-CN"/>
        </w:rPr>
        <w:t>　　2、安全生产管理知识、安全生产技术知识、劳动卫生知识和安全文化知识，具备有关专业安全生产管理专业知识，了解施工工艺和施工机具专业知识;</w:t>
      </w:r>
      <w:r>
        <w:rPr>
          <w:lang w:eastAsia="zh-CN"/>
        </w:rPr>
        <w:br/>
      </w:r>
      <w:r>
        <w:rPr>
          <w:lang w:eastAsia="zh-CN"/>
        </w:rPr>
        <w:t>　　3、劳动保护，工伤保险的法律、法规、政策知识;</w:t>
      </w:r>
      <w:r>
        <w:rPr>
          <w:lang w:eastAsia="zh-CN"/>
        </w:rPr>
        <w:br/>
      </w:r>
      <w:r>
        <w:rPr>
          <w:lang w:eastAsia="zh-CN"/>
        </w:rPr>
        <w:t>　　4、重大危险源管理与应急救援预案编制方法;</w:t>
      </w:r>
      <w:r>
        <w:rPr>
          <w:lang w:eastAsia="zh-CN"/>
        </w:rPr>
        <w:br/>
      </w:r>
      <w:r>
        <w:rPr>
          <w:lang w:eastAsia="zh-CN"/>
        </w:rPr>
        <w:t>　　5、学习先进的安全生产管理经验;</w:t>
      </w:r>
      <w:r>
        <w:rPr>
          <w:lang w:eastAsia="zh-CN"/>
        </w:rPr>
        <w:br/>
      </w:r>
      <w:r>
        <w:rPr>
          <w:lang w:eastAsia="zh-CN"/>
        </w:rPr>
        <w:t>　　6、事故现场调查技术，以及应急处理措施;</w:t>
      </w:r>
      <w:r>
        <w:rPr>
          <w:lang w:eastAsia="zh-CN"/>
        </w:rPr>
        <w:br/>
      </w:r>
      <w:r>
        <w:rPr>
          <w:lang w:eastAsia="zh-CN"/>
        </w:rPr>
        <w:t>　　7、掌握伤亡事故和职业病统计，报告及调查处理方法;</w:t>
      </w:r>
      <w:r>
        <w:rPr>
          <w:lang w:eastAsia="zh-CN"/>
        </w:rPr>
        <w:br/>
      </w:r>
      <w:r>
        <w:rPr>
          <w:lang w:eastAsia="zh-CN"/>
        </w:rPr>
        <w:t>　　二、敬业精神和道德素质</w:t>
      </w:r>
      <w:r>
        <w:rPr>
          <w:lang w:eastAsia="zh-CN"/>
        </w:rPr>
        <w:br/>
      </w:r>
      <w:r>
        <w:rPr>
          <w:lang w:eastAsia="zh-CN"/>
        </w:rPr>
        <w:t>　　安全工作是一项非常具有挑战性的工作，要与性格不同、知识水平不同、素质不同的作业人员交往，会产生众多不可避免的矛盾。因此，作为一个安全员首先应热爱安全工作，对安全定义理解透彻，才能体会到安全管理工作的意义重大，责任重大，才能体会到自己工作价值，才能全身心地投入安全工作中。</w:t>
      </w:r>
      <w:r>
        <w:rPr>
          <w:lang w:eastAsia="zh-CN"/>
        </w:rPr>
        <w:br/>
      </w:r>
      <w:r>
        <w:rPr>
          <w:lang w:eastAsia="zh-CN"/>
        </w:rPr>
        <w:t>　　安全工作必须讲原则，保持并维护自己的正确立场不变。工作中存在违章和安全隐患，也存在有意识或无意识的违章作业、冒险作业、违章指挥现象，安全员如果不能敢于站出来制止、纠正，将导致严重的安全事故的发生。</w:t>
      </w:r>
      <w:r>
        <w:rPr>
          <w:lang w:eastAsia="zh-CN"/>
        </w:rPr>
        <w:br/>
      </w:r>
      <w:r>
        <w:rPr>
          <w:lang w:eastAsia="zh-CN"/>
        </w:rPr>
        <w:t>　　三、安全生产管理模式</w:t>
      </w:r>
      <w:r>
        <w:rPr>
          <w:lang w:eastAsia="zh-CN"/>
        </w:rPr>
        <w:br/>
      </w:r>
      <w:r>
        <w:rPr>
          <w:lang w:eastAsia="zh-CN"/>
        </w:rPr>
        <w:t>　　1、制定安全生产计划，加强组织，做好防范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自项目部进场后，项目部成立“安全生产管理小组”、“应急救援小组”，由项目经理带领项目部所有管理人员围绕分公司本年度的《职业健康安全管理目标》，齐心完善项目部的安全保证体系，制定了详细具体的安全工作计划、安全措施和安全生产责任制，并落实了安全生产方针以及文明施工责任制。结合现场实际情况，提前分析施工中存在的各种隐患，公示“重大危险源”的部位、因素及编制“危险源的控制措施”和“应急措施”，使日常的安全生产管理力度得到了进一步的加强，确保施工安全，杜绝发生安全事故。</w:t>
      </w:r>
      <w:r>
        <w:rPr>
          <w:lang w:eastAsia="zh-CN"/>
        </w:rPr>
        <w:br/>
      </w:r>
      <w:r>
        <w:rPr>
          <w:lang w:eastAsia="zh-CN"/>
        </w:rPr>
        <w:t>　　2、落实安全责任制，事故责任追查制</w:t>
      </w:r>
      <w:r>
        <w:rPr>
          <w:lang w:eastAsia="zh-CN"/>
        </w:rPr>
        <w:br/>
      </w:r>
      <w:r>
        <w:rPr>
          <w:lang w:eastAsia="zh-CN"/>
        </w:rPr>
        <w:t>　　施工班组进场后，明确落实施工班组安全管理责任人，签订“安全管理协议”，并要求其务必将公司、分公司和项目部的安全目标分解落实到本班组的每一个作业人员，明确落实各级安全责任制和事故责任追查制。</w:t>
      </w:r>
      <w:r>
        <w:rPr>
          <w:lang w:eastAsia="zh-CN"/>
        </w:rPr>
        <w:br/>
      </w:r>
      <w:r>
        <w:rPr>
          <w:lang w:eastAsia="zh-CN"/>
        </w:rPr>
        <w:t>　　3、开展安全教育培训，完善安全资料归档</w:t>
      </w:r>
      <w:r>
        <w:rPr>
          <w:lang w:eastAsia="zh-CN"/>
        </w:rPr>
        <w:br/>
      </w:r>
      <w:r>
        <w:rPr>
          <w:lang w:eastAsia="zh-CN"/>
        </w:rPr>
        <w:t>　　(1)加强对新进场人员安全教育工作：及时将新进场人员身份证、特种作业人员操作证复印归档;上报分公司领导并安排时间组织新进场人员进行进场“三级安全教育”，并进行安全及消防考核，确保每个作业人员都合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做好分部分项安全技术交底资料：在各分部分项施工前结合相关规范及施工现场环境和施工中存在的安全注意事项进行有针对性的安全交底，并向作业人员分析了现场危险源的所在和对应的预防措施及事故发生后的应急救援措施。在安全交底中注明班组管理员必须在施工作业中监督作业人员是否能够按照项目部下发安全交底进行作业。</w:t>
      </w:r>
      <w:r>
        <w:rPr>
          <w:lang w:eastAsia="zh-CN"/>
        </w:rPr>
        <w:br/>
      </w:r>
      <w:r>
        <w:rPr>
          <w:lang w:eastAsia="zh-CN"/>
        </w:rPr>
        <w:t>　　(3)签订劳动合同，购买人身意外伤害保险：新进场人员通过安全教育和安全交底培训后，提供《广东省劳动合同》给予各作业人员细看后签名，确认属本项目部的作业人员，项目部再上报分公司、公司，由分公司协助购买作业人员的“人身意外伤害保险”。</w:t>
      </w:r>
      <w:r>
        <w:rPr>
          <w:lang w:eastAsia="zh-CN"/>
        </w:rPr>
        <w:br/>
      </w:r>
      <w:r>
        <w:rPr>
          <w:lang w:eastAsia="zh-CN"/>
        </w:rPr>
        <w:t>　　(4)完善安全资料：按照公司规定的《施工项目现场安全生产管理资料档案》要求，结合《广东省建筑施工安全管理资料统一用表》(20__年版)对安全资料进行收集及整理，安全资料共分12卷，并按照安全资料要求定期对各分部分项进行安全检查整理归档。</w:t>
      </w:r>
      <w:r>
        <w:rPr>
          <w:lang w:eastAsia="zh-CN"/>
        </w:rPr>
        <w:br/>
      </w:r>
      <w:r>
        <w:rPr>
          <w:lang w:eastAsia="zh-CN"/>
        </w:rPr>
        <w:t>　　4、加大安全生产宣传力度，增强安全意识</w:t>
      </w:r>
      <w:r>
        <w:rPr>
          <w:lang w:eastAsia="zh-CN"/>
        </w:rPr>
        <w:br/>
      </w:r>
      <w:r>
        <w:rPr>
          <w:lang w:eastAsia="zh-CN"/>
        </w:rPr>
        <w:t>　　为了增强全体人员的“安全生产文明施工”的安全意识和提高人员的素质，坚持每天不定时深入施工现场，根据施工现场的实际情况，定期开展安全专项会议，并结合公司的《工程项目质量、环境、职业健康安全管理手册》使用投影、标语、横幅、宣传画、挂图、黑板报、书籍等方式大力宣传安全生产重要性和安全事故的危险性，不断加大安全生产教育工作，使每个班组、每个作业人员的安全意识得到进一步提高。</w:t>
      </w:r>
      <w:r>
        <w:rPr>
          <w:lang w:eastAsia="zh-CN"/>
        </w:rPr>
        <w:br/>
      </w:r>
      <w:r>
        <w:rPr>
          <w:lang w:eastAsia="zh-CN"/>
        </w:rPr>
        <w:t xml:space="preserve">    个人安全工作总结范例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国家网络安全宣传周期间，我校根据教育部和自治区通知要求，通过主题宣传教育活动，增强学校教职员工、学生网络安全意识，提高网络安全技能，营造网络安全人人有责、人人参与的良好氛围，保障用户合法权益，号召大家共同来维护国家网络安全。切实做好了教育系统倡导的“网络安全宣传周”活动。现将我校宣传活动总结如下：</w:t>
      </w:r>
      <w:r>
        <w:rPr>
          <w:lang w:eastAsia="zh-CN"/>
        </w:rPr>
        <w:br/>
      </w:r>
      <w:r>
        <w:rPr>
          <w:lang w:eastAsia="zh-CN"/>
        </w:rPr>
        <w:t>　　(一)加强领导，责任到人</w:t>
      </w:r>
      <w:r>
        <w:rPr>
          <w:lang w:eastAsia="zh-CN"/>
        </w:rPr>
        <w:br/>
      </w:r>
      <w:r>
        <w:rPr>
          <w:lang w:eastAsia="zh-CN"/>
        </w:rPr>
        <w:t>　　学校高度重视网络安全宣传周活动，把活动列入重要议事日程，加强了组织领导和统筹协调，成立了网络安全宣传周活动领导小组，切实保障了人员和经费投入，确保网络安全宣传周活动有序有效开展。</w:t>
      </w:r>
      <w:r>
        <w:rPr>
          <w:lang w:eastAsia="zh-CN"/>
        </w:rPr>
        <w:br/>
      </w:r>
      <w:r>
        <w:rPr>
          <w:lang w:eastAsia="zh-CN"/>
        </w:rPr>
        <w:t>　　(二)积极开展网络安全资料，故事进学校、进课堂活动</w:t>
      </w:r>
      <w:r>
        <w:rPr>
          <w:lang w:eastAsia="zh-CN"/>
        </w:rPr>
        <w:br/>
      </w:r>
      <w:r>
        <w:rPr>
          <w:lang w:eastAsia="zh-CN"/>
        </w:rPr>
        <w:t>　　我校在校内张贴了海报、发放宣传材料，课堂上组织学生认真学习网络安全知识手册;同时积极组织学生参加中小学安全知识网络答题活动。同时在设置了计算机课的班级年级在信息技术课上传授了一些与网络安全有关的知识并布置任务，让学生在网上搜集一些与网络安全相关的小故事并相互在课后进行讲述传播。</w:t>
      </w:r>
      <w:r>
        <w:rPr>
          <w:lang w:eastAsia="zh-CN"/>
        </w:rPr>
        <w:br/>
      </w:r>
      <w:r>
        <w:rPr>
          <w:lang w:eastAsia="zh-CN"/>
        </w:rPr>
        <w:t>　　(三)举办“网络安全大讲堂”知识专题讲座</w:t>
      </w:r>
      <w:r>
        <w:rPr>
          <w:lang w:eastAsia="zh-CN"/>
        </w:rPr>
        <w:br/>
      </w:r>
      <w:r>
        <w:rPr>
          <w:lang w:eastAsia="zh-CN"/>
        </w:rPr>
        <w:t>　　为普及网络安全知识，我校还为学生们开展了专题讲座，讲座主要围绕《如何帮助青少年提高网络基本识别能力》，《如何养成良好的上网习惯和行为》，《净化青少年上网环境》，《青少年网瘾的危害》这几个主题进行，取得了良好的效果。</w:t>
      </w:r>
      <w:r>
        <w:rPr>
          <w:lang w:eastAsia="zh-CN"/>
        </w:rPr>
        <w:br/>
      </w:r>
      <w:r>
        <w:rPr>
          <w:lang w:eastAsia="zh-CN"/>
        </w:rPr>
        <w:t>　　(四)依托校园网和校园电视传播网络安全正能量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为加大网络安全宣传周活动宣传力度，我校不光在校园网上醒目位置添加了网络安全宣传周活动专题，搜集整理了相关网络安全知识上传到网站上，还依托学校在周四的下午的班队会时间播放学校有关网络安全宣传周活动宣传片，向广大师生传播网络安全正能量。</w:t>
      </w:r>
      <w:r>
        <w:rPr>
          <w:lang w:eastAsia="zh-CN"/>
        </w:rPr>
        <w:br/>
      </w:r>
      <w:r>
        <w:rPr>
          <w:lang w:eastAsia="zh-CN"/>
        </w:rPr>
        <w:t>　　信息技术和网络的快速发展应用在极大促进经济社会发展的同时，也带来各种新的网络安全问题，病毒木马传播、黑客攻击破坏、网络盗窃诈骗、有害信息蔓延、网络游戏成瘾等都给广大网民的信息安全和财产安全带来巨大威胁。我校通过此次“网络安全宣传周”活动加强了网络安全宣传教育，提升了学生们的网络安全意识和基本技能，构筑出了网络安全的第一道防线，在增强学生们的网络安全防范意识和自我保护技能方面都取得了较好的效果。</w:t>
      </w:r>
      <w:r>
        <w:rPr>
          <w:lang w:eastAsia="zh-CN"/>
        </w:rPr>
        <w:br/>
      </w:r>
      <w:r>
        <w:rPr>
          <w:lang w:eastAsia="zh-CN"/>
        </w:rPr>
        <w:t xml:space="preserve">    个人安全工作总结范例 篇10 </w:t>
      </w:r>
      <w:r>
        <w:rPr>
          <w:lang w:eastAsia="zh-CN"/>
        </w:rPr>
        <w:br/>
      </w:r>
      <w:r>
        <w:rPr>
          <w:lang w:eastAsia="zh-CN"/>
        </w:rPr>
        <w:t>　　在20__年，本人作为综合办公室的一名职工，全面负责公司的安全管理工作，回顾本人在一年的工作，虽有一些成绩，但也存在一些不足，现就本人在20__年的工作从以下几个方面做一简要总结：</w:t>
      </w:r>
      <w:r>
        <w:rPr>
          <w:lang w:eastAsia="zh-CN"/>
        </w:rPr>
        <w:br/>
      </w:r>
      <w:r>
        <w:rPr>
          <w:lang w:eastAsia="zh-CN"/>
        </w:rPr>
        <w:t>　　_</w:t>
      </w:r>
      <w:r>
        <w:rPr>
          <w:lang w:eastAsia="zh-CN"/>
        </w:rPr>
        <w:br/>
      </w:r>
      <w:r>
        <w:rPr>
          <w:lang w:eastAsia="zh-CN"/>
        </w:rPr>
        <w:t>　　二、工作方面</w:t>
      </w:r>
      <w:r>
        <w:rPr>
          <w:lang w:eastAsia="zh-CN"/>
        </w:rPr>
        <w:br/>
      </w:r>
      <w:r>
        <w:rPr>
          <w:lang w:eastAsia="zh-CN"/>
        </w:rPr>
        <w:t>　　在充分贯彻落实上级门文件的精神和要求下，以创建工作为契机，实施专项整治为途径，安全和文明施工工作上有了明显的改善，回顾一年来的工作，主要做了以下几个方面的内容: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年初草拟《年度目标、指标和管理方案》上报，经领导批准后开始着手编制《安全培训计划》，跟每个部门和特殊工种人员签订安全责任制。我们就从完善安全生产责任制，落实安全生产工作责任入手，制定了目标明确、措施有力，及时分析安全生产、文明施工中存在的问题，并加以沟通和协调，使管理的力度得到了加强。</w:t>
      </w:r>
      <w:r>
        <w:rPr>
          <w:lang w:eastAsia="zh-CN"/>
        </w:rPr>
        <w:br/>
      </w:r>
      <w:r>
        <w:rPr>
          <w:lang w:eastAsia="zh-CN"/>
        </w:rPr>
        <w:t>　　2、我公司认真落实上级部门的精神，积极、按时地完成文件的要求，把安全生产落实到实处。及时转发了上级所下发的相关文件，要求各单位切实抓好安全生产工作，提高员工安全意识;避免安全事故的发生;积极响应上级部门的号召，加强安全生产及消防工作的管理，消除消防及安全方面的隐患，确保无事故发生。</w:t>
      </w:r>
      <w:r>
        <w:rPr>
          <w:lang w:eastAsia="zh-CN"/>
        </w:rPr>
        <w:br/>
      </w:r>
      <w:r>
        <w:rPr>
          <w:lang w:eastAsia="zh-CN"/>
        </w:rPr>
        <w:t>　　3、为了切实增强全体从业人员的安全生产、文明施工意识，根据上级有关部门的要求，组织全体员工以及季节工进行安全培训__人次，提高全体员工以及季节工自防自救的能力。</w:t>
      </w:r>
      <w:r>
        <w:rPr>
          <w:lang w:eastAsia="zh-CN"/>
        </w:rPr>
        <w:br/>
      </w:r>
      <w:r>
        <w:rPr>
          <w:lang w:eastAsia="zh-CN"/>
        </w:rPr>
        <w:t>　　4、今年以来，我们在加强日常监督管理工作的同时，开展了每季度安全大检查和每月的安全生产、文明施工的专项检查，在夏季防高温、冬季消防防火和重大节假日及庆典活动中，公司积极安排好值班人员，认真开展自查自纠，举一反三，发现隐患立即排除。加强了对各单位落实整改情况的跟踪检查，做到三定原则，努力将事故隐患消除在萌芽状态。</w:t>
      </w:r>
      <w:r>
        <w:rPr>
          <w:lang w:eastAsia="zh-CN"/>
        </w:rPr>
        <w:br/>
      </w:r>
      <w:r>
        <w:rPr>
          <w:lang w:eastAsia="zh-CN"/>
        </w:rPr>
        <w:t>　　三、今后的努力方向</w:t>
      </w:r>
      <w:r>
        <w:rPr>
          <w:lang w:eastAsia="zh-CN"/>
        </w:rPr>
        <w:br/>
      </w:r>
      <w:r>
        <w:rPr>
          <w:lang w:eastAsia="zh-CN"/>
        </w:rPr>
        <w:t>　　20__年，在抓安全生产、文明施工管理方面做了一些工作，取得了一定的成绩，积累了一些经验，但也仍然存在着不少的问题，随着20__年的到来，本人一定会加强针对性的措施、开拓工作思路、创新管理模式，总结经验找不足，突出重点抓落实，团结共事，齐心协力，力争取得更大的工作成绩。</w:t>
      </w:r>
      <w:r>
        <w:rPr>
          <w:lang w:eastAsia="zh-CN"/>
        </w:rPr>
        <w:br/>
      </w:r>
      <w:r>
        <w:rPr>
          <w:lang w:eastAsia="zh-CN"/>
        </w:rPr>
        <w:t xml:space="preserve">    个人安全工作总结范例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自以“专职安全员”身份参加工作以来，一直以“做一名合格的安全员”做为现行本职工作的追求目标。自肩负这个重任以来，我始终保持清醒的头脑，勤勤恳恳、踏踏实实的态度来对待我的工作，在上半年以来，严格按照年年初制定的安全工作目标，全面贯彻“安全第一、预防为主、综合治理”的安全方针,强化安全生产管理。在西厂有关领导的信任与支持下，我非常珍惜这个安全角色，以积极的态度投入到工作当中，半年来的工作我感到非常充实。现将个人半年来的工作情况进行总结如下：</w:t>
      </w:r>
      <w:r>
        <w:rPr>
          <w:lang w:eastAsia="zh-CN"/>
        </w:rPr>
        <w:br/>
      </w:r>
      <w:r>
        <w:rPr>
          <w:lang w:eastAsia="zh-CN"/>
        </w:rPr>
        <w:t>　　一、__年主要工作内容</w:t>
      </w:r>
      <w:r>
        <w:rPr>
          <w:lang w:eastAsia="zh-CN"/>
        </w:rPr>
        <w:br/>
      </w:r>
      <w:r>
        <w:rPr>
          <w:lang w:eastAsia="zh-CN"/>
        </w:rPr>
        <w:t>　　1、协助部门领导按公司要求，根据公司目前实际情况，结合公司当前安全生产现状，建立健全公司安全生产管理制度。这些制度的制定不但满足了上级部门的检查要求，同时方便了公司的安全管理工作。</w:t>
      </w:r>
      <w:r>
        <w:rPr>
          <w:lang w:eastAsia="zh-CN"/>
        </w:rPr>
        <w:br/>
      </w:r>
      <w:r>
        <w:rPr>
          <w:lang w:eastAsia="zh-CN"/>
        </w:rPr>
        <w:t>　　2、在分管安全工作领导的正确带领下，认真对生产作业区域的设备和人员进行安全职能监督，在计划、布置、检查、总结、考核安全生产工作中，杜绝作业人员习惯性违章，坚决惩治其他安全违规行为，使自己能够掌握威胁安全生产的重大隐患和薄弱环节。</w:t>
      </w:r>
      <w:r>
        <w:rPr>
          <w:lang w:eastAsia="zh-CN"/>
        </w:rPr>
        <w:br/>
      </w:r>
      <w:r>
        <w:rPr>
          <w:lang w:eastAsia="zh-CN"/>
        </w:rPr>
        <w:t>　　3、协助部门领导认真落实安全生产责任制，经常性的参加各车间班前、班后会加强有关安全生产法律法规、事故案例的宣传及传达，扎实做好安全培训工作，坚定地履行《安全生产责任书》承诺，确保顺利实现公司安全生产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4、认真开展“安全生产月”各项工作。在一年一度的全国“安全生产月”活动中，组织员工进行了百人安全宣誓及安全月启动仪式、张贴安全宣传标语等多种形式宣传安全生产的重要性，增强员工安全生产意识，真正使其从“要我安全”到“我要安全”的转变。</w:t>
      </w:r>
      <w:r>
        <w:rPr>
          <w:lang w:eastAsia="zh-CN"/>
        </w:rPr>
        <w:br/>
      </w:r>
      <w:r>
        <w:rPr>
          <w:lang w:eastAsia="zh-CN"/>
        </w:rPr>
        <w:t>　　5、积极开展隐患排查工作，切实做到安全工作心中有数。每月组织6次以上定期的安全、文明生产大检查及各类专项安全检查，从作业现场找出员工的不安全行为，设备的不安全状态，现场教育员工，做到隐患问题及时整改，把各种不安全因素消灭在萌芽状态，上半年共发现各类隐患及问题30余起，全部落实了整改。认真听取、收集班组的合理化安全建议和意见，向上级领导汇报。</w:t>
      </w:r>
      <w:r>
        <w:rPr>
          <w:lang w:eastAsia="zh-CN"/>
        </w:rPr>
        <w:br/>
      </w:r>
      <w:r>
        <w:rPr>
          <w:lang w:eastAsia="zh-CN"/>
        </w:rPr>
        <w:t>　　6、根据公司通知精神，认真做好夏季四防工作，制定并实施了详细的防汛、消防应急预案和消防应急预案演练内容，积极组织西厂员工参与演习，在演习过程中找出不足，确保在发生意外事件中，将损失降到最低。</w:t>
      </w:r>
      <w:r>
        <w:rPr>
          <w:lang w:eastAsia="zh-CN"/>
        </w:rPr>
        <w:br/>
      </w:r>
      <w:r>
        <w:rPr>
          <w:lang w:eastAsia="zh-CN"/>
        </w:rPr>
        <w:t>　　7、对公司员工进行安全教育。特别是新入厂及外来施工人员安全教育，通过入厂安全教育使其初步的认识西厂的安全概况及所从事工作的危险源辨识、预防，在以后的工作岗位上树立起安全自我保护意识，减少生产安全事故发生的概率。</w:t>
      </w:r>
      <w:r>
        <w:rPr>
          <w:lang w:eastAsia="zh-CN"/>
        </w:rPr>
        <w:br/>
      </w:r>
      <w:r>
        <w:rPr>
          <w:lang w:eastAsia="zh-CN"/>
        </w:rPr>
        <w:t>　　二、工作中存在的不足</w:t>
      </w:r>
      <w:r>
        <w:rPr>
          <w:lang w:eastAsia="zh-CN"/>
        </w:rPr>
        <w:br/>
      </w:r>
      <w:r>
        <w:rPr>
          <w:lang w:eastAsia="zh-CN"/>
        </w:rPr>
        <w:t>　　半年来在本职岗位虽然取得了一定的成绩，但是也存在许多的不足，主要体现在以下方面;</w:t>
      </w:r>
      <w:r>
        <w:rPr>
          <w:lang w:eastAsia="zh-CN"/>
        </w:rPr>
        <w:br/>
      </w:r>
      <w:r>
        <w:rPr>
          <w:lang w:eastAsia="zh-CN"/>
        </w:rPr>
        <w:t>　　1、安全管理不严不细、员工安全意识淡漠，存在安全管理的盲区，发生了2、23石灰石货场车辆意外致人死亡事故。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2、组织、沟通能力上还有所欠缺，和有经验的同事还有一定差距;应加强业务学习，解放思想，弥补差距。</w:t>
      </w:r>
      <w:r>
        <w:rPr>
          <w:lang w:eastAsia="zh-CN"/>
        </w:rPr>
        <w:br/>
      </w:r>
      <w:r>
        <w:rPr>
          <w:lang w:eastAsia="zh-CN"/>
        </w:rPr>
        <w:t>　　3、对外协单位监督检查力度不够，特别是一些特种作业人员无证上岗，“三违”现象比较突出。在这方面应加强对外协单位的监管力度，杜绝无证上岗现象，对违章作业人员加强教育及加大处罚力度。</w:t>
      </w:r>
      <w:r>
        <w:rPr>
          <w:lang w:eastAsia="zh-CN"/>
        </w:rPr>
        <w:br/>
      </w:r>
      <w:r>
        <w:rPr>
          <w:lang w:eastAsia="zh-CN"/>
        </w:rPr>
        <w:t>　　4、工作中不够大胆，思想不够超前。应在不断学习中改变工作方式、方法，不断创新完善。</w:t>
      </w:r>
      <w:r>
        <w:rPr>
          <w:lang w:eastAsia="zh-CN"/>
        </w:rPr>
        <w:br/>
      </w:r>
      <w:r>
        <w:rPr>
          <w:lang w:eastAsia="zh-CN"/>
        </w:rPr>
        <w:t>　　三、下半年年工作计划</w:t>
      </w:r>
      <w:r>
        <w:rPr>
          <w:lang w:eastAsia="zh-CN"/>
        </w:rPr>
        <w:br/>
      </w:r>
      <w:r>
        <w:rPr>
          <w:lang w:eastAsia="zh-CN"/>
        </w:rPr>
        <w:t>　　1、加强业务学习，努力提高自身素质和工作能力，尽职、尽责的完成好各项工作任务。做到“眼勤、嘴勤、手勤、腿勤”，积极适应各种环境，在复杂的工作中磨练意志，提高自身素质。</w:t>
      </w:r>
      <w:r>
        <w:rPr>
          <w:lang w:eastAsia="zh-CN"/>
        </w:rPr>
        <w:br/>
      </w:r>
      <w:r>
        <w:rPr>
          <w:lang w:eastAsia="zh-CN"/>
        </w:rPr>
        <w:t>　　2、当好领导助手，对安全工作出现的各种问题，及时提出合理化建议，配合部门领导完成公司下达的各项工作任务。</w:t>
      </w:r>
      <w:r>
        <w:rPr>
          <w:lang w:eastAsia="zh-CN"/>
        </w:rPr>
        <w:br/>
      </w:r>
      <w:r>
        <w:rPr>
          <w:lang w:eastAsia="zh-CN"/>
        </w:rPr>
        <w:t xml:space="preserve">    个人安全工作总结范例 篇12 </w:t>
      </w:r>
      <w:r>
        <w:rPr>
          <w:lang w:eastAsia="zh-CN"/>
        </w:rPr>
        <w:br/>
      </w:r>
      <w:r>
        <w:rPr>
          <w:lang w:eastAsia="zh-CN"/>
        </w:rPr>
        <w:t>　　__年，在上级部门关心指导和全体员工的大力支持配合下，集团坚持安全第一、预防为主、综合治理的方针，牢固树立安全发展的理念，夯实基础，细化责任，强化现场监督监管，深化隐患排查治理，进一步完善职业健康安全管理体系，以法制化、标准化、规范化、系统化的方式推进安全生产，不断提高企业本质化安全水平，安全生产形势稳定，实现了集团重大安全生产事故为零的目标。现将全年安全管理主要工作进行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一、集团安全生产形势及分析</w:t>
      </w:r>
      <w:r>
        <w:rPr>
          <w:lang w:eastAsia="zh-CN"/>
        </w:rPr>
        <w:br/>
      </w:r>
      <w:r>
        <w:rPr>
          <w:lang w:eastAsia="zh-CN"/>
        </w:rPr>
        <w:t>　　集团上下坚持以科学发展、安全发展为理念，积极开展了各种形式的安全活动，取得了明显成效。全年未发生重特大安全事故。组织了开展了各种形式的演练，如：灭火应急演练、应急逃生演练、液氨泄漏应急救援演练、电炉停电应急演练等活动，通过演练使广大职工掌握了消防常识、应急逃生、应急避险知识。成绩固然可喜，但是我们必须清醒地认识到，安全生产形势依然不容乐观：</w:t>
      </w:r>
      <w:r>
        <w:rPr>
          <w:lang w:eastAsia="zh-CN"/>
        </w:rPr>
        <w:br/>
      </w:r>
      <w:r>
        <w:rPr>
          <w:lang w:eastAsia="zh-CN"/>
        </w:rPr>
        <w:t>　　全年共发生各类安全事故10起，与去年同期减少5起;其中挤伤3起、砸伤5起、交通事故2起。</w:t>
      </w:r>
      <w:r>
        <w:rPr>
          <w:lang w:eastAsia="zh-CN"/>
        </w:rPr>
        <w:br/>
      </w:r>
      <w:r>
        <w:rPr>
          <w:lang w:eastAsia="zh-CN"/>
        </w:rPr>
        <w:t>　　二、严格落实安全生产责任制，确保生产经营平稳运行</w:t>
      </w:r>
      <w:r>
        <w:rPr>
          <w:lang w:eastAsia="zh-CN"/>
        </w:rPr>
        <w:br/>
      </w:r>
      <w:r>
        <w:rPr>
          <w:lang w:eastAsia="zh-CN"/>
        </w:rPr>
        <w:t>　　年初集团与各公司签订了《安全生产目标管理责任书》，各公司又将《安全生产目标管理责任书》层层分解落实到各车间、班组和个人，相邻工序间分别签订了《安全联保责任书》，明确责任，并逐条落实完成情况。</w:t>
      </w:r>
      <w:r>
        <w:rPr>
          <w:lang w:eastAsia="zh-CN"/>
        </w:rPr>
        <w:br/>
      </w:r>
      <w:r>
        <w:rPr>
          <w:lang w:eastAsia="zh-CN"/>
        </w:rPr>
        <w:t>　　三、突出重点，强化措施，坚持不懈抓好隐患排查治理工作</w:t>
      </w:r>
      <w:r>
        <w:rPr>
          <w:lang w:eastAsia="zh-CN"/>
        </w:rPr>
        <w:br/>
      </w:r>
      <w:r>
        <w:rPr>
          <w:lang w:eastAsia="zh-CN"/>
        </w:rPr>
        <w:t>　　加大对安全生产的检查考核力度，开展了各项安全排查整治活动。组织集团安委会成员进行了6次大型的安全生产专项检查，如春季防火、夏季防暑防汛、安全用电大检查、特种设备安全专项检查等。对出现安全事故较多的区域进行重点排查;1至11月份共查出安全隐患808条，已整改了796条，整改率达到98 %，提高了现场本质安全化水平。</w:t>
      </w:r>
      <w:r>
        <w:rPr>
          <w:lang w:eastAsia="zh-CN"/>
        </w:rPr>
        <w:br/>
      </w:r>
      <w:r>
        <w:rPr>
          <w:lang w:eastAsia="zh-CN"/>
        </w:rPr>
        <w:t>　　四、认真开展安全月活动，营造安全氛围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1、组织严密，措施到位。整理下发《关于开展二〇一五年全国安全生产月活动的通知》、《关于举行安康杯知识竞赛活动的通知》等。</w:t>
      </w:r>
      <w:r>
        <w:rPr>
          <w:lang w:eastAsia="zh-CN"/>
        </w:rPr>
        <w:br/>
      </w:r>
      <w:r>
        <w:rPr>
          <w:lang w:eastAsia="zh-CN"/>
        </w:rPr>
        <w:t>　　2、积极开展安全宣传教育。利用全国安全月活动咨询日，组织十余人走上街头，设置宣传站，悬挂条幅，分发安全生产宣传材料，制作的展板内容丰富，参观学习人员众多，受到县领导的表扬，并获得临沂市安全生产月优秀组织单位荣誉称号。</w:t>
      </w:r>
      <w:r>
        <w:rPr>
          <w:lang w:eastAsia="zh-CN"/>
        </w:rPr>
        <w:br/>
      </w:r>
      <w:r>
        <w:rPr>
          <w:lang w:eastAsia="zh-CN"/>
        </w:rPr>
        <w:t>　　3.认真组织安康杯知识竞赛活动。联合集团工会在十七楼进行安全知识竞赛，通过竞赛活动使广大干部职工增长了安全知识，提高了自我防范意识。</w:t>
      </w:r>
      <w:r>
        <w:rPr>
          <w:lang w:eastAsia="zh-CN"/>
        </w:rPr>
        <w:br/>
      </w:r>
      <w:r>
        <w:rPr>
          <w:lang w:eastAsia="zh-CN"/>
        </w:rPr>
        <w:t>　　五、利用多种形式强化安全教育培训，增强职工安全意识</w:t>
      </w:r>
      <w:r>
        <w:rPr>
          <w:lang w:eastAsia="zh-CN"/>
        </w:rPr>
        <w:br/>
      </w:r>
      <w:r>
        <w:rPr>
          <w:lang w:eastAsia="zh-CN"/>
        </w:rPr>
        <w:t>　　1、定期召开安全例会，传达上级文件精神及要求。每月定期组织各公司安全监督员进行安全生产知识培训和再教育，下发学习材料，学习、讨论安全知识，学习各个车间及岗位的安全操作规程，分析讨论近期国内外多发事故案例，举一反三，结合公司实际查找问题并制定防范措施，提高了安全员综合素质和安全管理能力。</w:t>
      </w:r>
      <w:r>
        <w:rPr>
          <w:lang w:eastAsia="zh-CN"/>
        </w:rPr>
        <w:br/>
      </w:r>
      <w:r>
        <w:rPr>
          <w:lang w:eastAsia="zh-CN"/>
        </w:rPr>
        <w:t>　　2、完善操作规程、健全危险源辨识。完善了各公司岗位的各种安全操作规程、危险源辨识等。对新进的员工，更是狠抓安全教育，并利用各种形式组织学习，普及了安全知识和提高了自我防护意识。对岗位危害因素、风险控制措施和应急处置措施等有关知识进行考试，以促进员工自学的积极性，在全集团员工中形成了良好的学习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3、开展事故警示教育。组织职工观看了《生命不能重来》《隐患直击》《生产安全事故典型案例盘点》等安全警示教育光盘。通过对企业典型真实案例的生动再现，使广大干部职工认识到违章就是走向事故、靠近伤害，真正从思想深处懂得安全，重视安全，时时刻刻想着安全。丰富多彩的教育内容及案例分析，增强了职工安全意识，强化了安全理念，提高了职工的安全素质。</w:t>
      </w:r>
      <w:r>
        <w:rPr>
          <w:lang w:eastAsia="zh-CN"/>
        </w:rPr>
        <w:br/>
      </w:r>
      <w:r>
        <w:rPr>
          <w:lang w:eastAsia="zh-CN"/>
        </w:rPr>
        <w:t>　　4、外来施工人员再教育。对外来施工人员及时教育，跟踪检查，在现场结合实际情况进行有针对性的安全教育，规范了他们的很多不安全行为，如违章用火、用电、登高作业等，避免了重特大安全事故发生。</w:t>
      </w:r>
      <w:r>
        <w:rPr>
          <w:lang w:eastAsia="zh-CN"/>
        </w:rPr>
        <w:br/>
      </w:r>
      <w:r>
        <w:rPr>
          <w:lang w:eastAsia="zh-CN"/>
        </w:rPr>
        <w:t>　　5、特种设备培训。及时组织特种设备操作人员进行安全生产知识培训，保证持证上岗率达到100%。</w:t>
      </w:r>
      <w:r>
        <w:rPr>
          <w:lang w:eastAsia="zh-CN"/>
        </w:rPr>
        <w:br/>
      </w:r>
      <w:r>
        <w:rPr>
          <w:lang w:eastAsia="zh-CN"/>
        </w:rPr>
        <w:t>　　六、安全标准化运行，提高安全管理水平</w:t>
      </w:r>
      <w:r>
        <w:rPr>
          <w:lang w:eastAsia="zh-CN"/>
        </w:rPr>
        <w:br/>
      </w:r>
      <w:r>
        <w:rPr>
          <w:lang w:eastAsia="zh-CN"/>
        </w:rPr>
        <w:t>　　以班组标准化作业为抓手，不断提高全员安全意识和班组安全自主管理能力，持续提升安全管理绩效。通过落实安全标准化工作，大大减少了违章指挥、违章操作、违反劳动纪律等现象，将传统的事后处理转变为事前预防，提高了本质安全管理水平，降低了安全事故的发生。自__年集团通过二级安全标准化认证后，近三年来各单位有效的运行安全标准化体系，使得稳固发展运行，于今年10月22日一次性通过省评审专家组的验收，并获得专家组的好评。</w:t>
      </w:r>
      <w:r>
        <w:rPr>
          <w:lang w:eastAsia="zh-CN"/>
        </w:rPr>
        <w:br/>
      </w:r>
      <w:r>
        <w:rPr>
          <w:lang w:eastAsia="zh-CN"/>
        </w:rPr>
        <w:t>　　七、积极创建安全文化活动，提升企业安全管理水平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安全文化是企业文化的重要组成部分，通过逐步向广大员工灌输渗透以人为本、规章至尊的安全理念，形成预防为主、我要安全的安全观念文化;遵章守纪、规范操作的安全行为文化;科学严密、切实可行的安全制度文化;设施完备、标准规范的安全文化。因工作开展扎实有效，经过上级主管部门验收，分别被山东省安监局、临沂市安监局授予安全文化示范企业荣誉称号。</w:t>
      </w:r>
      <w:r>
        <w:rPr>
          <w:lang w:eastAsia="zh-CN"/>
        </w:rPr>
        <w:br/>
      </w:r>
      <w:r>
        <w:rPr>
          <w:lang w:eastAsia="zh-CN"/>
        </w:rPr>
        <w:t>　　八、加强应急管理，积极应对突发事故</w:t>
      </w:r>
      <w:r>
        <w:rPr>
          <w:lang w:eastAsia="zh-CN"/>
        </w:rPr>
        <w:br/>
      </w:r>
      <w:r>
        <w:rPr>
          <w:lang w:eastAsia="zh-CN"/>
        </w:rPr>
        <w:t>　　按照主管部门的安排和要求，集团严格根据标准规范，对现场及档案进行梳理，对不符合项进行整改、完善，经过评审组审核，被临沂市安监局授予市级安全生产应急管理示范点荣誉称号。11月份按照新导则编制完成集团生产安全事故应急预案，已上报临沭县安监局备案，等待市安监局组织评审。</w:t>
      </w:r>
      <w:r>
        <w:rPr>
          <w:lang w:eastAsia="zh-CN"/>
        </w:rPr>
        <w:br/>
      </w:r>
      <w:r>
        <w:rPr>
          <w:lang w:eastAsia="zh-CN"/>
        </w:rPr>
        <w:t>　　九、及时办理项目安评手续，为顺利达产保驾护航</w:t>
      </w:r>
      <w:r>
        <w:rPr>
          <w:lang w:eastAsia="zh-CN"/>
        </w:rPr>
        <w:br/>
      </w:r>
      <w:r>
        <w:rPr>
          <w:lang w:eastAsia="zh-CN"/>
        </w:rPr>
        <w:t>　　办理完成_公司、_公司、_公司、_公司、_公司安全设施三同时备案登记手续。协助_公司办理完成安全生产许可证，确保了项目安全有效运行。</w:t>
      </w:r>
      <w:r>
        <w:rPr>
          <w:lang w:eastAsia="zh-CN"/>
        </w:rPr>
        <w:br/>
      </w:r>
      <w:r>
        <w:rPr>
          <w:lang w:eastAsia="zh-CN"/>
        </w:rPr>
        <w:t>　　十、加强职业卫生管理，确保职工身心健康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积极开展职工职业卫生培训，针对不同岗位进行职业卫生学习，使职工明白职业危害的重要性，规范了劳保用品的穿戴、加强了职业卫生设备设施的维护和保养，联系资质单位进行职业危害因素检测，确保作业环境安全。现场职业病危害警示标识随处可见，设置了职业危害告知牌，健全职工职业健康档案。今年六月份铸业公司、力士德公司被列入国家总局抽查名单，通过资料准备、现场整改，顺利通过检查验收。</w:t>
      </w:r>
      <w:r>
        <w:rPr>
          <w:lang w:eastAsia="zh-CN"/>
        </w:rPr>
        <w:br/>
      </w:r>
      <w:r>
        <w:rPr>
          <w:lang w:eastAsia="zh-CN"/>
        </w:rPr>
        <w:t>　　十一、正视问题，切实增强做好安全生产工作的责任感和紧迫感</w:t>
      </w:r>
      <w:r>
        <w:rPr>
          <w:lang w:eastAsia="zh-CN"/>
        </w:rPr>
        <w:br/>
      </w:r>
      <w:r>
        <w:rPr>
          <w:lang w:eastAsia="zh-CN"/>
        </w:rPr>
        <w:t>　　总结__年工作，安全管理工作中还依然存在很多不足：一是安全管理基础依然薄弱，个别单位存在对安全管理重视不够现象。二是安全力量薄弱，安全管理人员配备不足。三是安全监管职责还没有完全落实到位，隐患排查治理存在盲区，部门安全监管联合机制有待进一步完善。四是安全生产责任意识淡薄，三级安全培训不到位，安全投入不足，设备带病运行等一些问题。五是部分职工安全素质不高，自我防护能力较差，制度执行力不够，简化作业程序,违章、蛮干的现象仍然存在，宣传教育力度有待进一步加大。六是职业危害个体防护意识需要进一步加强，个别岗位环境治理力度有待于进一步改善。</w:t>
      </w:r>
      <w:r>
        <w:rPr>
          <w:lang w:eastAsia="zh-CN"/>
        </w:rPr>
        <w:br/>
      </w:r>
      <w:r>
        <w:rPr>
          <w:lang w:eastAsia="zh-CN"/>
        </w:rPr>
        <w:t xml:space="preserve">    个人安全工作总结范例 篇13 </w:t>
      </w:r>
      <w:r>
        <w:rPr>
          <w:lang w:eastAsia="zh-CN"/>
        </w:rPr>
        <w:br/>
      </w:r>
      <w:r>
        <w:rPr>
          <w:lang w:eastAsia="zh-CN"/>
        </w:rPr>
        <w:t>　　“学校安全重于泰山”。校园安全事关全体师生的生命和财产，事关学校和社会的稳定和发展。20__年，我校在教育局的统一领导下，以创建平安校园、和谐校园为目的，从增强师生安全意识，强化学校安全管理入手，通过明确责任、分解目标、落实措施，营造一个安全、文明、健康的育人环境狠抓学校安全工作，保证我校实现和谐、稳定、平安、健康发展。现将具体工作总结如下：</w:t>
      </w:r>
      <w:r>
        <w:rPr>
          <w:lang w:eastAsia="zh-CN"/>
        </w:rPr>
        <w:br/>
      </w:r>
      <w:r>
        <w:rPr>
          <w:lang w:eastAsia="zh-CN"/>
        </w:rPr>
        <w:t>　　一、加强领导，明确责任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学校从年初开始便成立了学校安全工作领导小组，由校长任组长，主抓安全工作的政教主任任副组长，处室主任及十三所完小校长为组员，统一领导学校安全工作。成立安全办公室，具体负责制定学校安全工作的各种制度，明确各块各级的具体职责和责任，确保学校安全工作有序开展。领导小组成立以来，在抓安全工作中发挥了很好的领导、组织、指挥作用。</w:t>
      </w:r>
      <w:r>
        <w:rPr>
          <w:lang w:eastAsia="zh-CN"/>
        </w:rPr>
        <w:br/>
      </w:r>
      <w:r>
        <w:rPr>
          <w:lang w:eastAsia="zh-CN"/>
        </w:rPr>
        <w:t>　　二、广泛宣传，加强教育，提高安全意识。</w:t>
      </w:r>
      <w:r>
        <w:rPr>
          <w:lang w:eastAsia="zh-CN"/>
        </w:rPr>
        <w:br/>
      </w:r>
      <w:r>
        <w:rPr>
          <w:lang w:eastAsia="zh-CN"/>
        </w:rPr>
        <w:t>　　各学校充分利用会议、广播、黑板报、标语等形式进行了广泛的宣传，并发动各班广泛开展班队活动、知识讲座、知识竞赛等活动，并以此为载体，全体动员、全员参与，把安全工作放在学校日常工作的突出地位来抓，寓安全教育于</w:t>
      </w:r>
      <w:r>
        <w:rPr>
          <w:lang w:eastAsia="zh-CN"/>
        </w:rPr>
        <w:br/>
      </w:r>
      <w:r>
        <w:rPr>
          <w:lang w:eastAsia="zh-CN"/>
        </w:rPr>
        <w:t>　　教育教学的各种活动之中，加强安全教育，提高安全意识，养成安全习惯。</w:t>
      </w:r>
      <w:r>
        <w:rPr>
          <w:lang w:eastAsia="zh-CN"/>
        </w:rPr>
        <w:br/>
      </w:r>
      <w:r>
        <w:rPr>
          <w:lang w:eastAsia="zh-CN"/>
        </w:rPr>
        <w:t>　　三、完善制度，强化管理，建立健全安全管理网络。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为使学校安全工作能够正常有序的开展，根据安全工作领导小组的统一安排，安全办公室进一步完善了学校安全工作的各项管理制度，具体的有学校安全突发公共事件应急、防地震、防雨雪冰冻、防火、防传染病等应急预案及应急队伍、建立健全学校安全管理台帐、安全专题会议、定期检查、实行月报等各项制度，形成校长对学校安全工作负总责，分管领导对学校安全工作负直接责任，班主任、课任教师等有关人员负具体责任。并按照“教育先行、预防为主、多方配合、责任到人”的原则积极开展安全管理工作，实行层层签订安全责任书，使学校安全管理网络覆盖到校园的每一个区域，每一个角落。</w:t>
      </w:r>
      <w:r>
        <w:rPr>
          <w:lang w:eastAsia="zh-CN"/>
        </w:rPr>
        <w:br/>
      </w:r>
      <w:r>
        <w:rPr>
          <w:lang w:eastAsia="zh-CN"/>
        </w:rPr>
        <w:t>　　四、立足防范，常抓不懈</w:t>
      </w:r>
      <w:r>
        <w:rPr>
          <w:lang w:eastAsia="zh-CN"/>
        </w:rPr>
        <w:br/>
      </w:r>
      <w:r>
        <w:rPr>
          <w:lang w:eastAsia="zh-CN"/>
        </w:rPr>
        <w:t>　　从年初开始，我校坚持以“宣传教育为重，预防为主，标本兼治，重在治本。”的方针，做足做好“预防”文章，在此基础上学校在教育学生养成良好的生活习惯，提高安全防范意识，中心学校做到了月月进行检查，各完小做到了周周进行检查，值日教师做到天天要进行检查，任课教师每一节课都有点名，班长向上课教师报告本班学生到位情况，如有异常情况，上课教师立即向该班班主任联系并落实到位，有食宿生的学校坚持24小时值班制度，全方位落实在校时间内的师生人身安全管理。中心学校配合各校逐一摸清各校存在的安全隐患，并做出相应的整改对策，真正做到防患于未然，把事故消灭在萌芽状态之中。</w:t>
      </w:r>
      <w:r>
        <w:rPr>
          <w:lang w:eastAsia="zh-CN"/>
        </w:rPr>
        <w:br/>
      </w:r>
      <w:r>
        <w:rPr>
          <w:lang w:eastAsia="zh-CN"/>
        </w:rPr>
        <w:t>　　五、完成主要工作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一年来，中心学校组织学习上级所有安全文件并向完小转发，开展安全教育以会带训7次，进行安全检查10次，新建教学楼、厕所2校(糯白完小、米车完小)、整改饮水隐患1校(牛速完小)，在建学校工程3校(石碑、黑那、色从)13所完小及9所幼儿园全部配齐消防器材，不同程度地规范了用电线路。组织了各完小学生在宣传学习安全知识的基础上开展安全知识竞赛，在“安全生产月”活动中，我校结合上级安全宣传向全体师生发出传单3400余份，出黑板报14次，悬挂安全标语14条。严格按照上级要求，确保校园各个角落卫生，教室、住宿通风，定期消毒，认真做好一日三检、登记、上报和积极配合学生家长对患病学生的治疗工作，全面完成教育局安排各项工作及任务。在食品安全工作管理方面，统一制定了一系列的规章制度，规范了定点采购、索证索票、物品验收、仓储存放、食品加工、食物留样等各种行为;切实加强食堂从业人员的教育培训，提高服务质量，确保了食品卫生的安全，做到了学生满意，家长放心。在森林防火工作中，中心学校与各学校、学校与班主任、班主任与学生，层层签定安全责任书，各司其职，各负其责，分工合作，成绩明显。做到定期或不定期的进行管制刀具的清理检查，加强教育，措施到位。一年来，积极组织参加上级开展的各种达标活动。</w:t>
      </w:r>
      <w:r>
        <w:rPr>
          <w:lang w:eastAsia="zh-CN"/>
        </w:rPr>
        <w:br/>
      </w:r>
      <w:r>
        <w:rPr>
          <w:lang w:eastAsia="zh-CN"/>
        </w:rPr>
        <w:t>　　总之，防患于未然，安全重于泰山，是我们工作的方向，让每个孩子“快快乐乐上学来，安安全全回家去”是我们工作的目标。今后我校将一如既往，把安全工作放在学校工作的重中之重来抓，确保师生平安。</w:t>
      </w:r>
      <w:r>
        <w:rPr>
          <w:lang w:eastAsia="zh-CN"/>
        </w:rPr>
        <w:br/>
      </w:r>
      <w:r>
        <w:rPr>
          <w:lang w:eastAsia="zh-CN"/>
        </w:rPr>
        <w:t xml:space="preserve">    个人安全工作总结范例 篇14 </w:t>
      </w:r>
      <w:r>
        <w:rPr>
          <w:lang w:eastAsia="zh-CN"/>
        </w:rPr>
        <w:br/>
      </w:r>
      <w:r>
        <w:rPr>
          <w:lang w:eastAsia="zh-CN"/>
        </w:rPr>
        <w:t>　　“安全为天、生命至尊”，安全生产是每个单位首先要保障的基础条件，人的生命只有一次，每一个人都想笑语长在，每一个家庭都愿幸福美满，每一个企业都愿兴旺发达，然而这一切都离不开安全，安全是企业发展的永恒主题，是我们煤矿企业的天字号大事，更是我们矿工的生命。没有了安全就谈不上我们企业的稳定发展，没有了安全也就更谈不上我们职工的幸福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回首过往的20__年，随着各项工作深入开展，质管部根据实际情况，有重点、有方向的开展了一系列安全监督和安全检查工作。现将安全工作总结如下：</w:t>
      </w:r>
      <w:r>
        <w:rPr>
          <w:lang w:eastAsia="zh-CN"/>
        </w:rPr>
        <w:br/>
      </w:r>
      <w:r>
        <w:rPr>
          <w:lang w:eastAsia="zh-CN"/>
        </w:rPr>
        <w:t>　　一、安全检查工作</w:t>
      </w:r>
      <w:r>
        <w:rPr>
          <w:lang w:eastAsia="zh-CN"/>
        </w:rPr>
        <w:br/>
      </w:r>
      <w:r>
        <w:rPr>
          <w:lang w:eastAsia="zh-CN"/>
        </w:rPr>
        <w:t>　　1、现场安全巡查</w:t>
      </w:r>
      <w:r>
        <w:rPr>
          <w:lang w:eastAsia="zh-CN"/>
        </w:rPr>
        <w:br/>
      </w:r>
      <w:r>
        <w:rPr>
          <w:lang w:eastAsia="zh-CN"/>
        </w:rPr>
        <w:t>　　安全巡查是预测和及时发现安全隐患的一种有效方法。质管部人员、各部室领导及部门安全员每周对生产域进行1次的安全巡查，包括对作业环境、安全设施、操作人员、机械设备、工器具、个人防护用品等的检查，对发现的问题及时做好记录，并立即联系相关部门、责任人进行配合整改，对隐患较大的情况及时跟踪整改情况，直至整改完毕，有效的做到了事前处理。结合我部门9月发生的1起小事故，细想来，还是因为员工安全意识淡薄所造成，所以，除了现场的安全检查外，还要抓好安全教育，使安全意识时时存在于员工心中，安全是企业之根本。</w:t>
      </w:r>
      <w:r>
        <w:rPr>
          <w:lang w:eastAsia="zh-CN"/>
        </w:rPr>
        <w:br/>
      </w:r>
      <w:r>
        <w:rPr>
          <w:lang w:eastAsia="zh-CN"/>
        </w:rPr>
        <w:t>　　二、隐患排查</w:t>
      </w:r>
      <w:r>
        <w:rPr>
          <w:lang w:eastAsia="zh-CN"/>
        </w:rPr>
        <w:br/>
      </w:r>
      <w:r>
        <w:rPr>
          <w:lang w:eastAsia="zh-CN"/>
        </w:rPr>
        <w:t>　　2、制样室采制样</w:t>
      </w:r>
      <w:r>
        <w:rPr>
          <w:lang w:eastAsia="zh-CN"/>
        </w:rPr>
        <w:br/>
      </w:r>
      <w:r>
        <w:rPr>
          <w:lang w:eastAsia="zh-CN"/>
        </w:rPr>
        <w:t>　　首先应该自觉做好劳动保护，从自身做到安全保护，其次制样设备的检查，检查设备接电有无异常情况，设备运转是否正常等，机械不得带故障强行使用，发现故障应及时停机，夜间外出采样时必须两人结伴而行，特别是在化产采样时必须对所采样区域的环境进行熟悉了解，不得满目在罐体或槽车取样，部门化产采样多接触易燃易爆等危险化学品，主要组织了危险化学品的培训学习，使采样员能了解对所采样品的实际情况，做好相关防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3、煤场采样</w:t>
      </w:r>
      <w:r>
        <w:rPr>
          <w:lang w:eastAsia="zh-CN"/>
        </w:rPr>
        <w:br/>
      </w:r>
      <w:r>
        <w:rPr>
          <w:lang w:eastAsia="zh-CN"/>
        </w:rPr>
        <w:t>　　我部门煤场主要工作是做好夏季防暑和冬季生产作业区的安全隐患整改及操作人员劳动防护用品的检查和配置情况，新增在夜间室外工作人员的安全防护用品，本部门煤场主要安全工作是煤场采样班组的安全生产，冬季煤场作业受天气影响很大，能见度极低，防寒防冻是冬季煤场作业人员的主要安全问题，根据去年煤场生产情况，主要存在问题是在没有车辆卸车的情况下没有临时供工人取暖防寒的简易板房。</w:t>
      </w:r>
      <w:r>
        <w:rPr>
          <w:lang w:eastAsia="zh-CN"/>
        </w:rPr>
        <w:br/>
      </w:r>
      <w:r>
        <w:rPr>
          <w:lang w:eastAsia="zh-CN"/>
        </w:rPr>
        <w:t>　　三、20__年安全工作安排</w:t>
      </w:r>
      <w:r>
        <w:rPr>
          <w:lang w:eastAsia="zh-CN"/>
        </w:rPr>
        <w:br/>
      </w:r>
      <w:r>
        <w:rPr>
          <w:lang w:eastAsia="zh-CN"/>
        </w:rPr>
        <w:t>　　1、加强现场安全巡查。</w:t>
      </w:r>
      <w:r>
        <w:rPr>
          <w:lang w:eastAsia="zh-CN"/>
        </w:rPr>
        <w:br/>
      </w:r>
      <w:r>
        <w:rPr>
          <w:lang w:eastAsia="zh-CN"/>
        </w:rPr>
        <w:t>　　2、加强安全小组大检查，执行例会制度。</w:t>
      </w:r>
      <w:r>
        <w:rPr>
          <w:lang w:eastAsia="zh-CN"/>
        </w:rPr>
        <w:br/>
      </w:r>
      <w:r>
        <w:rPr>
          <w:lang w:eastAsia="zh-CN"/>
        </w:rPr>
        <w:t>　　3、实施制定的各项制度。</w:t>
      </w:r>
      <w:r>
        <w:rPr>
          <w:lang w:eastAsia="zh-CN"/>
        </w:rPr>
        <w:br/>
      </w:r>
      <w:r>
        <w:rPr>
          <w:lang w:eastAsia="zh-CN"/>
        </w:rPr>
        <w:t>　　4、继续组织安全学习。</w:t>
      </w:r>
      <w:r>
        <w:rPr>
          <w:lang w:eastAsia="zh-CN"/>
        </w:rPr>
        <w:br/>
      </w:r>
      <w:r>
        <w:rPr>
          <w:lang w:eastAsia="zh-CN"/>
        </w:rPr>
        <w:t xml:space="preserve">    个人安全工作总结范例 篇15 </w:t>
      </w:r>
      <w:r>
        <w:rPr>
          <w:lang w:eastAsia="zh-CN"/>
        </w:rPr>
        <w:br/>
      </w:r>
      <w:r>
        <w:rPr>
          <w:lang w:eastAsia="zh-CN"/>
        </w:rPr>
        <w:t>　　20__年是安全生产年，在公司的正确领导下，在安环部的监督管理下，设备管理部在20__年内未发生重特大设备及人身伤害事故，取得死亡事故为0，重伤事故为0，轻伤事故为0的安全良好成绩。</w:t>
      </w:r>
      <w:r>
        <w:rPr>
          <w:lang w:eastAsia="zh-CN"/>
        </w:rPr>
        <w:br/>
      </w:r>
      <w:r>
        <w:rPr>
          <w:lang w:eastAsia="zh-CN"/>
        </w:rPr>
        <w:t>　　而我作为供料净化车间设备点检员及点检站临时负责人，在安全方面做了一些工作，其中有成绩也有不足，现在，我就过去的一年内的安全工作进行总结：</w:t>
      </w:r>
      <w:r>
        <w:rPr>
          <w:lang w:eastAsia="zh-CN"/>
        </w:rPr>
        <w:br/>
      </w:r>
      <w:r>
        <w:rPr>
          <w:lang w:eastAsia="zh-CN"/>
        </w:rPr>
        <w:t>　　一、20__年安全工作主要的内容</w:t>
      </w:r>
      <w:r>
        <w:rPr>
          <w:lang w:eastAsia="zh-CN"/>
        </w:rPr>
        <w:br/>
      </w:r>
      <w:r>
        <w:rPr>
          <w:lang w:eastAsia="zh-CN"/>
        </w:rPr>
        <w:t>　　1、努力提高安全的自我要求，做一名“安全的人”。</w:t>
      </w:r>
      <w:r>
        <w:rPr>
          <w:lang w:eastAsia="zh-CN"/>
        </w:rPr>
        <w:br/>
      </w:r>
    </w:p>
    <w:p w:rsidR="001B1F19" w14:textId="27C3F48A">
      <w:pPr>
        <w:rPr>
          <w:rFonts w:hint="eastAsia"/>
          <w:lang w:eastAsia="zh-CN"/>
        </w:rPr>
      </w:pPr>
      <w:r>
        <w:rPr>
          <w:lang w:eastAsia="zh-CN"/>
        </w:rPr>
        <w:t>　　在思想上，积极上进，爱祖国爱公司，同时努力学习公司的各项安全制度。</w:t>
      </w:r>
      <w:r>
        <w:rPr>
          <w:lang w:eastAsia="zh-CN"/>
        </w:rPr>
        <w:br/>
      </w:r>
      <w:r>
        <w:rPr>
          <w:lang w:eastAsia="zh-CN"/>
        </w:rPr>
        <w:t>　　在行动上，我时时以安全作为标杆，规范自已的各种行为，保障自身的安全。</w:t>
      </w:r>
      <w:r>
        <w:rPr>
          <w:lang w:eastAsia="zh-CN"/>
        </w:rPr>
        <w:br/>
      </w:r>
      <w:r>
        <w:rPr>
          <w:lang w:eastAsia="zh-CN"/>
        </w:rPr>
        <w:t>　　2、组织进行部门的安全培训工作。</w:t>
      </w:r>
      <w:r>
        <w:rPr>
          <w:lang w:eastAsia="zh-CN"/>
        </w:rPr>
        <w:br/>
      </w:r>
      <w:r>
        <w:rPr>
          <w:lang w:eastAsia="zh-CN"/>
        </w:rPr>
        <w:t>　　平时利用自已负责组织部门培训的机会，协同部门兼职安全员，每月两次对部门的员工进行安全知识培训，共同学习公司的各项安全制度、各项事故案例、上级及公司安全部门的要求文件等，提高部门职工的安全意识与责任意识。</w:t>
      </w:r>
      <w:r>
        <w:rPr>
          <w:lang w:eastAsia="zh-CN"/>
        </w:rPr>
        <w:br/>
      </w:r>
      <w:r>
        <w:rPr>
          <w:lang w:eastAsia="zh-CN"/>
        </w:rPr>
        <w:t>　　3、加强各点检员的安全保障工作。</w:t>
      </w:r>
      <w:r>
        <w:rPr>
          <w:lang w:eastAsia="zh-CN"/>
        </w:rPr>
        <w:br/>
      </w:r>
      <w:r>
        <w:rPr>
          <w:lang w:eastAsia="zh-CN"/>
        </w:rPr>
        <w:t>　　在点检站的日常工作中，利用点检员办公地点统一的便利，向各点的点检员提出安全的要求，要求各点检员在现场点检及其它作业时，一切须以安全为原则，在从事高空或电气点检作业时，须按要求配戴安全带及停电验电挂牌等措施，同时在点检作业时，须与设备操作工结成安全对子，做好安全互保。</w:t>
      </w:r>
      <w:r>
        <w:rPr>
          <w:lang w:eastAsia="zh-CN"/>
        </w:rPr>
        <w:br/>
      </w:r>
      <w:r>
        <w:rPr>
          <w:lang w:eastAsia="zh-CN"/>
        </w:rPr>
        <w:t>　　通过大家的共同努力，部门在20__年取得了良好的安全成绩。</w:t>
      </w:r>
      <w:r>
        <w:rPr>
          <w:lang w:eastAsia="zh-CN"/>
        </w:rPr>
        <w:br/>
      </w:r>
      <w:r>
        <w:rPr>
          <w:lang w:eastAsia="zh-CN"/>
        </w:rPr>
        <w:t>　　4、加强检修作业的安全监督。</w:t>
      </w:r>
      <w:r>
        <w:rPr>
          <w:lang w:eastAsia="zh-CN"/>
        </w:rPr>
        <w:br/>
      </w:r>
      <w:r>
        <w:rPr>
          <w:lang w:eastAsia="zh-CN"/>
        </w:rPr>
        <w:t>　　作为一个点检员，日常工作中直接向设备检修人员下达检修指令，亦对检修过程中的安全负有较大的责任。</w:t>
      </w:r>
      <w:r>
        <w:rPr>
          <w:lang w:eastAsia="zh-CN"/>
        </w:rPr>
        <w:br/>
      </w:r>
      <w:r>
        <w:rPr>
          <w:lang w:eastAsia="zh-CN"/>
        </w:rPr>
        <w:t>　　假若在工作安排时，未考虑到相应的危险因素，极易导致安全事件的发生。</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https://d.book118.com/878014136052006045</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8014136052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