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畜牧兽医站个人总结范文（12篇）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畜牧兽医站个人总结范文（精选12篇）</w:t>
      </w:r>
      <w:r>
        <w:rPr>
          <w:lang w:eastAsia="zh-CN"/>
        </w:rPr>
        <w:br/>
      </w:r>
      <w:r>
        <w:rPr>
          <w:lang w:eastAsia="zh-CN"/>
        </w:rPr>
        <w:t xml:space="preserve">    畜牧兽医站个人总结范文 篇1 </w:t>
      </w:r>
      <w:r>
        <w:rPr>
          <w:lang w:eastAsia="zh-CN"/>
        </w:rPr>
        <w:br/>
      </w:r>
      <w:r>
        <w:rPr>
          <w:lang w:eastAsia="zh-CN"/>
        </w:rPr>
        <w:t>　　半年来，我县畜牧兽医工作在县委、县人民政府的领导下，在上级业务主管理部门的关心支持下，全县畜牧兽医部门认真贯彻落实党的__届四中全会精神，以深入学习科学发展观实践活动为契机，紧紧围绕县委、县人民政府的畜牧业发展思路，按照上级下达的各项工作任务、技术目标及年初制定的工作计划，重点抓好畜牧生产技术推广、动物疫病防控、畜产品质量安全监管等方面的工作，通过全县各级各部门的共同努力，上半年畜禽的出栏和畜产品产量全面增长，畜牧业生产获得丰收。</w:t>
      </w:r>
      <w:r>
        <w:rPr>
          <w:lang w:eastAsia="zh-CN"/>
        </w:rPr>
        <w:br/>
      </w:r>
      <w:r>
        <w:rPr>
          <w:lang w:eastAsia="zh-CN"/>
        </w:rPr>
        <w:t>　　一、畜牧业生产持续发展</w:t>
      </w:r>
      <w:r>
        <w:rPr>
          <w:lang w:eastAsia="zh-CN"/>
        </w:rPr>
        <w:br/>
      </w:r>
      <w:r>
        <w:rPr>
          <w:lang w:eastAsia="zh-CN"/>
        </w:rPr>
        <w:t>　　（一）畜牧业产值稳步增长上半年全县畜牧业产值1.1938亿元，比上年同期增0.0389亿元，增长3.37%。完成年初计划3.8亿元目标的31.4%。</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畜产品产量同比增加，市场供给充足有余上半年全县肉类总产9482吨，比上年同期增加391吨，增长4.3%，完成年初计划21000吨目标的45.2%。其中猪肉7577吨、牛肉1187吨、羊肉53吨、禽肉665吨，与上年同期相比猪肉增加347吨、牛肉增加32吨、羊肉增加2吨、禽肉增加10吨，分别增长4.8%、2.8%、3.9%、1.5%；禽蛋产量154吨，同比增加3吨，增长2.0%;牛奶产量36.3吨，同比增加12.3吨，增长51.2%，完成年初计划80吨目标的45.4%。畜牧业已成为我县农民增收、新农村建设的主导产业之一。</w:t>
      </w:r>
      <w:r>
        <w:rPr>
          <w:lang w:eastAsia="zh-CN"/>
        </w:rPr>
        <w:br/>
      </w:r>
      <w:r>
        <w:rPr>
          <w:lang w:eastAsia="zh-CN"/>
        </w:rPr>
        <w:t>　　（三）畜禽存出栏稳定增长</w:t>
      </w:r>
      <w:r>
        <w:rPr>
          <w:lang w:eastAsia="zh-CN"/>
        </w:rPr>
        <w:br/>
      </w:r>
      <w:r>
        <w:rPr>
          <w:lang w:eastAsia="zh-CN"/>
        </w:rPr>
        <w:t>　　1、存栏有所增加：上半年全县生猪存栏39.0018万头，同比增长0.2%，完成年初计划49万头目标的79.6%；牛存栏18.2366万头，同比增加0.7%，完成年初计划17.85万头目标的102.2%；羊存栏1.6553万只，同比增长8.1%，完成年初计划1.68万只目标的98.5%。</w:t>
      </w:r>
      <w:r>
        <w:rPr>
          <w:lang w:eastAsia="zh-CN"/>
        </w:rPr>
        <w:br/>
      </w:r>
      <w:r>
        <w:rPr>
          <w:lang w:eastAsia="zh-CN"/>
        </w:rPr>
        <w:t>　　2、出栏快速增长：上半年出栏肉猪13.7767万头，同比增长3.8%，完成年初计划29.2万头目标的47.2%；出栏肉牛1.4824万头，同比增长2.8%，完成年初计划2.2万头目标的67.4%；出栏肉羊0.2151万只，同比增长3.9%，完成年初计划0.5万只目标的0.43%；家禽出栏83.3145万只，同比增长1.6%，完成年初计划190万只目标的43.8%。</w:t>
      </w:r>
      <w:r>
        <w:rPr>
          <w:lang w:eastAsia="zh-CN"/>
        </w:rPr>
        <w:br/>
      </w:r>
      <w:r>
        <w:rPr>
          <w:lang w:eastAsia="zh-CN"/>
        </w:rPr>
        <w:t>　　（四）畜产品市场价格情况</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生猪价格波动频繁，效益面临盈亏关口。今年以来，生猪价格波动频繁，年初生猪价格上涨，春节过后肥猪、仔猪和猪肉价格全面下跌，前两者下跌幅度很大，后者下跌幅度相对较小，6月生猪价格稍稍回升，但不稳定。据6月30日调查，活猪价平均8.25元/公斤，同比上升3.1%；仔猪均价14元/公斤，同比上升75%；猪肉均价14元/公斤，同比上升12%。在生猪市场价格疲软的同时，饲料价格却大幅上涨，目前玉米市场收购均价2.3元/公斤，麸皮、米糠、配合饲料等比去年同期也有不同幅度的上涨，今年上半年猪粮比价持续走低，养猪效益低下，养猪业处于亏损状态，一般养殖户每头猪亏损约100～200元，规模场每头猪亏损约150多元。生猪价格下跌的主要原因：一是生猪产量恢复性增长。在、猪价过高上涨和国家政策大力激励的形势下，我县生猪生产稳定增长，能繁母猪数量大幅增加，商品猪生产规模不断扩大。二是玉米等饲料原料价格不断大幅上涨，部分养猪户降低成本，提前出栏生猪，造成短期上市量增多。</w:t>
      </w:r>
      <w:r>
        <w:rPr>
          <w:lang w:eastAsia="zh-CN"/>
        </w:rPr>
        <w:br/>
      </w:r>
      <w:r>
        <w:rPr>
          <w:lang w:eastAsia="zh-CN"/>
        </w:rPr>
        <w:t>　　2、家禽价格基本稳定。鸡蛋出场均价在8.5元/公斤左右，同比基本持平。肉鸡均价16元/公斤左右，本地土鸡28元/公斤左右同比上升27%。</w:t>
      </w:r>
      <w:r>
        <w:rPr>
          <w:lang w:eastAsia="zh-CN"/>
        </w:rPr>
        <w:br/>
      </w:r>
      <w:r>
        <w:rPr>
          <w:lang w:eastAsia="zh-CN"/>
        </w:rPr>
        <w:t>　　3、牛羊肉价格坚挺，养殖效益基本稳定。上半年，牛、羊肉平均销价分别为32元/公斤和36元/公斤，同比价格基本稳定。目前肉牛均价12元/公斤，活羊均价为24元/公斤。上半年，畜牧业生产产品产量总体呈增长态势，但因饲料价格上涨，生猪价格下跌，畜牧业综合经济效益不佳。</w:t>
      </w:r>
      <w:r>
        <w:rPr>
          <w:lang w:eastAsia="zh-CN"/>
        </w:rPr>
        <w:br/>
      </w:r>
      <w:r>
        <w:rPr>
          <w:lang w:eastAsia="zh-CN"/>
        </w:rPr>
        <w:t>　　二、主要工作措施及成效</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（一）重大动物疫病防控扎实开展根据今年1月6日召开的全市重大动物疫病防控工作会议要求，上半年春防工作，全县全面推行了分片包干、集中免疫、整村推进的免疫新模式，免疫密度和质量得以提高。</w:t>
      </w:r>
      <w:r>
        <w:rPr>
          <w:lang w:eastAsia="zh-CN"/>
        </w:rPr>
        <w:br/>
      </w:r>
      <w:r>
        <w:rPr>
          <w:lang w:eastAsia="zh-CN"/>
        </w:rPr>
        <w:t>　　1、牲畜口蹄疫免疫完成739693头只，其中牛免疫注射186431头，免疫密度106.4％，抗体合格率80.9%；猪免疫注射537096头，免疫密度112.1％，抗体合格率90.9%；羊免疫注射16166只，免疫密度97.6％，抗体合格率74%。</w:t>
      </w:r>
      <w:r>
        <w:rPr>
          <w:lang w:eastAsia="zh-CN"/>
        </w:rPr>
        <w:br/>
      </w:r>
      <w:r>
        <w:rPr>
          <w:lang w:eastAsia="zh-CN"/>
        </w:rPr>
        <w:t>　　2、完成高致病性禽流感免疫注射2397281羽，免疫密度97.4%，抗体合格率73.4%；完成高致病性猪蓝耳病免疫注射471763头，免疫密度98.5%；完成猪瘟免疫注射475594头，免疫密度99.3%，抗体合格率85%。</w:t>
      </w:r>
      <w:r>
        <w:rPr>
          <w:lang w:eastAsia="zh-CN"/>
        </w:rPr>
        <w:br/>
      </w:r>
      <w:r>
        <w:rPr>
          <w:lang w:eastAsia="zh-CN"/>
        </w:rPr>
        <w:t>　　3、完成鸡新城疫免疫注射2367746羽，免疫密度96.2%，抗体合格率75.3%；禽霍乱免疫注射186431羽，猪肺疫免疫注射16679头，仔猪副伤寒免疫注射305头，牛出败免疫注射16923头，牛气肿疽免疫注射3496头，猪链球菌病596头。</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4、抓好流行病学调查和实验室监测工作加强对规模养殖场和散养户的监控、监测、流行病学调查。上半年完成20个乡（镇），158个行政村，3160户散养户动物疫病的流行病学调查调查，通过调查上半年勐朗镇发生猪重大动物疫情，其他乡镇没有发生重大动物疫情。完成鸡新城疫免疫抗体监测256份，禽流感免疫抗体监测256份，猪、牛、羊口蹄疫免疫抗体监测共335头份，其中牛114头份，猪121头份，羊100头份。口蹄疫病原学监测320头份（其中牛91头份，猪189头份，羊40只），布鲁氏杆菌监测300头份，猪伪狂犬病监测100头份，猪瘟病原学监测92头份，猪瘟抗体监测100头份，牛、羊蓝舌病监测70份（其中牛40份，羊30份）。</w:t>
      </w:r>
      <w:r>
        <w:rPr>
          <w:lang w:eastAsia="zh-CN"/>
        </w:rPr>
        <w:br/>
      </w:r>
      <w:r>
        <w:rPr>
          <w:lang w:eastAsia="zh-CN"/>
        </w:rPr>
        <w:t>　　（二）畜产品质量安全监管取得实效</w:t>
      </w:r>
      <w:r>
        <w:rPr>
          <w:lang w:eastAsia="zh-CN"/>
        </w:rPr>
        <w:br/>
      </w:r>
      <w:r>
        <w:rPr>
          <w:lang w:eastAsia="zh-CN"/>
        </w:rPr>
        <w:t>　　1、全面开展动物产地检疫及屠宰检疫全县开展屠宰检疫牛肉2575头，猪肉42741头，羊肉101只，检出病害肉101头，屠宰检疫开展面达100%，屠宰场屠宰动物产地检疫证明的持证率达100％。畜禽产品市场监督达100%；产地检疫牛2888头，猪42963头，羊112只，产地检疫开展面达100%；出县境检疫牛46头，猪115头，出县境猪二维码佩戴率达100%。</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2、加强动物及其产品市场和流通环节监管加强公路动物防疫临时监督检查站的查物验证和防堵工作。执法人员实行24小时值班制度，对过往运输动物及其产品进行严格查物验证，并对运载工具进行严格消毒，持有合格证明的才准出入检查站，无证和证件不全的实行一律堵回，发现问题时进行及时查处。1-6月上允检查站和江虎跳石检查站共查验和消毒运输动物及其产品车辆602辆（冲卡216辆、无证返回37辆），查验动物15990头（只），其中运猪车339辆（运猪5820头），运牛车171辆（运牛1610头），运家禽车92辆（运禽8560只）。为确保畜产品质量安全，保证消费者吃上放心肉。按照《县畜产品质量安全专项整治工作实施方案》，开展了边境、公路、县、乡、村畜产品流通交易市场和屠宰场监督检查，强化动物疫情监测管理和疫病防控措施。重点对规模养殖场实施动物疫病免疫情况以及防疫责任状和防疫档案痕迹进行监督管理。监督检查规模养殖大户18户（次），监控养禽户21户，流通环节巡查监督72次，监督检查交易动物市场13个，对冷冻畜产品经营市场巡查监督12次，并对不合格产品进行整治。立案调查违法违规案件4起，并按相关法律法规进行了查处。依法实施动物防疫条件审核，核发《动物防疫条件合格证》631户，签定动物防疫责任合同书651份。</w:t>
      </w:r>
      <w:r>
        <w:rPr>
          <w:lang w:eastAsia="zh-CN"/>
        </w:rPr>
        <w:br/>
      </w:r>
      <w:r>
        <w:rPr>
          <w:lang w:eastAsia="zh-CN"/>
        </w:rPr>
        <w:t>　　3、抓好兽药饲料质量安全监管根据《县畜产品质量安全专项整治工作实施方案》组成督查组对我县18个重点兽药、饲料市场进行了专项检查整治，重点查处无证经营和销售假冒伪劣、违禁兽药饲料。全县有兽药经营户63户，共检查兽药经营户53户，饲料经营户123户，出动执法人员106人（次），车辆29辆（次），在检查过程中，查处无证经营兽药3户，收缴兽药489袋，价值4471.50元，查处经营假劣兽药7户，收缴假劣兽药638袋，价值2793.50元，并下发当场处罚决定书。抽检兽药22个样品，饲料10个样品，检查过程中未发现经营使用瘦肉精、三聚 氰胺等违禁兽药和添加剂的现象。同进还举办兽药、饲料培训班一期，参加培训49人。</w:t>
      </w:r>
      <w:r>
        <w:rPr>
          <w:lang w:eastAsia="zh-CN"/>
        </w:rPr>
        <w:br/>
      </w:r>
      <w:r>
        <w:rPr>
          <w:lang w:eastAsia="zh-CN"/>
        </w:rPr>
        <w:t>　　（三）认真抓好畜牧项目建设和落实各项扶持政策</w:t>
      </w:r>
      <w:r>
        <w:rPr>
          <w:lang w:eastAsia="zh-CN"/>
        </w:rPr>
        <w:br/>
      </w:r>
      <w:r>
        <w:rPr>
          <w:lang w:eastAsia="zh-CN"/>
        </w:rPr>
        <w:t>　　1、能繁母猪保险全县承保能繁母猪48000头。上半年能繁母猪死亡316头，理赔105头，支付死亡赔偿10.5万元。对鼓励能繁母猪饲养，保护能繁母猪生产能力，有效降低养殖能繁母猪的风险，促进生猪生产稳定发展发挥了重要作用。</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生猪标准化规模养殖建设进展情况我县生猪标准化规模养殖场建设项目于11月11日批复，根据《云南省农业厅关于普洱市生猪标准化规模养殖场(小区)建设项目实施方案的批复》（云农（计财）字〔〕327号）文件批复通知及（普农（计财）字〔〕71号）文件精神的要求，于12月10日开工建设。项目总投资80万元，其中中央资金50万元，自筹30万元。上允德强猪场和糯福回民河猪场各40万元。该项目已进入工程验收及工程扫尾阶段，预计7月底可组织县级验收。生猪标准化规模养殖场建设项目已上报5户，项目总投资136万元，其中申请中央补助投资95万元，自筹资金41万元，该项目已经通过省级评审，待批复后实施。</w:t>
      </w:r>
      <w:r>
        <w:rPr>
          <w:lang w:eastAsia="zh-CN"/>
        </w:rPr>
        <w:br/>
      </w:r>
      <w:r>
        <w:rPr>
          <w:lang w:eastAsia="zh-CN"/>
        </w:rPr>
        <w:t>　　3、肉牛基地建设项目根据普财农〔〕145号转发云财农〔〕216号文件通知精神，于12月开始实施，完成科学养殖示范户35户；牛舍改造建设700平方米；青贮窖建设1105立方米；青贮机1台；推广种草养畜1411亩，其中一年生黑麦草408亩，臂形草、皇竹草1003亩；推广青贮饲料10080吨、氨化饲料4100吨；犊牛培育补饲249头；养牛示范户和带动户技术培训了11期715人次。</w:t>
      </w:r>
      <w:r>
        <w:rPr>
          <w:lang w:eastAsia="zh-CN"/>
        </w:rPr>
        <w:br/>
      </w:r>
      <w:r>
        <w:rPr>
          <w:lang w:eastAsia="zh-CN"/>
        </w:rPr>
        <w:t>　　4、畜禽品种改良上半年累计全县开展猪品种改良26167胎（次），其中猪人工授精12696胎（次），完成年度计划的51%。开展牛冻精改良配种835头（黄牛600头、水牛219头、奶牛16头），上半年累计产犊631头，其中冻改黄牛168头、水牛62头、奶牛17头，杂交牛393头，半年来共调供液氮720升。</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5、退耕还林成果后续产业养殖业建设项目退耕还林养殖业项目建设，涉及6个乡镇的6个村民委员会村，938户退耕农户，其中：牛厩棚厩建设610户，猪厩棚厩建设328户，棚厩建设总面积27400m2，青贮窖建设800m3，饲料地建设410亩。项目总投资324.042万元，其中国家专项补助投资288.6万元，农户自筹35.442万元。截至6月20日止，已完成棚厩建设27400m2；完成青贮窖建设800m3；完成饲料地建设410亩；完成项目总投资324.042万元，其中完成国家补助投资288.6万元，农户自筹35.442万元；完成各种项目培训工作6期人次。目前正抓紧落实项目建设竣工资料整理与投资收尾工作。巩固退耕还林养殖业项目建设，涉及全县5个乡镇5个村民委员会的567户示范户，其中养牛户建设315户，养猪户建设252户。项目建设内容有棚厩建设12600平方米、青贮窖建设930立方米和饲料地建设1950亩，项目建设总投资211.06万元，其中国家专项补助资金172.44万元，农户自筹38.62万元。目前已完成棚厩建设415㎡，完成投资3.29万元（农户自筹部分），其余的棚厩、青贮窖、饲料地正在组织材料建设中。</w:t>
      </w:r>
      <w:r>
        <w:rPr>
          <w:lang w:eastAsia="zh-CN"/>
        </w:rPr>
        <w:br/>
      </w:r>
      <w:r>
        <w:rPr>
          <w:lang w:eastAsia="zh-CN"/>
        </w:rPr>
        <w:t>　　（四）组织编报项目，加大项目申报力度根据项目投资导向，上报标准化规模养殖小区（场）建设项目5户，项目总投资136万元，已通过省级评审，其中申请中央补助投资95万元，自筹资金41万元；商品肉牛基地建设续建项目申请项目投资20万元；肉牛冻精改良建设项目10万元；县实施中央财政现代农业发展肉牛产业项目，已通过省级评审，项目总投资895.05万元，其中中央补助资金400万元，整合资金495.05万元。</w:t>
      </w:r>
      <w:r>
        <w:rPr>
          <w:lang w:eastAsia="zh-CN"/>
        </w:rPr>
        <w:br/>
      </w:r>
      <w:r>
        <w:rPr>
          <w:lang w:eastAsia="zh-CN"/>
        </w:rPr>
        <w:t>　　（五）以机关效能建设为主线，以完善制度机制为重点，狠抓党建工作和综合管理，努力提升全局公共服务水平</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1、深入开展创先争优活动，狠抓党建综合管理。根据县委县政府统一部署和要求，局党组制定了《创先争优活动实施方案》，在各单位和党员干部中扎实开展创先争优活动；局党组进一步加强党风廉政责任制管理，与局属各股室负责人签订了《廉政承诺书》，在全局广泛开展反腐倡廉警示教育，有力地促进了全局勤政廉政；局党政领导班子坚持政务公开，依法、民主、科学决策，严格执行县委、县政府各项决议，确保了各项党建综合管理工作有序开展。</w:t>
      </w:r>
      <w:r>
        <w:rPr>
          <w:lang w:eastAsia="zh-CN"/>
        </w:rPr>
        <w:br/>
      </w:r>
      <w:r>
        <w:rPr>
          <w:lang w:eastAsia="zh-CN"/>
        </w:rPr>
        <w:t>　　2、扎实推进机关效能建设，全面提升公共服务能力。坚持把行政能力建设贯穿于全局工作，局领导领导班子成员分工明确，各单位和每名干部职工岗位责任具体，各项工作都分解落实到每个领导班子成员、责任单位和责任人；以强化财务管理为重点，进一步建立健全各项机关管理制度；组织干部职工联系畜牧科技示范户，有针对性地解决养殖场（户）在畜牧生产发展、动物防疫等工作中的突出问题，努力为群众办实事、办好事。</w:t>
      </w:r>
      <w:r>
        <w:rPr>
          <w:lang w:eastAsia="zh-CN"/>
        </w:rPr>
        <w:br/>
      </w:r>
      <w:r>
        <w:rPr>
          <w:lang w:eastAsia="zh-CN"/>
        </w:rPr>
        <w:t>　　三、存在问题</w:t>
      </w:r>
      <w:r>
        <w:rPr>
          <w:lang w:eastAsia="zh-CN"/>
        </w:rPr>
        <w:br/>
      </w:r>
      <w:r>
        <w:rPr>
          <w:lang w:eastAsia="zh-CN"/>
        </w:rPr>
        <w:t>　　（一）生猪产品市场长期走低，畜牧业生产效益不高，对绝大部分养殖户，尤其是规模养猪户的生产发展有一定影响。</w:t>
      </w:r>
      <w:r>
        <w:rPr>
          <w:lang w:eastAsia="zh-CN"/>
        </w:rPr>
        <w:br/>
      </w:r>
      <w:r>
        <w:rPr>
          <w:lang w:eastAsia="zh-CN"/>
        </w:rPr>
        <w:t>　　（二）部分养殖场（户）引种不规范，不愿主动申报动物防疫、检疫，外疫入侵和疫病传播的隐患依然存在。</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龙头加工企业少且实力和品牌效应不强，对畜牧业的带动力不足。畜牧业生产与加工、经销联系不紧密，养殖企业往往只能控制生产环节，获取生产环节的微薄利润，而营销环节则依赖于经销商，出售的畜产品价格往往受经销商的控制，经营环节与生产环节利润不成比例。</w:t>
      </w:r>
      <w:r>
        <w:rPr>
          <w:lang w:eastAsia="zh-CN"/>
        </w:rPr>
        <w:br/>
      </w:r>
      <w:r>
        <w:rPr>
          <w:lang w:eastAsia="zh-CN"/>
        </w:rPr>
        <w:t>　　四、下半年工作安排</w:t>
      </w:r>
      <w:r>
        <w:rPr>
          <w:lang w:eastAsia="zh-CN"/>
        </w:rPr>
        <w:br/>
      </w:r>
      <w:r>
        <w:rPr>
          <w:lang w:eastAsia="zh-CN"/>
        </w:rPr>
        <w:t>　　（一）进一步宣传和落实国家支持畜牧产业发展的政策措施，引导养殖场（户）稳定能繁母畜生产，加强基础设施建设，推广新技术、新模式，积极应对生猪市场价格低位造成的不利影响，确保畜牧产业增产增收和全县畜牧经济发展目标如期实现。</w:t>
      </w:r>
      <w:r>
        <w:rPr>
          <w:lang w:eastAsia="zh-CN"/>
        </w:rPr>
        <w:br/>
      </w:r>
      <w:r>
        <w:rPr>
          <w:lang w:eastAsia="zh-CN"/>
        </w:rPr>
        <w:t>　　（二）早准备早安排，认真组织秋季集中动物免疫，及时实施补防补免，确保常年动物防疫密度和质量达标。同时，加强重大动物疫情日常防控，扎实搞好疫情监测和预警、预报，规范处置各类疫情，确保实现有疫不流行，有病不成灾的防控目标。</w:t>
      </w:r>
      <w:r>
        <w:rPr>
          <w:lang w:eastAsia="zh-CN"/>
        </w:rPr>
        <w:br/>
      </w:r>
      <w:r>
        <w:rPr>
          <w:lang w:eastAsia="zh-CN"/>
        </w:rPr>
        <w:t>　　（三）集中精力开展畜牧兽医综合执法工作，强化养殖生产投入品监管，把好源头关，确保畜产品质量安全。</w:t>
      </w:r>
      <w:r>
        <w:rPr>
          <w:lang w:eastAsia="zh-CN"/>
        </w:rPr>
        <w:br/>
      </w:r>
      <w:r>
        <w:rPr>
          <w:lang w:eastAsia="zh-CN"/>
        </w:rPr>
        <w:t>　　（四）认真组织完成县委县政府下达的重点工作任务，进一步搞好党建、综合管理和公共服务，不断提升全局整体管理水平和综合服务能力。</w:t>
      </w:r>
      <w:r>
        <w:rPr>
          <w:lang w:eastAsia="zh-CN"/>
        </w:rPr>
        <w:br/>
      </w:r>
      <w:r>
        <w:rPr>
          <w:lang w:eastAsia="zh-CN"/>
        </w:rPr>
        <w:t>　　（五）进一步转变政风行风，严格执行各项管理制度，加强工作督查，确保各项工作有力、有序、有效开展。</w:t>
      </w:r>
      <w:r>
        <w:rPr>
          <w:lang w:eastAsia="zh-CN"/>
        </w:rPr>
        <w:br/>
      </w:r>
      <w:r>
        <w:rPr>
          <w:lang w:eastAsia="zh-CN"/>
        </w:rPr>
        <w:t>　　（六）加强全县畜牧兽医队伍建设，认真组织，广泛开展宣传发动，实施好全县执业兽医资格考试、乡村兽医登记、管理、发证工作。</w:t>
      </w:r>
      <w:r>
        <w:rPr>
          <w:lang w:eastAsia="zh-CN"/>
        </w:rPr>
        <w:br/>
      </w:r>
      <w:r>
        <w:rPr>
          <w:lang w:eastAsia="zh-CN"/>
        </w:rPr>
        <w:t xml:space="preserve">    畜牧兽医站个人总结范文 篇2 </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本人自一九__年参加工作以来，一直在基层乡站从事畜牧兽医服务工作长达三十年。在各级党委、政府的正确领导下，在上级业务主管部门的正确指导下，以邓小平理论、“三个代表”重要思想和科学发展观为指导，恪尽职守，敬业爱岗，热爱本职工作，服从组织安排，坚守工作岗位，认真贯彻落实党的各项强农惠农政策，结合本行业、本单位实际，认真履行岗位责任制，根据划定的防疫责任区，做到了任务到人，责任到人。积极参加当地党委政府组织的各项政治时事学习，不断加强自身职业修养，认真学习本职工作所必须的各项业务知识，力求做到干一行、专一行、精一行。认真学习和执行《中华人民共和国动物防疫法》等有关畜牧兽医法规，通过不断学习，思想理论素养得到进一步完善，及时掌握畜牧兽医科技的新进展，新动向，积极探索新理论，研究新方法，使本人业务工作有了很大进展，积累了较多的工作经验，大大提高了自己的业务水平。而且还立足本职，切实做好了职责范围内的畜牧兽医工作，并取得了显著的成绩，得到了领导和同志们的充分肯定。现将任职以来的工作情况总结如下：</w:t>
      </w:r>
      <w:r>
        <w:rPr>
          <w:lang w:eastAsia="zh-CN"/>
        </w:rPr>
        <w:br/>
      </w:r>
      <w:r>
        <w:rPr>
          <w:lang w:eastAsia="zh-CN"/>
        </w:rPr>
        <w:t>　　一、动物防疫工作</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根据上级业务部门的安排，积极配合站上其他同志，每年春秋两期按时保质保量完成了牲畜儿疫苗和耳标的配打任务及常规疫苗的注射。防疫工作是乡站工作的重中之重，多年来根据工作需要，每个基层畜牧兽医工作者都有各自的防疫责任区，由于我工作认真负责，措施得力，做到了“村不漏户，户不漏畜，应免尽免”的工作目标，保证了当地畜牧业生产的健康发展，个人的防疫责任区未发生大的疫病流行。每年在进行春秋两期防疫的同时，加强寄生虫病的防治，主动去农户家中送医送药上门服务，讲解动物寄生虫病的防治方法，保障了畜牧业生产的健康发展。</w:t>
      </w:r>
      <w:r>
        <w:rPr>
          <w:lang w:eastAsia="zh-CN"/>
        </w:rPr>
        <w:br/>
      </w:r>
      <w:r>
        <w:rPr>
          <w:lang w:eastAsia="zh-CN"/>
        </w:rPr>
        <w:t>　　二、检疫工作</w:t>
      </w:r>
      <w:r>
        <w:rPr>
          <w:lang w:eastAsia="zh-CN"/>
        </w:rPr>
        <w:br/>
      </w:r>
      <w:r>
        <w:rPr>
          <w:lang w:eastAsia="zh-CN"/>
        </w:rPr>
        <w:t>　　严格按照国家有关《动物检疫法》规定的操作规程进行在对猪的检疫执行中，从宰前检疫到宰后检疫的每一个步骤都非常细致，确保群众吃上放心肉。几年来，对检疫检出有问题的牲畜的屠主做了耐心细致的思想工作，且按有关规定做好无害化处理，减少和避免了问题牲畜的上市销售，保证了群众吃上放心肉，从而保护了人民群众的生命健康。</w:t>
      </w:r>
      <w:r>
        <w:rPr>
          <w:lang w:eastAsia="zh-CN"/>
        </w:rPr>
        <w:br/>
      </w:r>
      <w:r>
        <w:rPr>
          <w:lang w:eastAsia="zh-CN"/>
        </w:rPr>
        <w:t>　　三、门诊治疗及技术宣传推广工作</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近年来，随着机械化程度的加快，农区役畜饲养量较上世纪有所减少，但山区农业还是离不开役畜。随着人民生活水平的不断提高，畜牧业生产的重要性显得尤为突出。我精心诊治每一头(匹、只)患畜，对不懂的病患虚心请教同行，尽量减轻群众负担，更加注重社会效益，每当遇到来站诊疗患畜或买药的群众时，向他们认真讲解科学养畜的常识，对养畜大户鼓励他们建设合理的棚舍，暖棚养畜是他们不可或缺的设施，是冬季御寒的重要保障，春秋两季防疫时，田间地头，村口院落是我们畜牧兽医工作者向群众讲解科学养畜的好课堂。随着畜牧兽医事业的迅速发展，我不断吸收应用新理论、新知识、新技术、新方法，了解和掌握畜牧兽医科技的新动向，及时向广大群众提供有价值的信息资料，并与养殖户共同探讨最佳生产方式，促进科学饲养。同时开展畜禽养殖环保达标治理，使自己在业务方面有长足的`进步，受到了上级部门的充分肯定和群众的一致好评。</w:t>
      </w:r>
      <w:r>
        <w:rPr>
          <w:lang w:eastAsia="zh-CN"/>
        </w:rPr>
        <w:br/>
      </w:r>
      <w:r>
        <w:rPr>
          <w:lang w:eastAsia="zh-CN"/>
        </w:rPr>
        <w:t>　　四、草原保护及牧草种植工作</w:t>
      </w:r>
      <w:r>
        <w:rPr>
          <w:lang w:eastAsia="zh-CN"/>
        </w:rPr>
        <w:br/>
      </w:r>
      <w:r>
        <w:rPr>
          <w:lang w:eastAsia="zh-CN"/>
        </w:rPr>
        <w:t>　　草原生态荒漠化治理工作刻不容缓，人工种植牧草是我们每年必做的工作，每年，我们积极配合草原站及其他同志耐心向群众讲解紫花苜蓿的种植技术及虫害的防治知识，不仅要保证任务面积的落实，还要保证出苗和长势良好，顺利完成了紫花苜蓿的种植任务。</w:t>
      </w:r>
      <w:r>
        <w:rPr>
          <w:lang w:eastAsia="zh-CN"/>
        </w:rPr>
        <w:br/>
      </w:r>
      <w:r>
        <w:rPr>
          <w:lang w:eastAsia="zh-CN"/>
        </w:rPr>
        <w:t>　　五、学习和提高</w:t>
      </w:r>
      <w:r>
        <w:rPr>
          <w:lang w:eastAsia="zh-CN"/>
        </w:rPr>
        <w:br/>
      </w:r>
      <w:r>
        <w:rPr>
          <w:lang w:eastAsia="zh-CN"/>
        </w:rPr>
        <w:t>　　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平不断提高。经常参加上级部门组织的业务培训，并都通过考试。20__年和20__年连续两年年度考核被县畜牧局、县农牧局评为优秀等次。</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创造性的开展工作，更好地全心全意为广大人民群众服务。</w:t>
      </w:r>
      <w:r>
        <w:rPr>
          <w:lang w:eastAsia="zh-CN"/>
        </w:rPr>
        <w:br/>
      </w:r>
      <w:r>
        <w:rPr>
          <w:lang w:eastAsia="zh-CN"/>
        </w:rPr>
        <w:t xml:space="preserve">    畜牧兽医站个人总结范文 篇3 </w:t>
      </w:r>
      <w:r>
        <w:rPr>
          <w:lang w:eastAsia="zh-CN"/>
        </w:rPr>
        <w:br/>
      </w:r>
      <w:r>
        <w:rPr>
          <w:lang w:eastAsia="zh-CN"/>
        </w:rPr>
        <w:t>　　存栏281万只，同比增长10.6。出栏生猪82万头，同比增长19.7；出栏肉牛6.53万头，同比增长4.6；出栏羊27.7万只，同比增长5.8；出栏家禽500万只，同比增长4.4。肉蛋总产11.35万吨，其中肉类总产8.78万吨，年蛋产量2.57万吨。</w:t>
      </w:r>
      <w:r>
        <w:rPr>
          <w:lang w:eastAsia="zh-CN"/>
        </w:rPr>
        <w:br/>
      </w:r>
      <w:r>
        <w:rPr>
          <w:lang w:eastAsia="zh-CN"/>
        </w:rPr>
        <w:t>　　一、20__年工作总结</w:t>
      </w:r>
      <w:r>
        <w:rPr>
          <w:lang w:eastAsia="zh-CN"/>
        </w:rPr>
        <w:br/>
      </w:r>
      <w:r>
        <w:rPr>
          <w:lang w:eastAsia="zh-CN"/>
        </w:rPr>
        <w:t>　　我局在畜牧业生产、动物防疫、检疫、行政执法、项目建设党风廉政建设等方面做了一些工作，现总结如下：</w:t>
      </w:r>
      <w:r>
        <w:rPr>
          <w:lang w:eastAsia="zh-CN"/>
        </w:rPr>
        <w:br/>
      </w:r>
      <w:r>
        <w:rPr>
          <w:lang w:eastAsia="zh-CN"/>
        </w:rPr>
        <w:t>　　（一）抓好畜禽规模养殖</w:t>
      </w:r>
      <w:r>
        <w:rPr>
          <w:lang w:eastAsia="zh-CN"/>
        </w:rPr>
        <w:br/>
      </w:r>
      <w:r>
        <w:rPr>
          <w:lang w:eastAsia="zh-CN"/>
        </w:rPr>
        <w:t>　　（二）认真抓好家畜品种改良工作</w:t>
      </w:r>
      <w:r>
        <w:rPr>
          <w:lang w:eastAsia="zh-CN"/>
        </w:rPr>
        <w:br/>
      </w:r>
      <w:r>
        <w:rPr>
          <w:lang w:eastAsia="zh-CN"/>
        </w:rPr>
        <w:t>　　为提高畜产品品质，提高养殖效益，我局主要负责同志亲自带队到河南、吉林等地考察良种畜禽场，拟定引种计划，下达规范文件，今年先后从吉林、河南双汇、湖北农科院引进猪、牛良种2100多头，对改良我县家畜品种起到了很好的推动作用。</w:t>
      </w:r>
      <w:r>
        <w:rPr>
          <w:lang w:eastAsia="zh-CN"/>
        </w:rPr>
        <w:br/>
      </w:r>
      <w:r>
        <w:rPr>
          <w:lang w:eastAsia="zh-CN"/>
        </w:rPr>
        <w:t>　　（三）抓好动物强制免疫和动物检疫工作</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扎实做好春秋两季动物集中免疫和适时补免工作，及时、有力、有序地组织动物防疫员开展免疫注射、耳标加挂、免疫卡发放、台帐建立、消毒等工作，确保强制免疫工作达到5个100。即强制免疫率100、免疫抗体合格率100、免疫证明发放率100、免疫畜禽的建档率100、二维码标识加挂率达到100。县防指成员单位组成四个督查组，认真检查，针对检查中发现的问题予以通报，表扬先进、鞭策后进，落实了“双轨制”和“政、技企联系制度”，积极做好动物标识和疫病可追溯体系试点工作，认真做好抗体监测工作，保证动物抗体水平在规定的范围之内。稳步推进无规定动物疫病示范区建设。切实做好产地检疫推进年工作，加大执法力度，抓好动物检疫人员培训，强化检疫队伍内部管理，确保全县不发生重大动物疫情和畜产品质量安全事故，让人民群众吃上放心肉。</w:t>
      </w:r>
      <w:r>
        <w:rPr>
          <w:lang w:eastAsia="zh-CN"/>
        </w:rPr>
        <w:br/>
      </w:r>
      <w:r>
        <w:rPr>
          <w:lang w:eastAsia="zh-CN"/>
        </w:rPr>
        <w:t>　　（四）扎实开展畜牧科技进万家工作</w:t>
      </w:r>
      <w:r>
        <w:rPr>
          <w:lang w:eastAsia="zh-CN"/>
        </w:rPr>
        <w:br/>
      </w:r>
      <w:r>
        <w:rPr>
          <w:lang w:eastAsia="zh-CN"/>
        </w:rPr>
        <w:t>　　（五）抓好畜牧业项目的实施工作</w:t>
      </w:r>
      <w:r>
        <w:rPr>
          <w:lang w:eastAsia="zh-CN"/>
        </w:rPr>
        <w:br/>
      </w:r>
      <w:r>
        <w:rPr>
          <w:lang w:eastAsia="zh-CN"/>
        </w:rPr>
        <w:t>　　我县承担的生猪标准化规模养殖场建设项目进展顺利，年底前可完成项目建设任务；第三批扩大内需乡镇兽医站建设项目，到目前为止，3个兽医站已完成投资23万元。</w:t>
      </w:r>
      <w:r>
        <w:rPr>
          <w:lang w:eastAsia="zh-CN"/>
        </w:rPr>
        <w:br/>
      </w:r>
      <w:r>
        <w:rPr>
          <w:lang w:eastAsia="zh-CN"/>
        </w:rPr>
        <w:t>　　（六）加强监管，保证畜牧产业安全</w:t>
      </w:r>
      <w:r>
        <w:rPr>
          <w:lang w:eastAsia="zh-CN"/>
        </w:rPr>
        <w:br/>
      </w:r>
      <w:r>
        <w:rPr>
          <w:lang w:eastAsia="zh-CN"/>
        </w:rPr>
        <w:t>　　为了全面抓好畜产品质量安全，推进畜牧生产又好又快发展，保障人民群众身体健康，我局全面加强执法工作，扎实推进综合执法，规范畜产品市场和生产经营秩序，维护农民合法权益。</w:t>
      </w:r>
      <w:r>
        <w:rPr>
          <w:lang w:eastAsia="zh-CN"/>
        </w:rPr>
        <w:br/>
      </w:r>
      <w:r>
        <w:rPr>
          <w:lang w:eastAsia="zh-CN"/>
        </w:rPr>
        <w:t>　　2、明确目标任务，成立畜产品质量安全领导小组。制订兽药饲料专项整治工作方案、畜产品质量安全专项整治工作方案和工作责任制，明确提出“六个100和一个零检出”，从而保证畜产品质量安全。</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3、突出六项整治内容：一是强化兽药饲料等畜牧生产投入品的监管；二是加大规模养殖场的监管力度；三是加强检疫监督，抓好畜禽产地检疫工作；四是严厉打击病害肉经营行为；五是加强药物监测工作；六是开展生产经营企业质量承诺活动，大力推进安徽龙仕佳兽药连锁经营放心店工程和兽药经营gsp经营制度，严禁经营、使用瘦肉精等违禁药物的违法行为。</w:t>
      </w:r>
      <w:r>
        <w:rPr>
          <w:lang w:eastAsia="zh-CN"/>
        </w:rPr>
        <w:br/>
      </w:r>
      <w:r>
        <w:rPr>
          <w:lang w:eastAsia="zh-CN"/>
        </w:rPr>
        <w:t>　　4、党风廉政建设成效明显。我局认真开展了落实科学发展观学习教育活动，通过学习教育，增强了理想信念，提高了办事效率。建立健全了党员队伍管理的长效机制、党员密切联系群众的服务机制、新形势下加强党建工作的责任机制等。局党组与各站、所负责人分别签订了责任书，加强廉政、勤政责任意识，特别教育执法人员要秉公执法、廉洁从政，局领导以身作则，切实承担起党风廉政建设“第一责任人”的职责，明确班子成员的分工和责任，做到一级抓一级，层层抓落实。树立改革创新的意识，端正党风、学风，坚持民主集中制的原则，增强领导班子的凝聚力和向心力，保持团结向上的精神状态。严败，彻底改变了不作为和乱作为现象，诚心诚意为人民办实事、办好事，形成求真务实、廉洁高效的好局面，树立了良好的畜牧业干部形。</w:t>
      </w:r>
      <w:r>
        <w:rPr>
          <w:lang w:eastAsia="zh-CN"/>
        </w:rPr>
        <w:br/>
      </w:r>
      <w:r>
        <w:rPr>
          <w:lang w:eastAsia="zh-CN"/>
        </w:rPr>
        <w:t>　　（七）认真抓好计划生育和社会治安综合治理工作</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我局分别成立了计划生育工作领导小组和社会治安综合治理工作领导小组，下设办公室，确定专人负责，建立健全了各项制度，教育广大干部职工积极响应国家的计划生育政策，做好计生服务工作，使同志们响应计划生育政策。为深入抓好畜牧系统社会治安综合治理工作，综合治理办公室定期组织人员对流动人员进行摸排登记，确保不发生任何矛盾纠纷和刑事案件，加强“五五”普法工作，努力提高畜牧系统干部队伍依法行政素质，做好经常性治安防范工作。今年以来，我局没有发生超计划生育现象，也没有发生治安案件。</w:t>
      </w:r>
      <w:r>
        <w:rPr>
          <w:lang w:eastAsia="zh-CN"/>
        </w:rPr>
        <w:br/>
      </w:r>
      <w:r>
        <w:rPr>
          <w:lang w:eastAsia="zh-CN"/>
        </w:rPr>
        <w:t>　　二、存在的主要问题</w:t>
      </w:r>
      <w:r>
        <w:rPr>
          <w:lang w:eastAsia="zh-CN"/>
        </w:rPr>
        <w:br/>
      </w:r>
      <w:r>
        <w:rPr>
          <w:lang w:eastAsia="zh-CN"/>
        </w:rPr>
        <w:t>　　（一）农户散养畜禽逐年下降，全县饲养畜禽总量上不去，影响畜牧业产值的增长。</w:t>
      </w:r>
      <w:r>
        <w:rPr>
          <w:lang w:eastAsia="zh-CN"/>
        </w:rPr>
        <w:br/>
      </w:r>
      <w:r>
        <w:rPr>
          <w:lang w:eastAsia="zh-CN"/>
        </w:rPr>
        <w:t>　　（二）资金不足，贷款难，是制约规模养殖发展的瓶颈，严重阻碍现代畜牧业发展的步伐。目前，全县很多养殖场想扩大规模，靠自筹资金力不从心，靠贷款银行方面有政策，落实难。</w:t>
      </w:r>
      <w:r>
        <w:rPr>
          <w:lang w:eastAsia="zh-CN"/>
        </w:rPr>
        <w:br/>
      </w:r>
      <w:r>
        <w:rPr>
          <w:lang w:eastAsia="zh-CN"/>
        </w:rPr>
        <w:t>　　（三）畜牧养殖户动物防疫意识不够强。国家出钱出人为群众饲养畜禽进行强制免疫，但由于有些群众不完全配合等原因，导致防疫密度达不到100，散养农户除强制性免疫外的各种疫苗很少自觉购买注射。</w:t>
      </w:r>
      <w:r>
        <w:rPr>
          <w:lang w:eastAsia="zh-CN"/>
        </w:rPr>
        <w:br/>
      </w:r>
      <w:r>
        <w:rPr>
          <w:lang w:eastAsia="zh-CN"/>
        </w:rPr>
        <w:t>　　（四）规模化养殖场整体科学管理水平急待进一步提高。当前存在场址选择不佳、引进良种不慎、饲养方法不优、管理方式不新等问题。</w:t>
      </w:r>
      <w:r>
        <w:rPr>
          <w:lang w:eastAsia="zh-CN"/>
        </w:rPr>
        <w:br/>
      </w:r>
      <w:r>
        <w:rPr>
          <w:lang w:eastAsia="zh-CN"/>
        </w:rPr>
        <w:t>　　（五）规模养殖场用地难题多。在平原地区，荒废地很少，我县人口居住密集，按动物养殖防疫要求，规模养殖场四周距村庄300米以上，很难找到不是基本田的土地。</w:t>
      </w:r>
      <w:r>
        <w:rPr>
          <w:lang w:eastAsia="zh-CN"/>
        </w:rPr>
        <w:br/>
      </w:r>
      <w:r>
        <w:rPr>
          <w:lang w:eastAsia="zh-CN"/>
        </w:rPr>
        <w:t>　　（六）规模养殖场的污染问题很难解决。当前，除了畜禽的疫病对畜牧业造成威胁外，畜禽粪便污染治理任务很重。</w:t>
      </w:r>
      <w:r>
        <w:rPr>
          <w:lang w:eastAsia="zh-CN"/>
        </w:rPr>
        <w:br/>
      </w:r>
      <w:r>
        <w:rPr>
          <w:lang w:eastAsia="zh-CN"/>
        </w:rPr>
        <w:t>　　三、20__年工作计划</w:t>
      </w:r>
      <w:r>
        <w:rPr>
          <w:lang w:eastAsia="zh-CN"/>
        </w:rPr>
        <w:br/>
      </w:r>
    </w:p>
    <w:p w:rsidR="001B1F19" w14:textId="27C3F48A">
      <w:pPr>
        <w:rPr>
          <w:lang w:eastAsia="zh-CN"/>
        </w:rPr>
      </w:pPr>
      <w:r>
        <w:rPr>
          <w:lang w:eastAsia="zh-CN"/>
        </w:rPr>
        <w:t>　　（一）指导思想和奋斗目标</w:t>
      </w:r>
      <w:r>
        <w:rPr>
          <w:lang w:eastAsia="zh-CN"/>
        </w:rPr>
        <w:br/>
      </w:r>
      <w:r>
        <w:rPr>
          <w:lang w:eastAsia="zh-CN"/>
        </w:rPr>
        <w:t>　　1、指导思想：以市场化为导向、以效益为中心、以服务体系建设为支撑，推广标准化、规模化、专业化生产，产业化经营，全面提升畜牧业科技含量和养殖效益；大力培育龙头企业和农民合作经济组织，大幅度提高规模养殖效益；坚本持依法兴牧，加强重大动物疫病防控，切实保障畜牧产业安全和人民身体健康。 （二）完成任务的主要措施</w:t>
      </w:r>
      <w:r>
        <w:rPr>
          <w:lang w:eastAsia="zh-CN"/>
        </w:rPr>
        <w:br/>
      </w:r>
      <w:r>
        <w:rPr>
          <w:lang w:eastAsia="zh-CN"/>
        </w:rPr>
        <w:t>　　1、扎实开展重大动物疫病的防控工作。坚持重大动物疫病防控工作双轨制和责任追究制。充分发挥国家级动物疫情测报站的先进设备和技术优势，强化免疫质量抗体监测，科学判定防疫效果。加强疫苗、消毒药品、防护用品等动物防疫物资的储备。做好重大动物疫病防控，推进无规定动物疫病示范区建设。加强重大动物疫情监测预警预报，提高对突发重大动物疫病应急处置能力。建立和完善畜禽标识及疫病可追溯体系。落实对高致病性禽流感、口蹄疫等重大动物疫病依法实行强制免疫措施。建立动物防疫督查机制，发现问题，及时解决，逐步实现动物疫病防控区域化管理。</w:t>
      </w:r>
      <w:r>
        <w:rPr>
          <w:lang w:eastAsia="zh-CN"/>
        </w:rPr>
        <w:br/>
      </w:r>
      <w:r>
        <w:rPr>
          <w:lang w:eastAsia="zh-CN"/>
        </w:rPr>
        <w:t>　　2、认真抓好畜禽规模养殖。加大畜禽养殖小区建设，逐步实现规模化、工厂化养殖，重点扶持上规模、上档次、科技含量高的养殖场（小区），县畜牧兽医局整合技术力量，负责对小区建设的选址、设计、建设、引种、防疫和饲养管理各个环节的技术服务，按照规定验收，确保养殖小区建设质量。</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https://d.book118.com/878022037036006042</w:t>
        </w:r>
      </w:hyperlink>
    </w:p>
    <w:p w:rsidR="001B1F19">
      <w:pPr>
        <w:rPr>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78022037036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