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年度社团活动总结（35篇）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年度社团活动总结（通用35篇）</w:t>
      </w:r>
      <w:r>
        <w:rPr>
          <w:lang w:eastAsia="zh-CN"/>
        </w:rPr>
        <w:br/>
      </w:r>
      <w:r>
        <w:rPr>
          <w:lang w:eastAsia="zh-CN"/>
        </w:rPr>
        <w:t xml:space="preserve">    年度社团活动总结 篇1 </w:t>
      </w:r>
      <w:r>
        <w:rPr>
          <w:lang w:eastAsia="zh-CN"/>
        </w:rPr>
        <w:br/>
      </w:r>
      <w:r>
        <w:rPr>
          <w:lang w:eastAsia="zh-CN"/>
        </w:rPr>
        <w:t>　　在我校领导坚持党的教育方针，为提高我校的学生综合素质，教学分层次，抓特色，努力探索教育教学经验的基础上。我拉丁舞舞蹈社团在校领导的备至关怀下，进一步得到了完善，特别是这学期拉丁舞舞蹈社团，有了长足的发展，并取得了优异成绩。真正做到了，使学生受益使家长满意。</w:t>
      </w:r>
      <w:r>
        <w:rPr>
          <w:lang w:eastAsia="zh-CN"/>
        </w:rPr>
        <w:br/>
      </w:r>
      <w:r>
        <w:rPr>
          <w:lang w:eastAsia="zh-CN"/>
        </w:rPr>
        <w:t>　　这学期，拉丁舞舞蹈社团人数，比往年增加了很多，在我跟授课老师的协调下，研究出了部分方法，如以高年级代低年级、以老生代新生等方式，充分调动了学生的学习积极性，达到了人多不乱的学习效果。并且在一定课时结束之后，我们会组织学生以分组的形式进行比赛，这种方式不但可以使学生更好的掌握动作，还可以达到团结协作精神的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社团开始之前，我对拉丁舞舞蹈社团的授课老师进行了请教，了解到少儿拉丁舞舞蹈的教学除了让学生学会动作外，主要还是培养他们的协作能力，拉丁舞舞蹈是一个需要相互配合的舞蹈，所以，这学期，我们更多的是培养孩子的相互协作能力。我在认真准确的了解了拉丁舞舞蹈的特性之后，结合我校领导提出的教学精神，大胆的在社团中发展小组制度和团队比赛淘汰制度，这两个制度的实行，重分的调动了孩子的学习积极性和团结协作精神，我这一学期结束时我发现，社团里的学生更加团结互助，并且有时在没有老师的情况下，他们也可以不慌不乱，在老生和组长的带领下认真去练习所学习的内容。我觉得这是本学期学生们的收获。</w:t>
      </w:r>
      <w:r>
        <w:rPr>
          <w:lang w:eastAsia="zh-CN"/>
        </w:rPr>
        <w:br/>
      </w:r>
      <w:r>
        <w:rPr>
          <w:lang w:eastAsia="zh-CN"/>
        </w:rPr>
        <w:t>　　除此之外，我社团学生在不耽误文化课学习的基础上，积极参加比赛，并为我校取得了优异成绩。在10月份举办的“希望之星—中国艺术新秀电视选拔比赛中”的初赛中，经过了两个月磨合的她们一举夺魁，为学校获得舞蹈类金奖。并且在接下来的复赛中再次有出色的表现，又一次获得金奖，在这期间学生们主动放弃周六周日休息时间，努力训练，在她们的眼中她们不是为了自己而战，而是为了集体，为了学校的荣誉。这也正是我校德育工作教育、和拉丁舞舞蹈的协作精神深入学生心中表现。</w:t>
      </w:r>
      <w:r>
        <w:rPr>
          <w:lang w:eastAsia="zh-CN"/>
        </w:rPr>
        <w:br/>
      </w:r>
      <w:r>
        <w:rPr>
          <w:lang w:eastAsia="zh-CN"/>
        </w:rPr>
        <w:t>　　这学期我校拉丁舞舞蹈社团培训虽然将要告一段落，但是我相信拉丁舞舞蹈社团的团结协作精神，将会在我校领导的精心指导下，随着我校的德育工作的进一步发展，更加深入学生心中!使她们真正成为德、智、体全面发展的学生。</w:t>
      </w:r>
      <w:r>
        <w:rPr>
          <w:lang w:eastAsia="zh-CN"/>
        </w:rPr>
        <w:br/>
      </w:r>
      <w:r>
        <w:rPr>
          <w:lang w:eastAsia="zh-CN"/>
        </w:rPr>
        <w:t xml:space="preserve">    年度社团活动总结 篇2 </w:t>
      </w:r>
      <w:r>
        <w:rPr>
          <w:lang w:eastAsia="zh-CN"/>
        </w:rPr>
        <w:br/>
      </w:r>
      <w:r>
        <w:rPr>
          <w:lang w:eastAsia="zh-CN"/>
        </w:rPr>
        <w:t>　　在学校领导的亲切关怀和悉心指导下，在全体同学的大力支持和积极配合下，我校共成立学生社团20余个。现将社团活动总结如下：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校社团组织本学年的工作已经在我们前进的脚步中悄然结束。回顾昔日，我们在继承中创新，在挑战中前进，我们用一颗炽热的心不断的创造，用激情点燃希望的火炬，在刻苦学习科学文化知识的同时，团结带动全校同学主动适应成长的需求主动发展。也许我们的思想行动略为稚嫩，但我们会一直用我们年轻的心去追寻希望的火炬，并努力完善自我，在真实的行动中不断摸索，不断进取。</w:t>
      </w:r>
      <w:r>
        <w:rPr>
          <w:lang w:eastAsia="zh-CN"/>
        </w:rPr>
        <w:br/>
      </w:r>
      <w:r>
        <w:rPr>
          <w:lang w:eastAsia="zh-CN"/>
        </w:rPr>
        <w:t>　　一、活动的形式及内容</w:t>
      </w:r>
      <w:r>
        <w:rPr>
          <w:lang w:eastAsia="zh-CN"/>
        </w:rPr>
        <w:br/>
      </w:r>
      <w:r>
        <w:rPr>
          <w:lang w:eastAsia="zh-CN"/>
        </w:rPr>
        <w:t>　　社团活动的作用和效果往往是课堂教学代替不了的，它可以以课堂教学为基础，又完全脱离课堂教学，它可以是课堂教学的辅助和延伸，也可以进行一些课本学不到的东西。社团活动的形式机动灵活、多种多样。我校各个学科积极开展社团活动，丰富了学生的业余生活，我校风鹏文学社努力开展社团的各项活动，着重开创社团的活动特色。在全校范围内广泛采集征收稿件。争取与各年级，各处室密切联系，同时接受广大同学的文稿，以收集及时新鲜的报道和优秀的文章，提高报纸质量。</w:t>
      </w:r>
      <w:r>
        <w:rPr>
          <w:lang w:eastAsia="zh-CN"/>
        </w:rPr>
        <w:br/>
      </w:r>
      <w:r>
        <w:rPr>
          <w:lang w:eastAsia="zh-CN"/>
        </w:rPr>
        <w:t>　　我校看天下时政社采用辩论赛、座谈会、情景模拟、视频播放、时政风云社团小板报等形式来关注国际国内时事政治问题，丰富学生业余生活，提高学生学生对时事政治的敏感度，主人翁态度和责任感。</w:t>
      </w:r>
      <w:r>
        <w:rPr>
          <w:lang w:eastAsia="zh-CN"/>
        </w:rPr>
        <w:br/>
      </w:r>
      <w:r>
        <w:rPr>
          <w:lang w:eastAsia="zh-CN"/>
        </w:rPr>
        <w:t>　　剪纸作为我国非物质文化遗产的一部分，在学校，在民间，在社会中精通的人已经不多，尤其是当代的学生其爱好、兴趣更加脱离这些民间工艺，很多人对我们传统艺术中优秀的部分也相当的忽视，这是个很严重的问题。剪纸社团学生在学习的过程中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剪纸的魅力，认识到我国非物质文化的精华，能够和我们一起为保护和传承非物质文化遗产贡献一份力量。除此以外，我校阳光英语社，魅力舞蹈社等社团，通过丰富多彩的组织形式，丰富学生学识。</w:t>
      </w:r>
      <w:r>
        <w:rPr>
          <w:lang w:eastAsia="zh-CN"/>
        </w:rPr>
        <w:br/>
      </w:r>
      <w:r>
        <w:rPr>
          <w:lang w:eastAsia="zh-CN"/>
        </w:rPr>
        <w:t>　　二、不足之处</w:t>
      </w:r>
      <w:r>
        <w:rPr>
          <w:lang w:eastAsia="zh-CN"/>
        </w:rPr>
        <w:br/>
      </w:r>
      <w:r>
        <w:rPr>
          <w:lang w:eastAsia="zh-CN"/>
        </w:rPr>
        <w:t>　　1、工作经验还需积累，在活动的组织上，还有很多不足之处，如：社团开展活动时，个别学生不能按时到位，有缺勤及迟到现象。</w:t>
      </w:r>
      <w:r>
        <w:rPr>
          <w:lang w:eastAsia="zh-CN"/>
        </w:rPr>
        <w:br/>
      </w:r>
      <w:r>
        <w:rPr>
          <w:lang w:eastAsia="zh-CN"/>
        </w:rPr>
        <w:t>　　2、活动开展场地有限，活动开展经费无来源，使一些社团活动不能同时开展，需要互相协调沟通场地的使用等。</w:t>
      </w:r>
      <w:r>
        <w:rPr>
          <w:lang w:eastAsia="zh-CN"/>
        </w:rPr>
        <w:br/>
      </w:r>
      <w:r>
        <w:rPr>
          <w:lang w:eastAsia="zh-CN"/>
        </w:rPr>
        <w:t>　　3、个别社团指导老师不够重视，准备不充分，活动次数少，时间偏短，活动质量有待提高。</w:t>
      </w:r>
      <w:r>
        <w:rPr>
          <w:lang w:eastAsia="zh-CN"/>
        </w:rPr>
        <w:br/>
      </w:r>
      <w:r>
        <w:rPr>
          <w:lang w:eastAsia="zh-CN"/>
        </w:rPr>
        <w:t>　　三、应对措施</w:t>
      </w:r>
      <w:r>
        <w:rPr>
          <w:lang w:eastAsia="zh-CN"/>
        </w:rPr>
        <w:br/>
      </w:r>
      <w:r>
        <w:rPr>
          <w:lang w:eastAsia="zh-CN"/>
        </w:rPr>
        <w:t>　　1、在以后的工作中还要不断的积累经验和教训。</w:t>
      </w:r>
      <w:r>
        <w:rPr>
          <w:lang w:eastAsia="zh-CN"/>
        </w:rPr>
        <w:br/>
      </w:r>
      <w:r>
        <w:rPr>
          <w:lang w:eastAsia="zh-CN"/>
        </w:rPr>
        <w:t>　　2、克服各种困难，尽量把我校社团工作向前推进。</w:t>
      </w:r>
      <w:r>
        <w:rPr>
          <w:lang w:eastAsia="zh-CN"/>
        </w:rPr>
        <w:br/>
      </w:r>
      <w:r>
        <w:rPr>
          <w:lang w:eastAsia="zh-CN"/>
        </w:rPr>
        <w:t>　　3、着重开发一些具有潜力的社团，开发成具有我校特色并具有一定影响力的社团。</w:t>
      </w:r>
      <w:r>
        <w:rPr>
          <w:lang w:eastAsia="zh-CN"/>
        </w:rPr>
        <w:br/>
      </w:r>
      <w:r>
        <w:rPr>
          <w:lang w:eastAsia="zh-CN"/>
        </w:rPr>
        <w:t>　　4、吸取其他学校社团建立的经验和结合我校的实际情况，制定相应的措施，努力建设好我校社团。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以后的工作中，我校社团工作将坚持从完善自身内部建设入手，与时俱进，不断革新，完善社团机构制度，规范社团管理，强化社团干部素质，开拓创新，集思广益，团结奋进，加强与其他学校的交流和合作，推进全面发展，为更好的做好社团工作和建立而努力。</w:t>
      </w:r>
      <w:r>
        <w:rPr>
          <w:lang w:eastAsia="zh-CN"/>
        </w:rPr>
        <w:br/>
      </w:r>
      <w:r>
        <w:rPr>
          <w:lang w:eastAsia="zh-CN"/>
        </w:rPr>
        <w:t xml:space="preserve">    年度社团活动总结 篇3 </w:t>
      </w:r>
      <w:r>
        <w:rPr>
          <w:lang w:eastAsia="zh-CN"/>
        </w:rPr>
        <w:br/>
      </w:r>
      <w:r>
        <w:rPr>
          <w:lang w:eastAsia="zh-CN"/>
        </w:rPr>
        <w:t>　　按照本学期初制定的社团活动计划，在本学期我们组织并开展了多次活动。通过活动，学生们的学习兴趣得到了提高，学生的知识面得到了扩展，能力得到了加强，我自己也得到了再学习的机会。下面就这学期数学社团的活动所得作一次小结。</w:t>
      </w:r>
      <w:r>
        <w:rPr>
          <w:lang w:eastAsia="zh-CN"/>
        </w:rPr>
        <w:br/>
      </w:r>
      <w:r>
        <w:rPr>
          <w:lang w:eastAsia="zh-CN"/>
        </w:rPr>
        <w:t>　　一、转变教学理念，以新理念开新局</w:t>
      </w:r>
      <w:r>
        <w:rPr>
          <w:lang w:eastAsia="zh-CN"/>
        </w:rPr>
        <w:br/>
      </w:r>
      <w:r>
        <w:rPr>
          <w:lang w:eastAsia="zh-CN"/>
        </w:rPr>
        <w:t>　　我查阅了关于新的教学方式的一些资料，并尽可能地参考与吸收。新课标倡导的新的教学理念，学生学习内容应该是现实的，有趣的和具有挑战性的;学习的方式应该包括动手实践，自主探索和合作交流等等。我经过探索实践，力求做到具有特色的以目标教学为中心，以优化课堂教学结构为突破口，以全面提高学生素质为目的的教学思路，在实施课程改革的过程中，尽快实现教学方式的更新，积极倡导自主、合作、探究的学习方式。另外，我还给他们讲了一些数学家的故事，介绍了学习数学的一些有趣的方法，并提出了新学期的要求和目标。通过本学期的多次活动，激发学生学习数学的兴趣和积极性，提高他们的学习质量，拓宽他们的思维，培养了正确的数学学习方法。</w:t>
      </w:r>
      <w:r>
        <w:rPr>
          <w:lang w:eastAsia="zh-CN"/>
        </w:rPr>
        <w:br/>
      </w:r>
      <w:r>
        <w:rPr>
          <w:lang w:eastAsia="zh-CN"/>
        </w:rPr>
        <w:t>　　二、加强兴趣活动与能力培养相结合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通过我认真钻研教材，开展教学活动，数学性与趣味性相结合。采取多种游戏式的活动，引导学生乐于参与数学学习的活动。用多种形式的动手实践活动，让学生体验数学学习的乐趣。结合学生的生活实际选择适合的教学内容，让学生走进生活学数学。加强了基础知识的教学，使学生更深一步地熟练掌握基础知识，能深入理解基础，能灵活运用。活动中不可能所有的学生都同等优秀，总会有几个特别出色的，对待他们不可能跟其他同学站在同一角度出发，要求要高一些，比如对我班的方旋、陆飞杨等同学，在正常的课堂辅导外还要求他们自发学习有关内容，扩充自己整体的知识面。平常关心他们的学习进度，解决困难问题，合理地梳理各部分的知识。另外，我经常引导学生养成总结的好习惯，以形成数学知识技能的结构。数学课堂上，我允许学生对问题有不同的理解，爱护学生的好奇心、求知欲，充分激发学生的主动意识和进取精神，积极培养学生深入探究的热情。</w:t>
      </w:r>
      <w:r>
        <w:rPr>
          <w:lang w:eastAsia="zh-CN"/>
        </w:rPr>
        <w:br/>
      </w:r>
      <w:r>
        <w:rPr>
          <w:lang w:eastAsia="zh-CN"/>
        </w:rPr>
        <w:t>　　三、激励促进学生全面发展</w:t>
      </w:r>
      <w:r>
        <w:rPr>
          <w:lang w:eastAsia="zh-CN"/>
        </w:rPr>
        <w:br/>
      </w:r>
      <w:r>
        <w:rPr>
          <w:lang w:eastAsia="zh-CN"/>
        </w:rPr>
        <w:t>　　通过趣味数学活动，我对学生的学习，既关注他们对知识与技能的理解和掌握，更关注他们情感与态度的形成和发展，有利于树立学习数学的自信心，提高学习数学的兴趣，促进学生的发展。这样可以调动了学生的学习的积极性。</w:t>
      </w:r>
      <w:r>
        <w:rPr>
          <w:lang w:eastAsia="zh-CN"/>
        </w:rPr>
        <w:br/>
      </w:r>
      <w:r>
        <w:rPr>
          <w:lang w:eastAsia="zh-CN"/>
        </w:rPr>
        <w:t>　　经过一个学期的努力，本社团的学生对数学学习的兴趣更浓了，学生的数学素养得到了一定的提高，课堂学习气氛比较浓厚，师生关系融洽和谐。</w:t>
      </w:r>
      <w:r>
        <w:rPr>
          <w:lang w:eastAsia="zh-CN"/>
        </w:rPr>
        <w:br/>
      </w:r>
      <w:r>
        <w:rPr>
          <w:lang w:eastAsia="zh-CN"/>
        </w:rPr>
        <w:t xml:space="preserve">    年度社团活动总结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通过这学期趣味数学社团的学习，学生们的学习兴趣空前高涨，许多学生要求能有机会再进行学习，并且在这些兴趣者的指引下有不少学生进行了学习。通过本学期学校的组织，我很快认识到组建趣味数学社团的重要性，以下就近期的心得作如下总结：</w:t>
      </w:r>
      <w:r>
        <w:rPr>
          <w:lang w:eastAsia="zh-CN"/>
        </w:rPr>
        <w:br/>
      </w:r>
      <w:r>
        <w:rPr>
          <w:lang w:eastAsia="zh-CN"/>
        </w:rPr>
        <w:t>　　一、培养了学生的对数学的极大兴趣</w:t>
      </w:r>
      <w:r>
        <w:rPr>
          <w:lang w:eastAsia="zh-CN"/>
        </w:rPr>
        <w:br/>
      </w:r>
      <w:r>
        <w:rPr>
          <w:lang w:eastAsia="zh-CN"/>
        </w:rPr>
        <w:t>　　参加趣味数学社团的同学都有这么一个感受：就是以前做数学或许只是应付老师的作业，有时甚至是为了向爸爸妈妈“交差”。但通过学习他们意识到他们不再是被动的而是变成主动的学习，他们的学习能够自觉完成了而且还能头头是道地向同学介绍他所学习到的知识。在他们的指引下更多的学生对数学产生了浓厚的兴趣。</w:t>
      </w:r>
      <w:r>
        <w:rPr>
          <w:lang w:eastAsia="zh-CN"/>
        </w:rPr>
        <w:br/>
      </w:r>
      <w:r>
        <w:rPr>
          <w:lang w:eastAsia="zh-CN"/>
        </w:rPr>
        <w:t>　　二、培养学生的知识面</w:t>
      </w:r>
      <w:r>
        <w:rPr>
          <w:lang w:eastAsia="zh-CN"/>
        </w:rPr>
        <w:br/>
      </w:r>
      <w:r>
        <w:rPr>
          <w:lang w:eastAsia="zh-CN"/>
        </w:rPr>
        <w:t>　　在这次的兴趣小组中不但输入了数学的知识而且更多的是讲述一些数学的相关知识，很多同学在数学知识的学习过程中丰富了语文的功底，使他们的知识面得到很大的拓展。</w:t>
      </w:r>
      <w:r>
        <w:rPr>
          <w:lang w:eastAsia="zh-CN"/>
        </w:rPr>
        <w:br/>
      </w:r>
      <w:r>
        <w:rPr>
          <w:lang w:eastAsia="zh-CN"/>
        </w:rPr>
        <w:t>　　三、增加了实践的机会</w:t>
      </w:r>
      <w:r>
        <w:rPr>
          <w:lang w:eastAsia="zh-CN"/>
        </w:rPr>
        <w:br/>
      </w:r>
      <w:r>
        <w:rPr>
          <w:lang w:eastAsia="zh-CN"/>
        </w:rPr>
        <w:t>　　由于兴趣小组不仅有室内的理论学习而且还参与了实践，所以给很多同学以动手的机会，使他们认识到数学并不是仅仅用在“无聊”的计算上，而更大的就是“从实践中来，服务于实践”，使他们意识到学习数学的用处。当然也更增加他们的学习兴趣。</w:t>
      </w:r>
      <w:r>
        <w:rPr>
          <w:lang w:eastAsia="zh-CN"/>
        </w:rPr>
        <w:br/>
      </w:r>
      <w:r>
        <w:rPr>
          <w:lang w:eastAsia="zh-CN"/>
        </w:rPr>
        <w:t>　　四、丰富了学生的第二课堂</w:t>
      </w:r>
      <w:r>
        <w:rPr>
          <w:lang w:eastAsia="zh-CN"/>
        </w:rPr>
        <w:br/>
      </w:r>
      <w:r>
        <w:rPr>
          <w:lang w:eastAsia="zh-CN"/>
        </w:rPr>
        <w:t>　　从素质的角度丰富了学生的课余生活，他们的生活不在仅限于课堂上，让他们意识到学习的乐趣，更有兴趣学习了。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当然，我们的工作还存在不足，我们期待着我们的工作能够得到更快的完善，得到更好的发展。我们将本着为学生工作的思想更加努力地工作，使我们的学生的素质更好地得到提高。</w:t>
      </w:r>
      <w:r>
        <w:rPr>
          <w:lang w:eastAsia="zh-CN"/>
        </w:rPr>
        <w:br/>
      </w:r>
      <w:r>
        <w:rPr>
          <w:lang w:eastAsia="zh-CN"/>
        </w:rPr>
        <w:t xml:space="preserve">    年度社团活动总结 篇5 </w:t>
      </w:r>
      <w:r>
        <w:rPr>
          <w:lang w:eastAsia="zh-CN"/>
        </w:rPr>
        <w:br/>
      </w:r>
      <w:r>
        <w:rPr>
          <w:lang w:eastAsia="zh-CN"/>
        </w:rPr>
        <w:t>　　根据学校20__年工作计划，为进一步促进学校文化建设，发展学生个性特长，促进学生全面发展，本学期，我校继续开展学生社团活动，通过开展丰富多彩的各类社团活动，拓宽学生实践空间，让每个学生享有选择的权利，让每个学生享有成功的喜悦，为学生的成长搭建宽阔的平台。现将我校的社团活动情况做如下总结：</w:t>
      </w:r>
      <w:r>
        <w:rPr>
          <w:lang w:eastAsia="zh-CN"/>
        </w:rPr>
        <w:br/>
      </w:r>
      <w:r>
        <w:rPr>
          <w:lang w:eastAsia="zh-CN"/>
        </w:rPr>
        <w:t>　　一、社团活动目标</w:t>
      </w:r>
      <w:r>
        <w:rPr>
          <w:lang w:eastAsia="zh-CN"/>
        </w:rPr>
        <w:br/>
      </w:r>
      <w:r>
        <w:rPr>
          <w:lang w:eastAsia="zh-CN"/>
        </w:rPr>
        <w:t>　　把社团活动打造成为学生热爱学习、获取知识、发展能力和提升教育质量的新的增长点。我们对不同类别的社团提出不同的要求：文学艺术类社团要注重人文底蕴、雅俗共赏类的活动;实践类的社团要注重生活体验、开拓创新类的活动;艺术类的社团要注重交流共进、竞争类的活动。努力激发学生潜能，实现让每一个学生都有一技之长的具体目标。</w:t>
      </w:r>
      <w:r>
        <w:rPr>
          <w:lang w:eastAsia="zh-CN"/>
        </w:rPr>
        <w:br/>
      </w:r>
      <w:r>
        <w:rPr>
          <w:lang w:eastAsia="zh-CN"/>
        </w:rPr>
        <w:t>　　二、主要做法</w:t>
      </w:r>
      <w:r>
        <w:rPr>
          <w:lang w:eastAsia="zh-CN"/>
        </w:rPr>
        <w:br/>
      </w:r>
      <w:r>
        <w:rPr>
          <w:lang w:eastAsia="zh-CN"/>
        </w:rPr>
        <w:t>　　1、社团组织建设</w:t>
      </w:r>
      <w:r>
        <w:rPr>
          <w:lang w:eastAsia="zh-CN"/>
        </w:rPr>
        <w:br/>
      </w:r>
      <w:r>
        <w:rPr>
          <w:lang w:eastAsia="zh-CN"/>
        </w:rPr>
        <w:t>　　通过上学期末社团活动展示，可以看出各社团取得了一定的成绩，但也存在一些问题，经过社团领导小组严格评审，表彰了四个社团：舞蹈社、文学社、书画社、根雕社，并对上一学期的社团进行了相应的调整，总体分为学术类、艺术类、体育类、技能类四大类，具体包括文学社、舞蹈社、书画社、篮球社、太极剑社团和根雕社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学校要求各社团结合本组实际，制定学期活动计划，每周活动的具体安排，学期应达到的目标，使活动有计划、有目的、有步骤地进行，确保活动的实效性。</w:t>
      </w:r>
      <w:r>
        <w:rPr>
          <w:lang w:eastAsia="zh-CN"/>
        </w:rPr>
        <w:br/>
      </w:r>
      <w:r>
        <w:rPr>
          <w:lang w:eastAsia="zh-CN"/>
        </w:rPr>
        <w:t>　　2、社团组织管理：</w:t>
      </w:r>
      <w:r>
        <w:rPr>
          <w:lang w:eastAsia="zh-CN"/>
        </w:rPr>
        <w:br/>
      </w:r>
      <w:r>
        <w:rPr>
          <w:lang w:eastAsia="zh-CN"/>
        </w:rPr>
        <w:t>　　(1)定人(人员固定)：学生根据自己的兴趣爱好自愿报名加入社团，有指导老师组织学生开展活动。定时(活动时间固定)：星期一、三、五下午课外活动时间。定点(活动地点固定)：充分利用学校内的教室资源，固定上课地点。</w:t>
      </w:r>
      <w:r>
        <w:rPr>
          <w:lang w:eastAsia="zh-CN"/>
        </w:rPr>
        <w:br/>
      </w:r>
      <w:r>
        <w:rPr>
          <w:lang w:eastAsia="zh-CN"/>
        </w:rPr>
        <w:t>　　(2)构建社团评价考核体系</w:t>
      </w:r>
      <w:r>
        <w:rPr>
          <w:lang w:eastAsia="zh-CN"/>
        </w:rPr>
        <w:br/>
      </w:r>
      <w:r>
        <w:rPr>
          <w:lang w:eastAsia="zh-CN"/>
        </w:rPr>
        <w:t>　　每学期、每学年对各个社团进行全方位的考核，激发广大学生积极参与社团活动的兴趣。</w:t>
      </w:r>
      <w:r>
        <w:rPr>
          <w:lang w:eastAsia="zh-CN"/>
        </w:rPr>
        <w:br/>
      </w:r>
      <w:r>
        <w:rPr>
          <w:lang w:eastAsia="zh-CN"/>
        </w:rPr>
        <w:t>　　①每学期从日常考勤、活动开展、计划总结、学生评价等方面对各社团情况进行考核评优。对于表现突出的，给予一定奖励;对于表现欠佳，给予批评的处罚。</w:t>
      </w:r>
      <w:r>
        <w:rPr>
          <w:lang w:eastAsia="zh-CN"/>
        </w:rPr>
        <w:br/>
      </w:r>
      <w:r>
        <w:rPr>
          <w:lang w:eastAsia="zh-CN"/>
        </w:rPr>
        <w:t>　　②每年_月份，我们进行社团的评比，由各社团的社长向大家介绍本社团、活动开展情况和所取得的荣誉。各社团的精彩亮相、评比，增进了社团之间的互相交流和学习，同时也促进了今后社团活动的开展。</w:t>
      </w:r>
      <w:r>
        <w:rPr>
          <w:lang w:eastAsia="zh-CN"/>
        </w:rPr>
        <w:br/>
      </w:r>
      <w:r>
        <w:rPr>
          <w:lang w:eastAsia="zh-CN"/>
        </w:rPr>
        <w:t>　　3、社团组织保障：</w:t>
      </w:r>
      <w:r>
        <w:rPr>
          <w:lang w:eastAsia="zh-CN"/>
        </w:rPr>
        <w:br/>
      </w:r>
      <w:r>
        <w:rPr>
          <w:lang w:eastAsia="zh-CN"/>
        </w:rPr>
        <w:t>　　成立了以校长为组长的社团建设领导小组，负责过程性督导和总结评价;学校为各社团提供经费保障，各社团需要的活动用品、奖品的购置等学校给予大力支持。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年度社团活动总结 篇6 </w:t>
      </w:r>
      <w:r>
        <w:rPr>
          <w:lang w:eastAsia="zh-CN"/>
        </w:rPr>
        <w:br/>
      </w:r>
      <w:r>
        <w:rPr>
          <w:lang w:eastAsia="zh-CN"/>
        </w:rPr>
        <w:t>　　各位领导，老师们下午好:</w:t>
      </w:r>
      <w:r>
        <w:rPr>
          <w:lang w:eastAsia="zh-CN"/>
        </w:rPr>
        <w:br/>
      </w:r>
      <w:r>
        <w:rPr>
          <w:lang w:eastAsia="zh-CN"/>
        </w:rPr>
        <w:t>　　当今社会对人才的需要提出了新的要求，新型人才应是复合型而不是单一的，是知识面广、动手力强而不是孤陋寡闻只会死读书的人，要培养新型人才，必须将第一课堂与社团活动有机结合起来。社团活动是相对于第一课堂而言，即第一课堂以外的校内外的其他教育活动，是第一课堂的拓宽和延伸，是第一课堂重要的补充。在此方面我们初一历史备课组注重学生全面发展，培养学生健全的人格，健康的审美情趣和创造力,以活动形式为抓手,以课堂教学为主渠道，全面推进素质教育，培养学生的创新精神和实践能力，发展学生的个性特长，努力实现“人人都合格，个个有特长”的目的。现将我们初一历史备课组的社团活动总结如下：</w:t>
      </w:r>
      <w:r>
        <w:rPr>
          <w:lang w:eastAsia="zh-CN"/>
        </w:rPr>
        <w:br/>
      </w:r>
      <w:r>
        <w:rPr>
          <w:lang w:eastAsia="zh-CN"/>
        </w:rPr>
        <w:t>　　一、 培养了学生对历史的兴趣： 有参加社团活动的同学都有这么一个感受：就是以前觉得学历史感到枯燥乏味，但通过参加社团活动，他们意识到他们不再是被动的而是变成主动的学习，他们的学习能够自觉完成了而且还能头头是道地向同学介绍他所学习到的知识。在他们的影响下更多的学生想参加社团活动，特别是初一年级尤为突出。</w:t>
      </w:r>
      <w:r>
        <w:rPr>
          <w:lang w:eastAsia="zh-CN"/>
        </w:rPr>
        <w:br/>
      </w:r>
      <w:r>
        <w:rPr>
          <w:lang w:eastAsia="zh-CN"/>
        </w:rPr>
        <w:t>　　二、 培养学生的知识面： 在社团活动中不但让学生学到书本的基本知识，而且更多的是让学生掌握了许多分析问题、解决问题的基本方法，使他们的知识面得到很大的拓展。</w:t>
      </w:r>
      <w:r>
        <w:rPr>
          <w:lang w:eastAsia="zh-CN"/>
        </w:rPr>
        <w:br/>
      </w:r>
      <w:r>
        <w:rPr>
          <w:lang w:eastAsia="zh-CN"/>
        </w:rPr>
        <w:t>　　三、</w:t>
      </w:r>
      <w:r>
        <w:rPr>
          <w:lang w:eastAsia="zh-CN"/>
        </w:rPr>
        <w:t xml:space="preserve"> 增加了实践的机会：</w:t>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由于不仅有室内社团活动的理论学习而且还参与了实践，给很多同学以动手的机会，加强学科知识与学生</w:t>
      </w:r>
      <w:r>
        <w:rPr>
          <w:lang w:eastAsia="zh-CN"/>
        </w:rPr>
        <w:br/>
      </w:r>
      <w:r>
        <w:rPr>
          <w:lang w:eastAsia="zh-CN"/>
        </w:rPr>
        <w:t>　　生活实际的联系，使学生的学习处在一种现实的氛围当中，进而培养他们发现、分析、解决问题的问题意识和能力，当然也更增加他们的学习兴趣。</w:t>
      </w:r>
      <w:r>
        <w:rPr>
          <w:lang w:eastAsia="zh-CN"/>
        </w:rPr>
        <w:br/>
      </w:r>
      <w:r>
        <w:rPr>
          <w:lang w:eastAsia="zh-CN"/>
        </w:rPr>
        <w:t>　　在指导学生的实践初探如下</w:t>
      </w:r>
      <w:r>
        <w:rPr>
          <w:lang w:eastAsia="zh-CN"/>
        </w:rPr>
        <w:br/>
      </w:r>
      <w:r>
        <w:rPr>
          <w:lang w:eastAsia="zh-CN"/>
        </w:rPr>
        <w:t>　　1、组织学生走出校门探访历史遗迹，寻找身边的历史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作为教师，新课程的实施中，让学在生通过丰富多彩的实践活动，掌握知识，提高能力，实现行和知的结合。为学生学习营造一个兴趣盎然的环境，激发学生学习历史的兴趣，培养自主、合作、探究的能力。组织学生外出活动让学生走出校门探访历史遗迹，包括历史博物馆、历史纪念馆、历史遗址和遗迹等，充分利用地方历史文物遗址资源，组织学生去感受历史，提高学生热爱家乡、热爱祖国的责任感和自豪感。在暑假期间，给学生布臵一些有趣的历史调查专题，以社团为舞台，让学生通过实地查看、群众寻访、搜集资料等途径去主动探究，既激发学习兴趣，又达到掌握知识的目的，培养合作、探究的能力。本次活动的目的是：提高学生对历史学科的学习兴趣，激发历史思辩思维；同时给学生一个探究体验的机会，寻求促进历史教学水平的提高的一种途径，推动历史教学课程改革的顺利开展；使学生对家乡、对身边生存的环境有一个更深刻、更全面的认识，并增强学生爱国爱乡的美好情怀。本次活动的主题是：“图说历史”主要是以照片的形式，将本地方（也可以是市内外其他地方）出现在我们生活中，并逐渐淡出我们视野的，与我们的历史教材内容相关的一些物品拍摄下来，制作成展板。可以是：历史文物类；建筑物品类：旧村居、</w:t>
      </w:r>
      <w:r>
        <w:rPr>
          <w:lang w:eastAsia="zh-CN"/>
        </w:rPr>
        <w:br/>
      </w:r>
      <w:r>
        <w:rPr>
          <w:lang w:eastAsia="zh-CN"/>
        </w:rPr>
        <w:t>　　门楼、牌坊、祠堂、庙宇等等；日常生活类：古董、粮票、旧式家具等等；特别欢迎自主创新，自行发掘一些具有地方特点和时代烙印的题材和线索，也欢迎有历史价值的旧照片，可以翻拍。</w:t>
      </w:r>
      <w:r>
        <w:rPr>
          <w:lang w:eastAsia="zh-CN"/>
        </w:rPr>
        <w:br/>
      </w:r>
      <w:r>
        <w:rPr>
          <w:lang w:eastAsia="zh-CN"/>
        </w:rPr>
        <w:t>　　我们希望通过举办这次“寻找身边的历史” 学生学习成果竞赛活动，让参与学生感受历史的活力、历史的魅力。</w:t>
      </w:r>
      <w:r>
        <w:rPr>
          <w:lang w:eastAsia="zh-CN"/>
        </w:rPr>
        <w:br/>
      </w:r>
      <w:r>
        <w:rPr>
          <w:lang w:eastAsia="zh-CN"/>
        </w:rPr>
        <w:t>　　2、“历史上的今天”学生兴趣活动</w:t>
      </w:r>
      <w:r>
        <w:rPr>
          <w:lang w:eastAsia="zh-CN"/>
        </w:rPr>
        <w:br/>
      </w:r>
      <w:r>
        <w:rPr>
          <w:lang w:eastAsia="zh-CN"/>
        </w:rPr>
        <w:t>　　人类历史浩瀚绵长，每一天都已经成为或者正在成为“历史”，而我们在课本上所能学到的仅仅是多层浓缩了的“历史”，精彩回顾人类走过的“每一天”，看看当我们坐在课室里学习的“今天”，几百年甚至几千、几万年前，人类历史正在发生什么样的大事件，那将是一件多么有趣的事啊！活动目标：激发学生学习历史的兴趣，提高历史学习的氛围；学习收集、处理历史材料及编写历史故事的`方法；透过“我是演讲家”、“我是讲解员”、“我是故事家”、“我是小演员”、“我是小记者”等小活动，培养学生的语言表达能力、才艺表演能力、动手能力以及活动组织能力；学习小组活动的基本方法，培养学生团结合作的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课堂教学中会因时间所限，一些知识学生会觉的很有兴趣但又一知半解，我们会运用历史专题讲座、开展历史报告会或故事会来解决，如，结合教材某一部分内容或历史上的某一重大事件、重要历史人物的纪念日，都可以举行专题报告会或故事会。报告或故事的中心可以历史事件为主，穿插人物活动，也可以以历史人物为主，带出历史事件的过程或当时时代的概貌。</w:t>
      </w:r>
      <w:r>
        <w:rPr>
          <w:lang w:eastAsia="zh-CN"/>
        </w:rPr>
        <w:br/>
      </w:r>
      <w:r>
        <w:rPr>
          <w:lang w:eastAsia="zh-CN"/>
        </w:rPr>
        <w:t>　　3、编辑出版历史手抄报</w:t>
      </w:r>
      <w:r>
        <w:rPr>
          <w:lang w:eastAsia="zh-CN"/>
        </w:rPr>
        <w:br/>
      </w:r>
      <w:r>
        <w:rPr>
          <w:lang w:eastAsia="zh-CN"/>
        </w:rPr>
        <w:t>　　在历史教学中，学生会阅读大量课外书籍，搜集很多资料，产生许多感悟和认识并有一些小创作。这样历史科组给学生创设一个个展示自我的平台，如按照教学进程，配合各种纪念活动，及时布臵《历史之窗》。依据社会发展过程，先后展览古今中外历史图片。引领学生制作历史手抄报，每个班定期都要求出，适当时机进行比赛，其内容或配合历史课堂教学的进度、内容，或结合着学校或班级的中心思想教育工作，结合着一些重大的节日、历史纪念日和国内外的时事。由学生自己撰写历史小论文、编辑历史资料和历史人物的名言佳句，或剪辑一些报纸杂志上的材料、文章，要图文并茂，生动活泼。这样即拓宽了学生的知识面，给学生以思想品德的教育，而且大大提高了学生的创作能力、思维能力、表述能力，大大提高了学生学习历史的积极性。</w:t>
      </w:r>
      <w:r>
        <w:rPr>
          <w:lang w:eastAsia="zh-CN"/>
        </w:rPr>
        <w:br/>
      </w:r>
      <w:r>
        <w:rPr>
          <w:lang w:eastAsia="zh-CN"/>
        </w:rPr>
        <w:t>　　4、“历史剧创作表演大赛”活动方案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新时期的历史教学要求充分发挥学生自身的能力和特长，倡导学生积极主动的参与教学过程，那么如何发挥学生学习的积极性和主动性呢？最根本的一条就是要提高学生的学习兴趣。在历史课堂课外兴趣活动中为了增加课堂教学的直观性我经常结合课程进度，编演历史情景短剧，再现历史。活动目的：为了推动历史教学方式的变革，帮助学生掌握探究性学习方法；同时为了丰富同学们的课余生活，增长历史见识，鼓励学生尝试历史戏剧创作，展示学生的表演才能，发挥同学们的特长，历史科组决定开展“历史剧创作表演大赛”的活动。</w:t>
      </w:r>
      <w:r>
        <w:rPr>
          <w:lang w:eastAsia="zh-CN"/>
        </w:rPr>
        <w:br/>
      </w:r>
      <w:r>
        <w:rPr>
          <w:lang w:eastAsia="zh-CN"/>
        </w:rPr>
        <w:t>　　作品内容：反映中学历史学习、历史学科综合实践和乡土历史的有关素材。作品要求：历史剧的创作和表演要有新意，努力体现新课程的精神；剧本题材应与教学内容相关，符合史实；情节可大胆创作。让学生创作和扮演不同的角色，学生们用他们充满智慧的心灵和天真、活泼的表演特性去演绎那爱憎分明的历史故事，学生自始自终都是在兴趣中进行学习，学生通过特定有趣的情节吸收了历史信息，通过学生自己的亲身体验来激发学生的爱国主义情感。这种课外兴趣活动策略一改以往学生受压抑的学习状态,增强了学生无可推诿的主体责任心,使学生得到一次成功的积极心理体验。在很大程度也培养了学生的人际交往能力，学生从中学会了平等交往、互相尊敬、互相学习，在交往的同时也锻炼了自己，使自己的许多内在潜质发挥出来。 四、 丰富了学生的第二课堂： 从素质的角度丰富了学生的课余生活，他们的生活不在仅限于课堂上，让他 们意识到学习的乐趣，更有兴趣学习了。 我们将本着为学生工作的思想更加努力地工作，使我们的学生的素质更好地得到提高。 根据党的教育方针：使受教育者在德育、智者、体育等方面得到全面发展，要贯彻这个方针，仅依靠学校第一课堂是无法全部做到的，这就必须辅之于第二课堂。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五、开展历史社团活动应注意的问题</w:t>
      </w:r>
      <w:r>
        <w:rPr>
          <w:lang w:eastAsia="zh-CN"/>
        </w:rPr>
        <w:br/>
      </w:r>
      <w:r>
        <w:rPr>
          <w:lang w:eastAsia="zh-CN"/>
        </w:rPr>
        <w:t>　　1、活动，要有明确的目的</w:t>
      </w:r>
      <w:r>
        <w:rPr>
          <w:lang w:eastAsia="zh-CN"/>
        </w:rPr>
        <w:br/>
      </w:r>
      <w:r>
        <w:rPr>
          <w:lang w:eastAsia="zh-CN"/>
        </w:rPr>
        <w:t>　　历史社团活动和课堂教学一样，也是有目的的教学活动。它的目的应该包括两个方面：一是为了配合课堂教学，加深和巩固学生课堂学习的内容；二是为了配合国际、国内重大事件、重要纪念日，</w:t>
      </w:r>
      <w:r>
        <w:rPr>
          <w:lang w:eastAsia="zh-CN"/>
        </w:rPr>
        <w:br/>
      </w:r>
      <w:r>
        <w:rPr>
          <w:lang w:eastAsia="zh-CN"/>
        </w:rPr>
        <w:t xml:space="preserve">    年度社团活动总结 篇7 </w:t>
      </w:r>
      <w:r>
        <w:rPr>
          <w:lang w:eastAsia="zh-CN"/>
        </w:rPr>
        <w:br/>
      </w:r>
      <w:r>
        <w:rPr>
          <w:lang w:eastAsia="zh-CN"/>
        </w:rPr>
        <w:t>　　一学期的工作使我们更加了解了自己的工作，也更加深信我们能做好自己的工作，把自己的工作做得更好。在今后的工作中，我部门人员将团结合作，把自己的工作做的更好。</w:t>
      </w:r>
      <w:r>
        <w:rPr>
          <w:lang w:eastAsia="zh-CN"/>
        </w:rPr>
        <w:br/>
      </w:r>
      <w:r>
        <w:rPr>
          <w:lang w:eastAsia="zh-CN"/>
        </w:rPr>
        <w:t>　　本学年以来，通信人之家社团在系部领导和指导老师的殷切关怀和精心指导下，各项工作进展顺利。我们深刻领会社团宗旨，在社团成立之初就形成了优良的工作思路和方式。社团全体成员团结努力，积极进取，满怀激情，开展了丰富的校园活动，取得了较好的成绩，并得到院系领导老师和同学们的认可。同时，我们力求创新，在创新中不断前进，一系列活动开展的有声有色。每次活动后的自我检讨、自我总结，争取在下次的活动中考虑的更细致，想法更全面。在社团成立的第一年，就形成了较为完善的社团制度和工作体系，为下一学年的工作打下了良好的基础。现将本学年通信人之家的工作主要总结为以下几点：</w:t>
      </w:r>
      <w:r>
        <w:rPr>
          <w:lang w:eastAsia="zh-CN"/>
        </w:rPr>
        <w:br/>
      </w:r>
      <w:r>
        <w:rPr>
          <w:lang w:eastAsia="zh-CN"/>
        </w:rPr>
        <w:t>　　一、在社团成立和招新方面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20__年学院11月,我们进行了第一届的社员招收工作。进程中我们发现,前来应招者在能力类型方面有很大的差别,而尚不够完善的招新制度一度使现场发生混乱。于此,在下届招新的工作中还需做好更充分的准备。例如,事先印制应招不同部门的报表,在基本的问答检测外,给各人充分展现自我特长的空间(如擅长绘画的可以在报表背面作画)。</w:t>
      </w:r>
      <w:r>
        <w:rPr>
          <w:lang w:eastAsia="zh-CN"/>
        </w:rPr>
        <w:br/>
      </w:r>
      <w:r>
        <w:rPr>
          <w:lang w:eastAsia="zh-CN"/>
        </w:rPr>
        <w:t>　　二、制定社团章程、成立职能部门</w:t>
      </w:r>
      <w:r>
        <w:rPr>
          <w:lang w:eastAsia="zh-CN"/>
        </w:rPr>
        <w:br/>
      </w:r>
      <w:r>
        <w:rPr>
          <w:lang w:eastAsia="zh-CN"/>
        </w:rPr>
        <w:t>　　“通信人之家”作为通信学院创社最早的社团,吸引了各类兴趣及能力领域有较大差别的学生加入。为了使每一个社员都能参加社员的日常运作,并在一次次组织活动中得到能力的锻炼,可将社内现有人员按特性不同部门,设立每一部门的负责人,一来可以减轻社长的工作压力,也有助于社团更好地组织活动.本学期已经尝试将人员分成策划部,秘书部,组织部，宣传部和外联部。</w:t>
      </w:r>
      <w:r>
        <w:rPr>
          <w:lang w:eastAsia="zh-CN"/>
        </w:rPr>
        <w:br/>
      </w:r>
      <w:r>
        <w:rPr>
          <w:lang w:eastAsia="zh-CN"/>
        </w:rPr>
        <w:t>　　三、举办活动方面</w:t>
      </w:r>
      <w:r>
        <w:rPr>
          <w:lang w:eastAsia="zh-CN"/>
        </w:rPr>
        <w:br/>
      </w:r>
      <w:r>
        <w:rPr>
          <w:lang w:eastAsia="zh-CN"/>
        </w:rPr>
        <w:t>　　十一月份，通信人之家的全体成员、辅导员随从人员和家属人员到中兴通信公司参观。我觉得以后我们参观一个企业之前要对企业有所了解，每个人上网查查，把自己认为有用的东西和别人交流，获得双份知识。这样我们在参观时也不会什么也不懂，可以自信满满的听着，也不会错过一些很重要的东西。这对于我们将来的就业面试，人生未来的选择是百利无一害的。</w:t>
      </w:r>
      <w:r>
        <w:rPr>
          <w:lang w:eastAsia="zh-CN"/>
        </w:rPr>
        <w:br/>
      </w:r>
      <w:r>
        <w:rPr>
          <w:lang w:eastAsia="zh-CN"/>
        </w:rPr>
        <w:t>　　第二：我们应上网搜集一些关于通信的专业术语，毕竟我们是学通信的，不能别人讲什么我们都听不懂，我们应该熟记他们，这对于将来发展也具有好处的，更体现通信人之家“实用”这一特点。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第三：应该多听听干事，大家的意见，看看他们有什么不满的地方，提出来，解决掉，更快的让通信人之家名声大起来。成为“通信人之家”一员的时间里,我发现了社员活动中明显存在的弊端。招收进来的成员因能力问题有一些并不能在活动中很好地展示其特长和兴趣。故在以后的活动中,可以尝试小规模多样性的活动,让更多的成员和学生加入到其中。其中也确实出了不少乱子，造成工作上的不足，但我们也会积极的改正，认真反思。</w:t>
      </w:r>
      <w:r>
        <w:rPr>
          <w:lang w:eastAsia="zh-CN"/>
        </w:rPr>
        <w:br/>
      </w:r>
      <w:r>
        <w:rPr>
          <w:lang w:eastAsia="zh-CN"/>
        </w:rPr>
        <w:t>　　二零__年十二月，社团开展了读书征文比赛活动，我们围绕大学生职业生涯规划与就业，畅谈自己的观点，撰写读书心得。活动中同学们能够积极踊跃的参加到比赛中来，但也显露出来我们工作中的一些小问题。比如，活动的前期宣传不够到位，使得部分有意向参加比赛的同学失去了一次宝贵的机会。还有在比赛的组织过程中也有一些小漏洞，由此看来，我们社团举办活动还需要做得更细致，考虑更周全。</w:t>
      </w:r>
      <w:r>
        <w:rPr>
          <w:lang w:eastAsia="zh-CN"/>
        </w:rPr>
        <w:br/>
      </w:r>
      <w:r>
        <w:rPr>
          <w:lang w:eastAsia="zh-CN"/>
        </w:rPr>
        <w:t>　　另外，在系刊编辑部所有成员的积极参与和努力工作中，通信学院系刊编辑工作一直有声有色的展开，从宣传到征稿，从策划到编辑，从审核到定稿，无处不渗透着编辑部全体成员的辛勤汗水。但是，其中还有很多的不足之处，由于参与编辑的都是我们社团的新成员，对于专业的编辑技巧上还不能和别人相媲美。在以后的.编写工作中，还需要虚心学习，熟练使用杂志编辑软件，掌握系刊的编辑技巧，提高系刊编辑部成员的整体水平，力争做一份让学校领导满意，让同学们喜欢的系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今天的总结，是对这近一年工作的全面回顾，同时把带有规律性的东西总结出来，供社团在以后的发展中参考，在实践中不断取精华去糟粕，把我们的社团建设好，发展好。下一年里，我们会继续我们所取得的成绩，以及总结工作上的不足，积极做好各项工作，以争取将“通信人之家”社团提高到一个更高的台阶上!</w:t>
      </w:r>
      <w:r>
        <w:rPr>
          <w:lang w:eastAsia="zh-CN"/>
        </w:rPr>
        <w:br/>
      </w:r>
      <w:r>
        <w:rPr>
          <w:lang w:eastAsia="zh-CN"/>
        </w:rPr>
        <w:t xml:space="preserve">    年度社团活动总结 篇8 </w:t>
      </w:r>
      <w:r>
        <w:rPr>
          <w:lang w:eastAsia="zh-CN"/>
        </w:rPr>
        <w:br/>
      </w:r>
      <w:r>
        <w:rPr>
          <w:lang w:eastAsia="zh-CN"/>
        </w:rPr>
        <w:t>　　合唱社团活动自从本学期以来，在这四个月的时间里，不仅看到了大家的成长，也促进了我个人的成长。合唱它本身就体现团结，协作的精神，不像独唱，追求的只是个人的声音，它更需要长期的配合。</w:t>
      </w:r>
      <w:r>
        <w:rPr>
          <w:lang w:eastAsia="zh-CN"/>
        </w:rPr>
        <w:br/>
      </w:r>
      <w:r>
        <w:rPr>
          <w:lang w:eastAsia="zh-CN"/>
        </w:rPr>
        <w:t>　　关于声音与气息的统一训练，在开展合唱的初期，由于选择的班级跨度较大，从一年级到六年级，但是低年级的学生对于气息的认识，声音的统一包括唱谱时都存在一些困难，所以不得不放慢速度，逐字逐句地进行。整个课堂一节课只有40分钟,所以在初期,确实面临着一些困难.</w:t>
      </w:r>
      <w:r>
        <w:rPr>
          <w:lang w:eastAsia="zh-CN"/>
        </w:rPr>
        <w:br/>
      </w:r>
      <w:r>
        <w:rPr>
          <w:lang w:eastAsia="zh-CN"/>
        </w:rPr>
        <w:t>　　在接下来的时间里，学生的素质有了明显的提高,高、低声部的学生有了明显的合作意识以及听辨音的能力，视唱、识谱能力也有所提高，对于歌曲的情绪，在教师的指导下能较好地表现。</w:t>
      </w:r>
      <w:r>
        <w:rPr>
          <w:lang w:eastAsia="zh-CN"/>
        </w:rPr>
        <w:br/>
      </w:r>
      <w:r>
        <w:rPr>
          <w:lang w:eastAsia="zh-CN"/>
        </w:rPr>
        <w:t>　　在训练中，运用呼吸训练法，让学生寻找闻花香的感觉。刚进社团时，学生都未经过发声练习，声音“白而扁，气息浅，位置低，下巴紧。针对这种情况，我先采用哼鸣练习，以便尽快统一声音的位置，取得声音的共性。在发声练习中注意结合咬字吐字进行练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歌曲的选择上，定了《黄河大合唱》、《同一首歌》《小螺号》,在合唱训练中，我采用了视唱法,要求音高准确，节奏准确。力求连贯，完整。演唱时不忘填词，先要求学生把两个声部都学会，然后进行声部练习，在练习分声部时，除了音高、节奏外，应注意正确的分句，气息的保持以及音量的控制，然后，用哼鸣来合唱，使学生更好地体会歌曲的内容。</w:t>
      </w:r>
      <w:r>
        <w:rPr>
          <w:lang w:eastAsia="zh-CN"/>
        </w:rPr>
        <w:br/>
      </w:r>
      <w:r>
        <w:rPr>
          <w:lang w:eastAsia="zh-CN"/>
        </w:rPr>
        <w:t>　　在歌曲的艺术处理上，为了更好地体现它的内容，要求学生要将所有声部和旋律都掌握。</w:t>
      </w:r>
      <w:r>
        <w:rPr>
          <w:lang w:eastAsia="zh-CN"/>
        </w:rPr>
        <w:br/>
      </w:r>
      <w:r>
        <w:rPr>
          <w:lang w:eastAsia="zh-CN"/>
        </w:rPr>
        <w:t>　　总之经过大家的努力,我们能较好地完成二声部的合作，培养了大家团结，协作的精神。在下一个学期，我们会投入更大的热情，把社团活动做的更好!</w:t>
      </w:r>
      <w:r>
        <w:rPr>
          <w:lang w:eastAsia="zh-CN"/>
        </w:rPr>
        <w:br/>
      </w:r>
      <w:r>
        <w:rPr>
          <w:lang w:eastAsia="zh-CN"/>
        </w:rPr>
        <w:t xml:space="preserve">    年度社团活动总结 篇9 </w:t>
      </w:r>
      <w:r>
        <w:rPr>
          <w:lang w:eastAsia="zh-CN"/>
        </w:rPr>
        <w:br/>
      </w:r>
      <w:r>
        <w:rPr>
          <w:lang w:eastAsia="zh-CN"/>
        </w:rPr>
        <w:t>　　书法是一门艺术，是一种修身养性的良好途径，使学生能从少年时期打下良好的写字基础和书写习惯，让学生在学习过程中能丰富艺术修养，培养学生审美文化素质，提高审美能力，陶冶情操，启迪智慧。在书法教学中，本着“以人为本”的教学观念，利用多种教学方式和手段，开展书法兴趣小组的教学活动，为我校第二课堂的进一步丰富和发展起到了一定的推动作用。</w:t>
      </w:r>
      <w:r>
        <w:rPr>
          <w:lang w:eastAsia="zh-CN"/>
        </w:rPr>
        <w:br/>
      </w:r>
      <w:r>
        <w:rPr>
          <w:lang w:eastAsia="zh-CN"/>
        </w:rPr>
        <w:t>　　一、书法兴趣小组活动稳步发展。</w:t>
      </w:r>
      <w:r>
        <w:rPr>
          <w:lang w:eastAsia="zh-CN"/>
        </w:rPr>
        <w:br/>
      </w:r>
      <w:r>
        <w:rPr>
          <w:lang w:eastAsia="zh-CN"/>
        </w:rPr>
        <w:t>　　上学期本校的学生以自愿报名的形式参加了书法小组，坚持每周星期一下午4点50到5点50的时间进行培训，同时也鼓励学生进行日常练习。经过书法兴趣小组学生的努力学习和勤奋练习，在学期末都取得了优异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二、精心辅导让学生掌握正确的书写方法。</w:t>
      </w:r>
      <w:r>
        <w:rPr>
          <w:lang w:eastAsia="zh-CN"/>
        </w:rPr>
        <w:br/>
      </w:r>
      <w:r>
        <w:rPr>
          <w:lang w:eastAsia="zh-CN"/>
        </w:rPr>
        <w:t>　　书法兴趣小组学生有学习书法一年的学生，有学习书法两年左右的学生，更有新加入的学生。所以在书法教学中，以分层指导为主，让学生们都有进步：三年级学生刚起步，需要着重教给学生正确的执笔、运笔方法，执笔轻重的调控，书写坐姿、站姿等要领;在训练过程中，让学生掌握如何起笔、运笔、顿笔、收笔等书写要领。着重从结构的分布方面加以指导，让他们能够为今后的创作打下基础。经过一个学期的学习，书法兴趣小组的学生都有一定进步。</w:t>
      </w:r>
      <w:r>
        <w:rPr>
          <w:lang w:eastAsia="zh-CN"/>
        </w:rPr>
        <w:br/>
      </w:r>
      <w:r>
        <w:rPr>
          <w:lang w:eastAsia="zh-CN"/>
        </w:rPr>
        <w:t>　　三、直观教学、情感体验</w:t>
      </w:r>
      <w:r>
        <w:rPr>
          <w:lang w:eastAsia="zh-CN"/>
        </w:rPr>
        <w:br/>
      </w:r>
      <w:r>
        <w:rPr>
          <w:lang w:eastAsia="zh-CN"/>
        </w:rPr>
        <w:t>　　在书法教学实践中，我无论从经验的角度还是从教改的角度，都深刻地认识到：充分提高小学书法课的课堂教学效率，必须尽力争取使用直观教学，特别是书法要领的讲述，名家作品演示，教师作品的示范和学生习作的展示等。根据小学生的心理特点，决定了我们的教学方法必须是生动、形象、直观。因为，强烈的书法艺术情感体验只有在一定的意境中才能产生;丰富的认识只有来源于实践才能牢固，而生动、形象、直观的意境就比较接近于实践。简而言之，直观教学手段的运用，有利于培养学生学习书法的热情和兴趣，提高教学效率。</w:t>
      </w:r>
      <w:r>
        <w:rPr>
          <w:lang w:eastAsia="zh-CN"/>
        </w:rPr>
        <w:br/>
      </w:r>
      <w:r>
        <w:rPr>
          <w:lang w:eastAsia="zh-CN"/>
        </w:rPr>
        <w:t>　　四、书法教学过程中存在的一些不足之处。</w:t>
      </w:r>
      <w:r>
        <w:rPr>
          <w:lang w:eastAsia="zh-CN"/>
        </w:rPr>
        <w:br/>
      </w:r>
      <w:r>
        <w:rPr>
          <w:lang w:eastAsia="zh-CN"/>
        </w:rPr>
        <w:t>　　在总结成绩和经验的同时，还必须清醒地看到存在的不足和问题，务必采取切实有效的措施，加以认真研究和解决。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首先，书法学习比较枯燥乏味，兴趣小组同学在练习的过程中部分同学书法学习积极性不高，自觉性比较差，不能较长时间的集中注意力。在今后教学中，还得想一些办法来调动学生的学习积极性、主动性。</w:t>
      </w:r>
      <w:r>
        <w:rPr>
          <w:lang w:eastAsia="zh-CN"/>
        </w:rPr>
        <w:br/>
      </w:r>
      <w:r>
        <w:rPr>
          <w:lang w:eastAsia="zh-CN"/>
        </w:rPr>
        <w:t>　　其次，书法兴趣小组同学在创作的过程中不能好好的保护好书法室的环境，每次创作、练习都会有一些墨弄到桌面上或地下，活动结束都要重新打扫。虽然书法创作不可避免的会有弄脏环境的特点，但是主要还是同学们还没有养成讲卫生的好习惯。</w:t>
      </w:r>
      <w:r>
        <w:rPr>
          <w:lang w:eastAsia="zh-CN"/>
        </w:rPr>
        <w:br/>
      </w:r>
      <w:r>
        <w:rPr>
          <w:lang w:eastAsia="zh-CN"/>
        </w:rPr>
        <w:t>　　我校的书法兴趣小组活动工作得到了很好的发展，这是校领导关心的结果，是老师和学生们共同努力的结果，是振奋精神、务实奋进、团结一致、艰苦奋斗的结果。</w:t>
      </w:r>
      <w:r>
        <w:rPr>
          <w:lang w:eastAsia="zh-CN"/>
        </w:rPr>
        <w:br/>
      </w:r>
      <w:r>
        <w:rPr>
          <w:lang w:eastAsia="zh-CN"/>
        </w:rPr>
        <w:t xml:space="preserve">    年度社团活动总结 篇10 </w:t>
      </w:r>
      <w:r>
        <w:rPr>
          <w:lang w:eastAsia="zh-CN"/>
        </w:rPr>
        <w:br/>
      </w:r>
      <w:r>
        <w:rPr>
          <w:lang w:eastAsia="zh-CN"/>
        </w:rPr>
        <w:t>　　一：用心感受踢毽子活动中每一次起脚的机会。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踢毽子活动，给学毽子的学生提供了一个很好的实践平台，它是最受踢毽子的学生欢迎的一种活动方式。参与踢毽子活动。学生可以再实战中检验自己学习的训练情况，也能相互学习，相互促进。同时大大提高了学习训练的观赏性和趣味性。围毽实战中，相互传接，斗智斗勇，增加了学习踢毽子的观赏性和趣味性。场中的每一个成员都重任在肩，一定要认真负责，注意力要高度集中，注意观察来球的趋势。大脑迅速做出合理判断，以最合理的步法，以最快的速度，以最合适的踢法做出处理，完成整个接球任务。在这里着重说明的是一定要高度重视对来球的预判和身体的快速移动。良好的步法是踢毽子的.灵魂，不要祈求每一个来球都那么“称心如意”，一定要培养良好的救球意识。在毽子未落之前，绝不轻易放弃。只要努力，就可能创造处意想不到的机会。</w:t>
      </w:r>
      <w:r>
        <w:rPr>
          <w:lang w:eastAsia="zh-CN"/>
        </w:rPr>
        <w:br/>
      </w:r>
      <w:r>
        <w:rPr>
          <w:lang w:eastAsia="zh-CN"/>
        </w:rPr>
        <w:t>　　二：踢毽子要养成良好的分析总结习惯。</w:t>
      </w:r>
      <w:r>
        <w:rPr>
          <w:lang w:eastAsia="zh-CN"/>
        </w:rPr>
        <w:br/>
      </w:r>
      <w:r>
        <w:rPr>
          <w:lang w:eastAsia="zh-CN"/>
        </w:rPr>
        <w:t>　　踢毽子活动中，要想学得好又快，一定要讲究科学的训练方法，要切合自身实际的训练计划。要保证质量按时完成，每一场比赛结束后，要善于分析和总结，要养成良好的习惯。如比赛中的一个灵活的转体动作，一个非常到位的凌空跳跃，一个富有创意的动作编排，一个极具技术含量的经典球等都要在比赛中努力体现出来。</w:t>
      </w:r>
      <w:r>
        <w:rPr>
          <w:lang w:eastAsia="zh-CN"/>
        </w:rPr>
        <w:br/>
      </w:r>
      <w:r>
        <w:rPr>
          <w:lang w:eastAsia="zh-CN"/>
        </w:rPr>
        <w:t>　　这几点总结：我觉得能帮助我们下次在活动中更加展现每个人更好的一面。</w:t>
      </w:r>
      <w:r>
        <w:rPr>
          <w:lang w:eastAsia="zh-CN"/>
        </w:rPr>
        <w:br/>
      </w:r>
      <w:r>
        <w:rPr>
          <w:lang w:eastAsia="zh-CN"/>
        </w:rPr>
        <w:t>　　在活动中我们采取的是围踢形式。三个人一组。一个人最多踢2下，三个人再多踢5下。哪边赢，哪边按顺时针转圈;哪边赢，哪边发球。发球必须过网。发球踢球。不能过毽子内线。</w:t>
      </w:r>
      <w:r>
        <w:rPr>
          <w:lang w:eastAsia="zh-CN"/>
        </w:rPr>
        <w:br/>
      </w:r>
      <w:r>
        <w:rPr>
          <w:lang w:eastAsia="zh-CN"/>
        </w:rPr>
        <w:t>　　为了贯彻落实好我们的工作计划。开展丰富多彩的大学校园活动提高我们自身能力，增强体质和同学之间的友谊为目的。</w:t>
      </w:r>
      <w:r>
        <w:rPr>
          <w:lang w:eastAsia="zh-CN"/>
        </w:rPr>
        <w:br/>
      </w:r>
      <w:r>
        <w:rPr>
          <w:lang w:eastAsia="zh-CN"/>
        </w:rPr>
        <w:t>　　在这样阳光的日子里。我们秩序井然，表现了顽强的意志和极高的集体荣誉感，这次比赛我们提高学生水平，展现了各班崭新的精神面貌。</w:t>
      </w:r>
      <w:r>
        <w:rPr>
          <w:lang w:eastAsia="zh-CN"/>
        </w:rPr>
        <w:br/>
      </w:r>
      <w:r>
        <w:rPr>
          <w:lang w:eastAsia="zh-CN"/>
        </w:rPr>
        <w:t>　　总之，各个班的学生在领导下，团结奋进，开拓进取。表现了各自班风班貌。丰富了我们生活。希望各班同学再接再厉，百尺竿头更进一步!</w:t>
      </w:r>
      <w:r>
        <w:rPr>
          <w:lang w:eastAsia="zh-CN"/>
        </w:rPr>
        <w:br/>
      </w:r>
      <w:r>
        <w:rPr>
          <w:lang w:eastAsia="zh-CN"/>
        </w:rPr>
        <w:t xml:space="preserve">    年度社团活动总结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今天，我参加了我上大学以来的第一次团日活动——义卖。义卖，将所卖得到的钱捐赠给希望工程!说起来很轻松，然而，到现在我都依然很累! 从确定主题，讨论，公关，联系，宣传直到最后的义卖，整个过程都很麻烦!作为组织委员，我参加了讨论团日活动的会议，在会议上我们提出了很多方案，想什么去敬老院，去植树，去打扫卫生等等，但是这些活动形式陈旧，意义不大，我们团委希望能都组织一次有意义的、形式不落俗套的、且适合我们大学生身份的活动!在这样的情况下，我们选择了义卖，开始时说让我自己制作东西出售，但时恐怕是卖不出去的，之后想到了以低价拿到货物，由我们卖出去，赚取其中的差价，大家对这个提议很感兴趣，我们初步讨论了一番，认为卖牛奶可行，也可以顺带卖点别的东西!似乎一个很不错的轰动展示在我们面前，我们初步认为，这个活动实施起来有两大难题，一是找到赞助商，即以低价提供给我们货物的人，而是义卖当天我们能不能卖出去。这两个问题真的不简单，没赞助商，什么都没了，卖不出去，不仅活动失败，还很丢面子，但是我们组后还是决定团日活动的主题就是义卖，活动形式好，意义大，锻炼大家的实际能力，当然如果我们成功，那么这将是一件非常令人自豪的事。为了解决这两个问题，我们先成立了公关小组，他们将负责去帮我们拉到赞助商，并且成立一个宣传小组，负责到时候的宣传。那天的会议就说了这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当我回到寝室，告诉室友义卖的事时，他们几乎是一致的反对，不过我也有了心理准备，在开会时，我们就想到了可能会有很多的同学不同意我们的义卖，理由总结起来就是认为我们到时候卖不出去，或者是卖的很少，到时候很丢人的。我们也知道活动难度大，结果还可能失败，但是我们已经不是小孩子了，不能怕这怕那，既然我们已经认识到了困难，我们就应该去想办法解决它，而不是去逃避它，也许我有点说大话，但是当时是这样想的。</w:t>
      </w:r>
      <w:r>
        <w:rPr>
          <w:lang w:eastAsia="zh-CN"/>
        </w:rPr>
        <w:t xml:space="preserve"> 不过，冷静下来好好想想，这活动确实难度大，不管是拉赞助还是去卖东西，我似乎也有点动摇，不过，这活动是我提出的，我不能举这样放弃。开了一次班会，大家在一起讨论，只有几个同学积极发言，班会没有什么实质的成果，确定了到时候的义卖地点是校园内，校门口和菱湖公园，并且初步分了一下组!之后攻关小组就开始了准备，经过了几次讨论，他们就出发了，恰好赶上我哥结婚，我就回家去了，只能等待他们的好消息了，不过他们给我带来了好消息，我们找到了赞助商。这让我很开心，我回来后才知道，那位好心的人也是个可怜人，她丈夫是残疾人，听到我们的义卖活动就决定帮助我们，她以几乎进货价给我们货物，并且帮我们送来。这下似乎天晴了，我们的辅导员也很支持我们的活动，并说会给我们必要的帮助，我们的活动似乎很顺利，这样静静的过了一周。</w:t>
      </w:r>
      <w:r>
        <w:rPr>
          <w:lang w:eastAsia="zh-CN"/>
        </w:rPr>
        <w:t xml:space="preserve"> 这个星期，我和班长商量了一下，结果一下出来很多问题，尤其是辅导员告诉我们不能在学校里面进行义卖，最多只能在校门口进行，我们的计划还真赶不上变化啊，而且宣传小组还没有开始写一些宣传的东西，什么班旗，团旗，团徽都没买。</w:t>
      </w:r>
      <w:r>
        <w:rPr>
          <w:lang w:eastAsia="zh-CN"/>
        </w:rPr>
        <w:br/>
      </w:r>
      <w:r>
        <w:rPr>
          <w:lang w:eastAsia="zh-CN"/>
        </w:rPr>
        <w:t>　　。最后的成绩也只能算是个差强人意吧!</w:t>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不过我在这次活动中还是收获了不少;</w:t>
      </w:r>
      <w:r>
        <w:rPr>
          <w:lang w:eastAsia="zh-CN"/>
        </w:rPr>
        <w:t xml:space="preserve"> 一</w:t>
      </w:r>
      <w:r>
        <w:rPr>
          <w:lang w:eastAsia="zh-CN"/>
        </w:rPr>
        <w:t xml:space="preserve"> 组织活动时应该注意到的事，在组织时就要把很多的问题想在前面，不能对结果提出太高的要求等等。</w:t>
      </w:r>
      <w:r>
        <w:rPr>
          <w:lang w:eastAsia="zh-CN"/>
        </w:rPr>
        <w:t xml:space="preserve"> 二</w:t>
      </w:r>
      <w:r>
        <w:rPr>
          <w:lang w:eastAsia="zh-CN"/>
        </w:rPr>
        <w:t xml:space="preserve"> 人员的分配很重要，既要使任务能完成又要使同学能够做自己喜欢做的事!</w:t>
      </w:r>
      <w:r>
        <w:rPr>
          <w:lang w:eastAsia="zh-CN"/>
        </w:rPr>
        <w:t xml:space="preserve"> 三</w:t>
      </w:r>
      <w:r>
        <w:rPr>
          <w:lang w:eastAsia="zh-CN"/>
        </w:rPr>
        <w:t xml:space="preserve"> 人际交往能力十分重要，我们在完成一件事时，一些部分需要借助别人的帮助，这是，你的人际圈越广，你的路就越多，你成功的几率也就越大，就像如果我们没有那么多的同学在这边支持我们，恐怕也就不会一箱一箱的卖了吧!</w:t>
      </w:r>
      <w:r>
        <w:rPr>
          <w:lang w:eastAsia="zh-CN"/>
        </w:rPr>
        <w:t xml:space="preserve"> 四</w:t>
      </w:r>
      <w:r>
        <w:rPr>
          <w:lang w:eastAsia="zh-CN"/>
        </w:rPr>
        <w:t xml:space="preserve"> 卖东西时要看人，当我们在菱湖义卖时，一般的情侣，父母带小孩这样的人很好卖，而中年人，老年人买的就比较少。</w:t>
      </w:r>
      <w:r>
        <w:rPr>
          <w:lang w:eastAsia="zh-CN"/>
        </w:rPr>
        <w:t xml:space="preserve"> 五</w:t>
      </w:r>
      <w:r>
        <w:rPr>
          <w:lang w:eastAsia="zh-CN"/>
        </w:rPr>
        <w:t xml:space="preserve"> 别人的任何态度都要做好心理准备，在义卖的时候，并不是我们去宣传了他据会来买你的东西的，更多的是冷眼相待，社会如此，我们只能去适应它。</w:t>
      </w:r>
      <w:r>
        <w:rPr>
          <w:lang w:eastAsia="zh-CN"/>
        </w:rPr>
        <w:t xml:space="preserve"> 六</w:t>
      </w:r>
      <w:r>
        <w:rPr>
          <w:lang w:eastAsia="zh-CN"/>
        </w:rPr>
        <w:t xml:space="preserve"> 这次活动中，我也有许多失误的地方：</w:t>
      </w:r>
      <w:r>
        <w:rPr>
          <w:lang w:eastAsia="zh-CN"/>
        </w:rPr>
        <w:t xml:space="preserve"> 1。准备工作做的不够充分，导致很多事情到最后几天才紧张的完成，有的甚至就没完成了。</w:t>
      </w:r>
      <w:r>
        <w:rPr>
          <w:lang w:eastAsia="zh-CN"/>
        </w:rPr>
        <w:t xml:space="preserve"> 2。对产品的选择上，我开始时认为喝纯牛奶的人会比较多，喝真果粒(饮料)的人比较少，然而到义卖时才发现，大家更偏爱真果粒，而纯牛奶卖出的很少。</w:t>
      </w:r>
      <w:r>
        <w:rPr>
          <w:lang w:eastAsia="zh-CN"/>
        </w:rPr>
        <w:t xml:space="preserve"> 3。无论怎样，我们的活动还是举行了，同学们参与了，也取得了一定的成绩，更重要的时锻炼了我们的实际能力，不过累可是真的，明年希望就不要这样累了!!!</w:t>
      </w:r>
      <w:r>
        <w:rPr>
          <w:lang w:eastAsia="zh-CN"/>
        </w:rPr>
        <w:br/>
      </w:r>
      <w:r>
        <w:rPr>
          <w:lang w:eastAsia="zh-CN"/>
        </w:rPr>
        <w:t xml:space="preserve">    年度社团活动总结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过去几个月中，通过社团中各位的辛勤与付出中，与大家共同快乐地度过了一年的时间，工作的点点滴滴时时在眼，回眸望过去的一幕幕，在不知不觉中充实自己大学生活。在系十佳歌手表演工作时候，社团部和其他部门协助合作顺利开展工作。</w:t>
      </w:r>
      <w:r>
        <w:rPr>
          <w:lang w:eastAsia="zh-CN"/>
        </w:rPr>
        <w:br/>
      </w:r>
      <w:r>
        <w:rPr>
          <w:lang w:eastAsia="zh-CN"/>
        </w:rPr>
        <w:t>　　在学校举办运动会中，我们社团部主要负责提供钉鞋服务给同学们，还有每月的献血活动时候我们部门负责提供献血者填写表格工作等。工作无小事，事事都不能懈怠。我们干事更要不断地提高自身的素质才能更好地服务同学。在过的时间里，我脚踏实地做了一些工作，但由于自己水平和经验不足还存在着一定的问题还必须地努力争取更好。总之，因为有这样一个团队，使我大学里不断的展示自我，提升自我，团结，和谐默契</w:t>
      </w:r>
      <w:r>
        <w:rPr>
          <w:lang w:eastAsia="zh-CN"/>
        </w:rPr>
        <w:br/>
      </w:r>
      <w:r>
        <w:rPr>
          <w:lang w:eastAsia="zh-CN"/>
        </w:rPr>
        <w:t>　　在一个学期的工作中，主要将工作重点放在了社团发展及社团活动的开展两方面上。在这一学期我部组织了各社团常务会长对大学生举办的活动进行了观摩学习，增加了各社团负责人之间的交流，使各社团之间互相学习，互相借鉴。在活动的审批上我部在坚持各社团的社团宗旨下，对各社团活动进行了修改、审批，现将社团发展情况与我部工作情况简介如下：</w:t>
      </w:r>
      <w:r>
        <w:rPr>
          <w:lang w:eastAsia="zh-CN"/>
        </w:rPr>
        <w:br/>
      </w:r>
      <w:r>
        <w:rPr>
          <w:lang w:eastAsia="zh-CN"/>
        </w:rPr>
        <w:t>　　一、各社团整体凝聚力与上一年相比有了很大的提高，各社团负责人在任务分配，人员调动上都有了很大的改进，各部门协调合作，从而使得各社团成员积极性很高。</w:t>
      </w:r>
      <w:r>
        <w:rPr>
          <w:lang w:eastAsia="zh-CN"/>
        </w:rPr>
        <w:br/>
      </w:r>
      <w:r>
        <w:rPr>
          <w:lang w:eastAsia="zh-CN"/>
        </w:rPr>
        <w:t>　　二、为了丰富广大学生的校园生活，各社团举办了丰富的社团活动，得到广大学生的好评，也得到了院领导的肯定，同时也提高了各社团在全校的影响力。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三、各社团都明确了自己的发展方向，有理论研究的，有做学术的，有做公益的，有做环保的等等。各社团也积极与学生会各部门共建，或与其他院系社团合作等等。</w:t>
      </w:r>
      <w:r>
        <w:rPr>
          <w:lang w:eastAsia="zh-CN"/>
        </w:rPr>
        <w:br/>
      </w:r>
      <w:r>
        <w:rPr>
          <w:lang w:eastAsia="zh-CN"/>
        </w:rPr>
        <w:t>　　在本学期，我部也取得了一些成绩，在各社团的交流，活动策划部都做了一些有效的工作，但工作中仍存在一些问题：</w:t>
      </w:r>
      <w:r>
        <w:rPr>
          <w:lang w:eastAsia="zh-CN"/>
        </w:rPr>
        <w:br/>
      </w:r>
      <w:r>
        <w:rPr>
          <w:lang w:eastAsia="zh-CN"/>
        </w:rPr>
        <w:t>　　一、与团委领导和社团负责人沟通太少，致使团委领导对社联及社团发展了解较少。在今后的工作中一定要及时向团委领导汇报工作，定时与社团各负责人交流。</w:t>
      </w:r>
      <w:r>
        <w:rPr>
          <w:lang w:eastAsia="zh-CN"/>
        </w:rPr>
        <w:br/>
      </w:r>
      <w:r>
        <w:rPr>
          <w:lang w:eastAsia="zh-CN"/>
        </w:rPr>
        <w:t>　　二、在活动审批上也缺少必要的一些整理和改进，今后会侧重活动的策划，严格审批，取消一些没有明确主题和意义不大的活动。</w:t>
      </w:r>
      <w:r>
        <w:rPr>
          <w:lang w:eastAsia="zh-CN"/>
        </w:rPr>
        <w:br/>
      </w:r>
      <w:r>
        <w:rPr>
          <w:lang w:eastAsia="zh-CN"/>
        </w:rPr>
        <w:t>　　三、在与其他部门合作上也存在一些问题，由于在很多工作上与其他部门有交集，部门合作也显得尤为重要，各部门很好的合作，才能将工作做得更好。</w:t>
      </w:r>
      <w:r>
        <w:rPr>
          <w:lang w:eastAsia="zh-CN"/>
        </w:rPr>
        <w:br/>
      </w:r>
      <w:r>
        <w:rPr>
          <w:lang w:eastAsia="zh-CN"/>
        </w:rPr>
        <w:t>　　一学期的工作使我们更加了解了自己的工作，也更加深信我们能做好自己的工作，把自己的工作做得更好。在今后的工作中，我部门人员将团结合作，把自己的工作做的更好。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本学年以来，通信人之家社团在系部领导和指导老师的殷切关怀和精心指导下，各项工作进展顺利。我们深刻领会社团宗旨，在社团成立之初就形成了优良的工作思路和方式。社团全体成员团结努力，积极进取，满怀激情，开展了丰富的校园活动，取得了较好的成绩，并得到院系领导老师和同学们的认可。同时，我们力求创新，在创新中不断前进，一系列活动开展的有声有色。每次活动后的自我检讨、自我总结，争取在下次的活动中考虑的更细致，想法更全面。在社团成立的第一年，就形成了较为完善的社团制度和工作体系，为下一学年的工作打下了良好的基础。现将本学年通信人之家的工作主要总结为以下几点：</w:t>
      </w:r>
      <w:r>
        <w:rPr>
          <w:lang w:eastAsia="zh-CN"/>
        </w:rPr>
        <w:br/>
      </w:r>
      <w:r>
        <w:rPr>
          <w:lang w:eastAsia="zh-CN"/>
        </w:rPr>
        <w:t>　　一、在社团成立和招新方面</w:t>
      </w:r>
      <w:r>
        <w:rPr>
          <w:lang w:eastAsia="zh-CN"/>
        </w:rPr>
        <w:br/>
      </w:r>
      <w:r>
        <w:rPr>
          <w:lang w:eastAsia="zh-CN"/>
        </w:rPr>
        <w:t>　　20__年学院11月，我们进行了第一届的社员招收工作。进程中我们发现，前来应招者在能力类型方面有很大的差别，而尚不够完善的招新制度一度使现场发生混乱。于此，在下届招新的工作中还需做好更充分的准备。例如，事先印制应招不同部门的报表，在基本的问答检测外，给各人充分展现自我特长的空间(如擅长绘画的可以在报表背面作画)。</w:t>
      </w:r>
      <w:r>
        <w:rPr>
          <w:lang w:eastAsia="zh-CN"/>
        </w:rPr>
        <w:br/>
      </w:r>
      <w:r>
        <w:rPr>
          <w:lang w:eastAsia="zh-CN"/>
        </w:rPr>
        <w:t>　　二、制定社团章程、成立职能部门</w:t>
      </w:r>
      <w:r>
        <w:rPr>
          <w:lang w:eastAsia="zh-CN"/>
        </w:rPr>
        <w:br/>
      </w:r>
      <w:r>
        <w:rPr>
          <w:lang w:eastAsia="zh-CN"/>
        </w:rPr>
        <w:t>　　“通信人之家”作为通信学院创社最早的社团，吸引了各类兴趣及能力领域有较大差别的学生加入。为了使每一个社员都能参加社员的日常运作，并在一次次组织活动中得到能力的锻炼，可将社内现有人员按特性不同部门，设立每一部门的负责人，一来可以减轻社长的工作压力，也有助于社团更好地组织活动.本学期已经尝试将人员分成策划部，秘书部，组织部，宣传部和外联部。</w:t>
      </w:r>
      <w:r>
        <w:rPr>
          <w:lang w:eastAsia="zh-CN"/>
        </w:rPr>
        <w:br/>
      </w:r>
      <w:r>
        <w:rPr>
          <w:lang w:eastAsia="zh-CN"/>
        </w:rPr>
        <w:t>　　三、举办活动方面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十一月份，通信人之家的全体成员、辅导员随从人员和家属人员到中兴通信公司参观。我觉得以后我们参观一个企业之前要对企业有所了解，每个人上网查查，把自己认为有用的东西和别人交流，获得双份知识。这样我们在参观时也不会什么也不懂，可以自信满满的听着，也不会错过一些很重要的东西。这对于我们将来的就业面试，人生未来的选择是百利无一害的。</w:t>
      </w:r>
      <w:r>
        <w:rPr>
          <w:lang w:eastAsia="zh-CN"/>
        </w:rPr>
        <w:br/>
      </w:r>
      <w:r>
        <w:rPr>
          <w:lang w:eastAsia="zh-CN"/>
        </w:rPr>
        <w:t>　　第二：我们应上网搜集一些关于通信的专业术语，毕竟我们是学通信的，不能别人讲什么我们都听不懂，我们应该熟记他们，这对于将来发展也具有好处的，更体现通信人之家“实用”这一特点。</w:t>
      </w:r>
      <w:r>
        <w:rPr>
          <w:lang w:eastAsia="zh-CN"/>
        </w:rPr>
        <w:br/>
      </w:r>
      <w:r>
        <w:rPr>
          <w:lang w:eastAsia="zh-CN"/>
        </w:rPr>
        <w:t>　　第三：应该多听听干事，大家的意见，看看他们有什么不满的地方，提出来，解决掉，更快的让通信人之家名声大起来。成为“通信人之家”一员的时间里，我发现了社员活动中明显存在的弊端。招收进来的成员因能力问题有一些并不能在活动中很好地展示其特长和兴趣。故在以后的活动中，可以尝试小规模多样性的活动，让更多的成员和学生加入到其中。其中也确实出了不少乱子，造成工作上的不足，但我们也会积极的改正，认真反思。</w:t>
      </w:r>
      <w:r>
        <w:rPr>
          <w:lang w:eastAsia="zh-CN"/>
        </w:rPr>
        <w:br/>
      </w:r>
      <w:r>
        <w:rPr>
          <w:lang w:eastAsia="zh-CN"/>
        </w:rPr>
        <w:t>　　二零__年十二月，社团开展了读书征文比赛活动，我们围绕大学生职业生涯规划与就业，畅谈自己的观点，撰写读书心得。活动中同学们能够积极踊跃的参加到比赛中来，但也显露出来我们工作中的一些小问题。比如，活动的前期宣传不够到位，使得部分有意向参加比赛的同学失去了一次宝贵的机会。还有在比赛的组织过程中也有一些小漏洞，由此看来，我们社团举办活动还需要做得更细致，考虑更周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另外，在系刊编辑部所有成员的积极参与和努力工作中，通信学院系刊编辑工作一直有声有色的展开，从宣传到征稿，从策划到编辑，从审核到定稿，无处不渗透着编辑部全体成员的辛勤汗水。但是，其中还有很多的不足之处，由于参与编辑的都是我们社团的新成员，对于专业的编辑技巧上还不能和别人相媲美。在以后的编写工作中，还需要虚心学习，熟练使用杂志编辑软件，掌握系刊的编辑技巧，提高系刊编辑部成员的整体水平，力争做一份让学校领导满意，让同学们喜欢的系刊。</w:t>
      </w:r>
      <w:r>
        <w:rPr>
          <w:lang w:eastAsia="zh-CN"/>
        </w:rPr>
        <w:br/>
      </w:r>
      <w:r>
        <w:rPr>
          <w:lang w:eastAsia="zh-CN"/>
        </w:rPr>
        <w:t>　　今天的总结，是对这近一年工作的全面回顾，同时把带有规律性的东西总结出来，供社团在以后的发展中参考，在实践中不断取精华去糟粕，把我们的社团建设好，发展好。下一年里，我们会继续我们所取得的成绩，以及总结工作上的不足，积极做好各项工作，以争取将“通信人之家”社团提高到一个更高的台阶上!</w:t>
      </w:r>
      <w:r>
        <w:rPr>
          <w:lang w:eastAsia="zh-CN"/>
        </w:rPr>
        <w:br/>
      </w:r>
      <w:r>
        <w:rPr>
          <w:lang w:eastAsia="zh-CN"/>
        </w:rPr>
        <w:t xml:space="preserve">    年度社团活动总结 篇13 </w:t>
      </w:r>
      <w:r>
        <w:rPr>
          <w:lang w:eastAsia="zh-CN"/>
        </w:rPr>
        <w:br/>
      </w:r>
      <w:r>
        <w:rPr>
          <w:lang w:eastAsia="zh-CN"/>
        </w:rPr>
        <w:t>　　20__年对活动与策划部来说是既平凡又特殊的一年，大学社团活动总结。平凡，是因为在这一年里我们一如既往，踏踏实实的做好本职工作，继承了活策的优秀传统，伴随着社联一起成长;特殊，是因为在这一年里，我们突破创新，我们光彩闪耀，活动与策划部进入了全新的阶段，取得了骄人的成绩。可以说11年是我们付出的一年，更是我们收获的一年。在此，我们将这一阶段的工作总结如下：</w:t>
      </w:r>
      <w:r>
        <w:rPr>
          <w:lang w:eastAsia="zh-CN"/>
        </w:rPr>
        <w:br/>
      </w:r>
      <w:r>
        <w:rPr>
          <w:lang w:eastAsia="zh-CN"/>
        </w:rPr>
        <w:t>　　部门建设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自陕西青年职业学院学生社团联合会第二届第一任换届结束以来，部门建设就一直作为活动与策划部工作的重点。一方面，为了部门后期工作顺利、高效的开展，给部门打下良好的基础，我们建立了完善的部门规章制度，在基础建设方面狠下功夫，在最短的时间内让部门工作全面正规化、正轨化;另一方面，为了建立合理的人事组织结构，让新成员尽早熟悉工作，以便部门各项工作的顺利开展，我们组织了多次部门成员的培训会，并取得了可喜的成果。</w:t>
      </w:r>
      <w:r>
        <w:rPr>
          <w:lang w:eastAsia="zh-CN"/>
        </w:rPr>
        <w:br/>
      </w:r>
      <w:r>
        <w:rPr>
          <w:lang w:eastAsia="zh-CN"/>
        </w:rPr>
        <w:t>　　1、基础建设工作</w:t>
      </w:r>
      <w:r>
        <w:rPr>
          <w:lang w:eastAsia="zh-CN"/>
        </w:rPr>
        <w:br/>
      </w:r>
      <w:r>
        <w:rPr>
          <w:lang w:eastAsia="zh-CN"/>
        </w:rPr>
        <w:t>　　基础建设方面，我们以规范、高效、温馨为基本目标，在规章制度、档案整理等方面花心思、动脑筋，制度与情感并重，既规范了各项部门工作，又创造了家庭般的工作氛围。</w:t>
      </w:r>
      <w:r>
        <w:rPr>
          <w:lang w:eastAsia="zh-CN"/>
        </w:rPr>
        <w:br/>
      </w:r>
      <w:r>
        <w:rPr>
          <w:lang w:eastAsia="zh-CN"/>
        </w:rPr>
        <w:t>　　规章制度：活动策划部部门基本规章制度分为值班制度、财务制度、例会制度、成员分组制度、部门考评制度等五方面内容。规章制度共经过一次草拟、两次修改后最终定稿。对部门的各项工作起到了良好的规范作用。所有成员都必须严格遵守部门制度，并以此相互监督，做到言之有凭，行之有据。</w:t>
      </w:r>
      <w:r>
        <w:rPr>
          <w:lang w:eastAsia="zh-CN"/>
        </w:rPr>
        <w:br/>
      </w:r>
      <w:r>
        <w:rPr>
          <w:lang w:eastAsia="zh-CN"/>
        </w:rPr>
        <w:t>　　办公室的布置：我们的办公室布置简洁大方，既体现了实用性将与部门工作有关的材料全部上墙，便于提供最新工作信息;又创造一种温馨的工作环境为部门设立了照片栏、留言板等，让大家在工作之余也倍感温暖。</w:t>
      </w:r>
      <w:r>
        <w:rPr>
          <w:lang w:eastAsia="zh-CN"/>
        </w:rPr>
        <w:br/>
      </w:r>
      <w:r>
        <w:rPr>
          <w:lang w:eastAsia="zh-CN"/>
        </w:rPr>
        <w:t>　　档案资料：我们将每次活动的策划、流程、注意事项等相关资料都做了细致的分类存档。良好的归档工作有益于我们对前阶段工作的总结，也为以后的工作借鉴之所用。同时，我们还建立人才储备库，将部门人才资源最优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办公材料：部门日常办公材料有值班表、分组表、值班记录本、工作记录本、通讯录，以及特别制作的签到表、电话通知表、部门专用请假条等。准备齐全的办公材料是为了方便工作，让一切正规化、正轨化，帮助我们高效的完成工作。</w:t>
      </w:r>
      <w:r>
        <w:rPr>
          <w:lang w:eastAsia="zh-CN"/>
        </w:rPr>
        <w:br/>
      </w:r>
      <w:r>
        <w:rPr>
          <w:lang w:eastAsia="zh-CN"/>
        </w:rPr>
        <w:t>　　2、新生培训工作</w:t>
      </w:r>
      <w:r>
        <w:rPr>
          <w:lang w:eastAsia="zh-CN"/>
        </w:rPr>
        <w:br/>
      </w:r>
      <w:r>
        <w:rPr>
          <w:lang w:eastAsia="zh-CN"/>
        </w:rPr>
        <w:t>　　新生的培训工作一直是社联的传统项目。为了让新的部门成员尽快了解工作，提高业务素质，除社联的全体培训会之外，我们还针对部门自身的性质和特点，组织了多次部门成员培训会：</w:t>
      </w:r>
      <w:r>
        <w:rPr>
          <w:lang w:eastAsia="zh-CN"/>
        </w:rPr>
        <w:br/>
      </w:r>
      <w:r>
        <w:rPr>
          <w:lang w:eastAsia="zh-CN"/>
        </w:rPr>
        <w:t>　　20__年10月16日，在社联办公室举行了部门首次全体见面会。分管副主席和其他几位副主席也出席了这次见面会。会上分管副主席、部长和各位副部长分别作了发言，部委们也作了富有个性的自我介绍。通过这次会议，让新成员对社联、对活动策划部都有了初步的了解。会后，大家还做了一些轻松的游戏，让气氛变得更加活跃，让大家既感受到了感受到了我们活策的团结向上的工作精神，同时也感受到了活策家一样的温暖。</w:t>
      </w:r>
      <w:r>
        <w:rPr>
          <w:lang w:eastAsia="zh-CN"/>
        </w:rPr>
        <w:br/>
      </w:r>
      <w:r>
        <w:rPr>
          <w:lang w:eastAsia="zh-CN"/>
        </w:rPr>
        <w:t>　　10月22日，我们在社联会议室对新部委进行了一次初期的培训。会上，部长组织大家学习了活动策划部规章制度，对部门职能及常务工作做了详细的讲解，并对分组和值班等作了布置安排。</w:t>
      </w:r>
      <w:r>
        <w:rPr>
          <w:lang w:eastAsia="zh-CN"/>
        </w:rPr>
        <w:br/>
      </w:r>
      <w:r>
        <w:rPr>
          <w:lang w:eastAsia="zh-CN"/>
        </w:rPr>
        <w:t xml:space="preserve">    年度社团活动总结 篇14 </w:t>
      </w:r>
      <w:r>
        <w:rPr>
          <w:lang w:eastAsia="zh-CN"/>
        </w:rPr>
        <w:br/>
      </w:r>
      <w:r>
        <w:rPr>
          <w:lang w:eastAsia="zh-CN"/>
        </w:rPr>
        <w:t>　　淘宝社为了激励新成员而举办了这次社团活动，主要的成员是新__届的淘宝社成员还有一些部长和社长。淘宝社活动于10月19号下午5:30在C108举行。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活动如期开始，成员差不多都到齐了足以证明新成员重视这次社团活动。首先由社长宣布活动正式开始，讲解活动一共有四个部分。制作花名片、头脑风暴、节目表演和海报设计并团队展示。制作花名片就是将自己的花名做成名片让大家互相认识。然后头脑风暴是社长出一个关键词根据关键词联想与之相关的词语或成语或谚语等等，充分发挥团队的力量。关键词就是团队，与团队相关的词语比如同舟共济、患难与共、齐心协力和团结就是力量等等。将所有成员分成四个小组竞赛。每个组都在全神贯注地想与团队相关的词语。通过比赛最终胜利的是第二组，他们获得了一个爱心型的“淘”。接下来是由四个小组表演节目，节目的要求是提前布置的。每一个节目都是成员们用心想出来的。我觉得四个节目都很精彩。最终通过选票决定是第二组获胜。第二组又获得了一个“淘”。最后进入本次活动重要的环节海报设计并且团队展示，海报设计要涉及队名、队歌、队徽和口号。每一个小组都发挥自己的奇思妙想制作自己团队的海报。成员们发挥自己的特长，有的人在想队名;有的人在谱曲;有的人在绘画等等。每一个人都在努力做好自己的工作。四个小组的队名分别是E友、天下会、梦想高飞和火花簇，每一个小组都展示出自己小组的特色。最终获胜的是E友队，并且获得一个“淘”。这次活动大家都很开心。</w:t>
      </w:r>
      <w:r>
        <w:rPr>
          <w:lang w:eastAsia="zh-CN"/>
        </w:rPr>
        <w:br/>
      </w:r>
      <w:r>
        <w:rPr>
          <w:lang w:eastAsia="zh-CN"/>
        </w:rPr>
        <w:t>　　通过这次活动新成员融入了我们淘宝社的大团体里，同时出席活动也很准时这样可以看出他们对淘宝社的热情。我们大家以后会更加努力的，淘宝社越办越好。</w:t>
      </w:r>
      <w:r>
        <w:rPr>
          <w:lang w:eastAsia="zh-CN"/>
        </w:rPr>
        <w:br/>
      </w:r>
      <w:r>
        <w:rPr>
          <w:lang w:eastAsia="zh-CN"/>
        </w:rPr>
        <w:t xml:space="preserve">    年度社团活动总结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回顾过去，工作的点点滴滴时时在眼前隐现，回眸望去过去的一幕慕，在不知不觉中充实眼睑。似乎初进学生会的记忆依然就在心头展现!我一直很庆幸自己担任_部部长这个职位，在这一年的时间里，我也学到了不少，虽然一开始这个工作让自己不知道如何下手，但是现在做的事情多了，让自己成熟了不少，也进步了不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我院现有丛林之声俱乐部，_协会和_志愿者协会。其中_协会和_志愿者协会在星级社团评选中分别活得了四星和三星的好成绩。这是一个社团实力的象征，是对我们活动的一个积极肯定，当然了我们也需要更加努力，朝着五星级社团发展。丛林俱乐部一个注重课外活动，娱乐性的协会，第一次的大型活动，全校斗地主调动了全校学生的积极性，同事也增加了同学们之间的互相交流与学习，不仅仅是单独的娱乐，借助娱乐我们扩大交际圈，这样的活动我们要多搞。_协会一个创办历史悠久的协会，经历了岁月的考验，同时也做了许多关于_的宣传与活动，一直保持着星级社团的优秀记录。更多的有意义的活动需要搞起来，因为我们有设施有老师，一定要充分利用这些资源。_志愿者协会，我认为是最具潜力的一个协会，不仅仅是因为举办的活动和晚会。当然了每次小型的活动和大型的晚会，她都是那么的震撼心灵。最主要的是那份爱心，我相信这个协会一定会很好的。很感谢协会成员的理解与支持，在过去，你们一直默默无闻的奉献着，从不提出困难。遇到经费的问题你们主动拉赞助，一个一个的困难你们都迎刃而解。我很感动!在下次的社团活动中，一定要密切关注协会的发展，定期与会长及成员沟通，以开会或茶会的形式凝聚力量，树立威望。充分了解协会的下一步计划，以周为单位，做好充分的准备。了解他们的困难，及时与老师沟通。一定要有不怕吃苦的精神。因为我们的工作是一个比较烦琐的工作，谨记吃苦是福，全心全意为同学服务。学生会是一个大家庭，我们以集体为荣。如果部里的活动完不成，及时请求其它部门的帮助。</w:t>
      </w:r>
      <w:r>
        <w:rPr>
          <w:lang w:eastAsia="zh-CN"/>
        </w:rPr>
        <w:br/>
      </w:r>
      <w:r>
        <w:rPr>
          <w:lang w:eastAsia="zh-CN"/>
        </w:rPr>
        <w:t>　　回想过去，我们取得过优秀的成绩，这些成果离不开_部每个成员的辛勤付出;同时我们也遇到过很多的困难，面对困难，我们并没有放弃，而是同心协力解决困难。我们一步步成长的脚步依然清晰，在路上，我们学会了团结合作，学会了坚强勇敢。在其中的酸甜苦辣都以化成成功的喜悦飞上我们的眉梢，因为我们坚信：“只要我们团结一心，_部必然凭着自己青春的汗水再造辉煌”。</w:t>
      </w:r>
      <w:r>
        <w:rPr>
          <w:lang w:eastAsia="zh-CN"/>
        </w:rPr>
        <w:br/>
      </w:r>
      <w:r>
        <w:rPr>
          <w:lang w:eastAsia="zh-CN"/>
        </w:rPr>
        <w:t xml:space="preserve">    年度社团活动总结 篇16 </w:t>
      </w:r>
      <w:r>
        <w:rPr>
          <w:lang w:eastAsia="zh-CN"/>
        </w:rPr>
        <w:br/>
      </w:r>
      <w:r>
        <w:rPr>
          <w:lang w:eastAsia="zh-CN"/>
        </w:rPr>
        <w:t>　　作为社团联合会下属的一个社团，戏剧协会积极响应社联号召，主动配合社团活动月游园会活动，同时为了让同学们更好的了解戏剧文化，增长课外知识，并享受一个开心愉快的嘉年华活动而奋斗。在会长&amp;&amp;芮欣同学的领导、各个部门积极配合、全体成员与活动筹委会的共同努力之下，从04月30日活动策划书制作完成，至05月25日活动当天，总共持续了五周时间的活动，得以顺利开展，并于05月26日晚在7栋教学楼212教室成功召开总结会议。现将本次活动的各项工作总结如下：</w:t>
      </w:r>
      <w:r>
        <w:rPr>
          <w:lang w:eastAsia="zh-CN"/>
        </w:rPr>
        <w:br/>
      </w:r>
      <w:r>
        <w:rPr>
          <w:lang w:eastAsia="zh-CN"/>
        </w:rPr>
        <w:t>　　一、活动的基本情况：</w:t>
      </w:r>
      <w:r>
        <w:rPr>
          <w:lang w:eastAsia="zh-CN"/>
        </w:rPr>
        <w:br/>
      </w:r>
    </w:p>
    <w:p w:rsidR="001B1F19" w14:textId="27C3F48A">
      <w:pPr>
        <w:rPr>
          <w:rFonts w:hint="eastAsia"/>
          <w:lang w:eastAsia="zh-CN"/>
        </w:rPr>
      </w:pPr>
      <w:r>
        <w:rPr>
          <w:lang w:eastAsia="zh-CN"/>
        </w:rPr>
        <w:t>　　1、活动规模：筹委会主要成员3人。活动工作人员，本协会全体成员，包括大一的干事，大二的部长、及大二的元老，和大三的师兄师姐，人数超出30人。本次活动受众数量庞大，远远超出预想，直接参与活动游戏的人数达到106人次，由于人流量大，间接参与活动游戏人数无法统计。</w:t>
      </w:r>
      <w:r>
        <w:rPr>
          <w:lang w:eastAsia="zh-CN"/>
        </w:rPr>
        <w:br/>
      </w:r>
      <w:r>
        <w:rPr>
          <w:lang w:eastAsia="zh-CN"/>
        </w:rPr>
        <w:t>　　2、时间安排：时间安排是本次活动的众多难题之一。由于天气情况，原定05月19日星期三的游园会活动，被逼延迟至05月25日进行，但筹委会积极作出反应，并高效的解决问题，有效避免信息不流通而导致的失误。</w:t>
      </w:r>
      <w:r>
        <w:rPr>
          <w:lang w:eastAsia="zh-CN"/>
        </w:rPr>
        <w:br/>
      </w:r>
      <w:r>
        <w:rPr>
          <w:lang w:eastAsia="zh-CN"/>
        </w:rPr>
        <w:t>　　3、位置选择：本次活动最初位置时蓝板的出口第一个位置，后来到了活动当天，被安排到珠江大道对面的篮球场，在现场人员的主动向社联工作人员要求协调的情况下，最终摊位安排在德语协会旁边，即珠江大道出口右侧第一个位置，从现场观众的参与度和围观度而言，位置的选定是本次活动获得好评的因素之一。</w:t>
      </w:r>
      <w:r>
        <w:rPr>
          <w:lang w:eastAsia="zh-CN"/>
        </w:rPr>
        <w:br/>
      </w:r>
      <w:r>
        <w:rPr>
          <w:lang w:eastAsia="zh-CN"/>
        </w:rPr>
        <w:t>　　4、人手安排：工作人员的合理安排是本次活动能够按照计划顺利开展的重要因素之一。从活动当天人手安排来说，在活动之前，已经有效的对参与活动的工作人员了解活动当天的空闲时间，制成工作人员空闲时间表，有利于人手安排，现场分工明确，专人专职。</w:t>
      </w:r>
      <w:r>
        <w:rPr>
          <w:lang w:eastAsia="zh-CN"/>
        </w:rPr>
        <w:br/>
      </w:r>
      <w:r>
        <w:rPr>
          <w:lang w:eastAsia="zh-CN"/>
        </w:rPr>
        <w:t>　　5、活动形式：游园会活动配合街头剧，邀请群众演员创造协会新纪录，形式新颖，创意度十足，形成差异性;并有效结合协会自身性质与特长;学会了利用卖点推销自己，而且有足够的亮点吸引观众。但由于临场设备问题，街头剧被迫取消，某种程度上令活动存在遗憾。</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https://d.book118.com/885002124134011120</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500212413401112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