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有关于描述《小王子》的读书心得（30篇）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有关于描述《小王子》的读书心得（精选30篇）</w:t>
      </w:r>
      <w:r>
        <w:rPr>
          <w:lang w:eastAsia="zh-CN"/>
        </w:rPr>
        <w:br/>
      </w:r>
      <w:r>
        <w:rPr>
          <w:lang w:eastAsia="zh-CN"/>
        </w:rPr>
        <w:t xml:space="preserve">    有关于描述《小王子》的读书心得 篇1 </w:t>
      </w:r>
      <w:r>
        <w:rPr>
          <w:lang w:eastAsia="zh-CN"/>
        </w:rPr>
        <w:br/>
      </w:r>
      <w:r>
        <w:rPr>
          <w:lang w:eastAsia="zh-CN"/>
        </w:rPr>
        <w:t>　　《小王子》所讲述的故事既美丽又伤感：飞行员我正因飞机出了故障，被迫降落在远离人烟的撒哈拉沙漠上，这时一个迷人而神秘的小男孩儿出现了，执拗地请我给他画一只绵羊。他就是小王子，纯洁，忧郁，来自太阳系中某个不为人知的小行星，爱提问题，对别人的问题却从不作答。在攀谈中小王子的秘密逐渐揭开了，他是正因与他美丽、骄傲的玫瑰花发生了感情纠葛才负气出走的。他在各星球中间漫游，分别造访了国王、自负的人、酒鬼、商人、点灯人和地理学家的星球，最后降临到地球上，试图找到缓解孤独和痛苦的良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小王子》中，我学会了一种职责，叫做驯养。当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爱听风在麦穗间吹拂的声音但是最后，小王子还是离开了狐狸，他说：那你还是什么也没得到吧不，至少我还拥有麦子的颜色</w:t>
      </w:r>
      <w:r>
        <w:rPr>
          <w:lang w:eastAsia="zh-CN"/>
        </w:rPr>
        <w:br/>
      </w:r>
      <w:r>
        <w:rPr>
          <w:lang w:eastAsia="zh-CN"/>
        </w:rPr>
        <w:t>　　我们在得到的同时都会失去，但是当我们同一些事物建立某种关联后，得到与失去都已变得不再重要。重要的是，以一种平和的心态去对待，无论结局是喜是悲，至少我们还拥有麦子的颜色。</w:t>
      </w:r>
      <w:r>
        <w:rPr>
          <w:lang w:eastAsia="zh-CN"/>
        </w:rPr>
        <w:br/>
      </w:r>
      <w:r>
        <w:rPr>
          <w:lang w:eastAsia="zh-CN"/>
        </w:rPr>
        <w:t>　　从小王子的话里我们能感知到，任何事物都有它的表面性与真实性，很多时候，我们只看到表面的事情而忽略了内在的好处。小王子牢记了狐狸的话只有用心灵才能看得清事物的本质;真正重要的东西是肉眼无法看见的。于是他说：正正因有一朵我们看不见的花儿，星星才显得如此美丽。沙漠美丽，正因沙漠的某处隐藏着一口井。啊，小王子的内心真是很丰富的。很多事物，正因我们用肉眼无法看到，才显得神秘。其实得到这些又是那么的简单，只需要一颗充满爱的心。</w:t>
      </w:r>
      <w:r>
        <w:rPr>
          <w:lang w:eastAsia="zh-CN"/>
        </w:rPr>
        <w:br/>
      </w:r>
      <w:r>
        <w:rPr>
          <w:lang w:eastAsia="zh-CN"/>
        </w:rPr>
        <w:t>　　在这篇文章里有太多的想象空间，也有太多令人寻味的意思。或许我没读懂，或许正因年龄限制我读不懂。请读一读《小王子》，你将发现生活不再苦闷、无趣，然而最重要的是你得抛开世俗的眼光，持续一份童稚的纯真。没有人永远停留在童年，但是我们能够永远持续一份纯真的童心。然而文章里的意思肯定不止这些，正因有一千个读者就有一千个哈姆雷特。</w:t>
      </w:r>
      <w:r>
        <w:rPr>
          <w:lang w:eastAsia="zh-CN"/>
        </w:rPr>
        <w:br/>
      </w:r>
      <w:r>
        <w:rPr>
          <w:lang w:eastAsia="zh-CN"/>
        </w:rPr>
        <w:t xml:space="preserve">    有关于描述《小王子》的读书心得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写这个评论前大致看了下别人的评论，译者，版本什么的貌似好些人不满，可这不能改变我对这本书的喜欢，纯粹的喜欢，无关译者，我想是谁译的我看了都会喜欢上它，可是又关乎译者，因为现在还没有那能力去看原文书，去书店时，遇到《小王子》好多次，但都没有买，因为没听说过（﹣=确实没听说过），不了解，还有那版本看起来各种幼稚，像幼儿园的小孩子读的。后来去书店小C对我说：“看看这个吧，我觉得挺适合你的。”那一次，我还是没买，因为不喜欢那黄黄的封面。又过了不久，看到了就是这个蓝色的版本，想起小C的话，就这样鬼使神差的买了。</w:t>
      </w:r>
      <w:r>
        <w:rPr>
          <w:lang w:eastAsia="zh-CN"/>
        </w:rPr>
        <w:br/>
      </w:r>
      <w:r>
        <w:rPr>
          <w:lang w:eastAsia="zh-CN"/>
        </w:rPr>
        <w:t>　　因为想到是童话，觉得找一个时间安安静静的读，不愿意拿平时碎碎的时间来读，所以这本书就被我囤了好几个月。不是真找不出时间，是真正有了时间，我就干那些闲七碎八的事情去了。然后，一直到放假作业完了，电脑坏了的情况下，我终于开始了不停的扫书。花了2个小时安安静静读完了《小王子》。</w:t>
      </w:r>
      <w:r>
        <w:rPr>
          <w:lang w:eastAsia="zh-CN"/>
        </w:rPr>
        <w:br/>
      </w:r>
      <w:r>
        <w:rPr>
          <w:lang w:eastAsia="zh-CN"/>
        </w:rPr>
        <w:t>　　开篇看到的蛇吞象在我眼中也成了帽子，然后想起小时候。小时候的许多事情现在在我眼中都成了幼稚，无聊的“黑历史”。这在于小时候所能想得少而有多，长大了想得多而又少。小时候，所知道的东西少，想得少，可是这少又延伸的很多，很多那些单纯，奇异的东西。长大了，知识增长了，想得多，不，应该是考虑的多了，多的又压缩得很窄，因为许多东西没有了那么多弯弯角角，直达我们所谓的正确的东西。几多无奈又如何，“所有大人最初都是孩子”，可是所有孩子最终都会成长为大人。</w:t>
      </w:r>
      <w:r>
        <w:rPr>
          <w:lang w:eastAsia="zh-CN"/>
        </w:rPr>
        <w:br/>
      </w:r>
      <w:r>
        <w:rPr>
          <w:lang w:eastAsia="zh-CN"/>
        </w:rPr>
        <w:t>　　我看这本书竟然看哭了，哭的简直比当初看那些言情小说还伤心。我对小C说我看哭了，小C应该是极为无奈的——回了我一句，我还不至于看哭。有那么几个点，我觉得很伤心。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小王子向飞行员询问羊吃花，然后进行一连串争辩的时候，我觉得小王子就像是一个孤单的人，玫瑰对于他来说，是能让所有星星亮起来的存在。对小王子来说，因为是知道世界上有个她，所以一切都可以变得美好起来。他爱她，所以如果羊吃了花，他的世界就崩塌了。我想，爱上了什么（我不想给什么定边界了），对于其他人无关紧要的事，就会变得很重要。（“如果有人爱上一朵花，天上的星星有亿万颗，而这朵花只长在其中的一颗，这足以让他在仰望天空是感到很快乐。他会告诉自己∶‘在星空的某处有我的花。’但如果绵羊把花吃掉了，对他来说就等于所有的星星突然熄灭了！这也根本不重要吧”）</w:t>
      </w:r>
      <w:r>
        <w:rPr>
          <w:lang w:eastAsia="zh-CN"/>
        </w:rPr>
        <w:br/>
      </w:r>
      <w:r>
        <w:rPr>
          <w:lang w:eastAsia="zh-CN"/>
        </w:rPr>
        <w:t>　　然后是小王子与玫瑰告别的时候。我觉得玫瑰就是任性的小女孩，可是她只会对小王子任性，因为她爱他，所以希望能够偶尔的向他撒撒娇，是的，她的刁蛮任性只是撒娇，只是为了证明她的存在。小王子走了玫瑰便让小王子把玻璃罩拿走了。我觉得玻璃罩就是其中撒娇的道具。当那个能让她撒娇的人都走了，还要这道具做什么。我觉得伤心是因为小王子那么爱玫瑰可他却走了，玫瑰那么爱小王子可这最后她却没有挽留，应该是没有任性撒娇。（他很惊讶花儿居然没有责怪他。他愣住了，玻璃罩也停在半空。他无法理解这种平静的甜蜜。</w:t>
      </w:r>
      <w:r>
        <w:rPr>
          <w:lang w:eastAsia="zh-CN"/>
        </w:rPr>
        <w:br/>
      </w:r>
      <w:r>
        <w:rPr>
          <w:lang w:eastAsia="zh-CN"/>
        </w:rPr>
        <w:t>　　“是的，我是爱你的，”花儿说，“你却什么都不知道，这是我的错。没关系。但你和我一样笨。祝你幸福……把玻璃罩拿走吧，我再也不想要它了。”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“可是会有风的啊……”</w:t>
      </w:r>
      <w:r>
        <w:rPr>
          <w:lang w:eastAsia="zh-CN"/>
        </w:rPr>
        <w:br/>
      </w:r>
      <w:r>
        <w:rPr>
          <w:lang w:eastAsia="zh-CN"/>
        </w:rPr>
        <w:t>　　“我的感冒没那么严重……夜里凉爽的空气对我有好处。我可是花耶。”</w:t>
      </w:r>
      <w:r>
        <w:rPr>
          <w:lang w:eastAsia="zh-CN"/>
        </w:rPr>
        <w:br/>
      </w:r>
      <w:r>
        <w:rPr>
          <w:lang w:eastAsia="zh-CN"/>
        </w:rPr>
        <w:t>　　“可是会有昆虫的……”</w:t>
      </w:r>
      <w:r>
        <w:rPr>
          <w:lang w:eastAsia="zh-CN"/>
        </w:rPr>
        <w:br/>
      </w:r>
      <w:r>
        <w:rPr>
          <w:lang w:eastAsia="zh-CN"/>
        </w:rPr>
        <w:t>　　“我愿意忍受两三条毛毛虫的，因为我想认识蝴蝶。听说蝴蝶很漂亮。否则谁来探望我呢？你就要去远方啦。至于大动物，我可不怕，我有爪子的。”</w:t>
      </w:r>
      <w:r>
        <w:rPr>
          <w:lang w:eastAsia="zh-CN"/>
        </w:rPr>
        <w:br/>
      </w:r>
      <w:r>
        <w:rPr>
          <w:lang w:eastAsia="zh-CN"/>
        </w:rPr>
        <w:t>　　她天真地露出了那四根刺。接着她又说：</w:t>
      </w:r>
      <w:r>
        <w:rPr>
          <w:lang w:eastAsia="zh-CN"/>
        </w:rPr>
        <w:br/>
      </w:r>
      <w:r>
        <w:rPr>
          <w:lang w:eastAsia="zh-CN"/>
        </w:rPr>
        <w:t>　　“别磨蹭了，这让我很难受的。既然你决定要离开，那就走吧。”</w:t>
      </w:r>
      <w:r>
        <w:rPr>
          <w:lang w:eastAsia="zh-CN"/>
        </w:rPr>
        <w:br/>
      </w:r>
      <w:r>
        <w:rPr>
          <w:lang w:eastAsia="zh-CN"/>
        </w:rPr>
        <w:t>　　因为她不希望让小王子看到她流泪。这朵花还真是骄傲啊……）</w:t>
      </w:r>
      <w:r>
        <w:rPr>
          <w:lang w:eastAsia="zh-CN"/>
        </w:rPr>
        <w:br/>
      </w:r>
      <w:r>
        <w:rPr>
          <w:lang w:eastAsia="zh-CN"/>
        </w:rPr>
        <w:t>　　最后是结局我是最伤心的，因为觉得小王子死了，虽然没有明确指出。（现在我的悲伤有点平息了。也就是说……还没有彻底平息。我知道他返回了他的星球，因为天亮时我并没有找到他的尸体。其实他的身体不是很重……我喜欢在夜晚聆听星星的笑声。它们就像五亿个小铃铛。）我就是就觉得他死了。“他的身体不是很重”，我想，尸体很有可能就这样被风吹走了。即使没死，回到了原来的星球，可是一年过去了，猴面包树也会包围了他的星球了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越是偏执的觉得他死了，我就越伤心。想着在小王子不在的这一年，玫瑰过的这样，她的四根刺真的能保护自己吗？还有那只被驯化了的小狐狸，是不是还经常望着那片麦穗等小王子？还有飞行员是不是市场在夜晚听着那五亿个小铃铛？有那么多人在等着他呀。</w:t>
      </w:r>
      <w:r>
        <w:rPr>
          <w:lang w:eastAsia="zh-CN"/>
        </w:rPr>
        <w:br/>
      </w:r>
      <w:r>
        <w:rPr>
          <w:lang w:eastAsia="zh-CN"/>
        </w:rPr>
        <w:t xml:space="preserve">    有关于描述《小王子》的读书心得 篇3 </w:t>
      </w:r>
      <w:r>
        <w:rPr>
          <w:lang w:eastAsia="zh-CN"/>
        </w:rPr>
        <w:br/>
      </w:r>
      <w:r>
        <w:rPr>
          <w:lang w:eastAsia="zh-CN"/>
        </w:rPr>
        <w:t>　　时间飞逝，眼看两个月的假期就要过去了，但在这个假期中，我做了一件特别有意义的是&amp;&amp;读了《小王子》这本书。</w:t>
      </w:r>
      <w:r>
        <w:rPr>
          <w:lang w:eastAsia="zh-CN"/>
        </w:rPr>
        <w:br/>
      </w:r>
      <w:r>
        <w:rPr>
          <w:lang w:eastAsia="zh-CN"/>
        </w:rPr>
        <w:t>　　这是一本由法国现代着名作家和飞行员安托尼&amp;圣埃克苏佩里创作的书，这本书看似童话，实际上是写个大人看的，写给在法国挨冻挨饿，很需要有人安慰的还是小男孩时的莱翁&amp;维尔特。</w:t>
      </w:r>
      <w:r>
        <w:rPr>
          <w:lang w:eastAsia="zh-CN"/>
        </w:rPr>
        <w:br/>
      </w:r>
      <w:r>
        <w:rPr>
          <w:lang w:eastAsia="zh-CN"/>
        </w:rPr>
        <w:t>　　作者的飞机在撒哈拉沙漠上发生了故障，备用的水仅够维持一个星期。在他孤单的时候遇见了来自外星球的小王子。小王子告诉作者，他有一个很小的星球，他有三座火山，每天要拔猴面包树的幼苗。小王子还有一朵玫瑰，这是一朵十分骄傲的玫瑰，小王子真诚地爱着她，她也恋着小王子，因为玫瑰的一次恼怒而对爱生起怀疑，他离开了自己的星星，抛下了玫瑰，开始了自己孤单的旅行。</w:t>
      </w:r>
      <w:r>
        <w:rPr>
          <w:lang w:eastAsia="zh-CN"/>
        </w:rPr>
        <w:br/>
      </w:r>
      <w:r>
        <w:rPr>
          <w:lang w:eastAsia="zh-CN"/>
        </w:rPr>
        <w:t>　　小王子在旅行中首先接触了六种人：国王认为所有人都是他的臣民，不容许违抗他的命令;爱虚荣的人认为所有的人都是他的崇拜者，只听得进赞扬的话;酒鬼喝酒为了忘却羞愧，可羞愧的正是喝酒;商人整天都在数星星，认为星星都是属于他的，并把数目写在纸条上，锁进抽屉;灯夫说，现在的星球每分钟转一圈，我连一秒钟的休息时间也没有了，每分钟要点一次灯熄一次灯;地理学家认为他的职责不是到外边去数城市、河流、山脉、海洋和沙漠，地理学家太重要了，不能到处闲逛。他一路上只是感觉到大人的怪异和不可理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最后，小王子来到了地球，遇见了狐狸，并且在小狐狸的要求下驯养了她。她认为，小王子驯养她，生活将会快乐，别的脚步声会使我往洞里钻，小王子的脚步声却像音乐一般。和狐狸在一起的日子里，小王子明白了自己的玫瑰的独一无二的，因为自己驯养了她，要对她负责任。狐狸送走小王子前告诉了他一个道理：本质的东西，眼睛是看不见的，正是因为你为你的玫瑰，花费了时间，才使你的玫瑰变得那么重要，对你驯养的东西，你要永远负责。</w:t>
      </w:r>
      <w:r>
        <w:rPr>
          <w:lang w:eastAsia="zh-CN"/>
        </w:rPr>
        <w:br/>
      </w:r>
      <w:r>
        <w:rPr>
          <w:lang w:eastAsia="zh-CN"/>
        </w:rPr>
        <w:t>　　这本书对真善美予以热情讴歌，使我回味无穷、念念不忘，还能使那些已被污染的灵魂得到洗涤，去重温失去的天真和感动。</w:t>
      </w:r>
      <w:r>
        <w:rPr>
          <w:lang w:eastAsia="zh-CN"/>
        </w:rPr>
        <w:br/>
      </w:r>
      <w:r>
        <w:rPr>
          <w:lang w:eastAsia="zh-CN"/>
        </w:rPr>
        <w:t xml:space="preserve">    有关于描述《小王子》的读书心得 篇4 </w:t>
      </w:r>
      <w:r>
        <w:rPr>
          <w:lang w:eastAsia="zh-CN"/>
        </w:rPr>
        <w:br/>
      </w:r>
      <w:r>
        <w:rPr>
          <w:lang w:eastAsia="zh-CN"/>
        </w:rPr>
        <w:t>　　《小王子》是一本世界名著。多少年来，他温暖、净化了多少人的心灵。所有的人都被小王子的天真感动，被狐狸的话语所征服：“……只有用心经营感情，我们才能承担起爱的责任。”</w:t>
      </w:r>
      <w:r>
        <w:rPr>
          <w:lang w:eastAsia="zh-CN"/>
        </w:rPr>
        <w:br/>
      </w:r>
      <w:r>
        <w:rPr>
          <w:lang w:eastAsia="zh-CN"/>
        </w:rPr>
        <w:t>　　六年前，“我”驾着飞机，降落在撒哈拉大沙漠，意外认识了可爱的小王子。从此，“我”们相依为伴。他给“我”讲他所在的星球上的故事，讲他的火山，他的玫瑰花，他的经历。“我”给他说“我”小时候的事情，画画、写字和交朋友，“我”们一起度过了这段甜蜜的时光。“我”被小王子的纯洁所感动，被他的人格魅力所深深吸引了。“我”从他身上学到了许多，感悟了许多人生哲理。可最后，小王子却永远离开了“我”，为了他的火山，为了他的玫瑰花，他离开了地球，回到了他的家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乍一看，多么令人伤感的故事呀！但换个角度想，纵使，他的玫瑰是那么傲慢、多疑、自负，纵使，这儿的玫瑰花是一样的美丽，可是，他爱他的玫瑰花呀！在他给他的花儿捉虫的时候，在他给他的花儿罩上挡风罩的时候，他是在付出他那发自内心的爱呀！爱了，便是要付出责任的，爱的责任，使世间一切的一切都变得美丽了，一切的一切都变得独一无二了。当一个人躺在独一无二的阳光下，当一个人看着一朵独一无二的玫瑰时，谁还会比他更幸福呢？这就是小王子拼死也要回到他的家园的原因啊！</w:t>
      </w:r>
      <w:r>
        <w:rPr>
          <w:lang w:eastAsia="zh-CN"/>
        </w:rPr>
        <w:br/>
      </w:r>
      <w:r>
        <w:rPr>
          <w:lang w:eastAsia="zh-CN"/>
        </w:rPr>
        <w:t>　　看了这么多，我们应该都明白了一个道理了吧，爱的责任，看似很深奥，其实很简单：用心灵去洞察本质，用心去爱。当你爱上一个人时，一定要为他承担起责任。父亲爱你，他用他宽厚的肩背为你支起一片天地；母亲爱你，她用她温暖的怀抱安抚着你那幼小的心灵，脆弱的情感。就是在这爱的芬芳里，我们健康、快乐地成长着，并学会了爱身边的人，爱身边的事和物……我相信，只要拥有爱心，每一天都会过得愉快的。</w:t>
      </w:r>
      <w:r>
        <w:rPr>
          <w:lang w:eastAsia="zh-CN"/>
        </w:rPr>
        <w:br/>
      </w:r>
      <w:r>
        <w:rPr>
          <w:lang w:eastAsia="zh-CN"/>
        </w:rPr>
        <w:t>　　读书能够明理，能够增长智慧，让我们都捧起书本，遨游书海，让书香伴我们成长。</w:t>
      </w:r>
      <w:r>
        <w:rPr>
          <w:lang w:eastAsia="zh-CN"/>
        </w:rPr>
        <w:br/>
      </w:r>
      <w:r>
        <w:rPr>
          <w:lang w:eastAsia="zh-CN"/>
        </w:rPr>
        <w:t xml:space="preserve">    有关于描述《小王子》的读书心得 篇5 </w:t>
      </w:r>
      <w:r>
        <w:rPr>
          <w:lang w:eastAsia="zh-CN"/>
        </w:rPr>
        <w:br/>
      </w:r>
      <w:r>
        <w:rPr>
          <w:lang w:eastAsia="zh-CN"/>
        </w:rPr>
        <w:t>　　《小王子》这本阅读率仅次于《圣经》的名著，我似懂非懂地读完了，只是觉得小王子是个忧伤的孩子，他的话总是带着一丝忧伤和甜甜淡淡的感觉，直击读者的心坎。渐渐，我又似乎懂得了小王子彻骨的忧伤和爱的沉重，但我又好像只隐隐懂得了其中的一丝道理。一种关于爱的道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小王子》以作者为故事叙述者，讲述了小王子与他的玫瑰发生了矛盾，他告别了自己的星球，从自己星球出发，去各个星球访问，认识了国王、虚荣者、酒鬼、商人、点灯人和地理家。在地球上认识了作者、狐狸和蛇，也找到了爱。最后，蛇帮助小王子用生命的代价回到了家乡。</w:t>
      </w:r>
      <w:r>
        <w:rPr>
          <w:lang w:eastAsia="zh-CN"/>
        </w:rPr>
        <w:br/>
      </w:r>
      <w:r>
        <w:rPr>
          <w:lang w:eastAsia="zh-CN"/>
        </w:rPr>
        <w:t>　　这本童话书不像其他童话一样，拥有美好而幸福的结局，但在故事中却处处找到充满童趣童真的想象，并告诉我们除了真善美之外的道理。</w:t>
      </w:r>
      <w:r>
        <w:rPr>
          <w:lang w:eastAsia="zh-CN"/>
        </w:rPr>
        <w:br/>
      </w:r>
      <w:r>
        <w:rPr>
          <w:lang w:eastAsia="zh-CN"/>
        </w:rPr>
        <w:t>　　就像小王子离开玫瑰时说：我太年轻，以至于不知道怎样去爱。这句话给了我很大的感触，很多人年轻时都认为身边爱自己的人，对自己好是应该的，是天经地义的，所以也就不会懂得珍惜。但当自己历经沧桑，慢慢老去时，回想往事，就一定会为自己年轻时的轻狂而感到后悔。所以老人就总是会仰天叹息，哀叹声就如天上的星星一样多。如果小王子早一点学会爱，最后就不会用生命去实践爱。假如我们都学会了爱，也就不会那么多的悲伤和后悔。对待父母也是，千万不要认为他们的爱是应得的，作为子女我们要用双重的爱回报。</w:t>
      </w:r>
      <w:r>
        <w:rPr>
          <w:lang w:eastAsia="zh-CN"/>
        </w:rPr>
        <w:br/>
      </w:r>
      <w:r>
        <w:rPr>
          <w:lang w:eastAsia="zh-CN"/>
        </w:rPr>
        <w:t>　　我特别喜欢《小王子》中狐狸说的一句话：你下午四点钟来，那么从三点钟起，我就开始有了幸福感。时间越临近，我就越感到幸福。我觉得我就如狐狸一样，总是那么期待幸福，给自己满满的幸福感，我会对自己说：不用羡慕别人的幸福，因为说不定也会有人正在仰望着我的幸福。不能否认，我和狐狸都是会享受幸福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每个人都有过童年，有过天真无邪的童心，但也许这些童心会一点点地被岁月的流逝侵蚀，大人也会在利益斗争的世界里，慢慢忘记自己曾经是一个小孩子，曾经拥有那么多烂漫的回忆。这时候他们就需要一本《小王子》，来唤醒他们心中沉睡已久的童年记忆。</w:t>
      </w:r>
      <w:r>
        <w:rPr>
          <w:lang w:eastAsia="zh-CN"/>
        </w:rPr>
        <w:br/>
      </w:r>
      <w:r>
        <w:rPr>
          <w:lang w:eastAsia="zh-CN"/>
        </w:rPr>
        <w:t>　　至今这本书我仍然没有完全读通，我需要用未来无限的时间来参透这本经久不衰的传奇，它将带给我无限的乐趣和道理。</w:t>
      </w:r>
      <w:r>
        <w:rPr>
          <w:lang w:eastAsia="zh-CN"/>
        </w:rPr>
        <w:br/>
      </w:r>
      <w:r>
        <w:rPr>
          <w:lang w:eastAsia="zh-CN"/>
        </w:rPr>
        <w:t xml:space="preserve">    有关于描述《小王子》的读书心得 篇6 </w:t>
      </w:r>
      <w:r>
        <w:rPr>
          <w:lang w:eastAsia="zh-CN"/>
        </w:rPr>
        <w:br/>
      </w:r>
      <w:r>
        <w:rPr>
          <w:lang w:eastAsia="zh-CN"/>
        </w:rPr>
        <w:t>　　他是外星球来的小王子，孤独、寂寞、高贵。来到地球，他有许多困惑，对这些所谓的大人不理解，但是他说，不要埋怨他们，对待大人，小小孩应该非常宽容大度。</w:t>
      </w:r>
      <w:r>
        <w:rPr>
          <w:lang w:eastAsia="zh-CN"/>
        </w:rPr>
        <w:br/>
      </w:r>
      <w:r>
        <w:rPr>
          <w:lang w:eastAsia="zh-CN"/>
        </w:rPr>
        <w:t>　　他爱上了他那个小小的星球上唯一的一朵玫瑰花，花儿也爱上了他，但是爱让花儿变得敏感多疑，不停地折磨着同样爱它的小王子。它言不由衷，它虚张声势，它说话刻薄。其实，这一切都是花儿的小伎俩，它只是因为太怕失去他。小王子因为年轻，看不透花儿口是心非后面隐藏的似水柔情。离开了他爱的花儿。</w:t>
      </w:r>
      <w:r>
        <w:rPr>
          <w:lang w:eastAsia="zh-CN"/>
        </w:rPr>
        <w:br/>
      </w:r>
      <w:r>
        <w:rPr>
          <w:lang w:eastAsia="zh-CN"/>
        </w:rPr>
        <w:t>　　虽然如此，他心里依然爱着它。他一直以为这朵花是世界上独一无二的，他觉得自己很富有，他说：“如果一个人爱上了一朵宇宙繁星里独一无二的花，这足以让他在看这些星星的时候感到幸福。他会对自己说：我的花就在那儿，在某颗星上……”</w:t>
      </w:r>
      <w:r>
        <w:rPr>
          <w:lang w:eastAsia="zh-CN"/>
        </w:rPr>
        <w:br/>
      </w:r>
      <w:r>
        <w:rPr>
          <w:lang w:eastAsia="zh-CN"/>
        </w:rPr>
        <w:t>　　但是他在另一个星球发现了一个玫瑰园，才知道他爱的那朵花原来只是千千万万个花儿中的一朵。他很伤心，原来他爱的那朵花只是普普通通的一朵玫瑰花。</w:t>
      </w:r>
      <w:r>
        <w:rPr>
          <w:lang w:eastAsia="zh-CN"/>
        </w:rPr>
        <w:br/>
      </w:r>
      <w:r>
        <w:rPr>
          <w:lang w:eastAsia="zh-CN"/>
        </w:rPr>
        <w:t xml:space="preserve">    有关于描述《小王子》的读书心得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翻开了《小王子》这本书，不由自主的就跟着小王子一起旅行了起来。</w:t>
      </w:r>
      <w:r>
        <w:rPr>
          <w:lang w:eastAsia="zh-CN"/>
        </w:rPr>
        <w:br/>
      </w:r>
      <w:r>
        <w:rPr>
          <w:lang w:eastAsia="zh-CN"/>
        </w:rPr>
        <w:t>　　故事中的小王子对日常抱着认真的心态，他勤勉地疏通火山口，拔着猴包树的幼苗，但是小王子是孤独的，在他心情低落的时间，他会提着凳子追着太阳看日出，仅有欣赏日落时那脉脉含情的余晖，才是他的享受。有幸的是一朵玫瑰进入了他的日常，玫瑰有着沉静的柔情，她在谎言被揭穿后反复咳嗽，她是一朵非常漂亮并且骄傲的花。她恋着忧伤的小王子，小王子也真诚的爱着玫瑰，但是一件小事最后却使他们分开，敏感的小王子因为玫瑰的一次恼怒而对爱生气怀疑，他离开了自我的星球，抛下了玫瑰，开始了自我孤单的旅行。</w:t>
      </w:r>
      <w:r>
        <w:rPr>
          <w:lang w:eastAsia="zh-CN"/>
        </w:rPr>
        <w:br/>
      </w:r>
      <w:r>
        <w:rPr>
          <w:lang w:eastAsia="zh-CN"/>
        </w:rPr>
        <w:t>　　小王子在旅途中接触着新的人和物。小王子看到了世间百态，形形色色的人在物欲横流的社会里迷失着本性。权利、虚荣、贪婪、懦弱产生在群众的心里。我们向欲望屈服对物品顶礼;因为堕落而痛楚，因为痛楚而愈发的堕落;背负着知识的重担而流失了思考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直到他来到地球，碰到了小狐狸，并在小狐狸的主动申请下驯养了它。小王子终究是要离开它的，但是它是知足的。它拥有的麦子变成了金黄色，看到麦子，就会想到小王子金黄的头发，孤独的心有了一丝希望。在与小狐狸在一起的日子，小王子学会了爱，懂得了要对玫瑰负责，因为他驯养过玫瑰，就永远负有责任。小狐狸送走了小王子，并告诉他，实质性的东西用眼部是看不到的。在与小狐狸在一起的日子，小王子学会了爱，懂得了要对玫瑰负责，因为他驯养过玫瑰，就永远负有责任。</w:t>
      </w:r>
      <w:r>
        <w:rPr>
          <w:lang w:eastAsia="zh-CN"/>
        </w:rPr>
        <w:br/>
      </w:r>
      <w:r>
        <w:rPr>
          <w:lang w:eastAsia="zh-CN"/>
        </w:rPr>
        <w:t>　　可最后小王子了解自我已无法回去，他徘徊着，思念着玫瑰。在布满思念却不能回去的日子里，小王子是脆弱的的，他又无法忍受思念的孤独，他必须回去，却用毒液结束自我的生命，好放开粗笨的身体，快点回到玫瑰的身边。最后，小王子放开了粗笨的身体，却永远流失了见到玫瑰的机会。小王子就像一棵树一样轻轻倒了下去，柔软的沙地，连一点声音也没有。</w:t>
      </w:r>
      <w:r>
        <w:rPr>
          <w:lang w:eastAsia="zh-CN"/>
        </w:rPr>
        <w:br/>
      </w:r>
      <w:r>
        <w:rPr>
          <w:lang w:eastAsia="zh-CN"/>
        </w:rPr>
        <w:t>　　小王子是否活过来，是否回到了自我的家，是否过着幸福的日常生活。我们都不了解，但是我们会在心底祝福，正如小狐狸说的那样：眼部是什么也看不到的，应该专心去寻找。</w:t>
      </w:r>
      <w:r>
        <w:rPr>
          <w:lang w:eastAsia="zh-CN"/>
        </w:rPr>
        <w:br/>
      </w:r>
      <w:r>
        <w:rPr>
          <w:lang w:eastAsia="zh-CN"/>
        </w:rPr>
        <w:t xml:space="preserve">    有关于描述《小王子》的读书心得 篇8 </w:t>
      </w:r>
      <w:r>
        <w:rPr>
          <w:lang w:eastAsia="zh-CN"/>
        </w:rPr>
        <w:br/>
      </w:r>
      <w:r>
        <w:rPr>
          <w:lang w:eastAsia="zh-CN"/>
        </w:rPr>
        <w:t>　　最近我读了一本书《小王子》，它主要讲的是我驾驶者飞机飞越撒哈拉大沙漠的时候，因为飞机出了故障，便掉进了沙漠，遇到了从另一个星球来的小王子。小王子给他讲了他的探险经历。最后他的飞机修好了，小王子也要回到他的星球了，作者至今难忘可爱的小王子。</w:t>
      </w:r>
      <w:r>
        <w:rPr>
          <w:lang w:eastAsia="zh-CN"/>
        </w:rPr>
        <w:br/>
      </w:r>
      <w:r>
        <w:rPr>
          <w:lang w:eastAsia="zh-CN"/>
        </w:rPr>
        <w:t>　　小王子要离开他的星球了，骄傲的玫瑰很舍不得他，领悟到自己以前是多么的傻，并不珍惜幸福，当幸福离它远去时，才感叹以前的日子是多么幸福美满。所以我们应该珍惜我们美好的生活。另一方面，玫瑰自身太过软弱，有句歌词不是这样唱：“阳光总在风雨后，”吗?靠别人去保护你不是你自己的力量，我们应该学会在困难面前不低头，不能一味的去寻求别人的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他来到了一个星球，上面有一个爱吹嘘、撒谎但有时还是挺通情达理的国王。当小王子在他面前打瞌睡的时候他并没有生气，但是他并不统治整个宇宙，却说是因为他不能让别人做他们做不到的事，我觉得这是典型的“吃不到葡萄就说葡萄酸”。</w:t>
      </w:r>
      <w:r>
        <w:rPr>
          <w:lang w:eastAsia="zh-CN"/>
        </w:rPr>
        <w:br/>
      </w:r>
      <w:r>
        <w:rPr>
          <w:lang w:eastAsia="zh-CN"/>
        </w:rPr>
        <w:t>　　他又去了一个有爱虚荣的人的星球，一个有酒鬼的星球，一个有商人的星球，一个有点灯人的星球，一个有地理学家的星球，最后他来到了地球。</w:t>
      </w:r>
      <w:r>
        <w:rPr>
          <w:lang w:eastAsia="zh-CN"/>
        </w:rPr>
        <w:br/>
      </w:r>
      <w:r>
        <w:rPr>
          <w:lang w:eastAsia="zh-CN"/>
        </w:rPr>
        <w:t>　　在地球上他遇到了蛇，蛇虽没有脚，但它能行千里路，我们不应该看扁了它。他又遇到了一只狐狸，狐狸想请他当它的主人。</w:t>
      </w:r>
      <w:r>
        <w:rPr>
          <w:lang w:eastAsia="zh-CN"/>
        </w:rPr>
        <w:br/>
      </w:r>
      <w:r>
        <w:rPr>
          <w:lang w:eastAsia="zh-CN"/>
        </w:rPr>
        <w:t>　　这时，我遇到了他，他把这些经历告诉了我，我们聊天、谈心。终于，我的飞机修好了，他也该回到他的星球去了。我至今思念着他。</w:t>
      </w:r>
      <w:r>
        <w:rPr>
          <w:lang w:eastAsia="zh-CN"/>
        </w:rPr>
        <w:br/>
      </w:r>
      <w:r>
        <w:rPr>
          <w:lang w:eastAsia="zh-CN"/>
        </w:rPr>
        <w:t>　　我不明白他到底想表明什么，是他对小王子的爱和思念之情吗?请高人指点。</w:t>
      </w:r>
      <w:r>
        <w:rPr>
          <w:lang w:eastAsia="zh-CN"/>
        </w:rPr>
        <w:br/>
      </w:r>
      <w:r>
        <w:rPr>
          <w:lang w:eastAsia="zh-CN"/>
        </w:rPr>
        <w:t xml:space="preserve">    有关于描述《小王子》的读书心得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我读《小王子》这本书，大约用了半小时，又感觉读得不过瘾，从头又读了一遍。读完两遍，这本书的内容久久不能喻之于怀，总觉得这本书描写了一个极富哲理意义的故事。正应了一句话：虽是童话，却是哲理。西方人有句谚语：一千个读者，就有一千个哈姆雷特。诚然，不同的人读《哈姆雷特》，肯定会有不同的见解。我们读《小王子》，也肯定是这样，不同的人在不同的时间段、年龄段读这本书，肯定会有不同的见解。结合自己的精力，我对这个故事，说说我自己简单的见解。</w:t>
      </w:r>
      <w:r>
        <w:rPr>
          <w:lang w:eastAsia="zh-CN"/>
        </w:rPr>
        <w:br/>
      </w:r>
      <w:r>
        <w:rPr>
          <w:lang w:eastAsia="zh-CN"/>
        </w:rPr>
        <w:t>　　读《小王子》这本书，不同的人可以从不同的角度来解说这个故事，我就从最常见，也是与青少年内心联系最紧密的爱情角度来解说这个故事，说说我自己粗浅的理解。我所说的爱情主要是小王子和玫瑰、小狐狸之间的关系，书中没有说他们之间的关系是爱情关系，只用了“征服”这个词语。我将其理解为三人之间的爱情关系。先是小王子爱着玫瑰，天天给玫瑰浇水，但是玫瑰并不爱小王子。而后是小狐狸遇到小王子，爱上了小王子，但是小王子不爱小狐狸，而是依旧爱着玫瑰。这就是三者之间的爱情，抑或是征服，玫瑰征服了小王子，小王子征服了小狐狸，反过来，却不能征服对方。</w:t>
      </w:r>
      <w:r>
        <w:rPr>
          <w:lang w:eastAsia="zh-CN"/>
        </w:rPr>
        <w:br/>
      </w:r>
      <w:r>
        <w:rPr>
          <w:lang w:eastAsia="zh-CN"/>
        </w:rPr>
        <w:t>　　针对这种情况，我所理解的是，小王子自始至终爱着玫瑰，为玫瑰付出了很多努力和精力，但依旧没打动玫瑰的心，因为玫瑰是自高自大，目中无人。之后，小王子历经很多事情，再回到自己的星球，玫瑰对小王子的态度才有所改变。可能是因为小王子离开的这段时间，玫瑰认识到了自己的错误，也认识到了小王子对自己的喜爱。这就像人与人之间的关系，只有失去了，才懂得珍惜，才知道拥有时多么地重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狐狸说：“对我来说，你只是一个小男孩，就像其他成千上万个小男孩一样没有什么两样。我不需要你。你也不需要我。对你来说，我也只是一只狐狸，和其他成千上万的狐狸没有什么不同。但是，如果你驯养了我，我们就会彼此需要。对我来说，你就是我的世界里独一无二的了;我对你来说，也是你的世界里的唯一了。”</w:t>
      </w:r>
      <w:r>
        <w:rPr>
          <w:lang w:eastAsia="zh-CN"/>
        </w:rPr>
        <w:br/>
      </w:r>
      <w:r>
        <w:rPr>
          <w:lang w:eastAsia="zh-CN"/>
        </w:rPr>
        <w:t>　　如果你说你在下午四点来，从三点钟开始，我就开始感觉很快乐，时间越临近，我就越来越感到快乐。到了四点钟的时候，我就会坐立不安，我发现了幸福的价值，但是如果你随便什么时候来，我就不知道在什么时候准备好迎接你的心情了。</w:t>
      </w:r>
      <w:r>
        <w:rPr>
          <w:lang w:eastAsia="zh-CN"/>
        </w:rPr>
        <w:br/>
      </w:r>
      <w:r>
        <w:rPr>
          <w:lang w:eastAsia="zh-CN"/>
        </w:rPr>
        <w:t>　　“你们很美，但你们是空虚的。”小王子仍然在对她们说，“没有人能为你们去死。当然啰，我的那朵玫瑰花，一个普通的过路人以为她和你们一样。可是，她单独一朵就比你们全体更重要，因为她是我浇灌的。因为她是我放在花罩中的。因为她是我用屏风保护起来的。因为她身上的毛虫(除了留下两三只为了变蝴蝶而外)是我除灭的。因为我倾听过她的怨艾和自诩，甚至有时我聆听着她的沉默。因为她是我的玫瑰。”</w:t>
      </w:r>
      <w:r>
        <w:rPr>
          <w:lang w:eastAsia="zh-CN"/>
        </w:rPr>
        <w:br/>
      </w:r>
      <w:r>
        <w:rPr>
          <w:lang w:eastAsia="zh-CN"/>
        </w:rPr>
        <w:t>　　如果不去遍历世界，我们就不知道什么是我们精神和情感的寄托，但我们一旦遍历了世界，却发现我们再也无法回到那美好的地方去了。当我们开始寻求，我们就已经失去，而我们不开始寻求，我们根本无法知道自己身边的一切是如此可贵。</w:t>
      </w:r>
      <w:r>
        <w:rPr>
          <w:lang w:eastAsia="zh-CN"/>
        </w:rPr>
        <w:br/>
      </w:r>
      <w:r>
        <w:rPr>
          <w:lang w:eastAsia="zh-CN"/>
        </w:rPr>
        <w:t>　　我始终认为一个人可以很天真简单的活下去，必是身边无数人用更大的代价守护而来的。</w:t>
      </w:r>
      <w:r>
        <w:rPr>
          <w:lang w:eastAsia="zh-CN"/>
        </w:rPr>
        <w:br/>
      </w:r>
      <w:r>
        <w:rPr>
          <w:lang w:eastAsia="zh-CN"/>
        </w:rPr>
        <w:t xml:space="preserve">    有关于描述《小王子》的读书心得 篇10 </w:t>
      </w:r>
      <w:r>
        <w:rPr>
          <w:lang w:eastAsia="zh-CN"/>
        </w:rPr>
        <w:br/>
      </w:r>
      <w:r>
        <w:rPr>
          <w:lang w:eastAsia="zh-CN"/>
        </w:rPr>
        <w:t>　　人提到自己喜欢的书时，定有不少人会选择一本童话，因为所有的人对童年都是渴望的。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钟情于《小王子》，这部不足五万字的童话须要我们认真来研读。我第一次接触到《小王子》时，是在我十岁的时候。我被那清新的文笔所深深吸引，所以一口气就把它读完了。此后我只要有时间，就会翻看这本百看不厌的《小王子》。</w:t>
      </w:r>
      <w:r>
        <w:rPr>
          <w:lang w:eastAsia="zh-CN"/>
        </w:rPr>
        <w:br/>
      </w:r>
      <w:r>
        <w:rPr>
          <w:lang w:eastAsia="zh-CN"/>
        </w:rPr>
        <w:t>　　两年后的今天，我再次被小王子那带着淡淡忧伤又不失哲理的话感动了。“只有用心才能看到事物的本质，精髓是眼睛看不见的。 ”没有离奇的情节，更没有什么惊天动地的壮举，却能在我的心上盖下一个小印记。我无法去描述他，这个忧郁沉着的小人儿，他来自于一颗小小的B612行星。作者在莫大的沙漠中，机缘巧合地与他相遇，心灵相通。一般的童话结局总是美满幸福的，而小王子在最后发现爱的真谛后被毒蛇咬死在沙漠中。故事很简单，没有惊悚悬疑，没有豪华奢侈，由小王子从他的星球出发开始，他遇到了形形色色的人物：一位国王、爱慕虚荣者、一个酒鬼、一个商人、一位点灯人和地理学家。他们所做的事总是让人目瞪口呆，继而捧腹大笑。这也表示小王子把世人做了6种分类：傲慢、虚荣、无耻、自以为是、负责、智慧。他的分类很精确独到。</w:t>
      </w:r>
      <w:r>
        <w:rPr>
          <w:lang w:eastAsia="zh-CN"/>
        </w:rPr>
        <w:br/>
      </w:r>
      <w:r>
        <w:rPr>
          <w:lang w:eastAsia="zh-CN"/>
        </w:rPr>
        <w:t>　　《小王子》这本书不长，却融入了许多重要的人生意义，令我们警醒并保持善良，让我们对美永远向往。</w:t>
      </w:r>
      <w:r>
        <w:rPr>
          <w:lang w:eastAsia="zh-CN"/>
        </w:rPr>
        <w:br/>
      </w:r>
      <w:r>
        <w:rPr>
          <w:lang w:eastAsia="zh-CN"/>
        </w:rPr>
        <w:t xml:space="preserve">    有关于描述《小王子》的读书心得 篇11 </w:t>
      </w:r>
      <w:r>
        <w:rPr>
          <w:lang w:eastAsia="zh-CN"/>
        </w:rPr>
        <w:br/>
      </w:r>
      <w:r>
        <w:rPr>
          <w:lang w:eastAsia="zh-CN"/>
        </w:rPr>
        <w:t>　　读《小王子》时总能感觉到字里行间透漏着淡淡的伤感，一本定位为童话的书本不应该是这样的。而正是因为这种味道使这本书闻名遐迩。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小王子因为迷茫而开始旅行，路过了一个又一个星球，遇见了需要他爱的人——国王，虚荣的人。同时也遇见了爱他的人——狐狸以及飞行员。他懂得了驯养和爱的责任。可是啊，可是他还是那个可以一天看43次日出的忧郁地善良的少年。他变了又没变，兜兜转转仿佛回到了原地，继续在迷茫之中生活……</w:t>
      </w:r>
      <w:r>
        <w:rPr>
          <w:lang w:eastAsia="zh-CN"/>
        </w:rPr>
        <w:br/>
      </w:r>
      <w:r>
        <w:rPr>
          <w:lang w:eastAsia="zh-CN"/>
        </w:rPr>
        <w:t>　　或许这也影射了作者的内心，作者在经历了成人世界的残酷黑暗挣扎后，并未被这些虚无同化，他难能可贵的保留着孩子般的单纯善良，像拥有着不见天日的珍宝。他不留情面地批判者成人世界的虚无，又表达出了对孩子单纯美好世界难以遏制的向往之情。</w:t>
      </w:r>
      <w:r>
        <w:rPr>
          <w:lang w:eastAsia="zh-CN"/>
        </w:rPr>
        <w:br/>
      </w:r>
      <w:r>
        <w:rPr>
          <w:lang w:eastAsia="zh-CN"/>
        </w:rPr>
        <w:t>　　人们在长大之后，世界往往被局限，孩童时的想象力和好奇心在岁月中慢慢被消磨，最后选择附首尘俗。这仿佛是宇宙定律，可人们往往在长大之后才能知道孩童无暇笑声的珍贵。人们往往像小王子和玫瑰的故事一样，年少时不懂得怎样去爱人，直到经历过如狐狸般的人后，才发现辜负了当年美好的感情。惊觉时光已逝，相见恨早。如果光阴可以截长取短，或许也能凑个结局团圆。重要的东西用眼睛是看不见的，要用心才能去看见，我觉得这件重要的东西之一就是爱，我们要时常擦拭心灵，保持明净，用心去看清爱，用心去爱，而不是让生活的磨难衰老了心灵阻碍了自己与自己生命里那些重要的人的爱的沟通和传递，因为我们往往能够伤害的，正是那些爱着我们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每一种坚强，都是柔软磨出的茧。小王子是脆弱的，他不知道怎样面对玫瑰的感情，不知道怎么应付难搞的大人世界。他是坚强的，他敢于走进迷茫之中，去寻找真正属于自己的路。小王子回到星球会发生什么？星球上有没有长满猴面包树？玫瑰有没有被绵羊吃掉？还是玫瑰在离开小王子之后也获得了成长，甩开了自身的依赖心理，以崭新的姿态迎接小王子，这当然是最俗套的结局，可这次我宁愿俗套至死。因为那个金色头发且拥有清脆笑声的少年配得上一切美好，愿他可以永远不在夕阳的余晖中暗自忧郁。可惜小王子最后的结局是，小王子被一跳毒蛇咬了，他的身体再发冷，意识渐渐模糊……</w:t>
      </w:r>
      <w:r>
        <w:rPr>
          <w:lang w:eastAsia="zh-CN"/>
        </w:rPr>
        <w:br/>
      </w:r>
      <w:r>
        <w:rPr>
          <w:lang w:eastAsia="zh-CN"/>
        </w:rPr>
        <w:t>　　生命的复杂，就在于不可预期，不容解释，不能理清。好像走在迷雾中，看不见任何方向，没有人可以判别前面是否断崖或绝路。生命只能持续走下去。直到雾散了，答案才终得明白。迷茫是生活的常态，我们不知前方的荆棘坎坷温暖柔和，但就像这本书中的那样，即使是在沙漠中也有井的存在，五千朵玫瑰中你也可以认出你爱的是哪一朵，头顶上浩渺星空中也有一颗被你驯养。</w:t>
      </w:r>
      <w:r>
        <w:rPr>
          <w:lang w:eastAsia="zh-CN"/>
        </w:rPr>
        <w:br/>
      </w:r>
      <w:r>
        <w:rPr>
          <w:lang w:eastAsia="zh-CN"/>
        </w:rPr>
        <w:t>　　只有你先跌落谷底，你才知道你的人生该何去何从。年华似水匆匆一瞥，多少岁月轻描淡写，令人感动的瞬间无数。</w:t>
      </w:r>
      <w:r>
        <w:rPr>
          <w:lang w:eastAsia="zh-CN"/>
        </w:rPr>
        <w:br/>
      </w:r>
      <w:r>
        <w:rPr>
          <w:lang w:eastAsia="zh-CN"/>
        </w:rPr>
        <w:t xml:space="preserve">    有关于描述《小王子》的读书心得 篇12 </w:t>
      </w:r>
      <w:r>
        <w:rPr>
          <w:lang w:eastAsia="zh-CN"/>
        </w:rPr>
        <w:br/>
      </w:r>
      <w:r>
        <w:rPr>
          <w:lang w:eastAsia="zh-CN"/>
        </w:rPr>
        <w:t>　　等那一朵玫瑰的盛放，等那一段旅途的终点，等一首歌的落音，等一个故事的谢幕。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从小王子离开612星球上独一无二的玫瑰开始，注定了这是一个刻苦铭心而又漫长的旅程，临别的时候，玫瑰还是那样的倔脾气，不肯委声的诉说不舍，像极了我们生活中那些刀子嘴豆腐心的人，面对自己的亲人、爱人，还要死死扞卫着那副尊严的皮囊，直到远送离去的背影，落下斜阳草树中的眼泪。玫瑰当然直到，离开了612星球，她就不是唯一的玫瑰了，指不定是唯二还是唯几，所以她还是无奈自己的倔强，在朦胧中远眺着小王子的背影。想想我们是不是应该在特定的时候，能够放下自己的身段，去诉说自己的情感，人世间没有多少次表达真心的机会，我们应该好好的把握。</w:t>
      </w:r>
      <w:r>
        <w:rPr>
          <w:lang w:eastAsia="zh-CN"/>
        </w:rPr>
        <w:br/>
      </w:r>
      <w:r>
        <w:rPr>
          <w:lang w:eastAsia="zh-CN"/>
        </w:rPr>
        <w:t>　　小王子之后遇到了别的星球上的一些稀奇古怪的人，让我印象深刻的有两个星球上的人。一个星球上的是自以为全宇宙最富有的一个男人，他坐在自己的小办公室里面，没日没夜的数着星星，他说全宇宙的星星都是他的，所以他要好好管理他们，就必须得每天都这么数着。小王子不了解这么富有有什么意义，可是那个富有的人却觉得只要拥有了财富什么都可以做了。小王子唉声叹气的离开这个星球，留下了心中的一堆疑问。其实那个男人就像是我们生活中那些只懂得去拼命赚钱，而忽略了身边的美好景物的人。为什么要把星星当成钱财去占有呢?为什么不把它们当成美景去欣赏呢，一大片一大片的星空尽在眼底，没有钱财，权利，没有欲望，天下的所有都可以是自己眼中的一番美景。占有不如去欣赏，这是一个道理，有人能读却不一定能够读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另一个星球上的一个人也是很有趣的，小王子看到他的时候，只见他前一秒钟点灯，后一面钟又把灯熄灭了，一直这么循环。小王子问：你在干吗呢?点灯人说我是一个点灯人，这个星球公转太快，天黑天亮很快，我必须不断的点灯灭灯。小王子说：那你为什么不一直跟着太阳一直走呢，这样你就永远不用点灯了，因为永远都是天亮着的!点灯人笑了笑，说：或许我存在的意义就是点灯，这样那些需要照明的人才能够看到光亮。小王子若有所思地离开了。点灯人存在的意义是点灯，没错啊，尽忠职守，各司其职，是这个社会很需要的，每个人都有自己存在的意义，医生存在的意义就是医治病人，不能为了少医治病人而去到一个很健康的地方，警察存在的意义就是为了治安稳定，不能为了业绩，而去到一个太平的地方，而减少自己工作次数。明白自己的本分，知道自己存在的意义，是升华灵魂的金钥匙。如果不能成为一个名声大震的人，做一个默默的点灯人也不错，至少在自己一生的旅途中，曾经为某某亮起过很重要的点点星光。</w:t>
      </w:r>
      <w:r>
        <w:rPr>
          <w:lang w:eastAsia="zh-CN"/>
        </w:rPr>
        <w:br/>
      </w:r>
      <w:r>
        <w:rPr>
          <w:lang w:eastAsia="zh-CN"/>
        </w:rPr>
        <w:t>　　小王子曾到过地球上一处的玫瑰园中，他看到满园盛放的玫瑰，玫瑰嘲笑他说：这里的玫瑰都是一样的，一样的漂亮，没有你的独一无二的玫瑰。小王子眼神更坚定了，他说：因为我对我的玫瑰付出过时间，所以她是独一无二的。背对着一片奚落，小王子离开了玫瑰园。因为我对我的玫瑰付出过时间，所以是独一无二的。世界上上亿的人儿匆匆而过，身边有珍惜的人是因为我们都对彼此付出过时间，所以对我来说他是独一无二的，以后人生的道路上，相惜相伴。从大爆炸开始，时间就一点一滴开始被我们认知，消耗。把我们短暂的光阴消耗到别人的身上，说明他必定是珍贵的，无可取代的，光阴和人重叠在一起，变成了珍贵的回忆，独一无二的回忆。不论世人怎么看这样的过往，对你来说都是独一无二的。</w:t>
      </w:r>
      <w:r>
        <w:rPr>
          <w:lang w:eastAsia="zh-CN"/>
        </w:rPr>
        <w:br/>
      </w:r>
    </w:p>
    <w:p w:rsidR="001B1F19" w14:textId="27C3F48A">
      <w:pPr>
        <w:rPr>
          <w:rFonts w:hint="eastAsia"/>
          <w:lang w:eastAsia="zh-CN"/>
        </w:rPr>
      </w:pPr>
      <w:r>
        <w:rPr>
          <w:lang w:eastAsia="zh-CN"/>
        </w:rPr>
        <w:t>　　圣埃克絮佩里为成人的世界写了一部童话，写美了世间的匆忙，点缀了夜里不曾亮起的星星，闪耀在地球这个谜一样的国度，投射出一片红心，照在了612星球那朵孤独的玫瑰上。小王子在沙漠中对我说，他想要回去看玫瑰了，玫瑰一定很孤单，无数个日日夜夜的翘首以盼，他的漂流应该结束了。无怨无悔的玫瑰，忠诚的狐狸，娇艳的玫瑰园里千万朵玫瑰，执着的点灯人，固执的醉酒人，自以为拥有全宇宙财富的数星星的人所有所有都是现实社会中不同类型的人的投影，写得一针见血，深刻，引人深思。</w:t>
      </w:r>
      <w:r>
        <w:rPr>
          <w:lang w:eastAsia="zh-CN"/>
        </w:rPr>
        <w:br/>
      </w:r>
      <w:r>
        <w:rPr>
          <w:lang w:eastAsia="zh-CN"/>
        </w:rPr>
        <w:t>　　我希望我能去到大沙漠中再遇到小王子，听一段美好的过往，整理人生，整理回忆。</w:t>
      </w:r>
      <w:r>
        <w:rPr>
          <w:lang w:eastAsia="zh-CN"/>
        </w:rPr>
        <w:br/>
      </w:r>
      <w:r>
        <w:rPr>
          <w:lang w:eastAsia="zh-CN"/>
        </w:rPr>
        <w:t>　　一个人有一朵玫瑰，或许已经足够了</w:t>
      </w:r>
      <w:r>
        <w:rPr>
          <w:lang w:eastAsia="zh-CN"/>
        </w:rPr>
        <w:br/>
      </w:r>
      <w:r>
        <w:rPr>
          <w:lang w:eastAsia="zh-CN"/>
        </w:rPr>
        <w:t xml:space="preserve">    有关于描述《小王子》的读书心得 篇13 </w:t>
      </w:r>
      <w:r>
        <w:rPr>
          <w:lang w:eastAsia="zh-CN"/>
        </w:rPr>
        <w:br/>
      </w:r>
      <w:r>
        <w:rPr>
          <w:lang w:eastAsia="zh-CN"/>
        </w:rPr>
        <w:t>　　寒假时我就读过《小王子》这本书。最近，我又读了一遍，它让我明白了许许多多的道理。故事中的小王子是一个外星人，飞离了自己那“B612”号小行星，在太空中转了一大圈，拜访了一些其它的星球，见识了不少事情，遇见了一些人物，后来来到地球上，与地球人“我”建立了永久不渝的友谊。特别是他们互相鼓励，互相帮助，成了生死之交，一年之后，他告别了朋友，又回到自己的星球去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https://d.book118.com/886001003020010053</w:t>
        </w:r>
      </w:hyperlink>
    </w:p>
    <w:p w:rsidR="001B1F19">
      <w:pPr>
        <w:rPr>
          <w:rFonts w:hint="eastAsia"/>
          <w:lang w:eastAsia="zh-CN"/>
        </w:rPr>
      </w:pPr>
    </w:p>
    <w:sectPr>
      <w:type w:val="nextPage"/>
      <w:pgSz w:w="11906" w:h="16838"/>
      <w:pgMar w:top="1440" w:right="1800" w:bottom="1440" w:left="1800" w:header="851" w:footer="992" w:gutter="0"/>
      <w:pgNumType w:start="2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8600100302001005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