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教师思想总结范文</w:t>
      </w:r>
    </w:p>
    <w:p>
      <w:pPr>
        <w:spacing w:before="100" w:after="200" w:line="360" w:lineRule="auto"/>
        <w:ind w:firstLine="576"/>
        <w:jc w:val="left"/>
      </w:pPr>
      <w:r>
        <w:rPr>
          <w:rFonts w:ascii="宋体" w:eastAsia="宋体" w:hAnsi="宋体"/>
          <w:sz w:val="28"/>
        </w:rPr>
        <w:t>不知不觉中走向教师这个工作岗位已经有十几个年头了，可是在这十几年里做教师的基本准则从来就没有改变过：有正确的教书育人的观念，关爱每一位学生，热爱每一位学生。通过十几年的实践，我更深刻地懂得了教师的责任，让我更真切地感受到学高为师身正是范的道理。从而全心全意地爱着每一位学生的工作宗旨深深地烙在了我的心里。</w:t>
      </w:r>
    </w:p>
    <w:p>
      <w:pPr>
        <w:spacing w:before="100" w:after="200" w:line="360" w:lineRule="auto"/>
        <w:jc w:val="left"/>
      </w:pPr>
      <w:r>
        <w:rPr>
          <w:rFonts w:ascii="宋体 (中文正文)" w:eastAsia="宋体" w:hAnsi="宋体 (中文正文)"/>
          <w:b/>
          <w:sz w:val="28"/>
        </w:rPr>
        <w:t>一、教学有道</w:t>
      </w:r>
    </w:p>
    <w:p>
      <w:pPr>
        <w:spacing w:before="100" w:after="200" w:line="360" w:lineRule="auto"/>
        <w:ind w:firstLine="576"/>
        <w:jc w:val="left"/>
      </w:pPr>
      <w:r>
        <w:rPr>
          <w:rFonts w:ascii="宋体" w:eastAsia="宋体" w:hAnsi="宋体"/>
          <w:sz w:val="28"/>
        </w:rPr>
        <w:t>在教学中，我坚持以人为本，贯彻既教书又育人的教学指导思想，变化教学方式，努力做到深入浅出，循序渐进。我备课认真，不惜花费大量的时间和精力去设计教案，从重点、难点，到作业，力求掌握准确，贴近实际;在备课时我时常备学生，让学生感受到无论再深奥的知识只要肯下功夫就一定学得会。在讲课时充满激情，十分注意调动学生学习的兴趣，努力提高讲课的生动性、趣味性和实用性，通过对学生进行合作、探究等多种形式进行教学，课堂气氛活跃，取得了较好的教学效果。20xx年4月，在全县英语优质课评选活动中获一等奖。在课下，我注意与同学们进行交流，并不断拓宽讲授的领域，扩大知识面和信息量，得到了同学和老师的肯定。我注重新课改学习和应用，并积极探索教育教学规律，充分运用学校现有的教育教学资源，大胆课堂教学，加大新型教学方法使用力度，取得了明显效果。</w:t>
      </w:r>
    </w:p>
    <w:p>
      <w:pPr>
        <w:spacing w:before="100" w:after="200" w:line="360" w:lineRule="auto"/>
        <w:jc w:val="left"/>
      </w:pPr>
      <w:r>
        <w:rPr>
          <w:rFonts w:ascii="宋体 (中文正文)" w:eastAsia="宋体" w:hAnsi="宋体 (中文正文)"/>
          <w:b/>
          <w:sz w:val="28"/>
        </w:rPr>
        <w:t>二、关心学生</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有句话说得好：“你的孩子，我的学生，你亲我更爱!”真诚关心和爱护学生，不仅在思想上、学习上、生活上给予关心，而且要具体体现在实际行动上，无论是优生还是后进生，我都尽自己最大的努力去栽培他们，用爱心去感化他们。尤其是后进生，我会通过多渠道、多形式、多激励的办法做好他们的转化工作。</w:t>
      </w:r>
    </w:p>
    <w:p>
      <w:pPr>
        <w:spacing w:before="100" w:after="200" w:line="360" w:lineRule="auto"/>
        <w:jc w:val="left"/>
      </w:pPr>
      <w:r>
        <w:rPr>
          <w:rFonts w:ascii="宋体 (中文正文)" w:eastAsia="宋体" w:hAnsi="宋体 (中文正文)"/>
          <w:b/>
          <w:sz w:val="28"/>
        </w:rPr>
        <w:t>三、为人有礼</w:t>
      </w:r>
    </w:p>
    <w:p>
      <w:pPr>
        <w:spacing w:before="100" w:after="200" w:line="360" w:lineRule="auto"/>
        <w:ind w:firstLine="576"/>
        <w:jc w:val="left"/>
      </w:pPr>
      <w:r>
        <w:rPr>
          <w:rFonts w:ascii="宋体" w:eastAsia="宋体" w:hAnsi="宋体"/>
          <w:sz w:val="28"/>
        </w:rPr>
        <w:t>我在平时的工作中，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我始终相信，在课堂教学中，没有什么论资排辈，唯有不断创新，才能让我们的课堂充满活力。</w:t>
      </w:r>
    </w:p>
    <w:p>
      <w:pPr>
        <w:spacing w:before="100" w:after="200" w:line="360" w:lineRule="auto"/>
        <w:jc w:val="left"/>
      </w:pPr>
      <w:r>
        <w:rPr>
          <w:rFonts w:ascii="宋体 (中文正文)" w:eastAsia="宋体" w:hAnsi="宋体 (中文正文)"/>
          <w:b/>
          <w:sz w:val="28"/>
        </w:rPr>
        <w:t>四、潜心工作，奉献自我</w:t>
      </w:r>
    </w:p>
    <w:p>
      <w:pPr>
        <w:spacing w:before="100" w:after="200" w:line="360" w:lineRule="auto"/>
        <w:ind w:firstLine="576"/>
        <w:jc w:val="left"/>
      </w:pPr>
      <w:r>
        <w:rPr>
          <w:rFonts w:ascii="宋体" w:eastAsia="宋体" w:hAnsi="宋体"/>
          <w:sz w:val="28"/>
        </w:rPr>
        <w:t>回顾几年来的工作，我心中感慨万分。想当初，碍于情面，我应下了班主任一职;出于感激领导的厚爱，我决心要把班级的管理工作干出个样子来。几年来的工作实际也证明：我的确把这项工作当成了我自己的私事，当成了我生活的全部。</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我奉献着，但我更快乐，因为我从中感受到了教师职业的伟大与自豪。虽然工作上没有干出轰轰烈烈的业绩，但我始终对我的职业、我的岗位、我的工作充满着无限的爱。在五年前因为教师的调动学校缺少数学教师，学校领导找到了我，已经教了十年的英语，我真的有点犹豫。可是要面子的我一咬牙还是接了下来，我就不相信我干不了。在接下来的时间里我无数次放弃了休息的时间，这块骨头终于让我啃了下来。工作干好了，可是我的身体却一下子垮了下来，肾结石突发引发感染住进了市医院，十五天高烧不退。出院时，医生特别嘱咐：一定要“绝对静养”。我满口答应了下来。可是躺在床上的我满脑子都是一条条的数学公式，满眼里飘来飘去的都是学生的影子。我不顾老公的劝阻又走向了讲台。我以自己的实际行动践行着自己的本职工作，践行着一个合格教师应有的师德。</w:t>
      </w:r>
    </w:p>
    <w:p>
      <w:pPr>
        <w:spacing w:before="100" w:after="200" w:line="360" w:lineRule="auto"/>
        <w:jc w:val="left"/>
      </w:pPr>
      <w:r>
        <w:rPr>
          <w:rFonts w:ascii="宋体 (中文正文)" w:eastAsia="宋体" w:hAnsi="宋体 (中文正文)"/>
          <w:b/>
          <w:sz w:val="28"/>
        </w:rPr>
        <w:t>五、学无止境，致力科研。</w:t>
      </w:r>
    </w:p>
    <w:p>
      <w:pPr>
        <w:spacing w:before="100" w:after="200" w:line="360" w:lineRule="auto"/>
        <w:ind w:firstLine="576"/>
        <w:jc w:val="left"/>
      </w:pPr>
      <w:r>
        <w:rPr>
          <w:rFonts w:ascii="宋体" w:eastAsia="宋体" w:hAnsi="宋体"/>
          <w:sz w:val="28"/>
        </w:rPr>
        <w:t>为更好的适应教育教学工作的新形势，新要求，在做好教育教学工作外，我还不断加强学习，完成本科的进修并获得相应的学历证书。坚持理论学习，积极开展教学科研工作;加强现代化教学技能的学习，能熟练运用信息技术手段进行教育教学。积极参加各种教育教学活动。如年月我的论文《浅谈农村教育的几个问题》获得省级科研成果一等奖，同年参加的省远程教育培训学习中，圆满完成作业11篇;其中有两篇作业被指导老师推荐。</w:t>
      </w:r>
    </w:p>
    <w:p>
      <w:pPr>
        <w:spacing w:before="100" w:after="200" w:line="360" w:lineRule="auto"/>
        <w:ind w:firstLine="576"/>
        <w:jc w:val="left"/>
      </w:pPr>
      <w:r>
        <w:rPr>
          <w:rFonts w:ascii="宋体" w:eastAsia="宋体" w:hAnsi="宋体"/>
          <w:sz w:val="28"/>
        </w:rPr>
        <w:t>师者为师亦为范，学高为师，德高为范。走上三尺讲台，教书育人;走下三尺讲台，为人师表。教师不仅是社会主义精神文明的建设者和传播者，更是莘莘学子们的道德基因的转接者。</w:t>
      </w:r>
    </w:p>
    <w:p>
      <w:pPr>
        <w:spacing w:before="100" w:after="200" w:line="360" w:lineRule="auto"/>
        <w:ind w:firstLine="576"/>
        <w:jc w:val="left"/>
      </w:pPr>
      <w:r>
        <w:rPr>
          <w:rFonts w:ascii="宋体" w:eastAsia="宋体" w:hAnsi="宋体"/>
          <w:sz w:val="28"/>
        </w:rPr>
        <w:t>我恪守着我作为教师的准则我坚持着我的作风，我力求使自己成为一名学生喜爱，家长尊重，同事信任，领导放心的好老师。我在用我的爱心育桃李，我在用我的真情献教育!</w:t>
      </w:r>
    </w:p>
    <w:p>
      <w:pPr>
        <w:spacing w:before="100" w:after="200" w:line="360" w:lineRule="auto"/>
        <w:ind w:firstLine="576"/>
        <w:jc w:val="left"/>
      </w:pPr>
      <w:r>
        <w:rPr>
          <w:rFonts w:ascii="宋体" w:eastAsia="宋体" w:hAnsi="宋体"/>
          <w:sz w:val="28"/>
        </w:rPr>
        <w:t>教学方面，本人能继续注重业务知识进修和知识更新，刻苦锻炼口头，普通话，板书等教学基本功。教学中能钻研课标，采用灵活的教学方式方法，注重双基和能力培养，启发学生创造性思维，发挥学生在课堂中的主体作用，做到因材施教。能积极参与教研活动，多次在校内承担公开课、实验课任务。能熟练的自制电教软件，运用电教手段辅助教学。</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spacing w:before="100" w:after="200" w:line="360" w:lineRule="auto"/>
        <w:ind w:firstLine="576"/>
        <w:jc w:val="left"/>
      </w:pPr>
      <w:r>
        <w:rPr>
          <w:rFonts w:ascii="宋体" w:eastAsia="宋体" w:hAnsi="宋体"/>
          <w:sz w:val="28"/>
        </w:rPr>
        <w:t>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spacing w:before="100" w:after="200" w:line="360" w:lineRule="auto"/>
        <w:jc w:val="left"/>
      </w:pPr>
      <w:r>
        <w:rPr>
          <w:rFonts w:ascii="宋体 (中文正文)" w:eastAsia="宋体" w:hAnsi="宋体 (中文正文)"/>
          <w:b/>
          <w:sz w:val="28"/>
        </w:rPr>
        <w:t>一、认真制定教科研计划，有序进行教科研工作。</w:t>
      </w:r>
    </w:p>
    <w:p>
      <w:pPr>
        <w:spacing w:before="100" w:after="200" w:line="360" w:lineRule="auto"/>
        <w:ind w:firstLine="576"/>
        <w:jc w:val="left"/>
      </w:pPr>
      <w:r>
        <w:rPr>
          <w:rFonts w:ascii="宋体" w:eastAsia="宋体" w:hAnsi="宋体"/>
          <w:sz w:val="28"/>
        </w:rPr>
        <w:t>开学初，结合学校科研重点和主攻方向，通过有计划的、科学规范地组织管理，提高教育科研质量，推动教育和发展的效益，从而唱响科研兴校，科研兴教的主旋律，把我校的教科研提升到新的高度。</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首先是以课题为引领，构建自主有效课堂。科研课题研究常抓不懈。利用课题研究途径，提升教师科研意识，促进教育教学质量稳步提高。扎实做好我校教育科研省级课题《培养物理学习兴趣的研究》的研究工作。严格按照课题计划方案有步骤的开展研究活动。以课题的研究辐射作用，不断积累经验，加快学校科研工作的进程，促进自主有效课堂的构建，逐步形成扎实有效的课堂教学模式。</w:t>
      </w:r>
    </w:p>
    <w:p>
      <w:pPr>
        <w:spacing w:before="100" w:after="200" w:line="360" w:lineRule="auto"/>
        <w:ind w:firstLine="576"/>
        <w:jc w:val="left"/>
      </w:pPr>
      <w:r>
        <w:rPr>
          <w:rFonts w:ascii="宋体" w:eastAsia="宋体" w:hAnsi="宋体"/>
          <w:sz w:val="28"/>
        </w:rPr>
        <w:t>其次是扎实做好小课题研究工作，根据自己上学期的研究的小课题《(所教的科)课堂愉快式教学的研究》及子课题《有效教学的培养的研究》，经过大家的努力、研究，提高课题研究的指向性和实效性。利用“小课题实证研究成果论坛”、“小课题成果评选”等活动提升教师的研究能力，使课题研究真正为教育教学服务，为自主有效课堂的构建服务，为“双主”课堂的优化服务。实现了科研课题的研究与教改实验的优化整合，有力地推进了现代素质教育的深入开展，深化了教育教学，促进教育教学质量的提高。取得了较为丰硕的成果。</w:t>
      </w:r>
    </w:p>
    <w:p>
      <w:pPr>
        <w:spacing w:before="100" w:after="200" w:line="360" w:lineRule="auto"/>
        <w:jc w:val="left"/>
      </w:pPr>
      <w:r>
        <w:rPr>
          <w:rFonts w:ascii="宋体 (中文正文)" w:eastAsia="宋体" w:hAnsi="宋体 (中文正文)"/>
          <w:b/>
          <w:sz w:val="28"/>
        </w:rPr>
        <w:t>二、各级教育科研骨干教师的培养、培训。</w:t>
      </w:r>
    </w:p>
    <w:p>
      <w:pPr>
        <w:spacing w:before="100" w:after="200" w:line="360" w:lineRule="auto"/>
        <w:ind w:firstLine="576"/>
        <w:jc w:val="left"/>
      </w:pPr>
      <w:r>
        <w:rPr>
          <w:rFonts w:ascii="宋体" w:eastAsia="宋体" w:hAnsi="宋体"/>
          <w:sz w:val="28"/>
        </w:rPr>
        <w:t>1、“”期间我校积极参加各级教育科研骨干教师的评选工作。到目前为止学校有各级教科研骨干教师15名。其中吴晓东、王保关、赵世迁、季宏伟、姜玉真、张敏等六位教师被任命为县级教育科研骨干教师。还有12名校级年轻的科研骨干。这些骨干教师在日常的教育教学科研活动中发挥了引领和辐射的作用。</w:t>
      </w:r>
    </w:p>
    <w:p>
      <w:pPr>
        <w:spacing w:before="100" w:after="200" w:line="360" w:lineRule="auto"/>
        <w:jc w:val="left"/>
      </w:pPr>
      <w:r>
        <w:rPr>
          <w:rFonts w:ascii="宋体 (中文正文)" w:eastAsia="宋体" w:hAnsi="宋体 (中文正文)"/>
          <w:b/>
          <w:sz w:val="28"/>
        </w:rPr>
        <w:t>三、科研成果辐射下的成就</w:t>
      </w:r>
    </w:p>
    <w:p>
      <w:pPr>
        <w:spacing w:before="100" w:after="200" w:line="360" w:lineRule="auto"/>
        <w:ind w:firstLine="576"/>
        <w:jc w:val="left"/>
      </w:pPr>
      <w:r>
        <w:rPr>
          <w:rFonts w:ascii="宋体" w:eastAsia="宋体" w:hAnsi="宋体"/>
          <w:sz w:val="28"/>
        </w:rPr>
        <w:t>1、明确“一个主体”，即以学生为主体。这包含两方面的内容：一是强调在学习过程中，学生是学习的主人，要激发学生在课堂中主动参与，主动探索，主动思考，主动实践。二是课堂教学中注重以学生思维活动为主体，调动学生学习的积极性。</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2、实现“两大转变”。最有魅力的教学就是学生自己发现问题，让学生的思维与知识产生共鸣。因此，课堂教学要变教师是知识的传播者，学生是被动的接受者为教师是学生的学习指导者，学生是自主学习的主体;变重视现成知识的传授和教学生记忆现成结论为学生主动探究，自觉学习的过程。</w:t>
      </w:r>
    </w:p>
    <w:p>
      <w:pPr>
        <w:spacing w:before="100" w:after="200" w:line="360" w:lineRule="auto"/>
        <w:ind w:firstLine="576"/>
        <w:jc w:val="left"/>
      </w:pPr>
      <w:r>
        <w:rPr>
          <w:rFonts w:ascii="宋体" w:eastAsia="宋体" w:hAnsi="宋体"/>
          <w:sz w:val="28"/>
        </w:rPr>
        <w:t>3、鼓励“三大挑战”。教师提倡学生向课本挑战，鼓励学生提出与课本不同的看法;提倡学生向权威挑战，鼓励学生通过自己探究，敢于怀疑权威的结论;提倡学生向教师挑战，鼓励学生质疑问难，培养学生勤学好问的学习习惯。</w:t>
      </w:r>
    </w:p>
    <w:p>
      <w:pPr>
        <w:spacing w:before="100" w:after="200" w:line="360" w:lineRule="auto"/>
        <w:ind w:firstLine="576"/>
        <w:jc w:val="left"/>
      </w:pPr>
      <w:r>
        <w:rPr>
          <w:rFonts w:ascii="宋体" w:eastAsia="宋体" w:hAnsi="宋体"/>
          <w:sz w:val="28"/>
        </w:rPr>
        <w:t>4、创设“四大高潮”。教师的科研风气掀起了高潮;在各级各类刊物发表论文20多篇掀起了高潮;师生课堂发明创造掀起了高潮;课题研究掀起了高潮，做到了人人有课题。</w:t>
      </w:r>
    </w:p>
    <w:p>
      <w:pPr>
        <w:spacing w:before="100" w:after="200" w:line="360" w:lineRule="auto"/>
        <w:ind w:firstLine="576"/>
        <w:jc w:val="left"/>
      </w:pPr>
      <w:r>
        <w:rPr>
          <w:rFonts w:ascii="宋体" w:eastAsia="宋体" w:hAnsi="宋体"/>
          <w:sz w:val="28"/>
        </w:rPr>
        <w:t>同时教师思想认识也有了的转变，极大地推进了教育科研活动的开展，教育科研活动的蓬勃发展带动了我校方方面面的工作，特别是几年来我校的中考成绩名列前茅，今年又创新高。</w:t>
      </w:r>
    </w:p>
    <w:p>
      <w:pPr>
        <w:spacing w:before="100" w:after="200" w:line="360" w:lineRule="auto"/>
        <w:ind w:firstLine="576"/>
        <w:jc w:val="left"/>
      </w:pPr>
      <w:r>
        <w:rPr>
          <w:rFonts w:ascii="宋体" w:eastAsia="宋体" w:hAnsi="宋体"/>
          <w:sz w:val="28"/>
        </w:rPr>
        <w:t>回顾一年来的科研工作，还有许多不足之处，力争今后进一步坚持有所不为。集中力量加强亟待解决和教育教学前沿问题的研究，与时俱进，务实创新，全方位推进素质教育，把教科研工作做得更好，从而进一步提高学校的教育教学质量。</w:t>
      </w:r>
    </w:p>
    <w:p>
      <w:pPr>
        <w:spacing w:before="100" w:after="200" w:line="360" w:lineRule="auto"/>
        <w:ind w:firstLine="576"/>
        <w:jc w:val="left"/>
      </w:pPr>
      <w:r>
        <w:rPr>
          <w:rFonts w:ascii="宋体" w:eastAsia="宋体" w:hAnsi="宋体"/>
          <w:sz w:val="28"/>
        </w:rPr>
        <w:t>我校领导高度重视师德建设工作，党政主要领导能把师德建设年工作摆上议事日程，定期召开会议，统一思想认识，增强抓好师德建设年的责任感和紧迫感。同时，研究制定师德建设年，成立师德建设年领导小组，部署师德建设年活动，每项活动领导做到心中有数，指导到位。</w:t>
      </w:r>
    </w:p>
    <w:p>
      <w:pPr>
        <w:spacing w:before="100" w:after="200" w:line="360" w:lineRule="auto"/>
        <w:jc w:val="left"/>
      </w:pPr>
      <w:r>
        <w:rPr>
          <w:rFonts w:ascii="宋体 (中文正文)" w:eastAsia="宋体" w:hAnsi="宋体 (中文正文)"/>
          <w:b/>
          <w:sz w:val="28"/>
        </w:rPr>
        <w:t>二、加强理论学习，提高思想素质</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spacing w:before="100" w:after="200" w:line="360" w:lineRule="auto"/>
        <w:ind w:firstLine="576"/>
        <w:jc w:val="left"/>
      </w:pPr>
      <w:r>
        <w:rPr>
          <w:rFonts w:ascii="宋体" w:eastAsia="宋体" w:hAnsi="宋体"/>
          <w:sz w:val="28"/>
        </w:rPr>
        <w:t>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spacing w:before="100" w:after="200" w:line="360" w:lineRule="auto"/>
        <w:ind w:firstLine="576"/>
        <w:jc w:val="left"/>
      </w:pPr>
      <w:r>
        <w:rPr>
          <w:rFonts w:ascii="宋体" w:eastAsia="宋体" w:hAnsi="宋体"/>
          <w:sz w:val="28"/>
        </w:rPr>
        <w:t>(1)严肃工作纪律，加强教师职业道德责任状。</w:t>
      </w:r>
    </w:p>
    <w:p>
      <w:pPr>
        <w:spacing w:before="100" w:after="200" w:line="360" w:lineRule="auto"/>
        <w:ind w:firstLine="576"/>
        <w:jc w:val="left"/>
      </w:pPr>
      <w:r>
        <w:rPr>
          <w:rFonts w:ascii="宋体" w:eastAsia="宋体" w:hAnsi="宋体"/>
          <w:sz w:val="28"/>
        </w:rPr>
        <w:t>(2)依法治校，净化育人环境责任状。</w:t>
      </w:r>
    </w:p>
    <w:p>
      <w:pPr>
        <w:spacing w:before="100" w:after="200" w:line="360" w:lineRule="auto"/>
        <w:ind w:firstLine="576"/>
        <w:jc w:val="left"/>
      </w:pPr>
      <w:r>
        <w:rPr>
          <w:rFonts w:ascii="宋体" w:eastAsia="宋体" w:hAnsi="宋体"/>
          <w:sz w:val="28"/>
        </w:rPr>
        <w:t>(3)杜绝乱收费，乱办班责任状。</w:t>
      </w:r>
    </w:p>
    <w:p>
      <w:pPr>
        <w:spacing w:before="100" w:after="200" w:line="360" w:lineRule="auto"/>
        <w:ind w:firstLine="576"/>
        <w:jc w:val="left"/>
      </w:pPr>
      <w:r>
        <w:rPr>
          <w:rFonts w:ascii="宋体" w:eastAsia="宋体" w:hAnsi="宋体"/>
          <w:sz w:val="28"/>
        </w:rPr>
        <w:t>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此外学校要求教师结合自己在师德方面存在的问题有针对性进行自学，并写出千字文师德体会。同时，学校认真向教师传达吉林市教育局2023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spacing w:before="100" w:after="200" w:line="360" w:lineRule="auto"/>
        <w:ind w:firstLine="576"/>
        <w:jc w:val="left"/>
      </w:pPr>
      <w:r>
        <w:rPr>
          <w:rFonts w:ascii="宋体" w:eastAsia="宋体" w:hAnsi="宋体"/>
          <w:sz w:val="28"/>
        </w:rPr>
        <w:t>为了充实、提高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旧的课堂教学模式。在课堂教学中，运用自主、合作、探究的学习方式，充分发挥学生的主体作用，并认真总结教学经验，写好教学后记，通过不断的反思、总结，不断提高自己的教学水平。</w:t>
      </w:r>
    </w:p>
    <w:p>
      <w:pPr>
        <w:spacing w:before="100" w:after="200" w:line="360" w:lineRule="auto"/>
        <w:ind w:firstLine="576"/>
        <w:jc w:val="left"/>
      </w:pPr>
      <w:r>
        <w:rPr>
          <w:rFonts w:ascii="宋体" w:eastAsia="宋体" w:hAnsi="宋体"/>
          <w:sz w:val="28"/>
        </w:rPr>
        <w:t>一向以来，我都能够爱岗敬业，以高度热情和责任感做好本职工作。在xx小学，我负责工作，工作琐碎、繁重，但我从不计较个人的得失，想方设法把工作做好，所以能够出色地做好各项工作，教学，根据学生的特点，采取各种不同的教育方法，做到因材施教。特别是注意对 双差 学生的耐心教育，尽量找出他们身上的闪光点，做到少批评，多鼓励，对于学生的过错，尽量采取无伤痛有效果的教育。一年来，由于本人的努力，在各方面都取得了较大的成绩。被评为学习型教师，本人所写的教学论文获二等奖。今后，我还要加倍努力，不断学习，不断提高，使自己的工作成绩与日俱进。</w:t>
      </w:r>
    </w:p>
    <w:p>
      <w:pPr>
        <w:spacing w:before="100" w:after="200" w:line="360" w:lineRule="auto"/>
        <w:ind w:firstLine="576"/>
        <w:jc w:val="left"/>
      </w:pPr>
      <w:r>
        <w:rPr>
          <w:rFonts w:ascii="宋体" w:eastAsia="宋体" w:hAnsi="宋体"/>
          <w:sz w:val="28"/>
        </w:rPr>
        <w:t>(一)基本情况;</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二)申报理由：1、师德与政治思想;2、工作业绩(教学成绩、会议主持及参与的教研课题、学生辅导和培训获奖情况、老师所获市级以上的教育荣誉、教研教学方面所获主要荣誉、近年的市级以上公开课报告获奖情况、近年参与的培训、近年发表的论文、参与的编写教材及专著获奖情况、对青年教师的培养和学科建设情况;3、教书育人;</w:t>
      </w:r>
    </w:p>
    <w:p>
      <w:pPr>
        <w:spacing w:before="100" w:after="200" w:line="360" w:lineRule="auto"/>
        <w:ind w:firstLine="576"/>
        <w:jc w:val="left"/>
      </w:pPr>
      <w:r>
        <w:rPr>
          <w:rFonts w:ascii="宋体" w:eastAsia="宋体" w:hAnsi="宋体"/>
          <w:sz w:val="28"/>
        </w:rPr>
        <w:t>(三)晋升以后的主要工作目标和实现方法</w:t>
      </w:r>
    </w:p>
    <w:p>
      <w:pPr>
        <w:spacing w:before="100" w:after="200" w:line="360" w:lineRule="auto"/>
        <w:ind w:firstLine="576"/>
        <w:jc w:val="left"/>
      </w:pPr>
      <w:r>
        <w:rPr>
          <w:rFonts w:ascii="宋体" w:eastAsia="宋体" w:hAnsi="宋体"/>
          <w:sz w:val="28"/>
        </w:rPr>
        <w:t>大多由开头、正文和落款这三个主要部分组成。具体格式如下：</w:t>
      </w:r>
    </w:p>
    <w:p>
      <w:pPr>
        <w:spacing w:before="100" w:after="200" w:line="360" w:lineRule="auto"/>
        <w:ind w:firstLine="576"/>
        <w:jc w:val="left"/>
      </w:pPr>
      <w:r>
        <w:rPr>
          <w:rFonts w:ascii="宋体" w:eastAsia="宋体" w:hAnsi="宋体"/>
          <w:sz w:val="28"/>
        </w:rPr>
        <w:t>1.开头。主要包括标题、主送机关或称谓等内容。</w:t>
      </w:r>
    </w:p>
    <w:p>
      <w:pPr>
        <w:spacing w:before="100" w:after="200" w:line="360" w:lineRule="auto"/>
        <w:ind w:firstLine="576"/>
        <w:jc w:val="left"/>
      </w:pPr>
      <w:r>
        <w:rPr>
          <w:rFonts w:ascii="宋体" w:eastAsia="宋体" w:hAnsi="宋体"/>
          <w:sz w:val="28"/>
        </w:rPr>
        <w:t>(1)标题。述职报告的标题有单标题和双标题之分。单标题一般为"述职报告"，也可以在"述职报告"前面加上任职时间和所任职务;双标题由正标题和副标题组成，副标题的前面加破折号。正标题是对述职内容的高度概括，副标题与单标题的构成大体相似。</w:t>
      </w:r>
    </w:p>
    <w:p>
      <w:pPr>
        <w:spacing w:before="100" w:after="200" w:line="360" w:lineRule="auto"/>
        <w:ind w:firstLine="576"/>
        <w:jc w:val="left"/>
      </w:pPr>
      <w:r>
        <w:rPr>
          <w:rFonts w:ascii="宋体" w:eastAsia="宋体" w:hAnsi="宋体"/>
          <w:sz w:val="28"/>
        </w:rPr>
        <w:t>(2)主送机关或称谓。标题之下第一行顶格写主送机关或称谓。向上级机关呈送的述职报告，应写明收文机关;向领导和本单位干部职工作述职报告，则应写明称谓。</w:t>
      </w:r>
    </w:p>
    <w:p>
      <w:pPr>
        <w:spacing w:before="100" w:after="200" w:line="360" w:lineRule="auto"/>
        <w:ind w:firstLine="576"/>
        <w:jc w:val="left"/>
      </w:pPr>
      <w:r>
        <w:rPr>
          <w:rFonts w:ascii="宋体" w:eastAsia="宋体" w:hAnsi="宋体"/>
          <w:sz w:val="28"/>
        </w:rPr>
        <w:t>2.正文。由导言、主体和结尾三个部分组成。</w:t>
      </w:r>
    </w:p>
    <w:p>
      <w:pPr>
        <w:spacing w:before="100" w:after="200" w:line="360" w:lineRule="auto"/>
        <w:ind w:firstLine="576"/>
        <w:jc w:val="left"/>
      </w:pPr>
      <w:r>
        <w:rPr>
          <w:rFonts w:ascii="宋体" w:eastAsia="宋体" w:hAnsi="宋体"/>
          <w:sz w:val="28"/>
        </w:rPr>
        <w:t>(1)导言。包括两方面内容:一是任职介绍，说明自己的任职时间、担任职务和主要职责，简要交代述职的内容和范围;二是任职评价，扼要介绍任职以来的工作状况。这一部分力求简洁明了。</w:t>
      </w:r>
    </w:p>
    <w:p>
      <w:pPr>
        <w:spacing w:before="100" w:after="200" w:line="360" w:lineRule="auto"/>
        <w:ind w:firstLine="576"/>
        <w:jc w:val="left"/>
      </w:pPr>
      <w:r>
        <w:rPr>
          <w:rFonts w:ascii="宋体" w:eastAsia="宋体" w:hAnsi="宋体"/>
          <w:sz w:val="28"/>
        </w:rPr>
        <w:t>(2)主体。这是述职报告的核心，主要陈述履行职务的情况，包括三个方面的内容:一是任职期间的任务完成状况，取得的主要工作成绩;二是存在的问题及经验教训;三是今后工作的努力方向、目的或打算。</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(3)结尾。一般要求用格式化的习惯语来结束全文，采用谦虚式结尾、总结归纳式结尾或表决心式结尾等形式。</w:t>
      </w:r>
    </w:p>
    <w:p>
      <w:pPr>
        <w:spacing w:before="100" w:after="200" w:line="360" w:lineRule="auto"/>
        <w:ind w:firstLine="576"/>
        <w:jc w:val="left"/>
      </w:pPr>
      <w:r>
        <w:rPr>
          <w:rFonts w:ascii="宋体" w:eastAsia="宋体" w:hAnsi="宋体"/>
          <w:sz w:val="28"/>
        </w:rPr>
        <w:t>3.落款。包括署名、成文或述职时间两种。也可以将署名放在标题之下。</w:t>
      </w:r>
    </w:p>
    <w:p>
      <w:pPr>
        <w:spacing w:before="100" w:after="200" w:line="360" w:lineRule="auto"/>
        <w:ind w:firstLine="576"/>
        <w:jc w:val="left"/>
      </w:pPr>
      <w:r>
        <w:rPr>
          <w:rFonts w:ascii="宋体" w:eastAsia="宋体" w:hAnsi="宋体"/>
          <w:sz w:val="28"/>
        </w:rPr>
        <w:t>教师年度思想时光飞逝，转眼间新年钟声又即将敲响，又一学期的教学工作也接近尾声，为了更好地做好以后的工作，总结以往经验、吸取过去教训，本人以这学年的工作总结如下：</w:t>
      </w:r>
    </w:p>
    <w:p>
      <w:pPr>
        <w:spacing w:before="100" w:after="200" w:line="360" w:lineRule="auto"/>
        <w:jc w:val="left"/>
      </w:pPr>
      <w:r>
        <w:rPr>
          <w:rFonts w:ascii="宋体 (中文正文)" w:eastAsia="宋体" w:hAnsi="宋体 (中文正文)"/>
          <w:b/>
          <w:sz w:val="28"/>
        </w:rPr>
        <w:t>一、思想政治方面</w:t>
      </w:r>
    </w:p>
    <w:p>
      <w:pPr>
        <w:spacing w:before="100" w:after="200" w:line="360" w:lineRule="auto"/>
        <w:ind w:firstLine="576"/>
        <w:jc w:val="left"/>
      </w:pPr>
      <w:r>
        <w:rPr>
          <w:rFonts w:ascii="宋体" w:eastAsia="宋体" w:hAnsi="宋体"/>
          <w:sz w:val="28"/>
        </w:rPr>
        <w:t>年于国家于百姓是极不平凡的一年，作为一名教师，我在思想政治上，时刻与党与政府保持高度一致，将“稳定一切”紧密贯穿于教育教学中。积极参加系部组织的各种政治学习，收听收看国家经济政治新闻，随时了解国内国际形势。俗话说：“活到老，学到老”，在思想政治、业务素质等各方面我都尽力严格要求自己，不断提高自己的政治思想觉悟和教育教学素养，以使自己更好地适应新时期新形势下的教育教学。</w:t>
      </w:r>
    </w:p>
    <w:p>
      <w:pPr>
        <w:spacing w:before="100" w:after="200" w:line="360" w:lineRule="auto"/>
        <w:jc w:val="left"/>
      </w:pPr>
      <w:r>
        <w:rPr>
          <w:rFonts w:ascii="宋体 (中文正文)" w:eastAsia="宋体" w:hAnsi="宋体 (中文正文)"/>
          <w:b/>
          <w:sz w:val="28"/>
        </w:rPr>
        <w:t>二、教育教学方面</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https://d.book118.com/886120051202010102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86120051202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