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幼儿园班务工作教师总结（33篇）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伴着炎炎夏日的到来，我们即将结束本学期的工作。回顾这一学期所做的工作，在我们老师和全班幼儿及家长的共同努力下，各方面都有了一定程度的进步和提高。现就半学期班级工作具体情况总结如下：</w:t>
      </w:r>
      <w:r>
        <w:rPr>
          <w:lang w:eastAsia="zh-CN"/>
        </w:rPr>
        <w:br/>
      </w:r>
      <w:r>
        <w:rPr>
          <w:lang w:eastAsia="zh-CN"/>
        </w:rPr>
        <w:t>　　一、教育教学方面</w:t>
      </w:r>
      <w:r>
        <w:rPr>
          <w:lang w:eastAsia="zh-CN"/>
        </w:rPr>
        <w:br/>
      </w:r>
      <w:r>
        <w:rPr>
          <w:lang w:eastAsia="zh-CN"/>
        </w:rPr>
        <w:t>　　我们认真对照本班幼儿的年龄特点，结合幼儿园整体课程，学习了语言、数学、科学、社会、健康、音乐、美术。幼儿掌握良好。特别是数学方面，比以前有了明显的进步，幼儿基本上能够正确的点数。语言发展的也很好，动手能力也比以前有了提高，简单的图画幼儿基本能完成。</w:t>
      </w:r>
      <w:r>
        <w:rPr>
          <w:lang w:eastAsia="zh-CN"/>
        </w:rPr>
        <w:br/>
      </w:r>
      <w:r>
        <w:rPr>
          <w:lang w:eastAsia="zh-CN"/>
        </w:rPr>
        <w:t>　　二、生活护理及常规教育</w:t>
      </w:r>
      <w:r>
        <w:rPr>
          <w:lang w:eastAsia="zh-CN"/>
        </w:rPr>
        <w:br/>
      </w:r>
      <w:r>
        <w:rPr>
          <w:lang w:eastAsia="zh-CN"/>
        </w:rPr>
        <w:t>　　1、生活管理</w:t>
      </w:r>
      <w:r>
        <w:rPr>
          <w:lang w:eastAsia="zh-CN"/>
        </w:rPr>
        <w:br/>
      </w:r>
      <w:r>
        <w:rPr>
          <w:lang w:eastAsia="zh-CN"/>
        </w:rPr>
        <w:t>　　在幼儿园工作中，教育孩子的工作固然重要，但保育工作也不能忽视。我们两位教师在注意了教育教学工作的同时更注意了保育工作的落实，严格按照安全、卫生制度，每天坚持教室的通风及室内外环境的清洁。六月份，因为我班个别幼儿的腮腺炎，我们每天都对教师消毒，仔细观察班上幼儿情况，及时隔离，腮腺炎传染得到了较好的控制。</w:t>
      </w:r>
      <w:r>
        <w:rPr>
          <w:lang w:eastAsia="zh-CN"/>
        </w:rPr>
        <w:br/>
      </w:r>
    </w:p>
    <w:p w:rsidR="001B1F19" w14:textId="0AE8485B">
      <w:pPr>
        <w:pStyle w:val="Heading1"/>
        <w:jc w:val="center"/>
        <w:rPr>
          <w:rFonts w:hint="eastAsia"/>
          <w:lang w:eastAsia="zh-CN"/>
        </w:rPr>
      </w:pPr>
      <w:r>
        <w:rPr>
          <w:sz w:val="44"/>
          <w:lang w:eastAsia="zh-CN"/>
        </w:rPr>
        <w:t>幼儿园班务工作教师总结（33篇）</w:t>
      </w:r>
    </w:p>
    <w:p w:rsidR="001B1F19"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伴着炎炎夏日的到来，我们即将结束本学期的工作。回顾这一学期所做的工作，在我们老师和全班幼儿及家长的共同努力下，各方面都有了一定程度的进步和提高。现就半学期班级工作具体情况总结如下：</w:t>
      </w:r>
      <w:r>
        <w:rPr>
          <w:lang w:eastAsia="zh-CN"/>
        </w:rPr>
        <w:br/>
      </w:r>
      <w:r>
        <w:rPr>
          <w:lang w:eastAsia="zh-CN"/>
        </w:rPr>
        <w:t>　　一、教育教学方面</w:t>
      </w:r>
      <w:r>
        <w:rPr>
          <w:lang w:eastAsia="zh-CN"/>
        </w:rPr>
        <w:br/>
      </w:r>
      <w:r>
        <w:rPr>
          <w:lang w:eastAsia="zh-CN"/>
        </w:rPr>
        <w:t>　　我们认真对照本班幼儿的年龄特点，结合幼儿园整体课程，学习了语言、数学、科学、社会、健康、音乐、美术。幼儿掌握良好。特别是数学方面，比以前有了明显的进步，幼儿基本上能够正确的点数。语言发展的也很好，动手能力也比以前有了提高，简单的图画幼儿基本能完成。</w:t>
      </w:r>
      <w:r>
        <w:rPr>
          <w:lang w:eastAsia="zh-CN"/>
        </w:rPr>
        <w:br/>
      </w:r>
      <w:r>
        <w:rPr>
          <w:lang w:eastAsia="zh-CN"/>
        </w:rPr>
        <w:t>　　二、生活护理及常规教育</w:t>
      </w:r>
      <w:r>
        <w:rPr>
          <w:lang w:eastAsia="zh-CN"/>
        </w:rPr>
        <w:br/>
      </w:r>
      <w:r>
        <w:rPr>
          <w:lang w:eastAsia="zh-CN"/>
        </w:rPr>
        <w:t>　　1、生活管理</w:t>
      </w:r>
      <w:r>
        <w:rPr>
          <w:lang w:eastAsia="zh-CN"/>
        </w:rPr>
        <w:br/>
      </w:r>
      <w:r>
        <w:rPr>
          <w:lang w:eastAsia="zh-CN"/>
        </w:rPr>
        <w:t>　　在幼儿园工作中，教育孩子的工作固然重要，但保育工作也不能忽视。我们两位教师在注意了教育教学工作的同时更注意了保育工作的落实，严格按照安全、卫生制度，每天坚持教室的通风及室内外环境的清洁。六月份，因为我班个别幼儿的腮腺炎，我们每天都对教师消毒，仔细观察班上幼儿情况，及时隔离，腮腺炎传染得到了较好的控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2、常规管理</w:t>
      </w:r>
      <w:r>
        <w:rPr>
          <w:lang w:eastAsia="zh-CN"/>
        </w:rPr>
        <w:br/>
      </w:r>
      <w:r>
        <w:rPr>
          <w:lang w:eastAsia="zh-CN"/>
        </w:rPr>
        <w:t>　　幼儿升入中班后觉得自己长大了，我们培养了幼儿良好的进餐，午睡等习惯，积极鼓励幼儿学做自己的事。大多数幼儿会在老师的指导下独立地有序地穿脱衣服，鞋子，独立能力提高了。</w:t>
      </w:r>
      <w:r>
        <w:rPr>
          <w:lang w:eastAsia="zh-CN"/>
        </w:rPr>
        <w:br/>
      </w:r>
      <w:r>
        <w:rPr>
          <w:lang w:eastAsia="zh-CN"/>
        </w:rPr>
        <w:t>　　三、家长工作</w:t>
      </w:r>
      <w:r>
        <w:rPr>
          <w:lang w:eastAsia="zh-CN"/>
        </w:rPr>
        <w:br/>
      </w:r>
      <w:r>
        <w:rPr>
          <w:lang w:eastAsia="zh-CN"/>
        </w:rPr>
        <w:t>　　本学期我们通过家园联系手册，家园共育栏等形式与家长进行交流。这样拉近了我们与家长之间的距离。在庆六一活动中，在家长的大力支持与配合下，使我班的活动得以顺利的发展，拉近了家长与老师的距离，真正做到让家长满意。</w:t>
      </w:r>
      <w:r>
        <w:rPr>
          <w:lang w:eastAsia="zh-CN"/>
        </w:rPr>
        <w:br/>
      </w:r>
      <w:r>
        <w:rPr>
          <w:lang w:eastAsia="zh-CN"/>
        </w:rPr>
        <w:t>　　四、个别幼儿的培养</w:t>
      </w:r>
      <w:r>
        <w:rPr>
          <w:lang w:eastAsia="zh-CN"/>
        </w:rPr>
        <w:br/>
      </w:r>
      <w:r>
        <w:rPr>
          <w:lang w:eastAsia="zh-CN"/>
        </w:rPr>
        <w:t>　　每个班级都会有特殊的幼儿，我班也不例外。樊劲琥小朋友是个卫生、行为习惯都很差的孩子。因为他总是喜欢打别人，在学习时影响他人，所以小朋友都不愿和他玩，他也不喜欢小朋友，总是攻击他人。刚开始，我们总是采取批评教育的方法，并与家长联系，将幼儿这种坏习惯告诉家长，希望家长多多教育。可是这种方法收效甚微。我们幼儿园每天入园时都要配合保育员晨检，他是不愿意的。有一次，他是十分主动地配合晨检。保育员告诉我后，我在全班面前表扬了他，我发现他那天表现非常棒。以后我就以表扬的方式鼓励他，他现在比以前进步多了，我对小朋友的教育方式也改变了。</w:t>
      </w:r>
      <w:r>
        <w:rPr>
          <w:lang w:eastAsia="zh-CN"/>
        </w:rPr>
        <w:br/>
      </w:r>
      <w:r>
        <w:rPr>
          <w:lang w:eastAsia="zh-CN"/>
        </w:rPr>
        <w:t>　　五、存在不足与努力方向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虽然我们的教育方式做得很努力，但他存在不足，需要我们进一步努力。</w:t>
      </w:r>
      <w:r>
        <w:rPr>
          <w:lang w:eastAsia="zh-CN"/>
        </w:rPr>
        <w:br/>
      </w:r>
      <w:r>
        <w:rPr>
          <w:lang w:eastAsia="zh-CN"/>
        </w:rPr>
        <w:t>　　1、个别幼儿有挑食现象，一些幼儿进餐注意力不集中，速度慢，进餐习惯有待改善。</w:t>
      </w:r>
      <w:r>
        <w:rPr>
          <w:lang w:eastAsia="zh-CN"/>
        </w:rPr>
        <w:br/>
      </w:r>
      <w:r>
        <w:rPr>
          <w:lang w:eastAsia="zh-CN"/>
        </w:rPr>
        <w:t>　　2、要加强幼儿学习习惯的培养，鼓励幼儿大胆发言，认真倾听，培养幼儿良好的阅读习惯。</w:t>
      </w:r>
      <w:r>
        <w:rPr>
          <w:lang w:eastAsia="zh-CN"/>
        </w:rPr>
        <w:br/>
      </w:r>
      <w:r>
        <w:rPr>
          <w:lang w:eastAsia="zh-CN"/>
        </w:rPr>
        <w:t>　　3、多数幼儿动作协调能力差，在以后的教学工作中，多开展体育活动，训练动作的协调性。</w:t>
      </w:r>
      <w:r>
        <w:rPr>
          <w:lang w:eastAsia="zh-CN"/>
        </w:rPr>
        <w:br/>
      </w:r>
      <w:r>
        <w:rPr>
          <w:lang w:eastAsia="zh-CN"/>
        </w:rPr>
        <w:t>　　4、在新的学期中，我班两位老师将认真反思自己工作中的不足，确定努力方向，继续发扬团结合作精神。加强理论学习与实践探索，全心全意的投入工作，使班级工作更加出色!</w:t>
      </w:r>
      <w:r>
        <w:rPr>
          <w:lang w:eastAsia="zh-CN"/>
        </w:rPr>
        <w:br/>
      </w:r>
      <w:r>
        <w:rPr>
          <w:lang w:eastAsia="zh-CN"/>
        </w:rPr>
        <w:t>　　中班下期工作即将结束，每个孩子都在原有水平上有了很大的进步，为了更好的完成以后的工作，提高保教质量，将《纲要》精神贯彻到一日活动中，促进幼儿身心活泼、健康成长。现将本学期工作总结如下：</w:t>
      </w:r>
      <w:r>
        <w:rPr>
          <w:lang w:eastAsia="zh-CN"/>
        </w:rPr>
        <w:br/>
      </w:r>
      <w:r>
        <w:rPr>
          <w:lang w:eastAsia="zh-CN"/>
        </w:rPr>
        <w:t>　　1、保育方面：</w:t>
      </w:r>
      <w:r>
        <w:rPr>
          <w:lang w:eastAsia="zh-CN"/>
        </w:rPr>
        <w:br/>
      </w:r>
      <w:r>
        <w:rPr>
          <w:lang w:eastAsia="zh-CN"/>
        </w:rPr>
        <w:t>　　做好班级卫生清理工作，严格执行消毒制度，并及时记录。幼儿的毛巾、桌椅、被褥每天一次紫外线消毒。本学期我在注重培养幼儿的生活自理能力的同时还特别注意在一日生活中渗透安全自我保护教育。</w:t>
      </w:r>
      <w:r>
        <w:rPr>
          <w:lang w:eastAsia="zh-CN"/>
        </w:rPr>
        <w:br/>
      </w:r>
      <w:r>
        <w:rPr>
          <w:lang w:eastAsia="zh-CN"/>
        </w:rPr>
        <w:t>　　2、教育方面：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教学活动中：教师之间能够互相取长补短，发挥自己的长处，根据主题活动随时调整班上的教学计划，在遇到问题时教师们能够共同商讨，收集大量的有关资料完善班上的教学任务，使得班上的教学工作能够顺利的进行。</w:t>
      </w:r>
      <w:r>
        <w:rPr>
          <w:lang w:eastAsia="zh-CN"/>
        </w:rPr>
        <w:br/>
      </w:r>
      <w:r>
        <w:rPr>
          <w:lang w:eastAsia="zh-CN"/>
        </w:rPr>
        <w:t>　　(1)健康</w:t>
      </w:r>
      <w:r>
        <w:rPr>
          <w:lang w:eastAsia="zh-CN"/>
        </w:rPr>
        <w:br/>
      </w:r>
      <w:r>
        <w:rPr>
          <w:lang w:eastAsia="zh-CN"/>
        </w:rPr>
        <w:t>　　针对中班幼儿的年龄特点，除了开展一些丰富有趣的体育游戏，还增加了竞赛游戏，完成各项体育活动目标。同时萌发幼儿的竞争意识，并从中懂得一些公平竞争的规则意识。此外还特别注意在幼儿一日生活中把握教育契机对幼儿进行健康教育，如上下楼梯时提醒孩子靠右边走，不推挤，天冷跑步时用鼻子呼吸不迎风说话等等。但由于幼儿的自制力不是很强，虽然懂得其中的道理，但没有了老师的提醒还是不会自觉保护自己。看来健康教育不能只是靠谈话，靠说教就能对孩子产生影响的。健康教育下一学期将是我们工作的重点。</w:t>
      </w:r>
      <w:r>
        <w:rPr>
          <w:lang w:eastAsia="zh-CN"/>
        </w:rPr>
        <w:br/>
      </w:r>
      <w:r>
        <w:rPr>
          <w:lang w:eastAsia="zh-CN"/>
        </w:rPr>
        <w:t>　　(2)语言</w:t>
      </w:r>
      <w:r>
        <w:rPr>
          <w:lang w:eastAsia="zh-CN"/>
        </w:rPr>
        <w:br/>
      </w:r>
      <w:r>
        <w:rPr>
          <w:lang w:eastAsia="zh-CN"/>
        </w:rPr>
        <w:t>　　本学期重点是让每个孩子都能大胆发言，乐意看图书并边看边讲。直到现在发现我们的孩子是能大胆发言，但在看图书时只有少数孩子能边看边讲，大多数孩子还处于安静看书阶段，这将是我们下学期努力的方向。在发展幼儿语言表达能力时，老师方面，我们注重在各个领域进行渗透，而针对孩子来说，我们努力创设一个自由宽松的语言环境，主动和孩子交往，鼓励每个幼儿表达自己的想法和感受。有些孩子胆小、内向不爱讲话，我们就在活动中多鼓励这些孩子大胆说话，并多给这些孩子表现的机会。此外，还通过家园联系本和个别谈话的形式和家长进行沟通，共同促进孩子的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(3)社会</w:t>
      </w:r>
      <w:r>
        <w:rPr>
          <w:lang w:eastAsia="zh-CN"/>
        </w:rPr>
        <w:br/>
      </w:r>
      <w:r>
        <w:rPr>
          <w:lang w:eastAsia="zh-CN"/>
        </w:rPr>
        <w:t>　　这一学期我们的主要目标是理解并遵守日常生活中的基本社会行为规则，乐意与人交往，有初步的合作意识，有同情心。在这一学期中每个星期五孩子们都会带来自己喜欢的玩具，通过互相交换玩具孩子们的交往主动性增强了，有了初步的初合作意识，还能在游戏中做到爱护别人的玩具，而且通过这一活动，不少孩子认识了星期，知道一个星期有七天，在幼儿园六天，而且总会盼望着星期六的到来，他可以用自己的玩具交换到自己家里没有的玩具。在其他活动中老师也尽量为幼儿提供合作探讨的机会，所以孩子们已经基本上学会了合作。在活动中，三位教师对孩子要求一致，所以孩子的常规比起上一学期来好了许多，但还是不太理想，好多细节还是需要老师不断提醒，没有养成习惯，有待我们继续努力争取下一学期有更好的成绩。</w:t>
      </w:r>
      <w:r>
        <w:rPr>
          <w:lang w:eastAsia="zh-CN"/>
        </w:rPr>
        <w:br/>
      </w:r>
      <w:r>
        <w:rPr>
          <w:lang w:eastAsia="zh-CN"/>
        </w:rPr>
        <w:t>　　(4)科学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这一学期科学领域的大目标有三。一是爱护动植物，关心周围环境，有初步的环保意识;二是在生活中感受事物的数量关系并体验数学的重要和有趣。三是能用适当的方式表达、交流探索过程和结果。因为我们走的是主题活动，所以科学领域目标的完成大部分是在主题“有趣的尝试”和“动物朋友”中完成的，由于活动比较集中，所以孩子的活动印象比较深，特别是在主题“动物朋友”以后，孩子们一看到环境被污染的的现象都会积极主动的告诉老师，我们老师就会乘机引导他们“你们要好好学本领，快快长大，找到好的办法帮助他们”在一些探索活动中老师会尽量为幼儿提供交流探索的机会，增进孩子之间的交往，提高表达能力。现在孩子们做一些简单的记录还是可以的。而对于一些数学活动，我们尽量是在生活中进行渗透。让幼儿在游戏生活中学习数学。</w:t>
      </w:r>
      <w:r>
        <w:rPr>
          <w:lang w:eastAsia="zh-CN"/>
        </w:rPr>
        <w:br/>
      </w:r>
      <w:r>
        <w:rPr>
          <w:lang w:eastAsia="zh-CN"/>
        </w:rPr>
        <w:t>　　(5)艺术</w:t>
      </w:r>
      <w:r>
        <w:rPr>
          <w:lang w:eastAsia="zh-CN"/>
        </w:rPr>
        <w:br/>
      </w:r>
      <w:r>
        <w:rPr>
          <w:lang w:eastAsia="zh-CN"/>
        </w:rPr>
        <w:t>　　艺术领域的目标重在喜欢参加艺术活动，能大胆表现自己的情感和体验。这一学期我们通过教学活动，区域活动等多种形式为幼儿提供活动机会，大胆表现自己。但是对技能技巧的学习教师没有用心思考如何让孩子学得扎实，所以活动进行过了，但孩子的技能不扎实，所以在表现时心有余而力不足。所以在下一学期中，教师要在技能技巧上下功夫。</w:t>
      </w:r>
      <w:r>
        <w:rPr>
          <w:lang w:eastAsia="zh-CN"/>
        </w:rPr>
        <w:br/>
      </w:r>
      <w:r>
        <w:rPr>
          <w:lang w:eastAsia="zh-CN"/>
        </w:rPr>
        <w:t>　　3、环境创设：</w:t>
      </w:r>
      <w:r>
        <w:rPr>
          <w:lang w:eastAsia="zh-CN"/>
        </w:rPr>
        <w:br/>
      </w:r>
      <w:r>
        <w:rPr>
          <w:lang w:eastAsia="zh-CN"/>
        </w:rPr>
        <w:t>　　根据主题和孩子、家长共同创设。其中重点是区域活动中材料的投放。这一学期，通过参加教研活动，我们从理论上更加认识到区域活动的重要性以及材料的投放对幼儿活动的影响，在实际教学活动中在每个主题活动中都能都按时、按质、按量的去投放与目标相应的材料做相应的指导。此外，作为教师也没有把握好整个学期的主要完成目标，尽管区域活动的创设很成功，但有个别孩子活动时做的不太好，希望在下学期，在老师的帮助下，让这些孩子的区域活动表现能够迈上一个新的台阶。</w:t>
      </w:r>
      <w:r>
        <w:rPr>
          <w:lang w:eastAsia="zh-CN"/>
        </w:rPr>
        <w:br/>
      </w:r>
      <w:r>
        <w:rPr>
          <w:lang w:eastAsia="zh-CN"/>
        </w:rPr>
        <w:t>　　4、家长工作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与家长很好的合作，能够直接影响班上各项工作的进行，为了更好的搞好班上的家长工作，我们总是热情的接待每一个家长，对家长提出的问题进行耐心的回答，对家长的叮嘱总是用心去完成。对需要进行个别教育的孩子我，们就通过个别交谈或联系本与家长交换意见，共同促进孩子的成长。以上是我们班一学期的班级总结，在以后的工作中我们还要共同协作，继续努力，对一些薄弱环节还要加强训练，争取更大的进步。</w:t>
      </w:r>
      <w:r>
        <w:rPr>
          <w:lang w:eastAsia="zh-CN"/>
        </w:rPr>
        <w:br/>
      </w:r>
      <w:r>
        <w:rPr>
          <w:lang w:eastAsia="zh-CN"/>
        </w:rPr>
        <w:t>　　5、安全工作</w:t>
      </w:r>
      <w:r>
        <w:rPr>
          <w:lang w:eastAsia="zh-CN"/>
        </w:rPr>
        <w:br/>
      </w:r>
      <w:r>
        <w:rPr>
          <w:lang w:eastAsia="zh-CN"/>
        </w:rPr>
        <w:t>　　幼儿园里无小事，安全责任重泰山。我们尽量排除身边存在一些不安全因素，并让幼儿学会简单自我保护保护方法，在班内形成互帮互助的良好氛围。今年我班在我们两位老师的高度警惕和细心照顾下，我班无任何事故发生，使我感到非常欣慰。也使我感到保教工作不容松散，以后还要加强安全教育工作，使宝宝安安全全、快快乐乐在幼儿园度过每一天。</w:t>
      </w:r>
      <w:r>
        <w:rPr>
          <w:lang w:eastAsia="zh-CN"/>
        </w:rPr>
        <w:br/>
      </w:r>
      <w:r>
        <w:rPr>
          <w:lang w:eastAsia="zh-CN"/>
        </w:rPr>
        <w:t xml:space="preserve">    幼儿园班务工作教师总结 篇8 </w:t>
      </w:r>
      <w:r>
        <w:rPr>
          <w:lang w:eastAsia="zh-CN"/>
        </w:rPr>
        <w:br/>
      </w:r>
      <w:r>
        <w:rPr>
          <w:lang w:eastAsia="zh-CN"/>
        </w:rPr>
        <w:t>　　一、养成了良好的生活习惯</w:t>
      </w:r>
      <w:r>
        <w:rPr>
          <w:lang w:eastAsia="zh-CN"/>
        </w:rPr>
        <w:br/>
      </w:r>
      <w:r>
        <w:rPr>
          <w:lang w:eastAsia="zh-CN"/>
        </w:rPr>
        <w:t>　　如严格督促幼儿饭前便后洗手。平时勤洗手、勤洗澡、勤剪指甲、勤换衣服，持续清洁的个人卫生。经过长时间的练习，幼儿的洗手方法有了很大改善，而且自觉性也很高。</w:t>
      </w:r>
      <w:r>
        <w:rPr>
          <w:lang w:eastAsia="zh-CN"/>
        </w:rPr>
        <w:br/>
      </w:r>
      <w:r>
        <w:rPr>
          <w:lang w:eastAsia="zh-CN"/>
        </w:rPr>
        <w:t>　　二、每一天都有晨间检查和晚间检查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检查时我们会注意幼儿当天的身体状况，对一些身体不适的幼儿及早发现、及时处理。同时我们对幼儿也进行节假日期间的安全、卫生教育，让幼儿尽量少去人口密集处，减少外出。透过教育，幼儿整体的卫生习惯都有了很大的提高。</w:t>
      </w:r>
      <w:r>
        <w:rPr>
          <w:lang w:eastAsia="zh-CN"/>
        </w:rPr>
        <w:br/>
      </w:r>
      <w:r>
        <w:rPr>
          <w:lang w:eastAsia="zh-CN"/>
        </w:rPr>
        <w:t>　　三、自己的事情自己做</w:t>
      </w:r>
      <w:r>
        <w:rPr>
          <w:lang w:eastAsia="zh-CN"/>
        </w:rPr>
        <w:br/>
      </w:r>
      <w:r>
        <w:rPr>
          <w:lang w:eastAsia="zh-CN"/>
        </w:rPr>
        <w:t>　　我们培养幼儿的自我服务潜力，如穿衣服、系鞋带、叠被子等，经过本学期的练习，幼儿都明白自己的事情自己做;幼儿穿脱衣物的速度也快了很多，大部分幼儿都学会了整理自己的床铺，有一部分幼儿也能自己系鞋带，幼儿的自理潜力得到了很大的提高。在培养幼儿自我服务潜力时，我们还指导幼儿参与一些力所能及的劳动，如擦桌椅、拣垃圾等，增强了幼儿的环保意识。</w:t>
      </w:r>
      <w:r>
        <w:rPr>
          <w:lang w:eastAsia="zh-CN"/>
        </w:rPr>
        <w:br/>
      </w:r>
      <w:r>
        <w:rPr>
          <w:lang w:eastAsia="zh-CN"/>
        </w:rPr>
        <w:t>　　第二教育教学工作</w:t>
      </w:r>
      <w:r>
        <w:rPr>
          <w:lang w:eastAsia="zh-CN"/>
        </w:rPr>
        <w:br/>
      </w:r>
      <w:r>
        <w:rPr>
          <w:lang w:eastAsia="zh-CN"/>
        </w:rPr>
        <w:t>　　不断开展教育教学活动，围绕主题，开展丰富的教育教学活动，很好的激发了幼儿学习的用心性和主动性，提高了幼儿的自我意识，发展了幼儿的创造潜力，经过本学期的学习努力，本班幼儿在语言表达潜力、社会交往潜力、艺术审美潜力、动手操作潜力等都有了明显的提高。</w:t>
      </w:r>
      <w:r>
        <w:rPr>
          <w:lang w:eastAsia="zh-CN"/>
        </w:rPr>
        <w:br/>
      </w:r>
      <w:r>
        <w:rPr>
          <w:lang w:eastAsia="zh-CN"/>
        </w:rPr>
        <w:t>　　一、养成了良好的学习惯</w:t>
      </w:r>
      <w:r>
        <w:rPr>
          <w:lang w:eastAsia="zh-CN"/>
        </w:rPr>
        <w:br/>
      </w:r>
      <w:r>
        <w:rPr>
          <w:lang w:eastAsia="zh-CN"/>
        </w:rPr>
        <w:t>　　如幼儿的坐姿和握笔姿势有了明显的进步;在课堂上认真倾听的习惯也有了明显的进步。</w:t>
      </w:r>
      <w:r>
        <w:rPr>
          <w:lang w:eastAsia="zh-CN"/>
        </w:rPr>
        <w:br/>
      </w:r>
      <w:r>
        <w:rPr>
          <w:lang w:eastAsia="zh-CN"/>
        </w:rPr>
        <w:t>　　二、开展了各项竞赛活动</w:t>
      </w:r>
      <w:r>
        <w:rPr>
          <w:lang w:eastAsia="zh-CN"/>
        </w:rPr>
        <w:br/>
      </w:r>
      <w:r>
        <w:rPr>
          <w:lang w:eastAsia="zh-CN"/>
        </w:rPr>
        <w:t>　　如大班的拍球比赛，很好的激发了幼儿用心向上的良好精神。如亲子运动会，活动中的猪八戒背媳妇，家长与幼儿的相互配合，很好的提高了幼儿的合作意识。</w:t>
      </w:r>
      <w:r>
        <w:rPr>
          <w:lang w:eastAsia="zh-CN"/>
        </w:rPr>
        <w:br/>
      </w:r>
      <w:r>
        <w:rPr>
          <w:lang w:eastAsia="zh-CN"/>
        </w:rPr>
        <w:t>　　三、开展了丰富的周末活动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如剪窗花、报纸运牛奶等等活动。</w:t>
      </w:r>
      <w:r>
        <w:rPr>
          <w:lang w:eastAsia="zh-CN"/>
        </w:rPr>
        <w:br/>
      </w:r>
      <w:r>
        <w:rPr>
          <w:lang w:eastAsia="zh-CN"/>
        </w:rPr>
        <w:t>　　四、区角活动中的投放</w:t>
      </w:r>
      <w:r>
        <w:rPr>
          <w:lang w:eastAsia="zh-CN"/>
        </w:rPr>
        <w:br/>
      </w:r>
      <w:r>
        <w:rPr>
          <w:lang w:eastAsia="zh-CN"/>
        </w:rPr>
        <w:t>　　如夹珠子它的玩法有很多，能够让幼儿按色彩，按时间的长短，按幼儿夹得多少来进行游戏。这个活动即能够提高幼儿的数数潜力，也提高了幼儿统计潜力。如拼图很好的培养了幼儿的注意力。如瓶娃娃幼儿能够根据娃娃身上的数字来进行夹珠子，也可根据娃娃头发的色彩来进行色彩上的装扮。如点绿豆很好的培养了幼儿的点数潜力。</w:t>
      </w:r>
      <w:r>
        <w:rPr>
          <w:lang w:eastAsia="zh-CN"/>
        </w:rPr>
        <w:br/>
      </w:r>
      <w:r>
        <w:rPr>
          <w:lang w:eastAsia="zh-CN"/>
        </w:rPr>
        <w:t>　　第三家长工作开学我们以满腔地热情接待家长，认真对待每一位幼儿的家长，从家长方面了解幼儿的一些侧面。本学期更加注重了和家长的沟通，透过幼儿入离园时与家长交谈，及时全面地了解每位幼儿的思想变化，并给予及时的推荐和意见，更多地组织了丰富多样的家园活动，让家长参与到活动中来，如半日开放家长观看数学启蒙的一个教研活动、亲子活动等等。</w:t>
      </w:r>
      <w:r>
        <w:rPr>
          <w:lang w:eastAsia="zh-CN"/>
        </w:rPr>
        <w:br/>
      </w:r>
      <w:r>
        <w:rPr>
          <w:lang w:eastAsia="zh-CN"/>
        </w:rPr>
        <w:t>　　同时，为了让家长了解幼儿的学习状况，我们还定期将教学进度告之家长，方便家长在家中的教育。家长在配合我们工作的同时也给了我们许多宝贵的意见，我们也虚心理解，做到家园教育的一致，更好的促进幼儿的发展。就是有了家长们的参与，本班本学期的教育教学活动真正做到了家园共育。</w:t>
      </w:r>
      <w:r>
        <w:rPr>
          <w:lang w:eastAsia="zh-CN"/>
        </w:rPr>
        <w:br/>
      </w:r>
      <w:r>
        <w:rPr>
          <w:lang w:eastAsia="zh-CN"/>
        </w:rPr>
        <w:t>　　我相信在今后的日子里，我们会做的更好的!</w:t>
      </w:r>
      <w:r>
        <w:rPr>
          <w:lang w:eastAsia="zh-CN"/>
        </w:rPr>
        <w:br/>
      </w:r>
      <w:r>
        <w:rPr>
          <w:lang w:eastAsia="zh-CN"/>
        </w:rPr>
        <w:t xml:space="preserve">    幼儿园班务工作教师总结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一个学期的时光，在转眼间，如划破天际的流星在时间的长河中慢慢不见了踪影，纵然如此，依旧会留下一道痕迹，正如我们班的孩子一样，他们的成长，也见证了我们师生共同走过的一段足迹。在我们播撒的阳光和雨露之下，孩子们每一天都在进步，从而促进了他们在原有水平上的发展。回顾这一学期的工作，有令人喜悦的地方，也有令人深思的事情，下面从几个方面来谈一谈本学期的班务工作。</w:t>
      </w:r>
      <w:r>
        <w:rPr>
          <w:lang w:eastAsia="zh-CN"/>
        </w:rPr>
        <w:br/>
      </w:r>
      <w:r>
        <w:rPr>
          <w:lang w:eastAsia="zh-CN"/>
        </w:rPr>
        <w:t>　　一、班级常规工作</w:t>
      </w:r>
      <w:r>
        <w:rPr>
          <w:lang w:eastAsia="zh-CN"/>
        </w:rPr>
        <w:br/>
      </w:r>
      <w:r>
        <w:rPr>
          <w:lang w:eastAsia="zh-CN"/>
        </w:rPr>
        <w:t>　　我们班幼儿大多活泼开朗，和大班上学期相比，在自理潜力、学习态度、日常行为习惯等方面都有了明显的提高，个性是幼儿的职责意识和学习用心性，进步尤为突出。另外，幼儿作为独立的个体来说，都是富有个性的。那么在一个群众中，如何在施展幼儿的个性状况下、又让他们觉得有所约束，这就是班级管理的重中之重了。因此我们老师和阿姨拧成一股力，构成同一种准则，同一种理念，向着同一种目标去努力。应对本班幼儿在大班上学期表现出来的活动自由、上课插嘴、规则意识薄弱等状况，在开学初，我们就和幼儿一齐商讨各项活动、各个环节的规则。如在群众教学活动时，要认真倾听老师、同伴的回答，举手发言;区域活动时，耐心地从事游戏活动;就餐时，安静地吃完自己的一份饭菜，不乱倒米粒等等诸如此类的规则。同时，运用不断跟进的方法，去观察指导幼儿的行为。一学期下来，幼儿的规则意识、自律意识在不断加强。应对不能遵守的幼儿，我们也会与他进行耐心沟通、教育，以记录幼儿点滴进步的方法，来激励幼儿扬善补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本学期在我们两位老师的共同努力下，我们大二班这个大家庭变得更加和睦、和谐，生机盎然了。</w:t>
      </w:r>
      <w:r>
        <w:rPr>
          <w:lang w:eastAsia="zh-CN"/>
        </w:rPr>
        <w:br/>
      </w:r>
      <w:r>
        <w:rPr>
          <w:lang w:eastAsia="zh-CN"/>
        </w:rPr>
        <w:t>　　二、生活常规方面</w:t>
      </w:r>
      <w:r>
        <w:rPr>
          <w:lang w:eastAsia="zh-CN"/>
        </w:rPr>
        <w:br/>
      </w:r>
      <w:r>
        <w:rPr>
          <w:lang w:eastAsia="zh-CN"/>
        </w:rPr>
        <w:t>　　在日常生活中，我们注重加强幼儿的卫生习惯的培养。在饭前、便后、手脏时提醒幼儿洗手，养成幼儿勤洗手的好习惯。此刻幼儿已不需要老师的提醒，自己能做到视状况而洗手。吃饭时，我们在幼儿桌上放上盘子，供幼儿放骨头等。此刻，幼儿能做到不挑食，持续餐桌的干净，如果有个别幼儿吃饭掉饭粒，别的小朋友就会提醒他注意。幼儿的卫生习惯已经养成。在教师指导下，幼儿能将衣服叠好，摆放整齐。个别幼儿咬手指、衣袖的坏习惯，得到纠正。同时，我们还配合保健老师，做好预防接种和体检等工作增强了幼儿体质，促进了幼儿身体健康成长。</w:t>
      </w:r>
      <w:r>
        <w:rPr>
          <w:lang w:eastAsia="zh-CN"/>
        </w:rPr>
        <w:br/>
      </w:r>
      <w:r>
        <w:rPr>
          <w:lang w:eastAsia="zh-CN"/>
        </w:rPr>
        <w:t>　　三、认真开展卫生保健工作，让幼儿拥有健康强壮的体魄。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做好班级卫生保健和生活常规工作，是一切工作的前提，幼儿只有在良好的卫生环境下才能得到身心健康的发展。因此，本学期我班更加注重幼儿的身体健康，严格按照我园的卫生消毒制度作好常规工作，卫生程序规范化，加强幼儿体能活动，增强幼儿的体质，使每位幼儿在拥有健康体质的同时拥有健康的心理。平时做好开窗通风，定期清洁、消毒幼儿生活用品和玩教具，保护室内外环境的清洁，杜绝流行病的发生，大部分幼儿对天气的变化有务必的感受，并学会主动增减衣物，照顾自己。在“手足口病”高发期间，我们严格做好班级卫生工作和检查工作。每一天做好四个时间段的检查即早上入园、午后饭前、午睡起床后、离园前等，并做好详实的记录。虽然是高发期，但班级生病请假孩子却比较少，持续了较高的出勤率。</w:t>
      </w:r>
      <w:r>
        <w:rPr>
          <w:lang w:eastAsia="zh-CN"/>
        </w:rPr>
        <w:br/>
      </w:r>
      <w:r>
        <w:rPr>
          <w:lang w:eastAsia="zh-CN"/>
        </w:rPr>
        <w:t>　　另外，我们还不忘对幼儿进行安全防范教育，从身边的每件小事着手，结合幼儿自身的生活经验和安全教育计划，有目的有步骤地开展有利于幼儿的各种活动，时刻提醒幼儿意外就在身边，透过“以点带面”的方法，提高幼儿的安全意识，让幼儿学会了一些必要的保护措施，明白简单的身体保护方法，尽量避免事故的发生。使幼儿意识到“要玩的开心，但更要玩的安全”，在务必程度上也提升了整个班风班貌。</w:t>
      </w:r>
      <w:r>
        <w:rPr>
          <w:lang w:eastAsia="zh-CN"/>
        </w:rPr>
        <w:br/>
      </w:r>
      <w:r>
        <w:rPr>
          <w:lang w:eastAsia="zh-CN"/>
        </w:rPr>
        <w:t xml:space="preserve">    幼儿园班务工作教师总结 篇10 </w:t>
      </w:r>
      <w:r>
        <w:rPr>
          <w:lang w:eastAsia="zh-CN"/>
        </w:rPr>
        <w:br/>
      </w:r>
      <w:r>
        <w:rPr>
          <w:lang w:eastAsia="zh-CN"/>
        </w:rPr>
        <w:t>　　一个班的工作能否得以顺利的开展，除了靠老师的努力之外，更重要的是要得到家长们的支持和配合。因此，我们十分重视家长工作。我们开设家园联系栏，为家长带给各周教育教学资料、各类教育信息、保教知识等。当然，在课程实施时需要家长帮忙的地方还真多，有了这些在家长配合下的前期工作，我们预设的活动，目的性就更强了，针对性也更加明显，且准备充分了，活动开展起来也会个性的顺利。所以我们虚心理解家长给我们提出的意见和推荐，主动地与家长沟通，共同探讨科学育儿的方法，交流经验，根据幼儿的个性特点因材施教，采取适当有效的方法引导教育他们，使其在原有水平上得到进步，我们的工作也得到了家长的肯定与表扬。</w:t>
      </w:r>
      <w:r>
        <w:rPr>
          <w:lang w:eastAsia="zh-CN"/>
        </w:rPr>
        <w:br/>
      </w:r>
      <w:r>
        <w:rPr>
          <w:lang w:eastAsia="zh-CN"/>
        </w:rPr>
        <w:t>　　1.主动亲切地与家长沟通。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我们充分利用了早接和放学的时间跟家长交流，使家长了解自己孩子在园的状况。</w:t>
      </w:r>
      <w:r>
        <w:rPr>
          <w:lang w:eastAsia="zh-CN"/>
        </w:rPr>
        <w:br/>
      </w:r>
      <w:r>
        <w:rPr>
          <w:lang w:eastAsia="zh-CN"/>
        </w:rPr>
        <w:t>　　2、定期进行电访。</w:t>
      </w:r>
      <w:r>
        <w:rPr>
          <w:lang w:eastAsia="zh-CN"/>
        </w:rPr>
        <w:br/>
      </w:r>
      <w:r>
        <w:rPr>
          <w:lang w:eastAsia="zh-CN"/>
        </w:rPr>
        <w:t>　　针对班上个别孩子(如黄俊辉、黄易)我们经常电访，以便能更好地了解幼儿的身体状况以及在家的状况，从而有针对性地开展教学工作，促进我们老师与家长之间的相互了解，使家园合作更加密切。</w:t>
      </w:r>
      <w:r>
        <w:rPr>
          <w:lang w:eastAsia="zh-CN"/>
        </w:rPr>
        <w:br/>
      </w:r>
      <w:r>
        <w:rPr>
          <w:lang w:eastAsia="zh-CN"/>
        </w:rPr>
        <w:t>　　3、让家长参与到我们的工作中。</w:t>
      </w:r>
      <w:r>
        <w:rPr>
          <w:lang w:eastAsia="zh-CN"/>
        </w:rPr>
        <w:br/>
      </w:r>
      <w:r>
        <w:rPr>
          <w:lang w:eastAsia="zh-CN"/>
        </w:rPr>
        <w:t>　　透过大家一学年来辛勤工作，无私奉献，本班幼儿在学习和生活上都有务必的进步，他们健康、聪明、活泼，好表现自我，吸收知识快。动作发展均良好，运动潜力强，基本动作协调;喜欢绘画和动手操作活动;口语方面发展较好，思维活跃，口齿清晰，好表达。有良好的学习，生活、行为、习惯，有务必的纪律性，能遵守幼儿园班级的各项常规，热爱班群众，有务必的群众荣誉感。但是，有成绩也有不足，比如孩子们的常规尚不尽人意，上课插嘴的现象还较多，在午餐方面，还有许多孩子比较挑食，幼儿在卫生方面表现还不尽人意，饭后小朋友擦嘴、漱口经常忘记，时时的要老师提醒等，这些都有待于我们在以后的工作不断的探索、不断的加强。因此，今后的努力方向是</w:t>
      </w:r>
      <w:r>
        <w:rPr>
          <w:lang w:eastAsia="zh-CN"/>
        </w:rPr>
        <w:br/>
      </w:r>
      <w:r>
        <w:rPr>
          <w:lang w:eastAsia="zh-CN"/>
        </w:rPr>
        <w:t>　　1.进一步加强业务学习，全面、有效地提高孩子各方面的潜力。</w:t>
      </w:r>
      <w:r>
        <w:rPr>
          <w:lang w:eastAsia="zh-CN"/>
        </w:rPr>
        <w:br/>
      </w:r>
      <w:r>
        <w:rPr>
          <w:lang w:eastAsia="zh-CN"/>
        </w:rPr>
        <w:t>　　2.加强对幼儿的研究，熟悉并灵活运用幼儿的年龄特点，提高组织活动的质量。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3.发挥本班两老师的协作、奉献精神，全面提高班级工作质量。</w:t>
      </w:r>
      <w:r>
        <w:rPr>
          <w:lang w:eastAsia="zh-CN"/>
        </w:rPr>
        <w:br/>
      </w:r>
      <w:r>
        <w:rPr>
          <w:lang w:eastAsia="zh-CN"/>
        </w:rPr>
        <w:t>　　4.加强安全防范措施，增强幼儿自我保护意识。</w:t>
      </w:r>
      <w:r>
        <w:rPr>
          <w:lang w:eastAsia="zh-CN"/>
        </w:rPr>
        <w:br/>
      </w:r>
      <w:r>
        <w:rPr>
          <w:lang w:eastAsia="zh-CN"/>
        </w:rPr>
        <w:t>　　5.加强教法的探讨，努力探索出具有个人特色的教学方法。</w:t>
      </w:r>
      <w:r>
        <w:rPr>
          <w:lang w:eastAsia="zh-CN"/>
        </w:rPr>
        <w:br/>
      </w:r>
      <w:r>
        <w:rPr>
          <w:lang w:eastAsia="zh-CN"/>
        </w:rPr>
        <w:t xml:space="preserve">    幼儿园班务工作教师总结 篇11 </w:t>
      </w:r>
      <w:r>
        <w:rPr>
          <w:lang w:eastAsia="zh-CN"/>
        </w:rPr>
        <w:br/>
      </w:r>
      <w:r>
        <w:rPr>
          <w:lang w:eastAsia="zh-CN"/>
        </w:rPr>
        <w:t>　　一、德育方面</w:t>
      </w:r>
      <w:r>
        <w:rPr>
          <w:lang w:eastAsia="zh-CN"/>
        </w:rPr>
        <w:br/>
      </w:r>
      <w:r>
        <w:rPr>
          <w:lang w:eastAsia="zh-CN"/>
        </w:rPr>
        <w:t>　　对于幼儿的有些自然而然的不良举止，我们及时给于指出和纠正，并请大家来监督，进步了就及时表扬，并把“德育”教育渗透到幼儿的一日生活各环节中，让幼儿受到潜移默化的影响，培养幼儿讲礼貌、团结友爱、守纪律等良好品德行为和分享意识，构成活泼、开朗的性格，同时，还鼓励幼儿用心参加各项活动，自觉遵守活动规则，同伴间相互关心。在我们开展的环保主题活动中，教育幼儿爱护环境，爱护地球，爱护地球上的每一个生命，从小养成了环保意识，并用自己的行动去影响身边的人，他们感觉自己担负着神圣的使命，孩子是纯洁的。在平时的生活学习中，孩子与孩子间的交往和谐了许多，许多小朋友都能熟练的使用礼貌用语，周文、王思程、果果小朋友经常主动去帮忙遇困难的孩子，有的小朋友常常要讥笑别人，还有一些小朋友出口就是说人家笨蛋或者说人家怎样这么笨阿，在教育和谈心下，他们渐渐改变了，还透过一些故事，使他们明白了每个人都有自己的优缺点，讥笑、嘲讽别人同样也是缺点，此刻，基本上听不到小朋友的告状声了。</w:t>
      </w:r>
      <w:r>
        <w:rPr>
          <w:lang w:eastAsia="zh-CN"/>
        </w:rPr>
        <w:br/>
      </w:r>
      <w:r>
        <w:rPr>
          <w:lang w:eastAsia="zh-CN"/>
        </w:rPr>
        <w:t>　　二、智育方面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晨间活动中，组织幼儿进行观察，让幼儿对周围自然、社会环境感兴趣;并会爱护、照顾身边的动、植物，培养了幼儿好奇好问、和探索的兴趣，幼儿会选取使用玩具、学具材料和简易工具、有目的地进行各类操作活动。在教师的引导下，很多幼儿喜欢说普通话，并会用普通话与老师、同伴交流，能初步领会一些文学作品的情感和简单寓意，有的小朋友能认读许多字，在几个字中，他们认识其中的一个或者两个，就能根据其他因素，加上自己的想法，想象文字的含义，他们爱认字。在谈话活动和评讲中，孩子们的语言表达比较流畅，并且能用恰当的语言表达自己的情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大班幼儿在计算方面的学习资料加重，我们以多种形式组织幼儿进行学习，让幼儿学会20以内数的分解、组成加减运算，认识立体图形和平面图形异同及关系。透过学看正点、半点和日历，培养幼儿的时间观念，很多小朋友在活动时爱看老师的手表来认识时间。我们这学期开展了很多主题活动，在每个活动中，小朋友都用心主动的参加，小朋友的观察和表达潜力，以及表现潜力有了十分大的进步，而且他们的职责意识也提高了不少，慢慢地，他们也有了主动学习的意识。我们一向都注意幼儿学习习惯地培养。我们深知从小养成良好地学习习惯，会使幼儿终身受益。在活动时，我们鼓励幼儿踊跃发言，用心开动脑筋，坚持讲普通话;绘画、写字时，都要求幼儿养成安静的作业习惯，着力培养幼儿良好的书写姿势。还培养幼儿能勇敢地在成人及群众面前发言、说儿歌、表演歌舞。本学期，我们把重点放在培养幼儿良好的书写习惯这一方面，每次作业前都要求幼儿先把姿势摆好，书写过程中不断提醒幼儿持续良好的姿势，使大多数小朋友养成了良好的书写习惯，幼儿的书写也有了很大的进步。另外，我们还培养幼儿勇于参加各项活动。如;马若凌</w:t>
      </w:r>
      <w:r>
        <w:rPr>
          <w:lang w:eastAsia="zh-CN"/>
        </w:rPr>
        <w:br/>
      </w:r>
      <w:r>
        <w:rPr>
          <w:lang w:eastAsia="zh-CN"/>
        </w:rPr>
        <w:t>　　三、体育方面</w:t>
      </w:r>
      <w:r>
        <w:rPr>
          <w:lang w:eastAsia="zh-CN"/>
        </w:rPr>
        <w:br/>
      </w:r>
      <w:r>
        <w:rPr>
          <w:lang w:eastAsia="zh-CN"/>
        </w:rPr>
        <w:t>　　每一天，我们都按时组织幼儿进行早操和各项体育活动，培养幼儿爱护公共卫生的意识，小朋友也不象以前那么自私了，不再霸占了一件玩具不给别的小朋友玩，他们还能有条理的活动并能收拾活动器具。在组织的各项动作练习中，小朋友基本上都能根据要求来完成。</w:t>
      </w:r>
      <w:r>
        <w:rPr>
          <w:lang w:eastAsia="zh-CN"/>
        </w:rPr>
        <w:br/>
      </w:r>
      <w:r>
        <w:rPr>
          <w:lang w:eastAsia="zh-CN"/>
        </w:rPr>
        <w:t>　　四、美育方面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这学期的音乐活动，小朋友的音乐感受潜力和表达潜力又了十分大的进步，个性是学习新歌，小朋友一旦理解歌词意思，一下子就学会了，并且会用优美的，好听的声音来演唱，在歌表演与舞蹈中，小朋友能自己来编动作，模仿潜力来不错。我们这学期开展小制作活动，大家用心收集各种废旧材料，一齐来制作，一齐来变废为宝，他们各有各的创意，小朋友的对手潜力虽然不是太出色，但他的想象十分有创意，总是能滔滔不绝的说出自己的设计意图。我们还一齐用废旧材料来制作服装，参加服装秀表演。在班里，我们大家一齐来展示自己的作品，虽然是自娱自乐，但小朋友还是陶醉于其中。同时，我们也注重小朋友绘画水平的提高，注重色彩的搭配和表达。透过一系列的活动，小朋友的动手潜力都有了很大的提高，而且他们也喜爱上了这类活动，胡雍祁、江彦华小朋友最爱折纸，并能根据图示，自己来摸索，自己来学习，看着孩子们有进步，我们老师也觉得特高兴。</w:t>
      </w:r>
      <w:r>
        <w:rPr>
          <w:lang w:eastAsia="zh-CN"/>
        </w:rPr>
        <w:br/>
      </w:r>
      <w:r>
        <w:rPr>
          <w:lang w:eastAsia="zh-CN"/>
        </w:rPr>
        <w:t xml:space="preserve">    幼儿园班务工作教师总结 篇12 </w:t>
      </w:r>
      <w:r>
        <w:rPr>
          <w:lang w:eastAsia="zh-CN"/>
        </w:rPr>
        <w:br/>
      </w:r>
      <w:r>
        <w:rPr>
          <w:lang w:eastAsia="zh-CN"/>
        </w:rPr>
        <w:t>　　一、班级状况分析</w:t>
      </w:r>
      <w:r>
        <w:rPr>
          <w:lang w:eastAsia="zh-CN"/>
        </w:rPr>
        <w:br/>
      </w:r>
      <w:r>
        <w:rPr>
          <w:lang w:eastAsia="zh-CN"/>
        </w:rPr>
        <w:t>　　这学期我们班共有25名幼儿，其中9名新生，孩子年龄小，生活自理潜力弱，因此我们把保育工作放在较重的位置，对每一个孩子都很关注，观察他们情绪上的变化，每一天摸一摸、抱一抱孩子，用行动告诉他，老师对他的爱，使他们在一个温馨、和谐的环境中愉快成长。在培养孩子生活自理潜力方面，我们坚持正面教育，对幼儿以表扬为主，强化他们的自我服务意识，改变他们的依靠思想，对幼儿好的行为或表现给予肯定、赞赏和鼓励，使幼儿能够更有信心。透过这一学期的学习和生活，孩子们的生活自理潜力提高了很多，在过程中孩子们不仅仅仅学会了这一些技能，而且在自我服务当中体验到了自己做事的乐趣。仔细回顾这学期孩子们的成长，孩子们从最初的不愿意上幼儿园到能高高兴兴上幼儿园;从家人喂着都不愿意吃饭到此刻能自己大口大口的吃;从不会穿鞋子到自己会穿;从不敢参加活动到争着回答老师的提问……使我们感受到了一份耕耘一份收获的喜悦。</w:t>
      </w:r>
      <w:r>
        <w:rPr>
          <w:lang w:eastAsia="zh-CN"/>
        </w:rPr>
        <w:br/>
      </w:r>
      <w:r>
        <w:rPr>
          <w:lang w:eastAsia="zh-CN"/>
        </w:rPr>
        <w:t>　　二、教育教学工作方面</w:t>
      </w:r>
      <w:r>
        <w:rPr>
          <w:lang w:eastAsia="zh-CN"/>
        </w:rPr>
        <w:br/>
      </w:r>
      <w:r>
        <w:rPr>
          <w:lang w:eastAsia="zh-CN"/>
        </w:rPr>
        <w:t>　　1、分开带教，使新生尽快熟悉班级环境。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这个学期我班可谓是人丁兴旺，班上陆陆续续的插入了九位新生，时间持续到了6月10日，能够想象孩子的哭闹会给其他孩子正常的活动带来多少的影响。于是，为了避免刚入园的新生哭作一团的负面影响，我们采取分开带教的形式，让新生中哭泣的幼儿和老生分为两批，各由老师带领:当班老师组织幼儿的活动，保育员陶老师在班里配合，另一位老师就带这位新生，使其尽快熟悉环境，早日融入群众。</w:t>
      </w:r>
      <w:r>
        <w:rPr>
          <w:lang w:eastAsia="zh-CN"/>
        </w:rPr>
        <w:br/>
      </w:r>
      <w:r>
        <w:rPr>
          <w:lang w:eastAsia="zh-CN"/>
        </w:rPr>
        <w:t>　　2、认真备课，提前做好备课工作备课是确保教育活动能顺利完成的前提。我班的老师每次备课前都会先讨论，确保目标的一致性。每次的备课笔记大家都会认真写，做到目标明确、条理清晰，准时上交各项计划。</w:t>
      </w:r>
      <w:r>
        <w:rPr>
          <w:lang w:eastAsia="zh-CN"/>
        </w:rPr>
        <w:br/>
      </w:r>
      <w:r>
        <w:rPr>
          <w:lang w:eastAsia="zh-CN"/>
        </w:rPr>
        <w:t>　　3、细致、认真地做好孩子的观察记录这学期的观察记录两位老师都认真地观察孩子，把孩子发生的点滴都牢牢记在心中并且在备课笔记上认真作好记录。</w:t>
      </w:r>
      <w:r>
        <w:rPr>
          <w:lang w:eastAsia="zh-CN"/>
        </w:rPr>
        <w:br/>
      </w:r>
      <w:r>
        <w:rPr>
          <w:lang w:eastAsia="zh-CN"/>
        </w:rPr>
        <w:t>　　三、环境创设</w:t>
      </w:r>
      <w:r>
        <w:rPr>
          <w:lang w:eastAsia="zh-CN"/>
        </w:rPr>
        <w:br/>
      </w:r>
      <w:r>
        <w:rPr>
          <w:lang w:eastAsia="zh-CN"/>
        </w:rPr>
        <w:t>　　孩子的生活离不开良好的环境，所以环境布置对孩子来说尤为重要。本学期在环境的布置上我们也花了很大的功夫。尽自己的潜力让环境富有儿童化、趣味化。我们的娃娃家一开始游戏材料少，但我们不怕苦，自己制作了冰箱和电视机，以及好多可操作的小东西，孩子们对这些区域都十分感兴趣，而且在玩的过程中他们逐渐学会了合作，学会了自己去解决问题。此刻在活动区里你总会看到孩子们玩的那么开心，使小朋友们能在良好的氛围中生活学习，为了丰富孩子们的课余活动，还布置了许多区角，例如艺术创作区阅读角益智区等，另外老师利用课余的时间制作幼儿作品展，将孩子的美术作品展示在上面，更加激励孩子们做得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四、卫生保健</w:t>
      </w:r>
      <w:r>
        <w:rPr>
          <w:lang w:eastAsia="zh-CN"/>
        </w:rPr>
        <w:br/>
      </w:r>
      <w:r>
        <w:rPr>
          <w:lang w:eastAsia="zh-CN"/>
        </w:rPr>
        <w:t>　　做好了消毒卫生工作，关注幼儿身心健康。本学期由于跨越春、夏两季，正是流行病多发的季节，因此我班更加注重幼儿的身体健康。严格按照我园的卫生消毒制度作好常规工作，卫生程序规范化，进一步搞好班级卫生、个人卫生工作，对活动室、各种玩具、物品等定期消毒、清洗。做好日常保健工作，保证幼儿健康成长，加强对个别体弱易病的幼儿照顾。透过各项措施促进幼儿身心健康成长，让幼儿拥有健康的体质同时还拥有健康的心理。</w:t>
      </w:r>
      <w:r>
        <w:rPr>
          <w:lang w:eastAsia="zh-CN"/>
        </w:rPr>
        <w:br/>
      </w:r>
      <w:r>
        <w:rPr>
          <w:lang w:eastAsia="zh-CN"/>
        </w:rPr>
        <w:t>　　2、保证幼儿充足的睡眠，1230----230提醒幼儿穿适量的衣物午睡，即时更换汗湿的衣服，为体弱孩子调整床位。</w:t>
      </w:r>
      <w:r>
        <w:rPr>
          <w:lang w:eastAsia="zh-CN"/>
        </w:rPr>
        <w:br/>
      </w:r>
      <w:r>
        <w:rPr>
          <w:lang w:eastAsia="zh-CN"/>
        </w:rPr>
        <w:t>　　3、本学期还加强了幼儿的自我保护意识及安全卫生教育，尽量避免幼儿安全事故的发生。在日常生活中培养幼儿良好的生活习惯、卫生习惯，重点帮忙几个进餐慢的幼儿如肖钦文、王子木、许可馨改变饮食习惯。</w:t>
      </w:r>
      <w:r>
        <w:rPr>
          <w:lang w:eastAsia="zh-CN"/>
        </w:rPr>
        <w:br/>
      </w:r>
      <w:r>
        <w:rPr>
          <w:lang w:eastAsia="zh-CN"/>
        </w:rPr>
        <w:t>　　4、用心带领幼儿锻炼身体，组织幼儿参加的体育锻炼活动和户外游戏活动。有小部分幼儿还学会了拍球。</w:t>
      </w:r>
      <w:r>
        <w:rPr>
          <w:lang w:eastAsia="zh-CN"/>
        </w:rPr>
        <w:br/>
      </w:r>
      <w:r>
        <w:rPr>
          <w:lang w:eastAsia="zh-CN"/>
        </w:rPr>
        <w:t>　　5、每一天向幼儿介绍食谱，促进幼儿的食欲，保证每名幼儿吃饱、吃好。保证幼儿的进食量，教育幼儿细嚼慢咽，保证孩子30分钟的进餐时间。对于吃得快的孩子，老师不断提醒，要求孩子慢点儿吃。</w:t>
      </w:r>
      <w:r>
        <w:rPr>
          <w:lang w:eastAsia="zh-CN"/>
        </w:rPr>
        <w:br/>
      </w:r>
      <w:r>
        <w:rPr>
          <w:lang w:eastAsia="zh-CN"/>
        </w:rPr>
        <w:t>　　6、提醒幼儿多喝水，每一天喝水次数不少于六次，照顾体弱儿童。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幼儿园班务工作教师总结 篇13 </w:t>
      </w:r>
      <w:r>
        <w:rPr>
          <w:lang w:eastAsia="zh-CN"/>
        </w:rPr>
        <w:br/>
      </w:r>
      <w:r>
        <w:rPr>
          <w:lang w:eastAsia="zh-CN"/>
        </w:rPr>
        <w:t>　　保育方面</w:t>
      </w:r>
      <w:r>
        <w:rPr>
          <w:lang w:eastAsia="zh-CN"/>
        </w:rPr>
        <w:br/>
      </w:r>
      <w:r>
        <w:rPr>
          <w:lang w:eastAsia="zh-CN"/>
        </w:rPr>
        <w:t>　　三位老师默契配合做好班级卫生清理工作，严格执行消毒制度，并及时记录。幼儿的毛巾、桌椅、被褥每一天一次紫外线消毒。本学期我们在注重培养幼儿的生活自理潜力的同时还个性注意在一日生活中渗透安全自我保护教育，</w:t>
      </w:r>
      <w:r>
        <w:rPr>
          <w:lang w:eastAsia="zh-CN"/>
        </w:rPr>
        <w:br/>
      </w:r>
      <w:r>
        <w:rPr>
          <w:lang w:eastAsia="zh-CN"/>
        </w:rPr>
        <w:t>　　教育方面</w:t>
      </w:r>
      <w:r>
        <w:rPr>
          <w:lang w:eastAsia="zh-CN"/>
        </w:rPr>
        <w:br/>
      </w:r>
      <w:r>
        <w:rPr>
          <w:lang w:eastAsia="zh-CN"/>
        </w:rPr>
        <w:t>　　在教学活动中教师之间能够互相取长补短，发挥自己的长处，根据主题活动随时调整班上的教学计划，在遇到问题时教师们能够共同商讨，收集超多的有关资料完善班上的教学任务，使得班上的教学工作能够顺利的进行。</w:t>
      </w:r>
      <w:r>
        <w:rPr>
          <w:lang w:eastAsia="zh-CN"/>
        </w:rPr>
        <w:br/>
      </w:r>
      <w:r>
        <w:rPr>
          <w:lang w:eastAsia="zh-CN"/>
        </w:rPr>
        <w:t>　　健康</w:t>
      </w:r>
      <w:r>
        <w:rPr>
          <w:lang w:eastAsia="zh-CN"/>
        </w:rPr>
        <w:br/>
      </w:r>
      <w:r>
        <w:rPr>
          <w:lang w:eastAsia="zh-CN"/>
        </w:rPr>
        <w:t>　　针对中班幼儿的年龄特点，除了开展一些丰富搞笑的体育游戏，还增加了竞赛游戏，完成各项体育活动目标。同时萌发幼儿的竞争意识，并从中懂得一些公平竞争的规则意识。此外还个性注意在幼儿一日生活中把握教育契机对幼儿进行健康教育，如上下楼梯时提醒孩子靠右边走，不推挤，天冷跑步时用鼻子呼吸不迎风说话等等。但由于幼儿的自制力不是很强，虽然懂得其中的道理，但没有了老师的提醒还是不会自觉保护自己。看来健康教育不能只是靠谈话，靠说教就能对孩子产生影响的。健康教育下一学期将是我们工作的重点。</w:t>
      </w:r>
      <w:r>
        <w:rPr>
          <w:lang w:eastAsia="zh-CN"/>
        </w:rPr>
        <w:br/>
      </w:r>
      <w:r>
        <w:rPr>
          <w:lang w:eastAsia="zh-CN"/>
        </w:rPr>
        <w:t>　　语言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本学期重点是让每个孩子都能大胆发言，乐意看图书并边看边讲。直到此刻发现我们的孩子是能大胆发言，但在看图书时只有少数孩子能边看边讲，大多数孩子还处于安静看书阶段，这将是我们下学期努力的方向。在发展幼儿语言表达潜力时，老师方面，我们注重在各个领域进行渗透，而针对孩子来说，我们努力创设一个自由宽松的语言环境，主动和孩子交往，鼓励每个幼儿表达自己的想法和感受。有些孩子胆小、内向不爱讲话，我们就在活动中多鼓励这些孩子大胆说话，并多给这些孩子表现的机会。此外，还透过家园联系本和个别谈话的形式和家长进行沟通，共同促进孩子的发展。</w:t>
      </w:r>
      <w:r>
        <w:rPr>
          <w:lang w:eastAsia="zh-CN"/>
        </w:rPr>
        <w:br/>
      </w:r>
      <w:r>
        <w:rPr>
          <w:lang w:eastAsia="zh-CN"/>
        </w:rPr>
        <w:t xml:space="preserve">    幼儿园班务工作教师总结 篇14 </w:t>
      </w:r>
      <w:r>
        <w:rPr>
          <w:lang w:eastAsia="zh-CN"/>
        </w:rPr>
        <w:br/>
      </w:r>
      <w:r>
        <w:rPr>
          <w:lang w:eastAsia="zh-CN"/>
        </w:rPr>
        <w:t>　　本学期，在我们两个教师的共同努力下，根据园内的教研计划和安排，结合本班务情况，各项工作开展得较好。回顾忙碌、紧张的一学期，幼儿在各个方面有了长足的进步，在某些方面还存在着不足。为了在以后的工作中更好地开展工作，使幼儿在下学期取得更大更好的发展，特将本学期的班务工作做以下总结。</w:t>
      </w:r>
      <w:r>
        <w:rPr>
          <w:lang w:eastAsia="zh-CN"/>
        </w:rPr>
        <w:br/>
      </w:r>
      <w:r>
        <w:rPr>
          <w:lang w:eastAsia="zh-CN"/>
        </w:rPr>
        <w:t>　　一、本班情况：</w:t>
      </w:r>
      <w:r>
        <w:rPr>
          <w:lang w:eastAsia="zh-CN"/>
        </w:rPr>
        <w:br/>
      </w:r>
      <w:r>
        <w:rPr>
          <w:lang w:eastAsia="zh-CN"/>
        </w:rPr>
        <w:t>　　本学期幼儿的身体发育状况良好，身高、体重都有了明显的提高。幼儿的体质状况也有了明显提高。在体育活动中，幼儿能基本遵守游戏规则，并且也能学习一些基本的自我保护方法，积极参加园内举办的北京来我园举行牵手支教教研活动。</w:t>
      </w:r>
      <w:r>
        <w:rPr>
          <w:lang w:eastAsia="zh-CN"/>
        </w:rPr>
        <w:br/>
      </w:r>
      <w:r>
        <w:rPr>
          <w:lang w:eastAsia="zh-CN"/>
        </w:rPr>
        <w:t>　　二、教育工作：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经过小班一年的安定，现在中班幼儿求知欲旺盛，知识面在不断的开阔，吸收新的知识也快。我们根据《大纲》精神及中班幼儿发展目标，结合本班幼儿的实际情况制订了一系列的教育教学活动，在教育教学中，我们两位老师都能认真准备，钻研教材，采用探索在前，讲解在后的教学形式，大大激发了幼儿学习的积极性和主动性，提高了幼儿的自我意识，发展了幼儿的创造能力，使主题活动开展的非常有意义。本班幼儿在语言表达能力、社会交往能力、艺术审美能力、动手操作能力等都有了明显的提高。</w:t>
      </w:r>
      <w:r>
        <w:rPr>
          <w:lang w:eastAsia="zh-CN"/>
        </w:rPr>
        <w:br/>
      </w:r>
      <w:r>
        <w:rPr>
          <w:lang w:eastAsia="zh-CN"/>
        </w:rPr>
        <w:t>　　三、德育工作</w:t>
      </w:r>
      <w:r>
        <w:rPr>
          <w:lang w:eastAsia="zh-CN"/>
        </w:rPr>
        <w:br/>
      </w:r>
      <w:r>
        <w:rPr>
          <w:lang w:eastAsia="zh-CN"/>
        </w:rPr>
        <w:t>　　幼儿期的思想品德教育可以为人一生打下坚实的基础，而中班幼儿正处于学期初期末，是由学期教育过渡到小学教育的承上启下的时期，因此，我们抓住这一重要时期，培养幼儿诚实有礼、敢作敢为、谦让合作、关心他人的优良品德，养成良好的文明习惯，陶冶幼儿情操，培养幼儿的集体主义精神，为幼儿进入小学打下良好的基础。将德育工作渗透到日常生活和学习中的每一个环节，并结合节日对幼儿进行文明礼貌教育。</w:t>
      </w:r>
      <w:r>
        <w:rPr>
          <w:lang w:eastAsia="zh-CN"/>
        </w:rPr>
        <w:br/>
      </w:r>
      <w:r>
        <w:rPr>
          <w:lang w:eastAsia="zh-CN"/>
        </w:rPr>
        <w:t>　　四、保育工作</w:t>
      </w:r>
      <w:r>
        <w:rPr>
          <w:lang w:eastAsia="zh-CN"/>
        </w:rPr>
        <w:br/>
      </w:r>
      <w:r>
        <w:rPr>
          <w:lang w:eastAsia="zh-CN"/>
        </w:rPr>
        <w:t>　　(一)、常规教育方面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我们加强了对幼儿进行个人的卫生教育。如学习正确的洗手方法，严格督促幼儿饭前便后、玩耍后用洗手液洗手。平时勤洗手、勤洗澡、勤剪指甲、勤换衣服，保持清洁的个人卫生。经过长时间的练习，幼儿的洗手方法有了很大改进，而且自觉性也很高。另外每天晨间检查时认真做好晨检工作，注意幼儿当天的身体状况，对一些身体不适的幼儿及早发现、及时处理。同时我们对幼儿也进行节假日期间的安全、卫生教育，让幼儿尽量少去人口密集处，减少外出。通过教育，幼儿整体的卫生习惯都有了很大的提高。</w:t>
      </w:r>
      <w:r>
        <w:rPr>
          <w:lang w:eastAsia="zh-CN"/>
        </w:rPr>
        <w:br/>
      </w:r>
      <w:r>
        <w:rPr>
          <w:lang w:eastAsia="zh-CN"/>
        </w:rPr>
        <w:t>　　(二)保健教育</w:t>
      </w:r>
      <w:r>
        <w:rPr>
          <w:lang w:eastAsia="zh-CN"/>
        </w:rPr>
        <w:br/>
      </w:r>
      <w:r>
        <w:rPr>
          <w:lang w:eastAsia="zh-CN"/>
        </w:rPr>
        <w:t>　　在幼儿开展活动中，我不忘对幼儿进行劳动教育，培养幼儿爱劳动的习惯。首先我们培养幼儿的自我服务能力，如穿衣服、系鞋带、叠被子等，经过本学期的练习，幼儿穿_物的速度快了很多，大部分幼儿都学会了整理自己的床铺，幼儿的自理能力得到了很大的提高。在培养幼儿自我服务能力时，我们还指导幼儿参与一些力所能及的劳动，如擦桌椅、淋花、整理书包等，增强了幼儿的环保意识。</w:t>
      </w:r>
      <w:r>
        <w:rPr>
          <w:lang w:eastAsia="zh-CN"/>
        </w:rPr>
        <w:br/>
      </w:r>
      <w:r>
        <w:rPr>
          <w:lang w:eastAsia="zh-CN"/>
        </w:rPr>
        <w:t>　　五、家长工作</w:t>
      </w:r>
      <w:r>
        <w:rPr>
          <w:lang w:eastAsia="zh-CN"/>
        </w:rPr>
        <w:br/>
      </w:r>
      <w:r>
        <w:rPr>
          <w:lang w:eastAsia="zh-CN"/>
        </w:rPr>
        <w:t>　　开学伊始，我们以满腔地热情接待家长，认真对待每一位幼儿的家长，从家长方面了解幼儿的一些侧面。本学期更加注重了和家长的沟通，利用幼儿入离园时与家长交谈及家园联系手册，及时全面地了解每位幼儿的思想变化，并给予及时的建议和意见，更多地组织了丰富多样的家园活动，让家长参与到活动中来，如：半日开放家长观摩活动、亲子活动等等。同时，为了让家长了解幼儿的学习情况，我们还定期将教学进度告之家长，方便家长在家中的教育。家长在配合我们工作的同时也给了我们许多宝贵的意见，我们也虚心接受，做到家园教育的一致，更好的促进幼儿的发展。就是有了家长们的参与，本班本学期的教育教学活动真正做到了家园共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幼儿园班务工作教师总结 篇15 </w:t>
      </w:r>
      <w:r>
        <w:rPr>
          <w:lang w:eastAsia="zh-CN"/>
        </w:rPr>
        <w:br/>
      </w:r>
      <w:r>
        <w:rPr>
          <w:lang w:eastAsia="zh-CN"/>
        </w:rPr>
        <w:t>　　本学期，我班三个老师团协作，认真学习了《纲要》《指南》的指导思想和各种教育理念。并把这些先进的教育理念有计划有目的地运用到了工作实践中，在实践中进行反思，用理论去分析实践存在的问题，使我们的理论水平和教育行为都得到了提升。在“非典”这个特殊的时期，我班非常注重做好幼儿保健工作，把增强幼儿的体质放在工作的首位，将保健工作渗透到一日生活中去，提高了幼儿的卫生保健意识和能力。在教学中，我班注重合学科的特点，将计算机辅助教学手段应用到教学中。提高计算机辅助教学的成效。在教学活动中，注重为幼儿创造尝试的机会和条件，鼓励幼儿大胆尝试。并充分利用日常生活中的各个环节帮助幼儿规范语言，完整表达，发展幼儿的语言表达能力。一学期过去了，幼儿得到了较全面的发展。语言表达能力普遍得到提高，讲述时能围绕主题，有次序、连贯地讲述。幼儿不仅会评价别人，明辨是非。还初步学会了自己解决纠纷。独立性增强。在音乐活动中，多数幼儿都能用轻声的方法唱歌，唱歌的声音比较统一。音乐活动中能自己遵守常规，感受力上得到了增强，听到音乐后能大胆表达自己的感受，并乐意用动作表达。我们的具体做法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一、将保健工作深入到一日生活中去。本学期初，正是“非典”流行最厉害的时候，许多家长感到恐慌，甚至有的家长在犹豫要不要把孩子送进幼儿园。“非典”是一种非典型性肺炎，是肺炎的变异等。只要做卫生和预防工作，加强自身的锻炼，其实它并不可怕。所以本学期，我们把保健工作放在了首位。在做好班级卫生清洁工作、消毒工作的同时，通过开展一系列幼儿卫生保健教育活动，使家长和幼儿释放紧张、恐慌的心情，懂得预防“非典”等流行性疾病的方法，措施。增强了家长和幼儿的卫生保健常识，提高了大家加强自身锻炼的意识，使幼儿的体制得到了增强。我们通过读报纸、上网_资料，讲故事等形式让幼儿了解到“非典”是一中非典型性肺炎，是肺炎的变异等。让幼儿懂得预防“非典”的方法是要我们讲卫生、勤洗手、按时作息、不去人多的地方等，学会了初步自我保护的方法，增强了意识。在日常生活中，我们注意把卫生工作抓实。经常检查幼儿户外活动后、饭前、便后洗手情况，每日进餐时随时提醒幼儿“四净”：桌面、身上、地面、碗里的干净，每天检查幼儿洗发、衣着、手指甲、刷牙的卫生。定期对幼儿睡具、玩具、用具进行暴晒、清洗、消毒等;每天对幼儿洗手间用过氧乙酸进行消毒，定期对教室用紫外线、酸醋消毒。我班保证幼儿每天不少于2个小时的户外活动时间，还通过家长园地让家长知道在这个特殊的时期，增强自身体制的重要性，并鼓励家长利用幼儿在家的时间带幼儿多参加户外锻炼，不带幼儿去人多的地方玩耍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二、在一日生活中各环节发展幼儿的语言能力语言是交流的工具，也是学习知识的媒介，幼儿每天通过语言与周围的人、环境互动着，所以在幼儿每天的日常生活中随时可找到帮助幼儿规范语言，完整表达的教育契机。《纲要》在语言领域中也强调：“在游戏和日常生活中培养幼儿倾听的习惯……”。本学期，我班充分利用一日生活中的各个环节，创设各类游戏情节，发展幼儿的语言表达能力。</w:t>
      </w:r>
      <w:r>
        <w:rPr>
          <w:lang w:eastAsia="zh-CN"/>
        </w:rPr>
        <w:br/>
      </w:r>
      <w:r>
        <w:rPr>
          <w:lang w:eastAsia="zh-CN"/>
        </w:rPr>
        <w:t>　　1、通过有趣的游戏小栏目，提高幼儿听说的兴趣。我班在日常生活中的各个环节设立了许多有趣的游戏小栏目，通过游戏提高幼儿听说的兴趣。收到了好的效果。如：晨间活动设立谈话栏目《新闻报道》，鼓励幼儿合生活表达和分享自己的感受、体验和见闻。午餐前设立《报餐员》栏目，培养幼儿耐心、安静倾听习惯，为幼儿创造了个别表达的机会，为老师创造了个别辅导的机会。午睡前设立《睡前小喇叭》栏目，通过该栏目，引导幼儿接触优秀的文学作品，使之感受语言的丰富和优美，学习作品的优美的词句，为以后进行交流提供模仿的对象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利用角色游戏，为幼儿创设丰富的语言运用环境。《指南》在语言领域中强调：“幼儿的语言能力是在实际运用过程中发展起来的，应创设各种有意义、真实的情景，使他们想说、会说、喜欢说”。角色游戏不仅符合幼儿的年龄特点，为幼儿提供了各种有意义、真实的情景，还可以使幼儿在游戏中、在自然的语境中积极地交流。因此，我们注意为幼儿创设角色游戏的条件，提供进行扮演游戏和戏剧游戏的时间、机会和经验。促使幼儿的语言能力是在实际运用过程中发展起来。逢单周，充分利用幼儿园的角色游戏区，开展丰富多彩的角色游戏。在游戏中鼓励幼儿说普通话，使用文明用语。及时纠正幼儿不正确的发音，并为幼儿提高良好的、正确的听说行为示范。对个别语言能力发展差的幼儿，多与之进行个别交谈，给以特别关注，多辅导，多鼓励和赞扬。逢双周，就在活动室内开展各类戏剧游戏。有教师和普通话表达能力强的幼儿讲述故事情景，让其他幼儿扮演故事角色，运用故事中角色的语言进行对话。一学期过去了，幼儿的语言表达能力普遍得到了提高。语言表达能力强的幼儿，即讲述发音标准、语速适中中、较流畅的幼儿有原先的2个增加到7个，口语表达能力差的幼儿，即不会听说普通话，或不能用普通话完整表达的幼儿由原来的16个，减少到现在的4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三、提高多媒体辅助教学的效率。实践证明，运用计算机进行辅助教学对于提高教学效果、推进教学改革、实施素质教育具有不可替代的积极作用。本学期，我班合学科的特点，将计算机辅助教学手段灵活地应用到教学中。提高了计算机辅助教学的成效。本学期，我班通过互联网、现成的商品软件等来收集和试用优秀的教学软件，熟悉各种教学软件的特点，并合自己教学的实际情况进行修改和整理，提高自己制作软件的技术和教学效率。如我班通过互联网或现成的商品软件收集到了课件《小蝌蚪找妈妈》、《植物妈妈有办法》《小熊过桥》《交通标志》等许多优秀的教学软件，既方便了自己教学，又节约了制作课件的时间。同时也感受到了优秀教学软件的长处，为自己以后做课件积累了经验。提高课件设计的成功率。合学科的特点，利用互联网，我们收集了大量的资料，来丰富幼儿的感性知识。如科学活动：多彩的衣服、美术活动：各种各样的扇子、我们的城市等活动，通过上网，在数分钟之内，便收集到了丰富的材料。给教学带了方便。使幼儿积累了更多的感性知识。合多媒体，进行安全教育，增强幼儿的自我保护意识，提高幼儿自我保护能力。多媒体形象、逼真的画面，可以让幼儿感受、看到安全事故所带来的后果，增强幼儿的自我保护意识。同时，通过丰富多彩的游戏活动，提高了幼儿自我保护能力。如我班利用多媒体，进行了安全教育：应该这样玩、一个人在家的时候、尖利的东西会伤人等。通过多媒体，幼儿的自我保护意识明显提高了。有的幼儿还能主动提醒身边的小朋友注意安全。</w:t>
      </w:r>
      <w:r>
        <w:rPr>
          <w:lang w:eastAsia="zh-CN"/>
        </w:rPr>
        <w:br/>
      </w:r>
      <w:r>
        <w:rPr>
          <w:lang w:eastAsia="zh-CN"/>
        </w:rPr>
        <w:t>　　四、充分利用家长资源，发展幼儿自主学习的能力。通过反复学习《纲要》，在认识幼儿园和家庭合作的必要性的基础上。本学期，我班认真贯彻《纲要》精神。充分利用家长等资源。鼓励引导家长积极主动地参与到幼儿园的教育中，既调动了孩子主动参与学习的积极性，又充分发挥了家长的教育作用。例如：在“爱护我们的环境”主题活动中，为充分调动家长的积极性，我们请家长和孩子一起查看、阅读有关空气污染、水污染、沙尘暴等环保方面的资料。并请他们利用假日带孩子实地参观并讨论：水怎么变脏了?汽车的尾气有什么危害?……。从幼儿生活经验出发，帮幼儿了解和感受自然、环境与人类生活的密切关系。活动不仅是幼儿掌握了许多种学习方法，且初步培养了他们保护环境的意识。本学期，我班的班务工作也存在许多不足的地方，需要在以后的工作中加强或改正。如：幼儿的出勤率较低，幼儿语言表达能力的悬殊比较大，应加强个别辅导，做好转差工作。</w:t>
      </w:r>
      <w:r>
        <w:rPr>
          <w:lang w:eastAsia="zh-CN"/>
        </w:rPr>
        <w:br/>
      </w:r>
      <w:r>
        <w:rPr>
          <w:lang w:eastAsia="zh-CN"/>
        </w:rPr>
        <w:t xml:space="preserve">    幼儿园班务工作教师总结 篇16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时间脚步匆匆，我们贝贝班24位小朋友度过了他们在幼儿园的第一个学期，一群可爱的孩子在慢慢地长大，而我们这个刚刚组建的小家庭里也留下了许多孩子们成长的足迹。仔细回顾这学期，有辛酸、有成功、有快乐，辛酸的是刚从家长手里接过来的全是一张张流满泪水，挂着鼻涕的稚嫩小脸；听见的是一声声哀怜地叫喊：“我要，我要回家……”。快乐的是：孩子们从不愿意上学到能高高兴兴上幼儿园；从家人喂着都不愿意吃饭到现在能自己大口大口的吃；从不会穿鞋子到自己学着穿；从不敢参加活动到争着要在集体面前露一手……在这其中包含了我们贝贝班老师的心血，当然也离不开家长们的支持、配合，为了今后更好的开展工作，我对本学期的工作认真做了回顾，总结经验：</w:t>
      </w:r>
      <w:r>
        <w:rPr>
          <w:lang w:eastAsia="zh-CN"/>
        </w:rPr>
        <w:br/>
      </w:r>
      <w:r>
        <w:rPr>
          <w:lang w:eastAsia="zh-CN"/>
        </w:rPr>
        <w:t>　　一、根据本班幼儿的实际情况，把培养幼儿良好的生活常规，提高幼儿的生活自立能力作为本学期保育工作的重点。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孩子年龄太小，生活自理能力弱，因此我们特别注重保育工作。孩子们刚来时不会自己吃饭，不会自己洗手，不会自己穿脱鞋子，不会自己上厕所，就像一群嗷嗷待哺的雏鹰。我们对每个孩子都给予了关注，手把手的教他们上厕所，给他们喂饭，帮他们穿脱衣物，连我自己也记不清给孩子们喂过多少碗饭，换过多少条沾满屎尿的裤子了。而现在，我们班98%幼儿能自己动手愉快的用餐，虽然有的幼儿用餐的速度较慢，但却养成了一定的卫生意识，初步学习保持桌面、地面和衣服的干净，人人养成了餐后擦嘴的好习惯；97%的宝宝能独立入厕，教育幼儿小便后立即到老师处塞裤子，杜绝露肚皮现象的发生，95%的宝宝能自己脱下鞋子放在床脚边，大部分幼儿已学会穿脱简单的外套，能整理好自己的衣物放在脚后。100%的宝宝会自己洗手，养成了洗手前拉起袖子的好习惯，饭前便后要洗手的意识也不断的加强。在此基础上，我们也教育幼儿不挑食，不浪费粮食，不玩水，懂得要节约用水，每位幼儿能在老师的提醒下，有序的分组喝水和喝豆浆、吃饼干、吃点心，宝宝们认识了自己的杯子、毛巾，知道用好后要放回原处。别看托班幼儿年龄小，可活动量也非常大，而且是非辨别能力差，因此我们非常注重安全教育工作的开展，如要求幼儿离开坐位时轻轻的放好椅子，不在教室里奔跑追逐，户外活动时要听从老师的指挥的等，及时制止幼儿的一些不安全行为，减少事故隐患。同时，我们也比较注重礼貌教育，让幼儿学讲诸如“你好”“请”“谢谢”“对不起”等礼貌用语，现在每个幼儿入园后能主动和老师、阿姨问好，在老师的提醒下还能和幼儿园其他工作人员问好。</w:t>
      </w:r>
      <w:r>
        <w:rPr>
          <w:lang w:eastAsia="zh-CN"/>
        </w:rPr>
        <w:br/>
      </w:r>
      <w:r>
        <w:rPr>
          <w:lang w:eastAsia="zh-CN"/>
        </w:rPr>
        <w:t>　　二、领会《新纲要》精神，有的放矢的开展教育工作，丰富幼儿的.生活。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托班幼儿情绪波动大，注意力不够集中，在明确健康、艺术等五大领域目标的前提下，我们遵循循序渐进的原则，用和蔼可亲的教态、准备充分的教具，在幼儿易接受学习的时段开展教育教学，丰富幼儿的知识面，教会幼儿掌握说、唱、跳、画、折、搓、粘、撕等基本技能，初步养成爱学习、有事先举手、上课不随意离开坐位的好习惯，严把教育质量关。一个学期下来，幼儿已学会了《乖宝宝》、《小屁股晒太阳》、《两只小鸟》、《好爸爸好妈妈》等十几首儿歌；能有表情的进行歌表演，会做《合拢放开》《拉个圆圈走走》等音乐游戏；喜欢画图画，使用油画棒时养成用一支拿一支的好习惯；能在老师的带领下，学做早操，学会爬垫子、跳圈、滚球等技能；从不会讲普通话发展到坚持讲普通话。同时，关心他人、帮助他人的小朋友也多了起来。</w:t>
      </w:r>
      <w:r>
        <w:rPr>
          <w:lang w:eastAsia="zh-CN"/>
        </w:rPr>
        <w:br/>
      </w:r>
      <w:r>
        <w:rPr>
          <w:lang w:eastAsia="zh-CN"/>
        </w:rPr>
        <w:t>　　本学期，根据幼儿园的各种计划要求，我们组织幼儿观看国庆阅兵式录像以及中班幼儿的《庆祝祖国妈妈生日》的段活动，向每位幼儿颁发小国旗，对幼儿进行了初步的爱国主义教育。十一月，段内进行了《摘果子》的活动，十二月，进行《欢欢乐乐迎新年》的活动，宝宝班和贝贝班孩子带来了各种丰富的食物，在欢快的“新年好”声中让幼儿度过一个愉快的节日。班内开设的“宝宝乐园”区域角以及餐后休息时间让幼儿有更多主动活动的机会，使幼儿的身心得到进一步的发展。</w:t>
      </w:r>
      <w:r>
        <w:rPr>
          <w:lang w:eastAsia="zh-CN"/>
        </w:rPr>
        <w:br/>
      </w:r>
      <w:r>
        <w:rPr>
          <w:lang w:eastAsia="zh-CN"/>
        </w:rPr>
        <w:t>　　三、教师的责任意识更加明确，不断提高自身素质，加强自身建设。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在工作中，我们两位老师能统一思想，密切配合，互帮互助，以班级利益大于个人利益作为工作的出发点，用爱心、耐心、细心、虚心、齐心做好班级各项工作，脏活、累活从不拖拉，推来推去，在幼儿面前树立了团结友爱的良好形象，起到了表率作用。平时认真备好课、做好课前准备，及时向家长公布一周教育动态。积极利于课余时间，认真阅读幼教杂志，学习幼教理论，不断充实自己，提高自己，做到学以所用，理论联系实际。</w:t>
      </w:r>
      <w:r>
        <w:rPr>
          <w:lang w:eastAsia="zh-CN"/>
        </w:rPr>
        <w:br/>
      </w:r>
      <w:r>
        <w:rPr>
          <w:lang w:eastAsia="zh-CN"/>
        </w:rPr>
        <w:t>　　四、注重家园联系工作，促进家园教育一体化。</w:t>
      </w:r>
      <w:r>
        <w:rPr>
          <w:lang w:eastAsia="zh-CN"/>
        </w:rPr>
        <w:br/>
      </w:r>
      <w:r>
        <w:rPr>
          <w:lang w:eastAsia="zh-CN"/>
        </w:rPr>
        <w:t>　　幼儿初入园，有些家长感到不放心，深怕自己的孩子在幼儿园没吃好、睡好、受人欺负，我们用塌实的工作作风，谦虚的工作态度赢得了家长们的信任，让他们放心的把孩子交给我们。通过其中的家长更加拉近了我们和家长的距离，更好地主家长了解了自己孩子在幼儿园的各种学习情况，如：做游戏、音乐活动、集体活动。平时，放下严师的架子，主动接近家长，拉近与家长之间的距离。对家长提出的意见认真分析，对照实际工作情况进行查漏补缺。</w:t>
      </w:r>
      <w:r>
        <w:rPr>
          <w:lang w:eastAsia="zh-CN"/>
        </w:rPr>
        <w:br/>
      </w:r>
      <w:r>
        <w:rPr>
          <w:lang w:eastAsia="zh-CN"/>
        </w:rPr>
        <w:t>　　我们都知道，一个人的能力、精力都是有限的。如果说过个学期，我及我们整个贝贝班的老师和孩子们都取得了一点点的进步，那么，这一点点成绩也只是属于过去的，这一点点的成绩更是远远不够的。我意识到自己身上还有很多缺点，比如：虽然我是年轻老师，但有时不能严格要求自己，对自己缺乏高要求；性格还是比较急躁，有时也会因为孩子的调皮而埋怨，因他们的不听话而失态；在环境的创设上有时会安于现状，还缺乏主动性。</w:t>
      </w:r>
      <w:r>
        <w:rPr>
          <w:lang w:eastAsia="zh-CN"/>
        </w:rPr>
        <w:br/>
      </w:r>
      <w:r>
        <w:rPr>
          <w:lang w:eastAsia="zh-CN"/>
        </w:rPr>
        <w:t>　　所以针对自己的这些不足，我确定下今后的努力的方向：</w:t>
      </w:r>
      <w:r>
        <w:rPr>
          <w:lang w:eastAsia="zh-CN"/>
        </w:rPr>
        <w:br/>
      </w:r>
      <w:r>
        <w:rPr>
          <w:lang w:eastAsia="zh-CN"/>
        </w:rPr>
        <w:t>　　1、加强自身学习，不仅在地观念上得到转变，还要体现在教育实践中，对自己高标准、严要求，努力做到事事精益求精，主动地钻研业务。</w:t>
      </w:r>
      <w:r>
        <w:rPr>
          <w:lang w:eastAsia="zh-CN"/>
        </w:rPr>
        <w:br/>
      </w:r>
      <w:r>
        <w:rPr>
          <w:lang w:eastAsia="zh-CN"/>
        </w:rPr>
        <w:t>　　2、对孩子，再多一点爱心、多些耐心，使每个孩子在各方面得到更大的进步。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3、将着重培养孩子的自主意识，进一步消除孩子的依赖心理，注重教学效率，孩子每一天都有所收获。</w:t>
      </w:r>
      <w:r>
        <w:rPr>
          <w:lang w:eastAsia="zh-CN"/>
        </w:rPr>
        <w:br/>
      </w:r>
      <w:r>
        <w:rPr>
          <w:lang w:eastAsia="zh-CN"/>
        </w:rPr>
        <w:t>　　4、加强班级网络的建设，进一步加强家园共育，使我们的工作得以更多家长的支持和帮助。</w:t>
      </w:r>
      <w:r>
        <w:rPr>
          <w:lang w:eastAsia="zh-CN"/>
        </w:rPr>
        <w:br/>
      </w:r>
      <w:r>
        <w:rPr>
          <w:lang w:eastAsia="zh-CN"/>
        </w:rPr>
        <w:t>　　在各位家长的支持和帮助下，我们将再接再励，力求在下个学期里，求创新、求实际，将工作开展得更好，让孩子开心、家长放心、园长宽心！</w:t>
      </w:r>
      <w:r>
        <w:rPr>
          <w:lang w:eastAsia="zh-CN"/>
        </w:rPr>
        <w:br/>
      </w:r>
      <w:r>
        <w:rPr>
          <w:lang w:eastAsia="zh-CN"/>
        </w:rPr>
        <w:t xml:space="preserve">    幼儿园班务工作教师总结 篇17 </w:t>
      </w:r>
      <w:r>
        <w:rPr>
          <w:lang w:eastAsia="zh-CN"/>
        </w:rPr>
        <w:br/>
      </w:r>
      <w:r>
        <w:rPr>
          <w:lang w:eastAsia="zh-CN"/>
        </w:rPr>
        <w:t>　　在忙碌的工作中，不知不觉一个学期即将结束。在本班的每一位成员的共同努力下，本班的各项工作都得以顺利完成。现将本班的各项工作做出了以下的总结：</w:t>
      </w:r>
      <w:r>
        <w:rPr>
          <w:lang w:eastAsia="zh-CN"/>
        </w:rPr>
        <w:br/>
      </w:r>
      <w:r>
        <w:rPr>
          <w:lang w:eastAsia="zh-CN"/>
        </w:rPr>
        <w:t>　　一、教育教学状况：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本人作为一位班主任，在园领导及各位老师的支持与帮忙下，与班上的另一位老师&amp;&amp;韦老师是位活泼可爱的老师，对我的工作给予极力的支持与配合。我们常利用业余时间，做有关主题的环境布置，让幼儿能直接地感受主题的资料。虽然我们老师的工作任务繁重，但在教学工作上，我们坚持创新的原则，在网络以及其它资料查寻有关主题的好教材，再进行备课、制作教具等，尝试着新的教学方法，所有活动开展以幼儿为主体，我们只是活动的支持者、参与者、引导者、倾听者，真正好处上做到师生平等。纵观一个学期以来，幼儿反馈的学习状况告诉我们，我们的教学资料、教学方法及各种游戏都是适用于本班幼儿发展水平的。同时也是他们喜爱的、感兴趣的。此外，我们还为幼儿开展了各种有好处的活动，如：“母亲节”主题教育活动，“红歌亲子大家唱”“6`1系列活动”这些活动丰富幼儿的学习情趣，为幼儿的生活增添了不少色彩。为了提高我们的业务水平，我们从多种途径进行学习，如：外出观摩及在网上查阅等。在本学期的教研课上，我们的表现得到了园领导及老师的赞同与认可。</w:t>
      </w:r>
      <w:r>
        <w:rPr>
          <w:lang w:eastAsia="zh-CN"/>
        </w:rPr>
        <w:br/>
      </w:r>
      <w:r>
        <w:rPr>
          <w:lang w:eastAsia="zh-CN"/>
        </w:rPr>
        <w:t>　　二、保育工作状况：</w:t>
      </w:r>
      <w:r>
        <w:rPr>
          <w:lang w:eastAsia="zh-CN"/>
        </w:rPr>
        <w:br/>
      </w:r>
      <w:r>
        <w:rPr>
          <w:lang w:eastAsia="zh-CN"/>
        </w:rPr>
        <w:t>　　一个学期下来，我们做到不迟到、不早退，对工作极端负责。在生活方面，对幼儿照顾得无微不至，幼儿得以健康茁壮成长，同时在我们的细心引导下，幼儿的自理潜力有了很大的进步，并养成了良好的进餐、午睡习惯。在卫生方面，每一天都能支持搞好室内的卫生，并把区角提教玩具摆放整齐;餐具、毛巾等都能按时清洗、消毒。</w:t>
      </w:r>
      <w:r>
        <w:rPr>
          <w:lang w:eastAsia="zh-CN"/>
        </w:rPr>
        <w:br/>
      </w:r>
      <w:r>
        <w:rPr>
          <w:lang w:eastAsia="zh-CN"/>
        </w:rPr>
        <w:t>　　二、幼儿发展状况：</w:t>
      </w:r>
      <w:r>
        <w:rPr>
          <w:lang w:eastAsia="zh-CN"/>
        </w:rPr>
        <w:br/>
      </w:r>
      <w:r>
        <w:rPr>
          <w:lang w:eastAsia="zh-CN"/>
        </w:rPr>
        <w:t>　　透过一个学期的学习，幼儿在各方面都有了很大的进步，在课堂上，幼儿能用心举手发言，用心参加各种游戏，语言表达方面，动手操作潜力，以及常规方面有了较大的提高。在自理潜力方面，幼儿的进步最为明显，大多数幼儿学会了自己整理衣物。在“红歌亲子大家唱”汇演及平时的各种活动中，增强了幼儿的表演欲，大部分幼儿能大胆在群众面前表演。而在各式各样的安全教育中，幼儿的安全意识增强了，安全事故的发生得到了较好的预防。</w:t>
      </w:r>
      <w:r>
        <w:rPr>
          <w:lang w:eastAsia="zh-CN"/>
        </w:rPr>
        <w:br/>
      </w:r>
      <w:r>
        <w:rPr>
          <w:lang w:eastAsia="zh-CN"/>
        </w:rPr>
        <w:t>　　三、家园共育方面：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我班一向以来向家长开放了家长之窗，每周向家长公布周计划、主题计划、并定期向家长宣传有关育儿知识，还在外墙开展了主题活动，以便家长能及时了解幼儿在园的学习状况，并且方便了家长的参与。平时在幼儿的教育问题上，我们经常与家长进行联系，有的透过电话联系，有的进行面谈，有的进行家访，这样有利与双方发现问题及时沟通，处理，以便到达家园共育目标的一致性。透过一学期的家长工作的开展，我们的工作已经得到了家长的好评和肯定。</w:t>
      </w:r>
      <w:r>
        <w:rPr>
          <w:lang w:eastAsia="zh-CN"/>
        </w:rPr>
        <w:br/>
      </w:r>
      <w:r>
        <w:rPr>
          <w:lang w:eastAsia="zh-CN"/>
        </w:rPr>
        <w:t>　　三、存在问题：</w:t>
      </w:r>
      <w:r>
        <w:rPr>
          <w:lang w:eastAsia="zh-CN"/>
        </w:rPr>
        <w:br/>
      </w:r>
      <w:r>
        <w:rPr>
          <w:lang w:eastAsia="zh-CN"/>
        </w:rPr>
        <w:t>　　我班个别幼儿胆量太小，不能大方与老师交谈，我们应多亲近、鼓励这类幼儿。在生活常规上还须加强幼儿的训练，提高班级管理水平，以确保下学期示范园复检顺利透过。</w:t>
      </w:r>
      <w:r>
        <w:rPr>
          <w:lang w:eastAsia="zh-CN"/>
        </w:rPr>
        <w:br/>
      </w:r>
      <w:r>
        <w:rPr>
          <w:lang w:eastAsia="zh-CN"/>
        </w:rPr>
        <w:t>　　四、努力方向：</w:t>
      </w:r>
      <w:r>
        <w:rPr>
          <w:lang w:eastAsia="zh-CN"/>
        </w:rPr>
        <w:br/>
      </w:r>
      <w:r>
        <w:rPr>
          <w:lang w:eastAsia="zh-CN"/>
        </w:rPr>
        <w:t>　　在本学期作做的好的方面我们会继续持续。但我们也会正视自已的不足之处，把所存在的问题有针对性地进分析、解决，努力把今后的班级工作开展的有声有色。</w:t>
      </w:r>
      <w:r>
        <w:rPr>
          <w:lang w:eastAsia="zh-CN"/>
        </w:rPr>
        <w:br/>
      </w:r>
      <w:r>
        <w:rPr>
          <w:lang w:eastAsia="zh-CN"/>
        </w:rPr>
        <w:t xml:space="preserve">    幼儿园班务工作教师总结 篇18 </w:t>
      </w:r>
      <w:r>
        <w:rPr>
          <w:lang w:eastAsia="zh-CN"/>
        </w:rPr>
        <w:br/>
      </w:r>
      <w:r>
        <w:rPr>
          <w:lang w:eastAsia="zh-CN"/>
        </w:rPr>
        <w:t>　　一、树立强烈的渗透意识：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幼儿园一日生活及各个环节都渗透德育因素，幼儿园中时时有德育，处处有德育。在教学活动中，教师首先要树立德育渗透意识，不仅注重给予幼儿发现的机会，发展幼儿的智力和帮助幼儿掌握学科学的技能和方法等，而且还关注幼儿积极情感和良好学习习惯和态度的培养。因为积极的情感和良好的学习习惯和态度能使整个认识过程积极化，没有情感色彩的认知，便是僵死的，没有生命力的，没有良好的学习习惯和态度更是失败的。因此，在掌握本学科教育要求的同时，熟悉理解德育大纲的精神实质，使德育大纲所提出的目标要求，结合各科大纲的目标和要求分解、渗透到学期、月、日及各个活动的具体计划中去，并根据这些要求来设计活动，布置环境，使之有明确的目的性、计划性。</w:t>
      </w:r>
      <w:r>
        <w:rPr>
          <w:lang w:eastAsia="zh-CN"/>
        </w:rPr>
        <w:br/>
      </w:r>
      <w:r>
        <w:rPr>
          <w:lang w:eastAsia="zh-CN"/>
        </w:rPr>
        <w:t>　　二、提供一个健康、和谐的社会环境。</w:t>
      </w:r>
      <w:r>
        <w:rPr>
          <w:lang w:eastAsia="zh-CN"/>
        </w:rPr>
        <w:br/>
      </w:r>
      <w:r>
        <w:rPr>
          <w:lang w:eastAsia="zh-CN"/>
        </w:rPr>
        <w:t>　　从幼儿心理学的角度来看，爱模仿是幼儿的年龄特点，常常会听到幼儿为自己的言行辩解道因此，我们除了为幼儿创设了一个良好的物质环境外，还注重为幼儿提供一个良好的社会环境，特别是我们的幼教工作人中时时处处为幼儿树立良好的榜样，包括幼儿园全体工作人员集体的团结、协作，教师的言语行动以及幼儿中间的好人好事，都成为幼儿的良好榜样。</w:t>
      </w:r>
      <w:r>
        <w:rPr>
          <w:lang w:eastAsia="zh-CN"/>
        </w:rPr>
        <w:br/>
      </w:r>
      <w:r>
        <w:rPr>
          <w:lang w:eastAsia="zh-CN"/>
        </w:rPr>
        <w:t xml:space="preserve">    幼儿园班务工作教师总结 篇19 </w:t>
      </w:r>
      <w:r>
        <w:rPr>
          <w:lang w:eastAsia="zh-CN"/>
        </w:rPr>
        <w:br/>
      </w:r>
      <w:r>
        <w:rPr>
          <w:lang w:eastAsia="zh-CN"/>
        </w:rPr>
        <w:t>　　时间飞逝，转眼间，一学期充实的幼儿园生活已经结束。本学期，我们班的四位老师，以团结协作、共同努力的良好风气，共同做好班内的各项工作，因此每个孩子都有了明显的进步同时也得到了家长的认同。我们都不得不感慨岁月流逝的疾速，同时我们也惊喜的发现，每一点一滴的付出，所得到的回报也是令自己骄傲的。现在我将对本学期的工作做以下总结：</w:t>
      </w:r>
      <w:r>
        <w:rPr>
          <w:lang w:eastAsia="zh-CN"/>
        </w:rPr>
        <w:br/>
      </w:r>
      <w:r>
        <w:rPr>
          <w:lang w:eastAsia="zh-CN"/>
        </w:rPr>
        <w:t>　　一、班级情况</w:t>
      </w:r>
      <w:r>
        <w:rPr>
          <w:lang w:eastAsia="zh-CN"/>
        </w:rPr>
        <w:br/>
      </w:r>
    </w:p>
    <w:p w:rsidR="001B1F19" w14:textId="27C3F48A">
      <w:pPr>
        <w:rPr>
          <w:rFonts w:hint="eastAsia"/>
          <w:lang w:eastAsia="zh-CN"/>
        </w:rPr>
      </w:pPr>
      <w:r>
        <w:rPr>
          <w:lang w:eastAsia="zh-CN"/>
        </w:rPr>
        <w:t>　　本学期我担任大三班的班主任及教育教学工作，因为是中班升大班的第一学期，所以幼儿在各方面都有明显的进步，看到他们的进步，作为老师的我们心里也很开心。本学期我们开展了很多活动，有“喜迎国庆节”“中秋节”“家长助教”、“精品课”“迎新年庆元旦”等活动，活动的开展锻炼了孩子们各方面的发展，同时也增进了教师和家长之间的情感。在平时的各项教学活动中，我们对进步的幼儿给予及时的表扬；对能力较弱的幼儿给予鼓励；一学期下来我们班的孩子在各方面的表现都有很大的进步！</w:t>
      </w:r>
      <w:r>
        <w:rPr>
          <w:lang w:eastAsia="zh-CN"/>
        </w:rPr>
        <w:br/>
      </w:r>
      <w:r>
        <w:rPr>
          <w:lang w:eastAsia="zh-CN"/>
        </w:rPr>
        <w:t>　　二、教育教学工作</w:t>
      </w:r>
      <w:r>
        <w:rPr>
          <w:lang w:eastAsia="zh-CN"/>
        </w:rPr>
        <w:br/>
      </w:r>
      <w:r>
        <w:rPr>
          <w:lang w:eastAsia="zh-CN"/>
        </w:rPr>
        <w:t>　　1。认真制定学期计划、月计划，填写周计划、班级情况表及各种表格。</w:t>
      </w:r>
      <w:r>
        <w:rPr>
          <w:lang w:eastAsia="zh-CN"/>
        </w:rPr>
        <w:br/>
      </w:r>
      <w:r>
        <w:rPr>
          <w:lang w:eastAsia="zh-CN"/>
        </w:rPr>
        <w:t>　　2。在日常工作中，我能认真的完成各项工作任务，认真参加每次的业务学习，积极参加集体教研活动，课前认真备课，准备好丰富有趣的教育活动，上课时平等对待每一个孩子，给每一个孩子有充分展示自己的机会，注意给胆小的孩子多一些爱护，给注意力易分散的孩子多一些鼓励，给能干的孩子多一些挑战。课后不断反思，不断总结，每月撰写教育随笔，以此提高自身能力与写作能力。</w:t>
      </w:r>
      <w:r>
        <w:rPr>
          <w:lang w:eastAsia="zh-CN"/>
        </w:rPr>
        <w:br/>
      </w:r>
      <w:r>
        <w:rPr>
          <w:lang w:eastAsia="zh-CN"/>
        </w:rPr>
        <w:t>　　3。在教育教学活动中，为幼儿创设良好的机会与条件，提供充足的操作材料。认真组织好多元创意课程中健康、语言、社会、科学、艺术五大领域的课程，在一日活动中，注意教给幼儿初浅的、简单的生活知识经验，培养幼儿独立解决问题的能力。</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https://d.book118.com/887014055006006054</w:t>
        </w:r>
      </w:hyperlink>
    </w:p>
    <w:p w:rsidR="001B1F19">
      <w:pPr>
        <w:rPr>
          <w:rFonts w:hint="eastAsia"/>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87014055006006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