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2024年围城阅读心得有感（31篇）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2024年围城阅读心得有感（精选31篇）</w:t>
      </w:r>
      <w:r>
        <w:rPr>
          <w:lang w:eastAsia="zh-CN"/>
        </w:rPr>
        <w:br/>
      </w:r>
      <w:r>
        <w:rPr>
          <w:lang w:eastAsia="zh-CN"/>
        </w:rPr>
        <w:t xml:space="preserve">    2024年围城阅读心得有感 篇1 </w:t>
      </w:r>
      <w:r>
        <w:rPr>
          <w:lang w:eastAsia="zh-CN"/>
        </w:rPr>
        <w:br/>
      </w:r>
      <w:r>
        <w:rPr>
          <w:lang w:eastAsia="zh-CN"/>
        </w:rPr>
        <w:t>　　“围城”取自书中才女苏文纨的一句话，“城中的人想出去，城外的人想冲进来”，我想《围城》幽默的一个重要原因是钱钟书先生用了许多比喻。方鸿渐在大学里要从副教授升到教授的时候有这么一段话：讲师，副教授和教授的关系正如丫头，姨太太和正房太太的关系一样，从老爷身边的丫头添房成姨太太挺容易，但是姨太太要想成为正房太太可谓难上加难;同理，从讲师升到副教授轻而易举，可要想从副教授晋升为教授，就不那么容易了。真是精妙绝伦。</w:t>
      </w:r>
      <w:r>
        <w:rPr>
          <w:lang w:eastAsia="zh-CN"/>
        </w:rPr>
        <w:br/>
      </w:r>
      <w:r>
        <w:rPr>
          <w:lang w:eastAsia="zh-CN"/>
        </w:rPr>
        <w:t>　　还有关于“爱情”的比喻，钱钟书先生分别用“起火”和“热带植物”来比喻老年人和青年人不同的情感特征。他说：“老头子恋爱听说像老房子着了火，烧起来没有救的。”年轻人的恋爱呢?“无论如何，从此他们俩的交情像热带植物那样飞快的生长。”</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再说关于“留学”的比喻，有理趣也有情趣，包含了钱钟书先生对那个时代某些庸俗卑下文化观念的深刻认识和尖锐批判。“……留了学也可以解脱这种自卑的心理。并非为了高深学问。出洋好比出痘子，出痧子，就可以安全长大，以后碰见这两种毛病，不怕传染。我们出过洋，也算了了一桩心愿，灵魂健全，见了博士硕士们这些微生虫，有抵抗力来自卫。”</w:t>
      </w:r>
      <w:r>
        <w:rPr>
          <w:lang w:eastAsia="zh-CN"/>
        </w:rPr>
        <w:br/>
      </w:r>
      <w:r>
        <w:rPr>
          <w:lang w:eastAsia="zh-CN"/>
        </w:rPr>
        <w:t>　　很多人说，钱学森笔下的围城是指婚姻，细细想来何止婚姻一个围城?其实人生处处是围城。婚姻也罢、事业也罢，整个生活都似在一个围城之中，人永远逃不出这围城所给予的束缚和磨砺。</w:t>
      </w:r>
      <w:r>
        <w:rPr>
          <w:lang w:eastAsia="zh-CN"/>
        </w:rPr>
        <w:br/>
      </w:r>
      <w:r>
        <w:rPr>
          <w:lang w:eastAsia="zh-CN"/>
        </w:rPr>
        <w:t>　　其实说白了，这围城是自己给自己围起来的。因为“贪”，我们给自己找了很多很多麻烦。有人不甘寂寞要大干一番，却不明白顾此失彼的道理。日子太太平了，人们就以为可以在现有的基础上奋发图强了。</w:t>
      </w:r>
      <w:r>
        <w:rPr>
          <w:lang w:eastAsia="zh-CN"/>
        </w:rPr>
        <w:br/>
      </w:r>
      <w:r>
        <w:rPr>
          <w:lang w:eastAsia="zh-CN"/>
        </w:rPr>
        <w:t>　　生活本就是一座围城，婚姻与事业、学习与娱乐、发展与落后、成功与失败，都是这座七彩城中的一种颜色，每一个人每一件事都是城中的一种元素。当一切人和事因为努力和乐观而变得美好，当城中的色彩都均匀和谐时，那么这座围城就不再是一种可怕的束缚和压力，而是一个幸福的乐园。没有人会试图离开她，即使是自怜自哀的方鸿渐也会喜欢，假恶丑也会被同化为真善美。也许世界永远不会变得如此美好，但允许我心中永远存在这种美好的理想。</w:t>
      </w:r>
      <w:r>
        <w:rPr>
          <w:lang w:eastAsia="zh-CN"/>
        </w:rPr>
        <w:br/>
      </w:r>
      <w:r>
        <w:rPr>
          <w:lang w:eastAsia="zh-CN"/>
        </w:rPr>
        <w:t>　　当我读完全文后，有一种怅然若失的感觉，感到意犹未尽，故事戛然而止了。是啊，一切就这样都“结束”了吗?对于主人公的故事，对于整个《围城》，让人去细细地思索、静静地品味、慢慢地鉴赏。全文最后一句话：“这个时间落伍的计时机无意中包涵对人生的讽刺和感伤，深于一切语言、一切啼笑。”这种时间上的巧合不正是反映了世事的苍凉与变迁吗?</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读完《围城》，从主人公精彩而又独特的故事前后，我看到了作者所表达的人性和表现的哲理，以及作者在文中生动传神的描述。笔者认为，这些精髓需要我们去理解、去意会、去感悟……</w:t>
      </w:r>
      <w:r>
        <w:rPr>
          <w:lang w:eastAsia="zh-CN"/>
        </w:rPr>
        <w:br/>
      </w:r>
      <w:r>
        <w:rPr>
          <w:lang w:eastAsia="zh-CN"/>
        </w:rPr>
        <w:t xml:space="preserve">    2024年围城阅读心得有感 篇2 </w:t>
      </w:r>
      <w:r>
        <w:rPr>
          <w:lang w:eastAsia="zh-CN"/>
        </w:rPr>
        <w:br/>
      </w:r>
      <w:r>
        <w:rPr>
          <w:lang w:eastAsia="zh-CN"/>
        </w:rPr>
        <w:t>　　《围城》我是先看电视剧，后来有断断续续读丁些片段(这本书情节连续性不强，确实可以跳着读)，最近才—口气从头到尾将整本书读完。读完以后，对这本书又有了些新的认识。</w:t>
      </w:r>
      <w:r>
        <w:rPr>
          <w:lang w:eastAsia="zh-CN"/>
        </w:rPr>
        <w:br/>
      </w:r>
      <w:r>
        <w:rPr>
          <w:lang w:eastAsia="zh-CN"/>
        </w:rPr>
        <w:t>　　有的报道说，方鸿渐就是作者的化身，甚至有的人还怀疑作者的博士单位是否也是虚构的。但无论如何，方鸿渐是个典型的知识分子形象这句话是无容置疑的。但正因为他是知识分子，而且是那种带着玩世的态度处世又有点良心的知识分子，才构成了他一生的第一圈“围城”。他希望做个大人物，这样的性格，似乎就决定了他的一生。</w:t>
      </w:r>
      <w:r>
        <w:rPr>
          <w:lang w:eastAsia="zh-CN"/>
        </w:rPr>
        <w:br/>
      </w:r>
      <w:r>
        <w:rPr>
          <w:lang w:eastAsia="zh-CN"/>
        </w:rPr>
        <w:t>　　方鸿渐的第二圈“围”就是给他带来多灾多难的假学位。方鸿渐到底是个知识分子，在买假文凭之前，他也问问良心，他为自己起了的籍口：“父亲是科举中人，要看‘报条’，丈人是商人，要看契据。”以他自己的口气，就是“说了谎话，还要讲良心。”说谎就说谎嘛，讲了良心这谎话就变得不伦不类了。既然讲良心，就干脆别买学位了。既然都不讲良心了，就干脆把学位发扬光大吧?害得自己当个副教授忍气吞声的，两头不着岸。</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方鸿渐一生的第三圈“围城”，我想没有人会反对，是他在处理感情问题时候的玩世态度。也许从第—，圈“围城”建立时，就决定了会有第二圈围城，就决定了会有第三圈围城了。在那个到处是“小人物”的时代，做个大人物并不是每个人都有能耐的。可是他还是希望做个大人物，买文凭时，希望自己能够使家翁感觉光耀门楣;买了文凭，又觉得有损道德。要知道，社会上只有两种人能够混得好。</w:t>
      </w:r>
      <w:r>
        <w:rPr>
          <w:lang w:eastAsia="zh-CN"/>
        </w:rPr>
        <w:br/>
      </w:r>
      <w:r>
        <w:rPr>
          <w:lang w:eastAsia="zh-CN"/>
        </w:rPr>
        <w:t>　　—种是真正大写的入，他们有他们独特的才能，他们有他们高尚的情操。他们是因为他们近乎模范的举止，才赢得别人的尊重。而另—种，则是完全相反的。他们用旁门左道，说谎时，能够令自己都骗过来。他们深有城俯，他们的行为举止有时真是没有良心可言。而社会上更多的，是后者，从古到今都是如此。袁世凯用了多少手段才当上大总统?乾隆是如何登上皇位的?就连现在的企业在商场上竞争，也用尽手段，不是你死就是我亡。</w:t>
      </w:r>
      <w:r>
        <w:rPr>
          <w:lang w:eastAsia="zh-CN"/>
        </w:rPr>
        <w:br/>
      </w:r>
      <w:r>
        <w:rPr>
          <w:lang w:eastAsia="zh-CN"/>
        </w:rPr>
        <w:t>　　可是，并不是所有人面对这些时都能够狠下—条心的。多数的人都像方鸿渐—样，有那么一点的良心，有那么—点的虚荣。他们处处做小人，又不得处处提防小人。他们也知道世道的艰险，可是并没有好好地去接纳它。他们尝试去改变，就好像方鸿渐想知道韩学愈文凭的真伪，以此找回自己的公道一样。熟不知道，人家早就设定了陷阱等他踩进去。</w:t>
      </w:r>
      <w:r>
        <w:rPr>
          <w:lang w:eastAsia="zh-CN"/>
        </w:rPr>
        <w:br/>
      </w:r>
      <w:r>
        <w:rPr>
          <w:lang w:eastAsia="zh-CN"/>
        </w:rPr>
        <w:t>　　或许《围城》的文学价值也正在此。它写出了人们不愿意正视的，真实的社会环境。</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世道的艰险，可是并没有好好地去接纳它。他们尝试去改变，就好像方鸿渐想知道韩学愈文凭的真伪，以此找回自己的公道一样。熟不知道，人家早就设定了陷阱等他踩进去。</w:t>
      </w:r>
      <w:r>
        <w:rPr>
          <w:lang w:eastAsia="zh-CN"/>
        </w:rPr>
        <w:br/>
      </w:r>
      <w:r>
        <w:rPr>
          <w:lang w:eastAsia="zh-CN"/>
        </w:rPr>
        <w:t>　　或许《围城》的文学价值也正在此。它写出了人们不愿意正视的，真实的社会环境。</w:t>
      </w:r>
      <w:r>
        <w:rPr>
          <w:lang w:eastAsia="zh-CN"/>
        </w:rPr>
        <w:br/>
      </w:r>
      <w:r>
        <w:rPr>
          <w:lang w:eastAsia="zh-CN"/>
        </w:rPr>
        <w:t xml:space="preserve">    2024年围城阅读心得有感 篇3 </w:t>
      </w:r>
      <w:r>
        <w:rPr>
          <w:lang w:eastAsia="zh-CN"/>
        </w:rPr>
        <w:br/>
      </w:r>
      <w:r>
        <w:rPr>
          <w:lang w:eastAsia="zh-CN"/>
        </w:rPr>
        <w:t>　　《围城》这本书是钱钟书先生写作于1944年，并在1946年完成的一部有自传色彩的长篇小说。当时钱钟书正羁局于沦陷后的上海，情绪低落，内心惆怅，就像作者本人所说的那样：“两手里忧世伤生”，在这种时代背景下，人人都有一种惶惶不安的情绪。小说创作的时间正是抗日战争进入相持阶段的时候，而作者的经历与小说的主人公方鸿渐颇为相似：都是出身于中国的一个书香门第，1930年代留学于英国和法国，1938年初回国。故事以主人公方鸿渐的.生活道路为线索，描写了抗日战争初期某些知识分子的心理变化和生活变迁，着意表现的是现代中国上层知识分子的众生相。《围城》以戏剧性的讽刺笔调，刻画出了在全面抗战的大环境下中国一部分知识分子内心的彷徨和空虚。“城外的人想冲进来，城里的人想逃出来。”这大概就是围城的含义吧。小说的整个情节，是知识界青年男女们在爱情纠葛中的围困与逃离，他们一次次次冲出“围城”，却又来到下一个“围城”的入口，爱情、事业、家庭皆是“围城”。而在更深的层次上，则是表现一部分知识分子们陷人精神“围城”的境遇。而这，正是《围城》主题的深刻之处。</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在这部书中，作者通过细致入微的心理活动描写，运用犀利的语言和巧妙的比喻，以机智的幽默和温情的讽刺，入情入理的发掘了人物的隐秘心理，剖析了人性与道德上的弱点。反观我们当今的社会，也有很大一部分人陷在“围城”中无法脱身，才有了所谓的“房奴”、“蚁族”，他们亲手为自己戴上了一把沉重的锁拷，画地为牢，作茧自缚。也许，生活的确给了我们很大的压力，但是这并不是我们被欲望，利益，虚荣所困住上进脚步的借口。这本书在今天看来也是可以给许多被禁锢、被压制、被体制化的人一些启示的，在揭示了人类的心灵最深处的罪恶之后，我们应该反省自己，是不是该突破心中的“围城”，去找寻自己内心的真实梦想了呢?不再为了虚荣而装做道貌岸然，抛开现实的枷锁，开辟一片自己的天地。</w:t>
      </w:r>
      <w:r>
        <w:rPr>
          <w:lang w:eastAsia="zh-CN"/>
        </w:rPr>
        <w:br/>
      </w:r>
      <w:r>
        <w:rPr>
          <w:lang w:eastAsia="zh-CN"/>
        </w:rPr>
        <w:t>　　读完《围城》，我们大家都受益匪浅，只要你不被束缚，冲出那些落后、迂腐、守旧、不切实际的思想，人生就不再是一座“围城”。</w:t>
      </w:r>
      <w:r>
        <w:rPr>
          <w:lang w:eastAsia="zh-CN"/>
        </w:rPr>
        <w:br/>
      </w:r>
      <w:r>
        <w:rPr>
          <w:lang w:eastAsia="zh-CN"/>
        </w:rPr>
        <w:t xml:space="preserve">    2024年围城阅读心得有感 篇4 </w:t>
      </w:r>
      <w:r>
        <w:rPr>
          <w:lang w:eastAsia="zh-CN"/>
        </w:rPr>
        <w:br/>
      </w:r>
      <w:r>
        <w:rPr>
          <w:lang w:eastAsia="zh-CN"/>
        </w:rPr>
        <w:t>　　这是一本睿智的书，因为他的有趣源自一位智者对人性的洞察与调。人这种无毛两足动物的基本根性，人生处境实质上的尴尬与窘迫，人对此的浑然不知、洋洋自得，或者者虽有所知却也无奈，偶尔也被它深深刺痛，作家于此有深刻的洞察，调即触到痛处又有某中宽容理解，如果读进去的话-----这太容易了，在哈哈大笑或含笑、讪笑之时，你会叹为观止，会惊异于作家何以竟能做到这一步。</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小说中三闾大学的学生不好对付，方鸿渐省悟天下古往今来的这个瞧不起那个，“没有学生要瞧不起想生时那样利害”，“眼光准确的可怕”，赞美未必尽然，但毁骂“简直至公至确，等于世界末日的‘最后审判’，毫无上诉重审的余地”。</w:t>
      </w:r>
      <w:r>
        <w:rPr>
          <w:lang w:eastAsia="zh-CN"/>
        </w:rPr>
        <w:br/>
      </w:r>
      <w:r>
        <w:rPr>
          <w:lang w:eastAsia="zh-CN"/>
        </w:rPr>
        <w:t>　　《围城》给我们一个真正的聪明人是怎样看人生，又怎样用所有作家都必得使用的文字来表述自己的“观”和“感”的。《围城》的魅力是双重的;一是生活本身被作家展现出来的，一是作家展现出自身的。</w:t>
      </w:r>
      <w:r>
        <w:rPr>
          <w:lang w:eastAsia="zh-CN"/>
        </w:rPr>
        <w:br/>
      </w:r>
      <w:r>
        <w:rPr>
          <w:lang w:eastAsia="zh-CN"/>
        </w:rPr>
        <w:t>　　小说的魅力就在于这种既睿智超拔又亲切入人性洞察，在于对此富有个性的智慧传达。小说中的嘲弄与幽默，写人的心态与外貌，语言简洁明快，决不滥情。</w:t>
      </w:r>
      <w:r>
        <w:rPr>
          <w:lang w:eastAsia="zh-CN"/>
        </w:rPr>
        <w:br/>
      </w:r>
      <w:r>
        <w:rPr>
          <w:lang w:eastAsia="zh-CN"/>
        </w:rPr>
        <w:t>　　围在城中的人想突出来，城外的人想冲进去，婚姻也罢，职业也罢，人生大抵如此。说到幽默，自然是这部小说的显着特色和最迷人之处。它来自洞见、智慧、学识、才华，以及一种观赏的情趣，处处禁不住那自己洞若观火的人性中的确存在的可笑之处开开玩笑。</w:t>
      </w:r>
      <w:r>
        <w:rPr>
          <w:lang w:eastAsia="zh-CN"/>
        </w:rPr>
        <w:br/>
      </w:r>
      <w:r>
        <w:rPr>
          <w:lang w:eastAsia="zh-CN"/>
        </w:rPr>
        <w:t>　　小说前半部分的那些吃饭斗嘴、争风吃醋，调意味是最浓了;而当我们看到三闾大学，辛辣的讽刺味则突出些;小说后半，芳鸿渐回到上海，往日的朋友或冤家都以星散，他的才气也就减了，更多的是谋生艰难。</w:t>
      </w:r>
      <w:r>
        <w:rPr>
          <w:lang w:eastAsia="zh-CN"/>
        </w:rPr>
        <w:br/>
      </w:r>
      <w:r>
        <w:rPr>
          <w:lang w:eastAsia="zh-CN"/>
        </w:rPr>
        <w:t>　　读了钱着，包括那些学术着作，尤其是读了这本《围城》，你会觉得自己周围的一切，包括自身，包括自己原来颇为热衷的一些东西，都增添了不小的戏剧色彩。</w:t>
      </w:r>
      <w:r>
        <w:rPr>
          <w:lang w:eastAsia="zh-CN"/>
        </w:rPr>
        <w:br/>
      </w:r>
      <w:r>
        <w:rPr>
          <w:lang w:eastAsia="zh-CN"/>
        </w:rPr>
        <w:t xml:space="preserve">    2024年围城阅读心得有感 篇5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围城是钱钟书先生一生唯一的一部长篇小说，是中国近现代史一部经典之作，这是一部以调侃的语调来极力讽刺人生的笑面悲剧，“围城”中最让人印象深刻的是这么一句“城里的人想出去，城外的人想进来”，这句话深刻的揭露了人物对于婚姻、事业的感悟。</w:t>
      </w:r>
      <w:r>
        <w:rPr>
          <w:lang w:eastAsia="zh-CN"/>
        </w:rPr>
        <w:br/>
      </w:r>
      <w:r>
        <w:rPr>
          <w:lang w:eastAsia="zh-CN"/>
        </w:rPr>
        <w:t>　　人们的生活就像圈在这围城之中，想逃脱，想挣脱，却怎么挣扎也无济于事。</w:t>
      </w:r>
      <w:r>
        <w:rPr>
          <w:lang w:eastAsia="zh-CN"/>
        </w:rPr>
        <w:br/>
      </w:r>
      <w:r>
        <w:rPr>
          <w:lang w:eastAsia="zh-CN"/>
        </w:rPr>
        <w:t>　　书中主人公方鸿渐与苏文纨、唐晓芙、孙柔嘉的情感纠葛，与其说是方鸿渐被孙柔嘉的计谋所败，还不如说方鸿渐因为其自身的怯弱与言不由衷而自食婚姻的恶果。</w:t>
      </w:r>
      <w:r>
        <w:rPr>
          <w:lang w:eastAsia="zh-CN"/>
        </w:rPr>
        <w:br/>
      </w:r>
      <w:r>
        <w:rPr>
          <w:lang w:eastAsia="zh-CN"/>
        </w:rPr>
        <w:t>　　这座曾令方鸿渐无限神往的感情围城，终止于主人公无奈地忍受城中的无聊。</w:t>
      </w:r>
      <w:r>
        <w:rPr>
          <w:lang w:eastAsia="zh-CN"/>
        </w:rPr>
        <w:br/>
      </w:r>
      <w:r>
        <w:rPr>
          <w:lang w:eastAsia="zh-CN"/>
        </w:rPr>
        <w:t>　　同样可以让人给予无比辉煌的荣耀，也能让人深陷泥潭的事业围城，在作者的笔下也是充斥着尔虞我诈，明争暗斗，压抑着每个人的神经，令本性善良而又怯弱的方鸿渐只能退缩，</w:t>
      </w:r>
      <w:r>
        <w:rPr>
          <w:lang w:eastAsia="zh-CN"/>
        </w:rPr>
        <w:br/>
      </w:r>
      <w:r>
        <w:rPr>
          <w:lang w:eastAsia="zh-CN"/>
        </w:rPr>
        <w:t>　　离开三闾大学这压抑的事业围城，本以为可以深吸一口自由空气的方鸿渐，却没想到等待他的是一个更为复杂、更为混乱地社会大围城，在这里封建制度、</w:t>
      </w:r>
      <w:r>
        <w:rPr>
          <w:lang w:eastAsia="zh-CN"/>
        </w:rPr>
        <w:br/>
      </w:r>
      <w:r>
        <w:rPr>
          <w:lang w:eastAsia="zh-CN"/>
        </w:rPr>
        <w:t>　　家庭责任、事业衰败一切都排山倒海般的涌向他，让他无所适从，所我这一切都像是被命运的大手无情的掌控着，任凭你做无谓的挣扎，最终只能屈服。</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实际上这不仅仅是方鸿渐所处的围城，我们每个人都生活在一座围城里，如何身处其中，却能乐于其中，让围城的生活变得更加丰富多彩，才是我们该积极面对的，一味的挣扎、逃脱只会让自己在泥潭之中越陷越深。</w:t>
      </w:r>
      <w:r>
        <w:rPr>
          <w:lang w:eastAsia="zh-CN"/>
        </w:rPr>
        <w:br/>
      </w:r>
      <w:r>
        <w:rPr>
          <w:lang w:eastAsia="zh-CN"/>
        </w:rPr>
        <w:t xml:space="preserve">    2024年围城阅读心得有感 篇6 </w:t>
      </w:r>
      <w:r>
        <w:rPr>
          <w:lang w:eastAsia="zh-CN"/>
        </w:rPr>
        <w:br/>
      </w:r>
      <w:r>
        <w:rPr>
          <w:lang w:eastAsia="zh-CN"/>
        </w:rPr>
        <w:t>　　《围城》是钱钟书先生作品中的一部长篇小说，堪称中国近、当代小说中的经典之作，这是一部读来如嚼橄榄、回味无穷的奇书，钱钟书先生用一种超然调侃的语调述说着人生，在小说妙趣横生、巧喻迭出的幽默外表下，深藏着令饱经风霜者低徊轻叹的无奈、令少不更事者怅然若失的悲哀。</w:t>
      </w:r>
      <w:r>
        <w:rPr>
          <w:lang w:eastAsia="zh-CN"/>
        </w:rPr>
        <w:br/>
      </w:r>
      <w:r>
        <w:rPr>
          <w:lang w:eastAsia="zh-CN"/>
        </w:rPr>
        <w:t>　　“围城”取自书中人物苏文纨的一句话，“城中的人想出去，城外的人想冲进来，婚姻也罢、事业也罢，整个生活都似在一个围城之中”。主人公方鸿渐一直身处几重“围城”之中，不得脱身。他胸怀抱负却才疏学浅，带些玩世不恭却常循规蹈矩，有些投机钻营却又良心未泯。自身的矛盾冲突构成了他的第一重围城。</w:t>
      </w:r>
      <w:r>
        <w:rPr>
          <w:lang w:eastAsia="zh-CN"/>
        </w:rPr>
        <w:br/>
      </w:r>
      <w:r>
        <w:rPr>
          <w:lang w:eastAsia="zh-CN"/>
        </w:rPr>
        <w:t>　　他是个典型的知识分子，想出人头地，怎奈在国外混混度日，没有得到真才实学。他买假文凭是希望自己能够使父亲感觉光耀门楣;买了文凭，又觉得有损道德。殊不知，在那个充斥病态的年代，社会上只有两种人能够混得好。一种是真正有本事的人，他们有独特的才能、高尚的情操，因为近乎模范的举止，才赢得别人的尊重。而另—种人则是完全相反的。他们用旁门左道，说谎时，能够令自己都相信。他们深有城府，其行为举止有时可谓没有良心。方鸿渐不属于这两种人，他只是平凡的多数人里面的一员。他自己做小人，又不得不处处提防小人，知道世道的艰险，却没有好好地去接纳它，尝试去改变，却又无能为力，始终郁郁不得志。</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第一重围城也注定了他被包围于另外一重又一重迷城之中。事业是他的另一重围城。方鸿渐希望在社会稍微上层的地方占据一席之地，博士学位虽然是买来的，却想沾沾它的光，但每次的尝试都不尽人意。开始去周经理的银行，是没找到更好的工作，暂借地方容身。而后任教三闾大学，那里充满尔虞我诈、明争暗斗，时刻让人感到压抑，方鸿渐也受到了不少的倾轧，本性善良却怯懦的他不堪忍受，最后选择了离开。后来在报馆资料室上班，也不过是为安身立命、养家糊口罢了。</w:t>
      </w:r>
      <w:r>
        <w:rPr>
          <w:lang w:eastAsia="zh-CN"/>
        </w:rPr>
        <w:br/>
      </w:r>
      <w:r>
        <w:rPr>
          <w:lang w:eastAsia="zh-CN"/>
        </w:rPr>
        <w:t>　　方鸿渐亦深陷情感与婚姻的围城而不能自拔。对于苏文纨、唐晓芙、孙柔嘉，甚至同船的过客鲍小姐，方鸿渐无不一次次地陷入被动。他难以抵挡鲍小姐的不断诱惑，未能躲开苏文纨的频频示好，爱唐晓芙却终而放弃，后来又一步步陷入工于心计的孙柔嘉的婚姻陷井之中，最终与其闹得不欢而散，自食婚姻苦果。在这些情感中他或虚情假意，或优柔寡断，或不敢多言，或言不由衷，总是把事情搞得有始无终，一塌糊涂。</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从小说开始，主人公做的事几乎没有一件是成功的。从假文凭、点金银行、三闾大学，到苏文纨、唐晓芙、孙柔嘉，他所面对的事情都以失败告终。他被无情的包裹在一层又一层围城之中，觉得无所适从，似乎所有的一切都被一只无情的大手掌控着，他只能牢牢地屈服于这只手，逆来顺受地承受朋友的施舍，不知不觉地踏入爱情的陷阱，无可奈何地迈进事业的低谷。他失去了对未来的希望，最终也不知自己应该走向何方。“没有梦，也没有感觉，人生最原始的睡，同时也是死的样品。”方鸿渐平庸、软弱、被动而无能，人生中大都是徒劳的思想斗争和无奈的选择，最终摆脱不了悲凉的结局。</w:t>
      </w:r>
      <w:r>
        <w:rPr>
          <w:lang w:eastAsia="zh-CN"/>
        </w:rPr>
        <w:br/>
      </w:r>
      <w:r>
        <w:rPr>
          <w:lang w:eastAsia="zh-CN"/>
        </w:rPr>
        <w:t>　　《围城》里，作者主要描述的是现代中国某段社会时期、某一部分人物。这段时期有其特殊性，这部分人也有其特殊性。书中的时间从1937年主人公回国开始，正是中国山河破碎、风雨飘摇的年代。而此时中国的知识分子过于推崇西方文学和美学，如钱钟书所言，中国的正统因此而受到侵蚀，儒家道德体系分崩离析，本来已经面临困境的中国文化更是雪上加霜。这样的时代下的这样一批人物难免会出现一种异化人性的状态。方鸿渐是其中的代表，而其他人，像苏文纨、汪处厚、陆子潇、李梅亭等等也都有自己的围城，他们的围城与时代有关，与社会环境有关。</w:t>
      </w:r>
      <w:r>
        <w:rPr>
          <w:lang w:eastAsia="zh-CN"/>
        </w:rPr>
        <w:br/>
      </w:r>
      <w:r>
        <w:rPr>
          <w:lang w:eastAsia="zh-CN"/>
        </w:rPr>
        <w:t xml:space="preserve">    2024年围城阅读心得有感 篇7 </w:t>
      </w:r>
      <w:r>
        <w:rPr>
          <w:lang w:eastAsia="zh-CN"/>
        </w:rPr>
        <w:br/>
      </w:r>
      <w:r>
        <w:rPr>
          <w:lang w:eastAsia="zh-CN"/>
        </w:rPr>
        <w:t>　　曾经在学生时代就一直想借这本书，多番寻找，却一直苦于找不到。现在，终于在越秀图书馆如愿了。当时找到这本书，心中甚是欢喜，“有种梦里寻她千百度，猛然回首，那人却在丛中笑的感觉。”仿佛在他乡遇到了古人。可高兴归高兴，也有些闻名不如见面的感觉，她没有想象中的大气，也没有想象中华丽的包装，甚至是被安置在一个小角落里，像是受气的小媳妇那样不被欣赏。</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在书未借回之前，就被那么一句“围城里的人想逃出来，围城外的人想冲进去”所吸引，也正是受这句话的影响，我误以为她通篇讲的都是围城内外的事(当然，现在细想起来也差不多，只是作者更着重笔墨于婚前而已)。</w:t>
      </w:r>
      <w:r>
        <w:rPr>
          <w:lang w:eastAsia="zh-CN"/>
        </w:rPr>
        <w:br/>
      </w:r>
      <w:r>
        <w:rPr>
          <w:lang w:eastAsia="zh-CN"/>
        </w:rPr>
        <w:t>　　一借回来，我如饥似渴、废寝忘食地捧读。确实，是本很好的小说，我很喜欢。尽管跟想象中的不一样，但这丝毫不影响我对她的喜爱。</w:t>
      </w:r>
      <w:r>
        <w:rPr>
          <w:lang w:eastAsia="zh-CN"/>
        </w:rPr>
        <w:br/>
      </w:r>
      <w:r>
        <w:rPr>
          <w:lang w:eastAsia="zh-CN"/>
        </w:rPr>
        <w:t>　　《围城》的主人公是方鸿渐，一名留洋回来的学生，因在国外并没有好好读书，故最后为应付亲戚，买了一个假的博士文凭。这成了他一直以来觉得羞愧的事，他甚至不愿跟任何人谈起。这说明他是个很诚实的人，最起码，有自己做人的标准，不像同在三闾大学教书的韩学愈，他不仅不以此为耻，不遮遮掩掩，反而拿假的当真的，在那大吹大擂。这让我想到了一句话“谎话说多了，说到最后自己都信以为真了”</w:t>
      </w:r>
      <w:r>
        <w:rPr>
          <w:lang w:eastAsia="zh-CN"/>
        </w:rPr>
        <w:br/>
      </w:r>
      <w:r>
        <w:rPr>
          <w:lang w:eastAsia="zh-CN"/>
        </w:rPr>
        <w:t>　　方鸿渐也爱过，他曾经那么的爱着唐晓芙，他对她，是一见钟情，也曾费尽心思的去追求。但同时，他对苏文纨却又保持暧昧，虽然不是他主动的，但他知道苏文纨的情谊依旧没有拒绝，或者说，他想拒绝，但每次都没有。也许，有个人爱着的感觉也不错。</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他对唐晓芙喜欢的程度，我是在他们分手后才看出来的，(其实我也没觉得他们有正式在一起过。)他的撕心裂肺，他的痛不欲生，他的彻夜难眠让我知道，原来他是如此的爱。可就算是如此的爱，在唐晓芙把他的信件都退还给他时，他也把她的信件退还回去了，没做任何的挽留……难道只因为他觉得她分手的决心很坚定?这让我想到了我的一个朋友，似乎也是这样，男生因为觉得女生分手的决心很强烈，故不做任何挽留的就离开了，殊不知，女生只是一时不高兴发发脾气而已。</w:t>
      </w:r>
      <w:r>
        <w:rPr>
          <w:lang w:eastAsia="zh-CN"/>
        </w:rPr>
        <w:br/>
      </w:r>
      <w:r>
        <w:rPr>
          <w:lang w:eastAsia="zh-CN"/>
        </w:rPr>
        <w:t>　　分手过后离开，我一直以为作者后面还会安排他们重逢，然后误会消除，喜结良缘……结果一直的看下去，却再也看不到唐晓芙这个人物了，作者甚至吝啬笔墨，不愿让她出来与方鸿渐偶遇一番，这成了我一直的遗憾。</w:t>
      </w:r>
      <w:r>
        <w:rPr>
          <w:lang w:eastAsia="zh-CN"/>
        </w:rPr>
        <w:br/>
      </w:r>
      <w:r>
        <w:rPr>
          <w:lang w:eastAsia="zh-CN"/>
        </w:rPr>
        <w:t>　　相反，尽管孙柔嘉一再的出现，我也只以为是她的单相思而已。我看不出方鸿渐对她的心动，他们的结婚，着实让我吓了一跳。难道真的是“开玩笑开的心里种了根”?这都可以诱发爱情?不讨厌就可以结婚了?到方鸿渐说结婚，我还以为他是开玩笑的，甚至到他们定了婚，我还觉得后来会分开的，想不到这不是开玩笑，最后和他走入围城的真的是孙柔嘉!</w:t>
      </w:r>
      <w:r>
        <w:rPr>
          <w:lang w:eastAsia="zh-CN"/>
        </w:rPr>
        <w:br/>
      </w:r>
      <w:r>
        <w:rPr>
          <w:lang w:eastAsia="zh-CN"/>
        </w:rPr>
        <w:t>　　一直以来，我都不觉得他喜欢孙柔嘉，但是看他们婚后的.那一段甜蜜时光，让人突然困惑，难道最开始他爱恋的那人不叫唐晓芙?他们的亲密，他们的情话，和正常人无异。但我可以感觉到，唐晓芙依然埋藏在他心中最深最宝贵的那一部分。</w:t>
      </w:r>
      <w:r>
        <w:rPr>
          <w:lang w:eastAsia="zh-CN"/>
        </w:rPr>
        <w:br/>
      </w:r>
      <w:r>
        <w:rPr>
          <w:lang w:eastAsia="zh-CN"/>
        </w:rPr>
        <w:t>　　就是这样，才让我觉得害怕。一直以来都对朋友的那句“男生对初恋都是永远没办法忘记的，过了初恋后，他们都不会那么用心的爱了”心存疑惑。有那么点相信，却又不敢相信。看着方鸿渐的感情纠葛，真让我出一身冷汗，因为知道他的历史，知道他心里面的那个并不是孙柔嘉，才更让我害怕，男生，都可以伪装的这么好么?</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那孙柔嘉究竟是幸运还是不幸运?是应该为嫁到了她想嫁的那个人而高兴还是该伤心她不是他的最爱?</w:t>
      </w:r>
      <w:r>
        <w:rPr>
          <w:lang w:eastAsia="zh-CN"/>
        </w:rPr>
        <w:br/>
      </w:r>
      <w:r>
        <w:rPr>
          <w:lang w:eastAsia="zh-CN"/>
        </w:rPr>
        <w:t>　　对于他们婚后的生活，我只是站在旁观的角度，远远的看着，因为我一直觉得我不会这么势力，这么小心眼，就算是婚后，也不会容许自己变成这样一个讨厌的人，可是也怕，也许有天自己变成了自己所厌恶的那种人还自我陶醉呢……</w:t>
      </w:r>
      <w:r>
        <w:rPr>
          <w:lang w:eastAsia="zh-CN"/>
        </w:rPr>
        <w:br/>
      </w:r>
      <w:r>
        <w:rPr>
          <w:lang w:eastAsia="zh-CN"/>
        </w:rPr>
        <w:t>　　夜了，要睡了，《围城》我会再读一遍的，第二次，会有什么不一样的感觉么?期待中。</w:t>
      </w:r>
      <w:r>
        <w:rPr>
          <w:lang w:eastAsia="zh-CN"/>
        </w:rPr>
        <w:br/>
      </w:r>
      <w:r>
        <w:rPr>
          <w:lang w:eastAsia="zh-CN"/>
        </w:rPr>
        <w:t xml:space="preserve">    2024年围城阅读心得有感 篇8 </w:t>
      </w:r>
      <w:r>
        <w:rPr>
          <w:lang w:eastAsia="zh-CN"/>
        </w:rPr>
        <w:br/>
      </w:r>
      <w:r>
        <w:rPr>
          <w:lang w:eastAsia="zh-CN"/>
        </w:rPr>
        <w:t>　　很早就听说过这么一句话：围在城里的人想逃出来，城外的人想冲进来。但是，很可惜，总是没有机会拜读这句话的来源——钱钟书先生的《围城》。前些日子，最后鼓足了勇气，翻开了这本心仪已久的著作。</w:t>
      </w:r>
      <w:r>
        <w:rPr>
          <w:lang w:eastAsia="zh-CN"/>
        </w:rPr>
        <w:br/>
      </w:r>
      <w:r>
        <w:rPr>
          <w:lang w:eastAsia="zh-CN"/>
        </w:rPr>
        <w:t>　　这本书给我留下了两大印象。首先就是书中处处可见的比喻，在者就是那一个个个性鲜明的人物，正是这两点，让我对此书着迷不已。</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先来说说此文中到处可见的比喻吧。这但是我对这书着迷的一个重要的因素。真是不明白钱钟书先生脑中还有多多少少这种巧妙的比喻。他总是能够把两件看似毫不相干的事情联系在一齐，而且是那么的贴切。用好水果比喻女孩子的脸，用政治家的大话比喻女人的大眼睛，用亚当、夏娃下身那片树叶比喻那张假文凭，新鲜!也正是这些不失时候的恰当比喻才给了书中这个本为尔虞我诈充斥着的世界一丝光点。这些比喻中有许多的典故，也许只有向钱钟书先生这种学贯中西，博古通今的文人，才能把典故用得那么得心应手，用得那么生动幽默吧?!</w:t>
      </w:r>
      <w:r>
        <w:rPr>
          <w:lang w:eastAsia="zh-CN"/>
        </w:rPr>
        <w:br/>
      </w:r>
      <w:r>
        <w:rPr>
          <w:lang w:eastAsia="zh-CN"/>
        </w:rPr>
        <w:t>　　这人物当然是一本好书不可或缺的因素之一。《围城》中涉及的人物可谓是“种类繁多”啊，简直是五花八门，什么教授、司机、银行经理、助教……但是每个人都有不一样的特点。比如满口道德，却又满腹封建半旧遗老的李梅亭;虚伪庸俗，在情场上耍尽手段让众多男子拜倒于她石榴裙下的苏文纨;俗不可奈的胖子“大诗人”曹元朗……正是这各色人物，真实再现了半殖民地半封建社会的中国知识分子灵魂的空虚和精神上的病态。但在这众多的配角中，主角的个性是最鲜明突出的。此书中的主人公方鸿渐但是给我留下了及其深刻印象，似乎他的每一次出场都会给我一种新的认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读过此书的人都明白，方鸿渐是一个典型的知识分子，但是他为人不求上进，游戏人生，最要不得的就是此人极度虚伪。买了假文凭，却从来不向别人炫耀;明明不愿和苏小姐白头偕老，却又扭扭捏捏，屡次给苏小姐期望。似乎每一次的谎言，他都会因为自我良心的谴责而为自我量身订做一个冠冕堂皇的理由来说服自我，而且他总是能够那么成功地将自我骗过来。说谎就是说谎，但又偏偏和良心扯上了关系，真是有点不伦不类的。要不索性就是不要讲良心了，干脆就把那些不光明的事给发扬光大了吧，免的自我弄得两边都看不到边。但也许这就是他玩世态度的表现吧，也正是因为如此，他才会被一圈一圈地“围”起来。但是，在这种种的缺点之中，他还是有那么一些可称道的正直。尽管他是出国的“先进知识分子”，但他对外国侵略者对中国带来的破害也是直言不讳的。在阴差阳错的演讲之中，他强烈批判了外国侵略者向中国引入的鸦片和梅毒，说这是最不合理的，这样一来，显得他还有那么点让人赞同的地方。</w:t>
      </w:r>
      <w:r>
        <w:rPr>
          <w:lang w:eastAsia="zh-CN"/>
        </w:rPr>
        <w:br/>
      </w:r>
      <w:r>
        <w:rPr>
          <w:lang w:eastAsia="zh-CN"/>
        </w:rPr>
        <w:t xml:space="preserve">    2024年围城阅读心得有感 篇9 </w:t>
      </w:r>
      <w:r>
        <w:rPr>
          <w:lang w:eastAsia="zh-CN"/>
        </w:rPr>
        <w:br/>
      </w:r>
      <w:r>
        <w:rPr>
          <w:lang w:eastAsia="zh-CN"/>
        </w:rPr>
        <w:t>　　暑假中，常常捧着一本《围城》，感受一下钱钟书笔下错综复杂的人性百态。《围城》以其幽默的笔触，冷静的批判，悠长的韵味折服了我，让我在掩卷之际口有余甘。</w:t>
      </w:r>
      <w:r>
        <w:rPr>
          <w:lang w:eastAsia="zh-CN"/>
        </w:rPr>
        <w:br/>
      </w:r>
      <w:r>
        <w:rPr>
          <w:lang w:eastAsia="zh-CN"/>
        </w:rPr>
        <w:t>　　人们常说《围城》是描写婚姻生活，表现出如同围城一般的婚姻的尴尬。但是在我看来，它更是一本描写人性的书。这世上的一切：婚姻、财富、名誉、地位乃至自由，无一不是“外面的人想进去，里面的人想出来”。在冲入一个个“围城”之前，我们应该看清一切，彻悟一切，才不至于为生活所累。</w:t>
      </w:r>
      <w:r>
        <w:rPr>
          <w:lang w:eastAsia="zh-CN"/>
        </w:rPr>
        <w:br/>
      </w:r>
      <w:r>
        <w:rPr>
          <w:lang w:eastAsia="zh-CN"/>
        </w:rPr>
        <w:t>　　从前一个渔夫打了半天的鱼后懒洋洋地晒着太阳，一个游客则在慷慨激昂对渔民阐述着如何靠打鱼发家致富。渔民问：“发财能干什么?”游客则有些鄙夷地说：“那时你就可以衣食无忧，享受无限的阳光和美景，什么都不用干。”渔民则微微一笑，说：“我现在不就正在享受这一切吗?”</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在我看来，我们可以说这位渔民不思进取，但是他至少是看破了财富的空虚的智者。多少人在追逐财富，就像猫儿追逐一只老鼠一样拼命。然而那些真正做到腰缠万贯的人，却试图放弃功名的拖累，回到粗茶淡饭，悠闲自在的日子，同时花去无尽的财富想要换回昔日被他们丢弃的安详和健康。于是，在不经意间，财富在普通人和富人之间筑起了一道城墙，只是里面与外面的人在不断地转化着，不断地轮回着。</w:t>
      </w:r>
      <w:r>
        <w:rPr>
          <w:lang w:eastAsia="zh-CN"/>
        </w:rPr>
        <w:br/>
      </w:r>
      <w:r>
        <w:rPr>
          <w:lang w:eastAsia="zh-CN"/>
        </w:rPr>
        <w:t>　　我们谁都不想为了那一座城而疲于奔命，那么我们怎么才能做一个笑看城中风雨的智者?我认为，婚姻也好，财富也罢，人人都有想进去想出来的理由。有了婚姻便拥有了人生的慰藉，没有婚姻便拥有了自由的快乐;有了财富便拥有了优越的生活，没有财富便拥有了淡薄的心境。所以我们可以在城中驻扎，也可以在城外安家。我们只需一双看清现实的眼睛，辨清自己拥有的一切。不要从“婚姻”的围城中冲出，又钻入了“自由”的藩篱。</w:t>
      </w:r>
      <w:r>
        <w:rPr>
          <w:lang w:eastAsia="zh-CN"/>
        </w:rPr>
        <w:br/>
      </w:r>
      <w:r>
        <w:rPr>
          <w:lang w:eastAsia="zh-CN"/>
        </w:rPr>
        <w:t>　　生活就像是一个个围城拼接而成的，长久不动的人会缺失太多，长久奔波的人会身心俱疲。只有那些善于找到城与城之间穿行的节奏的人，才会拥有无限美好的人生。</w:t>
      </w:r>
      <w:r>
        <w:rPr>
          <w:lang w:eastAsia="zh-CN"/>
        </w:rPr>
        <w:br/>
      </w:r>
      <w:r>
        <w:rPr>
          <w:lang w:eastAsia="zh-CN"/>
        </w:rPr>
        <w:t xml:space="preserve">    2024年围城阅读心得有感 篇10 </w:t>
      </w:r>
      <w:r>
        <w:rPr>
          <w:lang w:eastAsia="zh-CN"/>
        </w:rPr>
        <w:br/>
      </w:r>
      <w:r>
        <w:rPr>
          <w:lang w:eastAsia="zh-CN"/>
        </w:rPr>
        <w:t>　　每到周五，我们从早上起床开始，就会兴奋异常。 你整理床上的东西，我拿起穿脏了的衣服一股脑儿塞进行李箱。如果谁的饭卡里还有很多钱没有用完，大家就想着让她请客。我们知道，过不了几个小时，我们就可以走出校园，走出我们看作是牢笼一样的学校。</w:t>
      </w:r>
      <w:r>
        <w:rPr>
          <w:lang w:eastAsia="zh-CN"/>
        </w:rPr>
        <w:br/>
      </w:r>
      <w:r>
        <w:rPr>
          <w:lang w:eastAsia="zh-CN"/>
        </w:rPr>
        <w:t>　　然而，我们谁也无法逃脱，时间滴滴答答的流逝。谁也不能如科幻片里一样，瞬间穿越时空来到二十岁，来到三十岁，那时候，我们就可以离开这倒霉的作业，离开这每天坐在课桌前乖乖听课的日子。因为，两天的休息后，我们又背着行囊回到了这个熟悉的地方，回到了这个有些枯燥的日子里，忙着操练那一道道习题。</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这种轮回，让我想起了曾经读到的一本书——《围城》。 钱钟书的《围城》里，有句话，我特别记住了，那就是“被围困的城堡，城外的人想进去，城里的人想逃出来。”小说的主干是围绕着主人公的婚姻与职业而展开的，各个人物大都加入了那场令人尴尬的“围城”游戏：进去的想出来，出来的想进去，实际上却是出不来又进不去。作者藉此揭示人类根本的劣根性：人性的盲目。在这样一种进进出出而又无可奈何的生存状态中，人失去了目的性，就像无头苍蝇，最终在忙忙叨叨、糊里糊涂中结束生命。</w:t>
      </w:r>
      <w:r>
        <w:rPr>
          <w:lang w:eastAsia="zh-CN"/>
        </w:rPr>
        <w:br/>
      </w:r>
      <w:r>
        <w:rPr>
          <w:lang w:eastAsia="zh-CN"/>
        </w:rPr>
        <w:t>　　我觉得里面的人物都带给了我很深刻的印象，不管是主人公方鸿渐，还是其他一些出场不多的人，因为他们都是很有特色的，都或多或少的反映着某种人的性格。其实虽然方鸿渐是一个很普通的人物，但是却代表了中国很大一部分人的性格，死要面子，有时候会有点自以为是，甚至骨子里透着某种懦弱，但是给我的感觉却是那么的真实。里面有苏文纨，对爱情过于羞涩，不敢主动去争取，有时候又带着点赌气的性质，在方鸿渐丢下她以后，他就那么迫不及待的嫁给了一个自己根本不爱的人，中国有很多女性都是这样。还有唐晓芙，方鸿渐唯一爱的一位女人，最终也还是没能逃脱一样的结局。然后方鸿渐就在赵梓楣以及其他人的流言蜚语下莫名其妙的和孙嘉柔走到了一块。</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这座感情围城，曾经令方鸿渐向往，之后又无奈于城中的'无聊。而在三闾大学着实是一座事业的围城，这里面充斥着尔虞我诈，时刻让人感到压抑，令本性善良却怯懦的方鸿渐不堪忍受，但当他离开那里，面对的却是一个集父母的封建思想，家庭的责任，事业的衰败，多层混杂的社会大围城之中，让他更加觉得无所适从。</w:t>
      </w:r>
      <w:r>
        <w:rPr>
          <w:lang w:eastAsia="zh-CN"/>
        </w:rPr>
        <w:br/>
      </w:r>
      <w:r>
        <w:rPr>
          <w:lang w:eastAsia="zh-CN"/>
        </w:rPr>
        <w:t>　　我是一个学生，我觉得我也正处在一所围城中，围城里有什么?是学校吧，学习和作业使我想逃出去，然后充满期盼的进入下一个围城——工作。而城外的人呢?应该是那些还未上学的小孩子吧，他们满怀期望的想进入这座围墙，正如十几年前的我们。被困城中十几年，接着就是重复我们所经历的，又进入另一所围城。</w:t>
      </w:r>
      <w:r>
        <w:rPr>
          <w:lang w:eastAsia="zh-CN"/>
        </w:rPr>
        <w:br/>
      </w:r>
      <w:r>
        <w:rPr>
          <w:lang w:eastAsia="zh-CN"/>
        </w:rPr>
        <w:t>　　而那些已经步入新的轮回的成人们，父母老是在我们面前叨叨，我们再也回不去了，回不到那童真的美好，你们就是身在福中不知福。老师们总是话话儿里带着遗憾，要是能回到你们的“围城”里，我定不想留下太多的无奈。 我们茫然了，还是清晰了?</w:t>
      </w:r>
      <w:r>
        <w:rPr>
          <w:lang w:eastAsia="zh-CN"/>
        </w:rPr>
        <w:br/>
      </w:r>
      <w:r>
        <w:rPr>
          <w:lang w:eastAsia="zh-CN"/>
        </w:rPr>
        <w:t>　　这仿佛无休止的进，出，我们永远无法逃离。 也许，我们只能以一颗平常心来对待。我们不必逃离，要去面对，去正视，去挑战。</w:t>
      </w:r>
      <w:r>
        <w:rPr>
          <w:lang w:eastAsia="zh-CN"/>
        </w:rPr>
        <w:br/>
      </w:r>
      <w:r>
        <w:rPr>
          <w:lang w:eastAsia="zh-CN"/>
        </w:rPr>
        <w:t xml:space="preserve">    2024年围城阅读心得有感 篇11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钱钟书在文中塑造了方鸿渐、赵辛楣、苏文纨、孙柔嘉、李梅亭等鲜活的人物形象。我印象最深刻的应该是故事的主人公方鸿渐，对于他，我更深的感触应该说是同情。钱钟书对方鸿渐的描写可谓是出神入化，但最终却为他选择了一个悲惨的命运。方鸿渐出生在一个中产阶级家庭，强烈的好奇心促使他走入了围城般的社会。在城中，他感受到了社会的不如意，但想要出去时，却发现城门已经关闭了。抱着无奈的心情，他一头钻进了婚姻、事业和家庭的圈子里。在婚姻的围城里，他爱上了博学多才的苏文纨，但对方的漠然却注定这是一场失败的的单恋。颇有心计的孙柔嘉利用他的同情心，成就了他那并不美满的婚姻。在事业的围城里，方鸿渐同样也不如意，他经历两次转系后大学勉强毕业。在岳父的资助下，他踏上留学之路，却因无心学业而与一纸博士文凭失之交臂。为了搪塞岳父及家人，只好买了一张假文凭交差。生活所迫，回国后的方鸿渐和赵辛楣等人一同踏上了前往三闾大学的求职之路，学校虽地处偏远，但绝非一方净土。清高孤傲、无所作为的方鸿渐终于在十几个知识分子间的勾心斗角中败下阵来。</w:t>
      </w:r>
      <w:r>
        <w:rPr>
          <w:lang w:eastAsia="zh-CN"/>
        </w:rPr>
        <w:br/>
      </w:r>
      <w:r>
        <w:rPr>
          <w:lang w:eastAsia="zh-CN"/>
        </w:rPr>
        <w:t>　　方鸿渐的性格特点决定了他在围城中的格格不入。方鸿渐自视清高，手持的却是一张假文凭。自我感觉颇好的他，课堂效果却死气沉沉。正是他对自己过高的估计，使他越来越不如意，也使他在围城里陷得越来越深。他渐渐感受到了自己的无知，以及和别人的差距，转而在心中筑起了一座新的围城，一座自卑的围城。其实，这大可不必，只要能认识到自己的不足，虚心求教，并对生活的不如意微笑面对，那座虚幻的围城也就自然消失了。生活中，也有人时常抱怨社会的不公，对生活比自己好的人十分的羡慕，万分的嫉妒。与其嫉妒他人，不如踏踏实实做好份内之事，要相信，机会总是垂青于有准备的人。自视清高或一蹶不振，都不免使人走上方鸿渐的老路，抱憾终生。</w:t>
      </w:r>
      <w:r>
        <w:rPr>
          <w:lang w:eastAsia="zh-CN"/>
        </w:rPr>
        <w:br/>
      </w:r>
      <w:r>
        <w:rPr>
          <w:lang w:eastAsia="zh-CN"/>
        </w:rPr>
        <w:t>　　还是那句老话，社会是围城，城里的人想出去，城外的人想冲进来。人永远逃不出这围城所给予的束缚和磨砺，我们又何必让自己的心态处于围城中呢?</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xml:space="preserve">    2024年围城阅读心得有感 篇12 </w:t>
      </w:r>
      <w:r>
        <w:rPr>
          <w:lang w:eastAsia="zh-CN"/>
        </w:rPr>
        <w:br/>
      </w:r>
      <w:r>
        <w:rPr>
          <w:lang w:eastAsia="zh-CN"/>
        </w:rPr>
        <w:t>　　方鸿渐和孙柔嘉的婚姻是场悲剧，尽头是衰老，或者更远，是死亡。造成悲剧的原因呢，是方鸿渐的软弱，是孙柔嘉的算计，是两家人的迂腐，是人的虚伪，是婚姻的欺骗性，是因为，揭开了面具，大家一样丑陋。</w:t>
      </w:r>
      <w:r>
        <w:rPr>
          <w:lang w:eastAsia="zh-CN"/>
        </w:rPr>
        <w:br/>
      </w:r>
      <w:r>
        <w:rPr>
          <w:lang w:eastAsia="zh-CN"/>
        </w:rPr>
        <w:t>　　围城里的每一个人，都戴着面具，像女人脸上擦的脂粉，男人面上的油光，粉饰出太平，而底下藏着的暗涌则永远捉摸不透。在这样的环境里生存，事实与实干从来都不真正重要。一个人只需要恭维便可以一直快乐地活着，一个人只需要聪明地恭维该恭维的人，便可以获得如鱼得水的资本。苏文纨和曹元朗事实上是绝配，远比爱慕她的赵辛楣与她倾心的方鸿渐来的般配。两人都是沉醉在这虚伪的应酬堆积起的世界里无法自拔的人，互相吹捧，互不戳破，岂不乐哉?</w:t>
      </w:r>
      <w:r>
        <w:rPr>
          <w:lang w:eastAsia="zh-CN"/>
        </w:rPr>
        <w:br/>
      </w:r>
      <w:r>
        <w:rPr>
          <w:lang w:eastAsia="zh-CN"/>
        </w:rPr>
        <w:t>　　方鸿渐是软弱的代名词。若他不软弱，面对苏文纨的步步柔情的紧逼能直起腰板拒绝而不只是背后下定决心，见了面又沦陷，也不至于赔了名声，折了唐晓芙;若他不软弱，面对高松年的欺负能硬起声来反抗而不只是背地里咬牙切齿，也不至于落得狼狈离开;若他面对孙柔嘉的温柔陷阱与威胁能坚决抵制，而不只是屈从后再后悔，也不至于走进婚姻的坟墓;若他面对庸俗而迂腐的家人，能坚决而果敢地选择对立，也不至于让婚姻步步陷入泥沼。方鸿渐的软弱，藏在面具下，孙柔嘉没看到，或是看到了而情愿欺骗自己，以为这面具能戴一辈子。</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孙柔嘉是个小女人，即使她读过大学，在多数人看来也知书达理，可结婚后，梳起发髻，身为人妇，终究也成为了众多满腹怨念的妇女中普通的一员。计较着丈夫的一言一行，心里绞着小小的委屈不依不饶。孙柔嘉的不宽宏大量、不通情达理、不温柔大方，藏在面具下，方鸿渐没看到，或是看到了而情愿欺骗自己，以为这面具能戴一辈子。</w:t>
      </w:r>
      <w:r>
        <w:rPr>
          <w:lang w:eastAsia="zh-CN"/>
        </w:rPr>
        <w:br/>
      </w:r>
      <w:r>
        <w:rPr>
          <w:lang w:eastAsia="zh-CN"/>
        </w:rPr>
        <w:t>　　面具终究被婚姻扯下，被生活里的鸡毛蒜皮撕碎，而慢了的钟当当地摆着，只能记下无限的争吵与可笑的悲伤。</w:t>
      </w:r>
      <w:r>
        <w:rPr>
          <w:lang w:eastAsia="zh-CN"/>
        </w:rPr>
        <w:br/>
      </w:r>
      <w:r>
        <w:rPr>
          <w:lang w:eastAsia="zh-CN"/>
        </w:rPr>
        <w:t>　　别相信所有美好的表面，揭开了面具，大家一样丑陋。</w:t>
      </w:r>
      <w:r>
        <w:rPr>
          <w:lang w:eastAsia="zh-CN"/>
        </w:rPr>
        <w:br/>
      </w:r>
      <w:r>
        <w:rPr>
          <w:lang w:eastAsia="zh-CN"/>
        </w:rPr>
        <w:t xml:space="preserve">    2024年围城阅读心得有感 篇13 </w:t>
      </w:r>
      <w:r>
        <w:rPr>
          <w:lang w:eastAsia="zh-CN"/>
        </w:rPr>
        <w:br/>
      </w:r>
      <w:r>
        <w:rPr>
          <w:lang w:eastAsia="zh-CN"/>
        </w:rPr>
        <w:t>　　一本好书是经得起时间的磨砺的，《围城》就是那本经得起时间磨砺的好书，它于一九四七年在上海初印，一九八零年重印，然后到现在，一直受到读者们的喜爱。《围城》这本书我也是刚刚读完不久，但我对这本书的感受特别深。</w:t>
      </w:r>
      <w:r>
        <w:rPr>
          <w:lang w:eastAsia="zh-CN"/>
        </w:rPr>
        <w:br/>
      </w:r>
      <w:r>
        <w:rPr>
          <w:lang w:eastAsia="zh-CN"/>
        </w:rPr>
        <w:t>　　本书以方鸿渐为线索，来表现世间百态。人物的描写十分的精致，不同的群体表现出不一样的为人处世的方法，很具有讽刺意义。我们都是活在这个世界上的人，我们都活在“围城”里，同时又活在“围城”外。永远达不到的是目标，永远满足不了的是欲望。我相信我们每一次读它的感觉是不一样的，五年后看它是新的，十年后看它还是新的，一百年后看依然是新的。《围城》就是如此。</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杨绛先生其实早已概括出了《围城》的精髓：围在城里的人想逃出来，城外的人想冲进去，对婚姻也罢，职业也罢，人生的愿望大都如此。是啊，人生的愿望大都如此!举个非常简单的例子：当我们上小学，上中学的时候，我们都盼望着上大学，因为上了大学就没有人逼着我们去做作业了;就没有人阻止我们干着干那了;我们会有大把大把的时间可以做我们想做的事情;我们可以光明正大的跟自己喜欢的异性交往;我们还可以去我们想去的地方……</w:t>
      </w:r>
      <w:r>
        <w:rPr>
          <w:lang w:eastAsia="zh-CN"/>
        </w:rPr>
        <w:br/>
      </w:r>
      <w:r>
        <w:rPr>
          <w:lang w:eastAsia="zh-CN"/>
        </w:rPr>
        <w:t>　　太多太多的诱惑诱使着我们快点长大。可是当我们真正上了大学，我们才领悟到事实不是这样的，入学的新鲜感过后，我们开始变得越来越颓废了，我们开始上课玩手机，逃课，整天把自己关在宿舍里打游戏，宿舍门都不想迈出一步，渐渐地我们迷失了自己。</w:t>
      </w:r>
      <w:r>
        <w:rPr>
          <w:lang w:eastAsia="zh-CN"/>
        </w:rPr>
        <w:br/>
      </w:r>
      <w:r>
        <w:rPr>
          <w:lang w:eastAsia="zh-CN"/>
        </w:rPr>
        <w:t xml:space="preserve">    2024年围城阅读心得有感 篇14 </w:t>
      </w:r>
      <w:r>
        <w:rPr>
          <w:lang w:eastAsia="zh-CN"/>
        </w:rPr>
        <w:br/>
      </w:r>
      <w:r>
        <w:rPr>
          <w:lang w:eastAsia="zh-CN"/>
        </w:rPr>
        <w:t>　　围城小说以方鸿渐生活轨迹为主线，反映了二十世纪三十年代知识分子生活和心理浮沉，在感情和生活的围城中，相互角逐，冲进去又逃出来，逃出来又冲进去。我读围城就是为了看钱钟书先生的文学才华，他恃才傲物，文学的天赋在围城里体现得淋漓尽致，语言风趣幽默，比喻新奇形象，宛如炎热的夏天，突然吃到一根冰棍一般，让人回味无穷百般，同时感到心情舒畅。围城大致分为三部分，第一段是方鸿渐留学回国的生活，同许多留学生一样，周遭都觉得方鸿渐是个才子，殊不知他的学历是从爱尔兰人那里买来的，他一边享受着别人的称赞，一边又对假文凭不屑一顾，造成他糟糕的生活，也是以至于他矛盾的心理。第二段是他在三闾大学的工作经历，进入了工作的“围城”，他不满职场的尔虞我诈，自己又不得不为生活低下头，最终愤愤离开。</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最后一段结识了孙柔嘉，与孙小姐步入了殿堂，陷入了婚姻的“围城”。方鸿渐脱离不了乱世的现实，注定了悲剧的一生，其实也是时代的悲哀，现实中我们何尝不是“方鸿渐”，总想着挣脱生活的围城，岂不知我们逃到的地方又是一个新的围城，好奇的人总想进去探究奥秘，里面的人又想挣脱出来，我们本不该试图改变环境，我们能改变的只有自己，在社会的大围城中，不能迷失自我，虽然我们都游走于围城之中，城上布满荆棘，也要保持一颗积极的心态，绝不退缩，勇于向前，恪守信念，终归会有一个属于自己的归宿。</w:t>
      </w:r>
      <w:r>
        <w:rPr>
          <w:lang w:eastAsia="zh-CN"/>
        </w:rPr>
        <w:br/>
      </w:r>
      <w:r>
        <w:rPr>
          <w:lang w:eastAsia="zh-CN"/>
        </w:rPr>
        <w:t>　　“围城”里面的一段话：“天下只有两种人，譬如一串葡萄到手，一种人挑的先吃，另一种人把的留在最后吃。照例第一种人应该乐观，因为他每吃一颗都是吃剩的葡萄里的，第二种人应该悲观，因为他每吃一颗都是吃剩的葡萄里最坏的，不过事实上适得其反，缘故是第二种人还有希望，第一种人只有回忆。”生活中亦是如此，有的人选择先苦后甜，有些人选择先甜后苦，希望支配着人的行为，没有希望的人如同行尸走肉，爱情也是一般，从恋爱到白头，总会遇见那个的“葡萄”，只要我们对生活抱有希望。</w:t>
      </w:r>
      <w:r>
        <w:rPr>
          <w:lang w:eastAsia="zh-CN"/>
        </w:rPr>
        <w:br/>
      </w:r>
      <w:r>
        <w:rPr>
          <w:lang w:eastAsia="zh-CN"/>
        </w:rPr>
        <w:t xml:space="preserve">    2024年围城阅读心得有感 篇15 </w:t>
      </w:r>
      <w:r>
        <w:rPr>
          <w:lang w:eastAsia="zh-CN"/>
        </w:rPr>
        <w:br/>
      </w:r>
    </w:p>
    <w:p w:rsidR="001B1F19" w14:textId="27C3F48A">
      <w:pPr>
        <w:rPr>
          <w:rFonts w:hint="eastAsia"/>
          <w:lang w:eastAsia="zh-CN"/>
        </w:rPr>
      </w:pPr>
      <w:r>
        <w:rPr>
          <w:lang w:eastAsia="zh-CN"/>
        </w:rPr>
        <w:t>　　钱钟书老先生的书《围城》我最终是大着胆子买下了。为什么要大着胆子买下呢?因为这本书早就被我其他的书友赋予了“难读”、“难懂”、“深奥”等等神秘的色彩。我是生怕得到了书却不能领略其中的深意，那样于书于我都没有什么意义。但我最终决定考验一下我的思想了。</w:t>
      </w:r>
      <w:r>
        <w:rPr>
          <w:lang w:eastAsia="zh-CN"/>
        </w:rPr>
        <w:br/>
      </w:r>
      <w:r>
        <w:rPr>
          <w:lang w:eastAsia="zh-CN"/>
        </w:rPr>
        <w:t>　　整本书一直都在围绕方鸿渐的个人经历徐徐展开。他在爱情上捉摸不定，甚至一直处于见一个爱一个的状况，他的虚荣心让他不会真正爱上谁，所以常常等原以为自己不爱的女子嫁了他人才开始后悔。在他身上，这种事情就像一个怪圈紧紧推着他绕来绕去，最后他只好随便选择了一个不爱的女子匆匆结婚。他在事业上飘忽不定。由于自身出国时对自己的懈怠，以及没有目标导致他回国后用尽心思拿着假的文凭四处求工作，但是真是假的学识，是真是假的人才，人们一试便知。又因为他对职场上的应有手段完全不懂，所以他的工作总是换了又换，甚至最后结婚后仍旧又变回了无工作无收入的闲人，甚至需要自己的夫人养活。他的一生基本就在飘忽不定中度过了。</w:t>
      </w:r>
      <w:r>
        <w:rPr>
          <w:lang w:eastAsia="zh-CN"/>
        </w:rPr>
        <w:br/>
      </w:r>
      <w:r>
        <w:rPr>
          <w:lang w:eastAsia="zh-CN"/>
        </w:rPr>
        <w:t>　　在我看来，他的人生就是一幕悲剧，尽管剧中掺杂着喜剧，但仍然不是他想要的喜，而是别人眼中的可笑。他没有目标，没有行动，没有成就，更没有光辉和意义存在于他的人生中。以我浅薄的思想理解这部小说，虽然看似是人物的事迹描写，但其实都是在体现那个时代甚至现在的人们常用有的无奈;虽然表面看来文章似乎与其题目毫无关联，但细细想想其实两者之间联系十分紧密。这些都是必须认真读完在书中的世界里静想的。</w:t>
      </w:r>
      <w:r>
        <w:rPr>
          <w:lang w:eastAsia="zh-CN"/>
        </w:rPr>
        <w:br/>
      </w:r>
      <w:r>
        <w:rPr>
          <w:lang w:eastAsia="zh-CN"/>
        </w:rPr>
        <w:t>　　我所理解的围城有两种。</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https://d.book118.com/887101120025006036</w:t>
        </w:r>
      </w:hyperlink>
    </w:p>
    <w:p w:rsidR="001B1F19">
      <w:pPr>
        <w:rPr>
          <w:rFonts w:hint="eastAsia"/>
          <w:lang w:eastAsia="zh-CN"/>
        </w:rPr>
      </w:pPr>
    </w:p>
    <w:sectPr>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887101120025006036"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35</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