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jc w:val="center"/>
      </w:pPr>
      <w:r>
        <w:rPr>
          <w:rFonts w:ascii="宋体" w:eastAsia="宋体" w:hAnsi="宋体"/>
          <w:b/>
          <w:color w:val="FF0000"/>
          <w:sz w:val="28"/>
        </w:rPr>
        <w:t>2024年儿科主治医师考试综合试题及答案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1、[题干]接种卡介苗引起接种处红肿，甚至破溃，这是免疫反应和变态反应现象。参与该反应过程的主要因素是：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A.B淋巴细胞参与反应过程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B.T淋巴细胞参与反应过程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C.T、B淋巴细胞共同参与反应过程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D.两种不同T淋巴细胞参与反应过程。E,两种不同B淋巴细胞参与反应过程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【答案】D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2、[题干]纳洛酮对下列哪些中毒有特效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A.氟乙酸胺中毒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B.有机磷中毒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C.吗啡中毒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D.酒精中毒。E,亚硝酸盐中毒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【答案】CD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3、[题干]糖原累积病最常见的类型是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A.I型</w:t>
      </w:r>
    </w:p>
    <w:p>
      <w:pPr>
        <w:spacing w:line="360" w:lineRule="auto"/>
        <w:ind w:firstLine="432"/>
        <w:jc w:val="left"/>
        <w:sectPr w:rsidSect="00034616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  <w:r>
        <w:rPr>
          <w:rFonts w:ascii="宋体" w:eastAsia="宋体" w:hAnsi="宋体"/>
          <w:color w:val="000000"/>
          <w:sz w:val="28"/>
        </w:rPr>
        <w:t>B.Ⅱ型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C.Ⅲ型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D.Ⅳ型。E,Ⅵ型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【答案】A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4、[题干]患儿男7岁，春季发病，发病前1周有上呼吸道感染，逐渐出现眼险及颜面浮肿，血尿，尿量减少，血压18/12kPa，尿检查红细胞明显增多，尿蛋白(++)，血ASO&gt;500，该患儿最可能诊断为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A.肾病综合征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B.急进性肾炎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C.慢性肾炎急性发作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D.Alport综合征。E,急性肾小球肾炎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【答案】E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5、[题干]小儿生理性贫血的原因为()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A.出生后几天有生理性溶血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B.血容量增加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C.红细胞生成素不足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D.骨髓暂时性生血功能下降。E,胎儿红细胞寿命短，破坏较多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【答案】ABCDE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6、[题干]早产儿有呼吸暂停，主要是因为()()。</w:t>
      </w:r>
      <w:r>
        <w:br/>
      </w:r>
      <w:r>
        <w:br/>
      </w:r>
    </w:p>
    <w:p>
      <w:pPr>
        <w:spacing w:after="0" w:line="240" w:lineRule="auto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https://d.book118.com/888013022021006037</w:t>
        </w:r>
      </w:hyperlink>
    </w:p>
    <w:p>
      <w:pPr>
        <w:spacing w:line="360" w:lineRule="auto"/>
        <w:ind w:firstLine="432"/>
        <w:jc w:val="left"/>
      </w:pPr>
    </w:p>
    <w:sectPr w:rsidSect="00034616">
      <w:type w:val="nextPage"/>
      <w:pgSz w:w="12240" w:h="15840"/>
      <w:pgMar w:top="1440" w:right="1800" w:bottom="1440" w:left="1800" w:header="720" w:footer="720" w:gutter="0"/>
      <w:pgNumType w:start="2"/>
      <w:cols w:space="720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efaultImageDpi w14:val="300"/>
  <w14:docId w14:val="24062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d.book118.com/888013022021006037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revision>1</cp:revision>
  <dcterms:created xsi:type="dcterms:W3CDTF">2013-12-23T23:15:00Z</dcterms:created>
  <dcterms:modified xsi:type="dcterms:W3CDTF">2013-12-23T23:15:00Z</dcterms:modified>
</cp:coreProperties>
</file>